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18256" w14:textId="7381EEE1" w:rsidR="00C80D37" w:rsidRDefault="001121D5">
      <w:pPr>
        <w:spacing w:after="400" w:line="240" w:lineRule="auto"/>
      </w:pPr>
      <w:r>
        <w:rPr>
          <w:rFonts w:ascii="Calibri" w:eastAsia="Calibri" w:hAnsi="Calibri" w:cs="Calibri"/>
          <w:b/>
          <w:sz w:val="25"/>
        </w:rPr>
        <w:t xml:space="preserve">                                                                                                                                                </w:t>
      </w:r>
      <w:r w:rsidR="00FC457A">
        <w:rPr>
          <w:rFonts w:ascii="Calibri" w:eastAsia="Calibri" w:hAnsi="Calibri" w:cs="Calibri"/>
          <w:b/>
          <w:sz w:val="25"/>
        </w:rPr>
        <w:t>ANEXA NR. 1</w:t>
      </w:r>
    </w:p>
    <w:p w14:paraId="2A51E3FA" w14:textId="77777777" w:rsidR="00C80D37" w:rsidRDefault="00000000">
      <w:pPr>
        <w:spacing w:line="240" w:lineRule="auto"/>
        <w:jc w:val="center"/>
      </w:pPr>
      <w:r>
        <w:rPr>
          <w:sz w:val="24"/>
        </w:rPr>
        <w:t>Lista unităților de învățământ pentru nominalizarea reprezentanților Consiliului Local/membrilor supleanți ai Consiliului Local al Municipiului Drobeta-Turnu Severin în comisiile de interviu</w:t>
      </w:r>
    </w:p>
    <w:tbl>
      <w:tblPr>
        <w:tblStyle w:val="Tabelgril"/>
        <w:tblW w:w="0" w:type="auto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680"/>
        <w:gridCol w:w="1984"/>
        <w:gridCol w:w="1247"/>
        <w:gridCol w:w="1928"/>
        <w:gridCol w:w="1134"/>
        <w:gridCol w:w="1531"/>
        <w:gridCol w:w="1134"/>
      </w:tblGrid>
      <w:tr w:rsidR="00C80D37" w14:paraId="6775D18D" w14:textId="77777777">
        <w:trPr>
          <w:cantSplit/>
          <w:tblHeader/>
          <w:jc w:val="center"/>
        </w:trPr>
        <w:tc>
          <w:tcPr>
            <w:tcW w:w="680" w:type="dxa"/>
          </w:tcPr>
          <w:p w14:paraId="22A3B348" w14:textId="77777777" w:rsidR="00C80D37" w:rsidRDefault="00000000">
            <w:r>
              <w:rPr>
                <w:sz w:val="20"/>
              </w:rPr>
              <w:t>Nr. crt.</w:t>
            </w:r>
          </w:p>
        </w:tc>
        <w:tc>
          <w:tcPr>
            <w:tcW w:w="1984" w:type="dxa"/>
          </w:tcPr>
          <w:p w14:paraId="7D21933D" w14:textId="77777777" w:rsidR="00C80D37" w:rsidRDefault="00000000">
            <w:r>
              <w:rPr>
                <w:sz w:val="20"/>
              </w:rPr>
              <w:t>Unitatea de învățământ</w:t>
            </w:r>
          </w:p>
        </w:tc>
        <w:tc>
          <w:tcPr>
            <w:tcW w:w="1247" w:type="dxa"/>
          </w:tcPr>
          <w:p w14:paraId="0C1A934F" w14:textId="77777777" w:rsidR="00C80D37" w:rsidRDefault="00000000">
            <w:r>
              <w:rPr>
                <w:sz w:val="20"/>
              </w:rPr>
              <w:t>Funcția</w:t>
            </w:r>
          </w:p>
        </w:tc>
        <w:tc>
          <w:tcPr>
            <w:tcW w:w="1928" w:type="dxa"/>
          </w:tcPr>
          <w:p w14:paraId="7291F2D2" w14:textId="77777777" w:rsidR="00C80D37" w:rsidRDefault="00000000">
            <w:r>
              <w:rPr>
                <w:sz w:val="20"/>
              </w:rPr>
              <w:t>Reprezentant titular al CL</w:t>
            </w:r>
          </w:p>
        </w:tc>
        <w:tc>
          <w:tcPr>
            <w:tcW w:w="1134" w:type="dxa"/>
          </w:tcPr>
          <w:p w14:paraId="641D5A2C" w14:textId="77777777" w:rsidR="00C80D37" w:rsidRDefault="00000000">
            <w:r>
              <w:rPr>
                <w:sz w:val="20"/>
              </w:rPr>
              <w:t>Date de contact (telefon, e-mail)</w:t>
            </w:r>
          </w:p>
        </w:tc>
        <w:tc>
          <w:tcPr>
            <w:tcW w:w="1531" w:type="dxa"/>
          </w:tcPr>
          <w:p w14:paraId="55193BCD" w14:textId="77777777" w:rsidR="00C80D37" w:rsidRDefault="00000000">
            <w:r>
              <w:rPr>
                <w:sz w:val="20"/>
              </w:rPr>
              <w:t>Membru supleant al CL</w:t>
            </w:r>
          </w:p>
        </w:tc>
        <w:tc>
          <w:tcPr>
            <w:tcW w:w="1134" w:type="dxa"/>
          </w:tcPr>
          <w:p w14:paraId="4417FDF1" w14:textId="77777777" w:rsidR="00C80D37" w:rsidRDefault="00000000">
            <w:r>
              <w:rPr>
                <w:sz w:val="20"/>
              </w:rPr>
              <w:t>Date de contact (telefon, e-mail)</w:t>
            </w:r>
          </w:p>
        </w:tc>
      </w:tr>
      <w:tr w:rsidR="00C80D37" w14:paraId="3EDDFFA4" w14:textId="77777777">
        <w:trPr>
          <w:cantSplit/>
          <w:jc w:val="center"/>
        </w:trPr>
        <w:tc>
          <w:tcPr>
            <w:tcW w:w="680" w:type="dxa"/>
          </w:tcPr>
          <w:p w14:paraId="2DF5079C" w14:textId="77777777" w:rsidR="00C80D37" w:rsidRDefault="00000000">
            <w:r>
              <w:rPr>
                <w:sz w:val="20"/>
              </w:rPr>
              <w:t>1</w:t>
            </w:r>
          </w:p>
        </w:tc>
        <w:tc>
          <w:tcPr>
            <w:tcW w:w="1984" w:type="dxa"/>
          </w:tcPr>
          <w:p w14:paraId="2C31A90A" w14:textId="77777777" w:rsidR="00C80D37" w:rsidRDefault="00000000">
            <w:r>
              <w:rPr>
                <w:sz w:val="20"/>
              </w:rPr>
              <w:t>Colegiul Național "Gheorghe Țițeica" Drobeta-Turnu Severin</w:t>
            </w:r>
          </w:p>
        </w:tc>
        <w:tc>
          <w:tcPr>
            <w:tcW w:w="1247" w:type="dxa"/>
          </w:tcPr>
          <w:p w14:paraId="082EB569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02F22948" w14:textId="40074633" w:rsidR="00C80D37" w:rsidRPr="00A90E97" w:rsidRDefault="00B66E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DUMITRESCU MAGDALENA</w:t>
            </w:r>
          </w:p>
        </w:tc>
        <w:tc>
          <w:tcPr>
            <w:tcW w:w="1134" w:type="dxa"/>
          </w:tcPr>
          <w:p w14:paraId="1F26621C" w14:textId="77777777" w:rsidR="00C80D37" w:rsidRPr="00A90E97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1E8E936F" w14:textId="0C7B3A16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IONESCU CONSTANTIN</w:t>
            </w:r>
          </w:p>
        </w:tc>
        <w:tc>
          <w:tcPr>
            <w:tcW w:w="1134" w:type="dxa"/>
          </w:tcPr>
          <w:p w14:paraId="5EBAC9D6" w14:textId="77777777" w:rsidR="00C80D37" w:rsidRDefault="00C80D37"/>
        </w:tc>
      </w:tr>
      <w:tr w:rsidR="00C80D37" w14:paraId="0A5A3793" w14:textId="77777777">
        <w:trPr>
          <w:cantSplit/>
          <w:jc w:val="center"/>
        </w:trPr>
        <w:tc>
          <w:tcPr>
            <w:tcW w:w="680" w:type="dxa"/>
          </w:tcPr>
          <w:p w14:paraId="65A51BCE" w14:textId="77777777" w:rsidR="00C80D37" w:rsidRDefault="00000000">
            <w:r>
              <w:rPr>
                <w:sz w:val="20"/>
              </w:rPr>
              <w:t>2</w:t>
            </w:r>
          </w:p>
        </w:tc>
        <w:tc>
          <w:tcPr>
            <w:tcW w:w="1984" w:type="dxa"/>
          </w:tcPr>
          <w:p w14:paraId="0A2896E4" w14:textId="77777777" w:rsidR="00C80D37" w:rsidRDefault="00000000">
            <w:r>
              <w:rPr>
                <w:sz w:val="20"/>
              </w:rPr>
              <w:t>Colegiul Național "Traian" Drobeta-Turnu Severin</w:t>
            </w:r>
          </w:p>
        </w:tc>
        <w:tc>
          <w:tcPr>
            <w:tcW w:w="1247" w:type="dxa"/>
          </w:tcPr>
          <w:p w14:paraId="52314F44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48BAC483" w14:textId="3D99E7ED" w:rsidR="00C80D37" w:rsidRPr="00A90E97" w:rsidRDefault="00A90E97">
            <w:pPr>
              <w:rPr>
                <w:rFonts w:ascii="Cambria" w:hAnsi="Cambria"/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VERDE</w:t>
            </w:r>
            <w:r w:rsidRPr="00A90E97">
              <w:rPr>
                <w:rFonts w:ascii="Cambria" w:hAnsi="Cambria"/>
                <w:sz w:val="18"/>
                <w:szCs w:val="18"/>
              </w:rPr>
              <w:t>Ș GHEORGHE</w:t>
            </w:r>
          </w:p>
        </w:tc>
        <w:tc>
          <w:tcPr>
            <w:tcW w:w="1134" w:type="dxa"/>
          </w:tcPr>
          <w:p w14:paraId="4011A324" w14:textId="77777777" w:rsidR="00C80D37" w:rsidRPr="00A90E97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7FAC75D7" w14:textId="37027EA3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MIRICĂ- PUFAN EMIL</w:t>
            </w:r>
          </w:p>
        </w:tc>
        <w:tc>
          <w:tcPr>
            <w:tcW w:w="1134" w:type="dxa"/>
          </w:tcPr>
          <w:p w14:paraId="1631AA2D" w14:textId="77777777" w:rsidR="00C80D37" w:rsidRDefault="00C80D37"/>
        </w:tc>
      </w:tr>
      <w:tr w:rsidR="00C80D37" w14:paraId="5FFF4603" w14:textId="77777777">
        <w:trPr>
          <w:cantSplit/>
          <w:jc w:val="center"/>
        </w:trPr>
        <w:tc>
          <w:tcPr>
            <w:tcW w:w="680" w:type="dxa"/>
          </w:tcPr>
          <w:p w14:paraId="4212B0DC" w14:textId="77777777" w:rsidR="00C80D37" w:rsidRDefault="00000000">
            <w:r>
              <w:rPr>
                <w:sz w:val="20"/>
              </w:rPr>
              <w:t>3</w:t>
            </w:r>
          </w:p>
        </w:tc>
        <w:tc>
          <w:tcPr>
            <w:tcW w:w="1984" w:type="dxa"/>
          </w:tcPr>
          <w:p w14:paraId="6217B313" w14:textId="77777777" w:rsidR="00C80D37" w:rsidRDefault="00000000">
            <w:r>
              <w:rPr>
                <w:sz w:val="20"/>
              </w:rPr>
              <w:t>Colegiul Național Pedagogic "Ştefan Odobleja" Drobeta-Turnu Severin</w:t>
            </w:r>
          </w:p>
        </w:tc>
        <w:tc>
          <w:tcPr>
            <w:tcW w:w="1247" w:type="dxa"/>
          </w:tcPr>
          <w:p w14:paraId="423DC0DC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561C9369" w14:textId="01C1E537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PUICĂNESCU IORGU- GICU</w:t>
            </w:r>
          </w:p>
        </w:tc>
        <w:tc>
          <w:tcPr>
            <w:tcW w:w="1134" w:type="dxa"/>
          </w:tcPr>
          <w:p w14:paraId="214FF4AB" w14:textId="77777777" w:rsidR="00C80D37" w:rsidRPr="00A90E97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136A0F94" w14:textId="4A42ADF7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MIRICĂ- PUFAN EMIL</w:t>
            </w:r>
          </w:p>
        </w:tc>
        <w:tc>
          <w:tcPr>
            <w:tcW w:w="1134" w:type="dxa"/>
          </w:tcPr>
          <w:p w14:paraId="66E450DE" w14:textId="77777777" w:rsidR="00C80D37" w:rsidRDefault="00C80D37"/>
        </w:tc>
      </w:tr>
      <w:tr w:rsidR="00C80D37" w14:paraId="5869044B" w14:textId="77777777">
        <w:trPr>
          <w:cantSplit/>
          <w:jc w:val="center"/>
        </w:trPr>
        <w:tc>
          <w:tcPr>
            <w:tcW w:w="680" w:type="dxa"/>
          </w:tcPr>
          <w:p w14:paraId="5F2DDA79" w14:textId="77777777" w:rsidR="00C80D37" w:rsidRDefault="00000000">
            <w:r>
              <w:rPr>
                <w:sz w:val="20"/>
              </w:rPr>
              <w:t>4</w:t>
            </w:r>
          </w:p>
        </w:tc>
        <w:tc>
          <w:tcPr>
            <w:tcW w:w="1984" w:type="dxa"/>
          </w:tcPr>
          <w:p w14:paraId="7D2337AF" w14:textId="77777777" w:rsidR="00C80D37" w:rsidRDefault="00000000">
            <w:r>
              <w:rPr>
                <w:sz w:val="20"/>
              </w:rPr>
              <w:t>Colegiul Național Economic "Theodor Costescu" Drobeta-Turnu Severin</w:t>
            </w:r>
          </w:p>
        </w:tc>
        <w:tc>
          <w:tcPr>
            <w:tcW w:w="1247" w:type="dxa"/>
          </w:tcPr>
          <w:p w14:paraId="4B1C2BB6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12C5B7C4" w14:textId="78B4888F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BOLOLOI ELENA</w:t>
            </w:r>
          </w:p>
        </w:tc>
        <w:tc>
          <w:tcPr>
            <w:tcW w:w="1134" w:type="dxa"/>
          </w:tcPr>
          <w:p w14:paraId="46279B17" w14:textId="77777777" w:rsidR="00C80D37" w:rsidRPr="00A90E97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7875A6BB" w14:textId="6161EDF6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IONESCU CONSTANTIN</w:t>
            </w:r>
          </w:p>
        </w:tc>
        <w:tc>
          <w:tcPr>
            <w:tcW w:w="1134" w:type="dxa"/>
          </w:tcPr>
          <w:p w14:paraId="548A4AEB" w14:textId="77777777" w:rsidR="00C80D37" w:rsidRDefault="00C80D37"/>
        </w:tc>
      </w:tr>
      <w:tr w:rsidR="00C80D37" w14:paraId="64C80FB4" w14:textId="77777777">
        <w:trPr>
          <w:cantSplit/>
          <w:jc w:val="center"/>
        </w:trPr>
        <w:tc>
          <w:tcPr>
            <w:tcW w:w="680" w:type="dxa"/>
          </w:tcPr>
          <w:p w14:paraId="4FD692CD" w14:textId="77777777" w:rsidR="00C80D37" w:rsidRDefault="00000000">
            <w:r>
              <w:rPr>
                <w:sz w:val="20"/>
              </w:rPr>
              <w:t>5</w:t>
            </w:r>
          </w:p>
        </w:tc>
        <w:tc>
          <w:tcPr>
            <w:tcW w:w="1984" w:type="dxa"/>
          </w:tcPr>
          <w:p w14:paraId="75CAAF57" w14:textId="77777777" w:rsidR="00C80D37" w:rsidRDefault="00000000">
            <w:r>
              <w:rPr>
                <w:sz w:val="20"/>
              </w:rPr>
              <w:t>Liceul De Arte "I. Şt. Paulian" Drobeta-Turnu Severin</w:t>
            </w:r>
          </w:p>
        </w:tc>
        <w:tc>
          <w:tcPr>
            <w:tcW w:w="1247" w:type="dxa"/>
          </w:tcPr>
          <w:p w14:paraId="7BB599E2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00DD67EB" w14:textId="068A33B1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DAMIAN DUMITRU- MIREL</w:t>
            </w:r>
          </w:p>
        </w:tc>
        <w:tc>
          <w:tcPr>
            <w:tcW w:w="1134" w:type="dxa"/>
          </w:tcPr>
          <w:p w14:paraId="48E85CBD" w14:textId="77777777" w:rsidR="00C80D37" w:rsidRPr="00A90E97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153AAB9C" w14:textId="67B52A80" w:rsidR="00C80D37" w:rsidRPr="00A90E97" w:rsidRDefault="00DE09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PUICAN MARIA- MIOAREI</w:t>
            </w:r>
          </w:p>
        </w:tc>
        <w:tc>
          <w:tcPr>
            <w:tcW w:w="1134" w:type="dxa"/>
          </w:tcPr>
          <w:p w14:paraId="06D642A9" w14:textId="77777777" w:rsidR="00C80D37" w:rsidRDefault="00C80D37"/>
        </w:tc>
      </w:tr>
      <w:tr w:rsidR="00C80D37" w14:paraId="20BEB729" w14:textId="77777777">
        <w:trPr>
          <w:cantSplit/>
          <w:jc w:val="center"/>
        </w:trPr>
        <w:tc>
          <w:tcPr>
            <w:tcW w:w="680" w:type="dxa"/>
          </w:tcPr>
          <w:p w14:paraId="6A0F6313" w14:textId="77777777" w:rsidR="00C80D37" w:rsidRDefault="00000000">
            <w:r>
              <w:rPr>
                <w:sz w:val="20"/>
              </w:rPr>
              <w:t>6</w:t>
            </w:r>
          </w:p>
        </w:tc>
        <w:tc>
          <w:tcPr>
            <w:tcW w:w="1984" w:type="dxa"/>
          </w:tcPr>
          <w:p w14:paraId="6B58C550" w14:textId="77777777" w:rsidR="00C80D37" w:rsidRDefault="00000000">
            <w:r>
              <w:rPr>
                <w:sz w:val="20"/>
              </w:rPr>
              <w:t>Liceul Tehnologic „Decebal” Drobeta-Turnu Severin</w:t>
            </w:r>
          </w:p>
        </w:tc>
        <w:tc>
          <w:tcPr>
            <w:tcW w:w="1247" w:type="dxa"/>
          </w:tcPr>
          <w:p w14:paraId="4796801A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73BD50F7" w14:textId="0C10EDB0" w:rsidR="00C80D37" w:rsidRPr="00A90E97" w:rsidRDefault="00A90E97">
            <w:pPr>
              <w:rPr>
                <w:rFonts w:ascii="Cambria" w:hAnsi="Cambria"/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VERDE</w:t>
            </w:r>
            <w:r w:rsidRPr="00A90E97">
              <w:rPr>
                <w:rFonts w:ascii="Cambria" w:hAnsi="Cambria"/>
                <w:sz w:val="18"/>
                <w:szCs w:val="18"/>
              </w:rPr>
              <w:t>Ș GHEORGHE</w:t>
            </w:r>
          </w:p>
        </w:tc>
        <w:tc>
          <w:tcPr>
            <w:tcW w:w="1134" w:type="dxa"/>
          </w:tcPr>
          <w:p w14:paraId="40D806AC" w14:textId="77777777" w:rsidR="00C80D37" w:rsidRPr="00A90E97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3A84C08A" w14:textId="068D8CAE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SECU CRISTINA- ROXANA</w:t>
            </w:r>
          </w:p>
        </w:tc>
        <w:tc>
          <w:tcPr>
            <w:tcW w:w="1134" w:type="dxa"/>
          </w:tcPr>
          <w:p w14:paraId="11DB2FA0" w14:textId="77777777" w:rsidR="00C80D37" w:rsidRDefault="00C80D37"/>
        </w:tc>
      </w:tr>
      <w:tr w:rsidR="00C80D37" w14:paraId="1654BAC1" w14:textId="77777777">
        <w:trPr>
          <w:cantSplit/>
          <w:jc w:val="center"/>
        </w:trPr>
        <w:tc>
          <w:tcPr>
            <w:tcW w:w="680" w:type="dxa"/>
          </w:tcPr>
          <w:p w14:paraId="4F8575E9" w14:textId="77777777" w:rsidR="00C80D37" w:rsidRDefault="00000000">
            <w:r>
              <w:rPr>
                <w:sz w:val="20"/>
              </w:rPr>
              <w:t>7</w:t>
            </w:r>
          </w:p>
        </w:tc>
        <w:tc>
          <w:tcPr>
            <w:tcW w:w="1984" w:type="dxa"/>
          </w:tcPr>
          <w:p w14:paraId="4E095990" w14:textId="77777777" w:rsidR="00C80D37" w:rsidRDefault="00000000">
            <w:r>
              <w:rPr>
                <w:sz w:val="20"/>
              </w:rPr>
              <w:t>Liceul Tehnologic „Domnul Tudor” Drobeta-Turnu Severin</w:t>
            </w:r>
          </w:p>
        </w:tc>
        <w:tc>
          <w:tcPr>
            <w:tcW w:w="1247" w:type="dxa"/>
          </w:tcPr>
          <w:p w14:paraId="57BDD50F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28A381EF" w14:textId="079D148B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DAMIAN DUMITRU- MIREL</w:t>
            </w:r>
          </w:p>
        </w:tc>
        <w:tc>
          <w:tcPr>
            <w:tcW w:w="1134" w:type="dxa"/>
          </w:tcPr>
          <w:p w14:paraId="23BC6D5E" w14:textId="77777777" w:rsidR="00C80D37" w:rsidRPr="00A90E97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0EBC63D4" w14:textId="6A5A5035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VERDE</w:t>
            </w:r>
            <w:r w:rsidRPr="00A90E97">
              <w:rPr>
                <w:rFonts w:ascii="Cambria" w:hAnsi="Cambria" w:cs="Cambria"/>
                <w:sz w:val="18"/>
                <w:szCs w:val="18"/>
              </w:rPr>
              <w:t>Ș</w:t>
            </w:r>
            <w:r w:rsidRPr="00A90E97">
              <w:rPr>
                <w:sz w:val="18"/>
                <w:szCs w:val="18"/>
              </w:rPr>
              <w:t xml:space="preserve"> GHEORGHE</w:t>
            </w:r>
          </w:p>
        </w:tc>
        <w:tc>
          <w:tcPr>
            <w:tcW w:w="1134" w:type="dxa"/>
          </w:tcPr>
          <w:p w14:paraId="6C4E63BA" w14:textId="77777777" w:rsidR="00C80D37" w:rsidRDefault="00C80D37"/>
        </w:tc>
      </w:tr>
      <w:tr w:rsidR="00C80D37" w14:paraId="5E9B59EF" w14:textId="77777777">
        <w:trPr>
          <w:cantSplit/>
          <w:jc w:val="center"/>
        </w:trPr>
        <w:tc>
          <w:tcPr>
            <w:tcW w:w="680" w:type="dxa"/>
          </w:tcPr>
          <w:p w14:paraId="4B8D2C0B" w14:textId="77777777" w:rsidR="00C80D37" w:rsidRDefault="00000000">
            <w:r>
              <w:rPr>
                <w:sz w:val="20"/>
              </w:rPr>
              <w:t>8</w:t>
            </w:r>
          </w:p>
        </w:tc>
        <w:tc>
          <w:tcPr>
            <w:tcW w:w="1984" w:type="dxa"/>
          </w:tcPr>
          <w:p w14:paraId="01DF891A" w14:textId="77777777" w:rsidR="00C80D37" w:rsidRDefault="00000000">
            <w:r>
              <w:rPr>
                <w:sz w:val="20"/>
              </w:rPr>
              <w:t>Liceul Tehnologic „Lorin Sălăgean” Drobeta-Turnu Severin</w:t>
            </w:r>
          </w:p>
        </w:tc>
        <w:tc>
          <w:tcPr>
            <w:tcW w:w="1247" w:type="dxa"/>
          </w:tcPr>
          <w:p w14:paraId="779B5B85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1E12FC8D" w14:textId="437E1E02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ZGLIMBEA DANIELA- RAMONA</w:t>
            </w:r>
          </w:p>
        </w:tc>
        <w:tc>
          <w:tcPr>
            <w:tcW w:w="1134" w:type="dxa"/>
          </w:tcPr>
          <w:p w14:paraId="596F61BF" w14:textId="77777777" w:rsidR="00C80D37" w:rsidRPr="00A90E97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2105C2E4" w14:textId="4EBF4514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DUMITRESCU MAGDALENA- MARIA</w:t>
            </w:r>
          </w:p>
        </w:tc>
        <w:tc>
          <w:tcPr>
            <w:tcW w:w="1134" w:type="dxa"/>
          </w:tcPr>
          <w:p w14:paraId="75126AE2" w14:textId="77777777" w:rsidR="00C80D37" w:rsidRDefault="00C80D37"/>
        </w:tc>
      </w:tr>
      <w:tr w:rsidR="00C80D37" w14:paraId="73693282" w14:textId="77777777">
        <w:trPr>
          <w:cantSplit/>
          <w:jc w:val="center"/>
        </w:trPr>
        <w:tc>
          <w:tcPr>
            <w:tcW w:w="680" w:type="dxa"/>
          </w:tcPr>
          <w:p w14:paraId="08D60D27" w14:textId="77777777" w:rsidR="00C80D37" w:rsidRDefault="00000000">
            <w:r>
              <w:rPr>
                <w:sz w:val="20"/>
              </w:rPr>
              <w:t>9</w:t>
            </w:r>
          </w:p>
        </w:tc>
        <w:tc>
          <w:tcPr>
            <w:tcW w:w="1984" w:type="dxa"/>
          </w:tcPr>
          <w:p w14:paraId="16C35727" w14:textId="77777777" w:rsidR="00C80D37" w:rsidRDefault="00000000">
            <w:r>
              <w:rPr>
                <w:sz w:val="20"/>
              </w:rPr>
              <w:t>Liceul De Transporturi Auto Drobeta-Turnu Severin</w:t>
            </w:r>
          </w:p>
        </w:tc>
        <w:tc>
          <w:tcPr>
            <w:tcW w:w="1247" w:type="dxa"/>
          </w:tcPr>
          <w:p w14:paraId="5EF33FAB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34DE6E6B" w14:textId="54D0AF78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DUMITRESCU MAGDALENA- MARIA</w:t>
            </w:r>
          </w:p>
        </w:tc>
        <w:tc>
          <w:tcPr>
            <w:tcW w:w="1134" w:type="dxa"/>
          </w:tcPr>
          <w:p w14:paraId="543EDCE8" w14:textId="77777777" w:rsidR="00C80D37" w:rsidRDefault="00C80D37"/>
        </w:tc>
        <w:tc>
          <w:tcPr>
            <w:tcW w:w="1531" w:type="dxa"/>
          </w:tcPr>
          <w:p w14:paraId="0AAD888D" w14:textId="08F7CA66" w:rsidR="00C80D37" w:rsidRPr="00A90E97" w:rsidRDefault="00A90E97">
            <w:pPr>
              <w:rPr>
                <w:sz w:val="18"/>
                <w:szCs w:val="18"/>
              </w:rPr>
            </w:pPr>
            <w:r w:rsidRPr="00A90E97">
              <w:rPr>
                <w:sz w:val="18"/>
                <w:szCs w:val="18"/>
              </w:rPr>
              <w:t>VERDE</w:t>
            </w:r>
            <w:r w:rsidRPr="00A90E97">
              <w:rPr>
                <w:rFonts w:ascii="Cambria" w:hAnsi="Cambria" w:cs="Cambria"/>
                <w:sz w:val="18"/>
                <w:szCs w:val="18"/>
              </w:rPr>
              <w:t>Ș</w:t>
            </w:r>
            <w:r w:rsidRPr="00A90E97">
              <w:rPr>
                <w:sz w:val="18"/>
                <w:szCs w:val="18"/>
              </w:rPr>
              <w:t xml:space="preserve"> GHEORGHE</w:t>
            </w:r>
          </w:p>
        </w:tc>
        <w:tc>
          <w:tcPr>
            <w:tcW w:w="1134" w:type="dxa"/>
          </w:tcPr>
          <w:p w14:paraId="3E5C3BA6" w14:textId="77777777" w:rsidR="00C80D37" w:rsidRDefault="00C80D37"/>
        </w:tc>
      </w:tr>
      <w:tr w:rsidR="00C80D37" w14:paraId="02F8D78A" w14:textId="77777777">
        <w:trPr>
          <w:cantSplit/>
          <w:jc w:val="center"/>
        </w:trPr>
        <w:tc>
          <w:tcPr>
            <w:tcW w:w="680" w:type="dxa"/>
          </w:tcPr>
          <w:p w14:paraId="25C391F3" w14:textId="77777777" w:rsidR="00C80D37" w:rsidRDefault="00000000">
            <w:r>
              <w:rPr>
                <w:sz w:val="20"/>
              </w:rPr>
              <w:lastRenderedPageBreak/>
              <w:t>10</w:t>
            </w:r>
          </w:p>
        </w:tc>
        <w:tc>
          <w:tcPr>
            <w:tcW w:w="1984" w:type="dxa"/>
          </w:tcPr>
          <w:p w14:paraId="5AC2E055" w14:textId="77777777" w:rsidR="00C80D37" w:rsidRDefault="00000000">
            <w:r>
              <w:rPr>
                <w:sz w:val="20"/>
              </w:rPr>
              <w:t>Şcoala Gimnazială "Dimitrie Grecescu" Drobeta-Turnu Severin</w:t>
            </w:r>
          </w:p>
        </w:tc>
        <w:tc>
          <w:tcPr>
            <w:tcW w:w="1247" w:type="dxa"/>
          </w:tcPr>
          <w:p w14:paraId="0124FA8B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02AC5BED" w14:textId="1D4EBB8C" w:rsidR="00C80D37" w:rsidRPr="00DE0958" w:rsidRDefault="00A90E97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DAMIAN DUMITRU- MIREL</w:t>
            </w:r>
          </w:p>
        </w:tc>
        <w:tc>
          <w:tcPr>
            <w:tcW w:w="1134" w:type="dxa"/>
          </w:tcPr>
          <w:p w14:paraId="294F33C5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5E81D308" w14:textId="61CB6D65" w:rsidR="00C80D37" w:rsidRPr="00DE0958" w:rsidRDefault="00A90E97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VERDE</w:t>
            </w:r>
            <w:r w:rsidRPr="00DE0958">
              <w:rPr>
                <w:rFonts w:ascii="Cambria" w:hAnsi="Cambria" w:cs="Cambria"/>
                <w:sz w:val="18"/>
                <w:szCs w:val="18"/>
              </w:rPr>
              <w:t>Ș</w:t>
            </w:r>
            <w:r w:rsidRPr="00DE0958">
              <w:rPr>
                <w:sz w:val="18"/>
                <w:szCs w:val="18"/>
              </w:rPr>
              <w:t xml:space="preserve"> GHEORGHE</w:t>
            </w:r>
          </w:p>
        </w:tc>
        <w:tc>
          <w:tcPr>
            <w:tcW w:w="1134" w:type="dxa"/>
          </w:tcPr>
          <w:p w14:paraId="3589CFE2" w14:textId="77777777" w:rsidR="00C80D37" w:rsidRDefault="00C80D37"/>
        </w:tc>
      </w:tr>
      <w:tr w:rsidR="00C80D37" w14:paraId="4DD356B9" w14:textId="77777777">
        <w:trPr>
          <w:cantSplit/>
          <w:jc w:val="center"/>
        </w:trPr>
        <w:tc>
          <w:tcPr>
            <w:tcW w:w="680" w:type="dxa"/>
          </w:tcPr>
          <w:p w14:paraId="1F7172B8" w14:textId="77777777" w:rsidR="00C80D37" w:rsidRDefault="00000000">
            <w:r>
              <w:rPr>
                <w:sz w:val="20"/>
              </w:rPr>
              <w:t>11</w:t>
            </w:r>
          </w:p>
        </w:tc>
        <w:tc>
          <w:tcPr>
            <w:tcW w:w="1984" w:type="dxa"/>
          </w:tcPr>
          <w:p w14:paraId="5E4ACF6A" w14:textId="77777777" w:rsidR="00C80D37" w:rsidRDefault="00000000">
            <w:r>
              <w:rPr>
                <w:sz w:val="20"/>
              </w:rPr>
              <w:t>Şcoala Gimnazială "Alice Voinescu" Drobeta-Turnu Severin</w:t>
            </w:r>
          </w:p>
        </w:tc>
        <w:tc>
          <w:tcPr>
            <w:tcW w:w="1247" w:type="dxa"/>
          </w:tcPr>
          <w:p w14:paraId="77040CCA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716BA82D" w14:textId="5EE2DDEE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CALOTĂ EMILIAN</w:t>
            </w:r>
          </w:p>
        </w:tc>
        <w:tc>
          <w:tcPr>
            <w:tcW w:w="1134" w:type="dxa"/>
          </w:tcPr>
          <w:p w14:paraId="4A1FBDDC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3EC36FF9" w14:textId="68A73EA5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IONESCU CONSTANTIN</w:t>
            </w:r>
          </w:p>
        </w:tc>
        <w:tc>
          <w:tcPr>
            <w:tcW w:w="1134" w:type="dxa"/>
          </w:tcPr>
          <w:p w14:paraId="6AAB6F22" w14:textId="77777777" w:rsidR="00C80D37" w:rsidRDefault="00C80D37"/>
        </w:tc>
      </w:tr>
      <w:tr w:rsidR="00C80D37" w14:paraId="643DAD15" w14:textId="77777777">
        <w:trPr>
          <w:cantSplit/>
          <w:jc w:val="center"/>
        </w:trPr>
        <w:tc>
          <w:tcPr>
            <w:tcW w:w="680" w:type="dxa"/>
          </w:tcPr>
          <w:p w14:paraId="3FB2DC36" w14:textId="77777777" w:rsidR="00C80D37" w:rsidRDefault="00000000">
            <w:r>
              <w:rPr>
                <w:sz w:val="20"/>
              </w:rPr>
              <w:t>12</w:t>
            </w:r>
          </w:p>
        </w:tc>
        <w:tc>
          <w:tcPr>
            <w:tcW w:w="1984" w:type="dxa"/>
          </w:tcPr>
          <w:p w14:paraId="4BB6D7C3" w14:textId="77777777" w:rsidR="00C80D37" w:rsidRDefault="00000000">
            <w:r>
              <w:rPr>
                <w:sz w:val="20"/>
              </w:rPr>
              <w:t>Şcoala Gimnazială "Petre Sergescu" Drobeta-Turnu Severin</w:t>
            </w:r>
          </w:p>
        </w:tc>
        <w:tc>
          <w:tcPr>
            <w:tcW w:w="1247" w:type="dxa"/>
          </w:tcPr>
          <w:p w14:paraId="40802D01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104B5F0D" w14:textId="54A0C6C2" w:rsidR="00C80D37" w:rsidRPr="00DE0958" w:rsidRDefault="00DE0958">
            <w:pPr>
              <w:rPr>
                <w:rFonts w:ascii="Cambria" w:hAnsi="Cambria"/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TRA</w:t>
            </w:r>
            <w:r w:rsidRPr="00DE0958">
              <w:rPr>
                <w:rFonts w:ascii="Cambria" w:hAnsi="Cambria"/>
                <w:sz w:val="18"/>
                <w:szCs w:val="18"/>
              </w:rPr>
              <w:t>ȘCĂ ARMAND- CLAUDIU</w:t>
            </w:r>
          </w:p>
        </w:tc>
        <w:tc>
          <w:tcPr>
            <w:tcW w:w="1134" w:type="dxa"/>
          </w:tcPr>
          <w:p w14:paraId="368A277A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6D193E2C" w14:textId="5F6D7421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BOLOLOI ELENA</w:t>
            </w:r>
          </w:p>
        </w:tc>
        <w:tc>
          <w:tcPr>
            <w:tcW w:w="1134" w:type="dxa"/>
          </w:tcPr>
          <w:p w14:paraId="7C73096E" w14:textId="77777777" w:rsidR="00C80D37" w:rsidRDefault="00C80D37"/>
        </w:tc>
      </w:tr>
      <w:tr w:rsidR="00C80D37" w14:paraId="1B45CAF2" w14:textId="77777777">
        <w:trPr>
          <w:cantSplit/>
          <w:jc w:val="center"/>
        </w:trPr>
        <w:tc>
          <w:tcPr>
            <w:tcW w:w="680" w:type="dxa"/>
          </w:tcPr>
          <w:p w14:paraId="2D25DCAA" w14:textId="77777777" w:rsidR="00C80D37" w:rsidRDefault="00000000">
            <w:r>
              <w:rPr>
                <w:sz w:val="20"/>
              </w:rPr>
              <w:t>13</w:t>
            </w:r>
          </w:p>
        </w:tc>
        <w:tc>
          <w:tcPr>
            <w:tcW w:w="1984" w:type="dxa"/>
          </w:tcPr>
          <w:p w14:paraId="208F3E07" w14:textId="77777777" w:rsidR="00C80D37" w:rsidRDefault="00000000">
            <w:r>
              <w:rPr>
                <w:sz w:val="20"/>
              </w:rPr>
              <w:t>Şcoala Gimnazială Nr. 5 Drobeta-Turnu Severin</w:t>
            </w:r>
          </w:p>
        </w:tc>
        <w:tc>
          <w:tcPr>
            <w:tcW w:w="1247" w:type="dxa"/>
          </w:tcPr>
          <w:p w14:paraId="324B44F9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0CA1C14D" w14:textId="15A16AB2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DAMIAN DUMITRU- MIREL</w:t>
            </w:r>
          </w:p>
        </w:tc>
        <w:tc>
          <w:tcPr>
            <w:tcW w:w="1134" w:type="dxa"/>
          </w:tcPr>
          <w:p w14:paraId="34816D55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644C1EDB" w14:textId="2E62C542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PUICĂNESCU IORGU- GICU</w:t>
            </w:r>
          </w:p>
        </w:tc>
        <w:tc>
          <w:tcPr>
            <w:tcW w:w="1134" w:type="dxa"/>
          </w:tcPr>
          <w:p w14:paraId="5748B49D" w14:textId="77777777" w:rsidR="00C80D37" w:rsidRDefault="00C80D37"/>
        </w:tc>
      </w:tr>
      <w:tr w:rsidR="00C80D37" w14:paraId="3A530AAA" w14:textId="77777777">
        <w:trPr>
          <w:cantSplit/>
          <w:jc w:val="center"/>
        </w:trPr>
        <w:tc>
          <w:tcPr>
            <w:tcW w:w="680" w:type="dxa"/>
          </w:tcPr>
          <w:p w14:paraId="5F876C92" w14:textId="77777777" w:rsidR="00C80D37" w:rsidRDefault="00000000">
            <w:r>
              <w:rPr>
                <w:sz w:val="20"/>
              </w:rPr>
              <w:t>14</w:t>
            </w:r>
          </w:p>
        </w:tc>
        <w:tc>
          <w:tcPr>
            <w:tcW w:w="1984" w:type="dxa"/>
          </w:tcPr>
          <w:p w14:paraId="695D01E4" w14:textId="77777777" w:rsidR="00C80D37" w:rsidRDefault="00000000">
            <w:r>
              <w:rPr>
                <w:sz w:val="20"/>
              </w:rPr>
              <w:t>Şcoala Gimnazială Nr .6 Drobeta-Turnu Severin</w:t>
            </w:r>
          </w:p>
        </w:tc>
        <w:tc>
          <w:tcPr>
            <w:tcW w:w="1247" w:type="dxa"/>
          </w:tcPr>
          <w:p w14:paraId="301E7467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1B644E77" w14:textId="60C2E060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PUICĂNESCU IORGU- GICU</w:t>
            </w:r>
          </w:p>
        </w:tc>
        <w:tc>
          <w:tcPr>
            <w:tcW w:w="1134" w:type="dxa"/>
          </w:tcPr>
          <w:p w14:paraId="7222E3CC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3F8A0EA2" w14:textId="617EA823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ZGLIMBEA DANIELA- RAMONA</w:t>
            </w:r>
          </w:p>
        </w:tc>
        <w:tc>
          <w:tcPr>
            <w:tcW w:w="1134" w:type="dxa"/>
          </w:tcPr>
          <w:p w14:paraId="2E602AB4" w14:textId="77777777" w:rsidR="00C80D37" w:rsidRDefault="00C80D37"/>
        </w:tc>
      </w:tr>
      <w:tr w:rsidR="00C80D37" w14:paraId="518D5509" w14:textId="77777777">
        <w:trPr>
          <w:cantSplit/>
          <w:jc w:val="center"/>
        </w:trPr>
        <w:tc>
          <w:tcPr>
            <w:tcW w:w="680" w:type="dxa"/>
          </w:tcPr>
          <w:p w14:paraId="1ECCFC58" w14:textId="77777777" w:rsidR="00C80D37" w:rsidRDefault="00000000">
            <w:r>
              <w:rPr>
                <w:sz w:val="20"/>
              </w:rPr>
              <w:t>15</w:t>
            </w:r>
          </w:p>
        </w:tc>
        <w:tc>
          <w:tcPr>
            <w:tcW w:w="1984" w:type="dxa"/>
          </w:tcPr>
          <w:p w14:paraId="38F9749E" w14:textId="77777777" w:rsidR="00C80D37" w:rsidRDefault="00000000">
            <w:r>
              <w:rPr>
                <w:sz w:val="20"/>
              </w:rPr>
              <w:t>Şcoala Gimnazială "Theodor Costescu" Drobeta-Turnu Severin</w:t>
            </w:r>
          </w:p>
        </w:tc>
        <w:tc>
          <w:tcPr>
            <w:tcW w:w="1247" w:type="dxa"/>
          </w:tcPr>
          <w:p w14:paraId="54FB9129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51FCC1D6" w14:textId="1E4E48A1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CALOTĂ EMILIAN</w:t>
            </w:r>
          </w:p>
        </w:tc>
        <w:tc>
          <w:tcPr>
            <w:tcW w:w="1134" w:type="dxa"/>
          </w:tcPr>
          <w:p w14:paraId="68A516D1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2069353B" w14:textId="10CC4C0B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TRA</w:t>
            </w:r>
            <w:r w:rsidRPr="00DE0958">
              <w:rPr>
                <w:rFonts w:ascii="Cambria" w:hAnsi="Cambria" w:cs="Cambria"/>
                <w:sz w:val="18"/>
                <w:szCs w:val="18"/>
              </w:rPr>
              <w:t>Ș</w:t>
            </w:r>
            <w:r w:rsidRPr="00DE0958">
              <w:rPr>
                <w:sz w:val="18"/>
                <w:szCs w:val="18"/>
              </w:rPr>
              <w:t>CĂ ARMAND- CLAUDIU</w:t>
            </w:r>
          </w:p>
        </w:tc>
        <w:tc>
          <w:tcPr>
            <w:tcW w:w="1134" w:type="dxa"/>
          </w:tcPr>
          <w:p w14:paraId="7F2BE216" w14:textId="77777777" w:rsidR="00C80D37" w:rsidRDefault="00C80D37"/>
        </w:tc>
      </w:tr>
      <w:tr w:rsidR="00C80D37" w14:paraId="669A0416" w14:textId="77777777">
        <w:trPr>
          <w:cantSplit/>
          <w:jc w:val="center"/>
        </w:trPr>
        <w:tc>
          <w:tcPr>
            <w:tcW w:w="680" w:type="dxa"/>
          </w:tcPr>
          <w:p w14:paraId="36041B9A" w14:textId="77777777" w:rsidR="00C80D37" w:rsidRDefault="00000000">
            <w:r>
              <w:rPr>
                <w:sz w:val="20"/>
              </w:rPr>
              <w:t>16</w:t>
            </w:r>
          </w:p>
        </w:tc>
        <w:tc>
          <w:tcPr>
            <w:tcW w:w="1984" w:type="dxa"/>
          </w:tcPr>
          <w:p w14:paraId="56A3BAE9" w14:textId="77777777" w:rsidR="00C80D37" w:rsidRDefault="00000000">
            <w:r>
              <w:rPr>
                <w:sz w:val="20"/>
              </w:rPr>
              <w:t>Şcoala Gimnazială "Constantin Negreanu" Drobeta-Turnu Severin</w:t>
            </w:r>
          </w:p>
        </w:tc>
        <w:tc>
          <w:tcPr>
            <w:tcW w:w="1247" w:type="dxa"/>
          </w:tcPr>
          <w:p w14:paraId="62465FEC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40DAD46D" w14:textId="72B1FAD3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PUICĂNESCU IORGU- GICU</w:t>
            </w:r>
          </w:p>
        </w:tc>
        <w:tc>
          <w:tcPr>
            <w:tcW w:w="1134" w:type="dxa"/>
          </w:tcPr>
          <w:p w14:paraId="26141E75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6CE14591" w14:textId="5ED63747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SECU CRISTINA- ROXANA</w:t>
            </w:r>
          </w:p>
        </w:tc>
        <w:tc>
          <w:tcPr>
            <w:tcW w:w="1134" w:type="dxa"/>
          </w:tcPr>
          <w:p w14:paraId="1936CE6E" w14:textId="77777777" w:rsidR="00C80D37" w:rsidRDefault="00C80D37"/>
        </w:tc>
      </w:tr>
      <w:tr w:rsidR="00C80D37" w14:paraId="26E692F7" w14:textId="77777777">
        <w:trPr>
          <w:cantSplit/>
          <w:jc w:val="center"/>
        </w:trPr>
        <w:tc>
          <w:tcPr>
            <w:tcW w:w="680" w:type="dxa"/>
          </w:tcPr>
          <w:p w14:paraId="3D9BADB0" w14:textId="77777777" w:rsidR="00C80D37" w:rsidRDefault="00000000">
            <w:r>
              <w:rPr>
                <w:sz w:val="20"/>
              </w:rPr>
              <w:t>17</w:t>
            </w:r>
          </w:p>
        </w:tc>
        <w:tc>
          <w:tcPr>
            <w:tcW w:w="1984" w:type="dxa"/>
          </w:tcPr>
          <w:p w14:paraId="18630FC8" w14:textId="77777777" w:rsidR="00C80D37" w:rsidRDefault="00000000">
            <w:r>
              <w:rPr>
                <w:sz w:val="20"/>
              </w:rPr>
              <w:t>Şcoala Gimnazială "Regele Mihai I" Drobeta-Turnu Severin</w:t>
            </w:r>
          </w:p>
        </w:tc>
        <w:tc>
          <w:tcPr>
            <w:tcW w:w="1247" w:type="dxa"/>
          </w:tcPr>
          <w:p w14:paraId="2B613324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4AF3AA7E" w14:textId="29A92C7D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VERDE</w:t>
            </w:r>
            <w:r w:rsidRPr="00DE0958">
              <w:rPr>
                <w:rFonts w:ascii="Cambria" w:hAnsi="Cambria" w:cs="Cambria"/>
                <w:sz w:val="18"/>
                <w:szCs w:val="18"/>
              </w:rPr>
              <w:t>Ș</w:t>
            </w:r>
            <w:r w:rsidRPr="00DE0958">
              <w:rPr>
                <w:sz w:val="18"/>
                <w:szCs w:val="18"/>
              </w:rPr>
              <w:t xml:space="preserve"> GHEORGHE</w:t>
            </w:r>
          </w:p>
        </w:tc>
        <w:tc>
          <w:tcPr>
            <w:tcW w:w="1134" w:type="dxa"/>
          </w:tcPr>
          <w:p w14:paraId="00E08961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41030D67" w14:textId="2372580E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IONESCU CONSTANTIN</w:t>
            </w:r>
          </w:p>
        </w:tc>
        <w:tc>
          <w:tcPr>
            <w:tcW w:w="1134" w:type="dxa"/>
          </w:tcPr>
          <w:p w14:paraId="2D2606FB" w14:textId="77777777" w:rsidR="00C80D37" w:rsidRDefault="00C80D37"/>
        </w:tc>
      </w:tr>
      <w:tr w:rsidR="00C80D37" w14:paraId="308FE854" w14:textId="77777777">
        <w:trPr>
          <w:cantSplit/>
          <w:jc w:val="center"/>
        </w:trPr>
        <w:tc>
          <w:tcPr>
            <w:tcW w:w="680" w:type="dxa"/>
          </w:tcPr>
          <w:p w14:paraId="76A0E804" w14:textId="77777777" w:rsidR="00C80D37" w:rsidRDefault="00000000">
            <w:r>
              <w:rPr>
                <w:sz w:val="20"/>
              </w:rPr>
              <w:t>18</w:t>
            </w:r>
          </w:p>
        </w:tc>
        <w:tc>
          <w:tcPr>
            <w:tcW w:w="1984" w:type="dxa"/>
          </w:tcPr>
          <w:p w14:paraId="15F1DCF0" w14:textId="77777777" w:rsidR="00C80D37" w:rsidRDefault="00000000">
            <w:r>
              <w:rPr>
                <w:sz w:val="20"/>
              </w:rPr>
              <w:t>Şcoala Gimnazială Nr. 14 Drobeta-Turnu Severin</w:t>
            </w:r>
          </w:p>
        </w:tc>
        <w:tc>
          <w:tcPr>
            <w:tcW w:w="1247" w:type="dxa"/>
          </w:tcPr>
          <w:p w14:paraId="7AB5A3D9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255BB2AC" w14:textId="1AE8B1E2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CALOTĂ EMILIAN</w:t>
            </w:r>
          </w:p>
        </w:tc>
        <w:tc>
          <w:tcPr>
            <w:tcW w:w="1134" w:type="dxa"/>
          </w:tcPr>
          <w:p w14:paraId="49E22742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0408E05A" w14:textId="514D2B88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MIRICĂ- PUFAN EMIL</w:t>
            </w:r>
          </w:p>
        </w:tc>
        <w:tc>
          <w:tcPr>
            <w:tcW w:w="1134" w:type="dxa"/>
          </w:tcPr>
          <w:p w14:paraId="63939A36" w14:textId="77777777" w:rsidR="00C80D37" w:rsidRDefault="00C80D37"/>
        </w:tc>
      </w:tr>
      <w:tr w:rsidR="00C80D37" w14:paraId="3CFD4BE8" w14:textId="77777777">
        <w:trPr>
          <w:cantSplit/>
          <w:jc w:val="center"/>
        </w:trPr>
        <w:tc>
          <w:tcPr>
            <w:tcW w:w="680" w:type="dxa"/>
          </w:tcPr>
          <w:p w14:paraId="1BD0A8C6" w14:textId="77777777" w:rsidR="00C80D37" w:rsidRDefault="00000000">
            <w:r>
              <w:rPr>
                <w:sz w:val="20"/>
              </w:rPr>
              <w:t>19</w:t>
            </w:r>
          </w:p>
        </w:tc>
        <w:tc>
          <w:tcPr>
            <w:tcW w:w="1984" w:type="dxa"/>
          </w:tcPr>
          <w:p w14:paraId="2EE767A2" w14:textId="77777777" w:rsidR="00C80D37" w:rsidRDefault="00000000">
            <w:r>
              <w:rPr>
                <w:sz w:val="20"/>
              </w:rPr>
              <w:t>Şcoala Gimnazială Nr. 15 Drobeta-Turnu Severin</w:t>
            </w:r>
          </w:p>
        </w:tc>
        <w:tc>
          <w:tcPr>
            <w:tcW w:w="1247" w:type="dxa"/>
          </w:tcPr>
          <w:p w14:paraId="7E7F7210" w14:textId="77777777" w:rsidR="00C80D37" w:rsidRDefault="00000000">
            <w:r>
              <w:rPr>
                <w:sz w:val="20"/>
              </w:rPr>
              <w:t>Director</w:t>
            </w:r>
            <w:r>
              <w:br/>
            </w:r>
            <w:r>
              <w:rPr>
                <w:sz w:val="20"/>
              </w:rPr>
              <w:t>/</w:t>
            </w:r>
            <w:r>
              <w:br/>
            </w:r>
            <w:r>
              <w:rPr>
                <w:sz w:val="20"/>
              </w:rPr>
              <w:t>Director adjunct</w:t>
            </w:r>
          </w:p>
        </w:tc>
        <w:tc>
          <w:tcPr>
            <w:tcW w:w="1928" w:type="dxa"/>
          </w:tcPr>
          <w:p w14:paraId="7A47C333" w14:textId="34186368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DUMITRESCU MAGDALENA- MARIA</w:t>
            </w:r>
          </w:p>
        </w:tc>
        <w:tc>
          <w:tcPr>
            <w:tcW w:w="1134" w:type="dxa"/>
          </w:tcPr>
          <w:p w14:paraId="2E18713E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7ABD18C8" w14:textId="2C08C970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SECU CRISTINA- ROXANA</w:t>
            </w:r>
          </w:p>
        </w:tc>
        <w:tc>
          <w:tcPr>
            <w:tcW w:w="1134" w:type="dxa"/>
          </w:tcPr>
          <w:p w14:paraId="436CB8E0" w14:textId="77777777" w:rsidR="00C80D37" w:rsidRDefault="00C80D37"/>
        </w:tc>
      </w:tr>
      <w:tr w:rsidR="00C80D37" w14:paraId="67CC667E" w14:textId="77777777">
        <w:trPr>
          <w:cantSplit/>
          <w:jc w:val="center"/>
        </w:trPr>
        <w:tc>
          <w:tcPr>
            <w:tcW w:w="680" w:type="dxa"/>
          </w:tcPr>
          <w:p w14:paraId="5C55D7A6" w14:textId="77777777" w:rsidR="00C80D37" w:rsidRDefault="00000000">
            <w:r>
              <w:rPr>
                <w:sz w:val="20"/>
              </w:rPr>
              <w:t>20</w:t>
            </w:r>
          </w:p>
        </w:tc>
        <w:tc>
          <w:tcPr>
            <w:tcW w:w="1984" w:type="dxa"/>
          </w:tcPr>
          <w:p w14:paraId="643EE95F" w14:textId="77777777" w:rsidR="00C80D37" w:rsidRDefault="00000000">
            <w:r>
              <w:rPr>
                <w:sz w:val="20"/>
              </w:rPr>
              <w:t>Şcoala Postliceală Sanitară Drobeta-Turnu Severin</w:t>
            </w:r>
          </w:p>
        </w:tc>
        <w:tc>
          <w:tcPr>
            <w:tcW w:w="1247" w:type="dxa"/>
          </w:tcPr>
          <w:p w14:paraId="5C8BDB32" w14:textId="77777777" w:rsidR="00C80D37" w:rsidRDefault="00000000">
            <w:r>
              <w:rPr>
                <w:sz w:val="20"/>
              </w:rPr>
              <w:t>Director</w:t>
            </w:r>
          </w:p>
        </w:tc>
        <w:tc>
          <w:tcPr>
            <w:tcW w:w="1928" w:type="dxa"/>
          </w:tcPr>
          <w:p w14:paraId="7C64E666" w14:textId="1FC40239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CALOTĂ EMILIAN</w:t>
            </w:r>
          </w:p>
        </w:tc>
        <w:tc>
          <w:tcPr>
            <w:tcW w:w="1134" w:type="dxa"/>
          </w:tcPr>
          <w:p w14:paraId="45E7E412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6C255AAE" w14:textId="0FB72680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PUICAN MARIA- MIOARA</w:t>
            </w:r>
          </w:p>
        </w:tc>
        <w:tc>
          <w:tcPr>
            <w:tcW w:w="1134" w:type="dxa"/>
          </w:tcPr>
          <w:p w14:paraId="7014C4BC" w14:textId="77777777" w:rsidR="00C80D37" w:rsidRDefault="00C80D37"/>
        </w:tc>
      </w:tr>
      <w:tr w:rsidR="00C80D37" w14:paraId="09DD5B91" w14:textId="77777777">
        <w:trPr>
          <w:cantSplit/>
          <w:jc w:val="center"/>
        </w:trPr>
        <w:tc>
          <w:tcPr>
            <w:tcW w:w="680" w:type="dxa"/>
          </w:tcPr>
          <w:p w14:paraId="2784D5E7" w14:textId="77777777" w:rsidR="00C80D37" w:rsidRDefault="00000000">
            <w:r>
              <w:rPr>
                <w:sz w:val="20"/>
              </w:rPr>
              <w:lastRenderedPageBreak/>
              <w:t>21</w:t>
            </w:r>
          </w:p>
        </w:tc>
        <w:tc>
          <w:tcPr>
            <w:tcW w:w="1984" w:type="dxa"/>
          </w:tcPr>
          <w:p w14:paraId="2E0EC880" w14:textId="77777777" w:rsidR="00C80D37" w:rsidRDefault="00000000">
            <w:r>
              <w:rPr>
                <w:sz w:val="20"/>
              </w:rPr>
              <w:t>Grădinița cu Program Prelungit Nr.3 Drobeta-Turnu Severin</w:t>
            </w:r>
          </w:p>
        </w:tc>
        <w:tc>
          <w:tcPr>
            <w:tcW w:w="1247" w:type="dxa"/>
          </w:tcPr>
          <w:p w14:paraId="082E9837" w14:textId="77777777" w:rsidR="00C80D37" w:rsidRDefault="00000000">
            <w:r>
              <w:rPr>
                <w:sz w:val="20"/>
              </w:rPr>
              <w:t>Director</w:t>
            </w:r>
          </w:p>
        </w:tc>
        <w:tc>
          <w:tcPr>
            <w:tcW w:w="1928" w:type="dxa"/>
          </w:tcPr>
          <w:p w14:paraId="7E9234EB" w14:textId="19977817" w:rsidR="00C80D37" w:rsidRPr="00DE0958" w:rsidRDefault="00DE0958">
            <w:pPr>
              <w:rPr>
                <w:rFonts w:ascii="Cambria" w:hAnsi="Cambria"/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VERDE</w:t>
            </w:r>
            <w:r w:rsidRPr="00DE0958">
              <w:rPr>
                <w:rFonts w:ascii="Cambria" w:hAnsi="Cambria"/>
                <w:sz w:val="18"/>
                <w:szCs w:val="18"/>
              </w:rPr>
              <w:t>Ș GHEORGHE</w:t>
            </w:r>
          </w:p>
        </w:tc>
        <w:tc>
          <w:tcPr>
            <w:tcW w:w="1134" w:type="dxa"/>
          </w:tcPr>
          <w:p w14:paraId="4A050B63" w14:textId="77777777" w:rsidR="00C80D37" w:rsidRPr="00DE0958" w:rsidRDefault="00C80D37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3E92C415" w14:textId="43AA82FF" w:rsidR="00C80D37" w:rsidRPr="00DE0958" w:rsidRDefault="00DE0958">
            <w:pPr>
              <w:rPr>
                <w:sz w:val="18"/>
                <w:szCs w:val="18"/>
              </w:rPr>
            </w:pPr>
            <w:r w:rsidRPr="00DE0958">
              <w:rPr>
                <w:sz w:val="18"/>
                <w:szCs w:val="18"/>
              </w:rPr>
              <w:t>ZGLIMBEA DANIELA- RAMONA</w:t>
            </w:r>
          </w:p>
        </w:tc>
        <w:tc>
          <w:tcPr>
            <w:tcW w:w="1134" w:type="dxa"/>
          </w:tcPr>
          <w:p w14:paraId="1F7941C8" w14:textId="77777777" w:rsidR="00C80D37" w:rsidRDefault="00C80D37"/>
        </w:tc>
      </w:tr>
    </w:tbl>
    <w:p w14:paraId="0C0E8F36" w14:textId="77777777" w:rsidR="00454A7F" w:rsidRDefault="00454A7F"/>
    <w:sectPr w:rsidR="00454A7F" w:rsidSect="00034616">
      <w:pgSz w:w="11906" w:h="16838"/>
      <w:pgMar w:top="1928" w:right="1134" w:bottom="170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5F989" w14:textId="77777777" w:rsidR="00526992" w:rsidRDefault="00526992">
      <w:pPr>
        <w:spacing w:after="0" w:line="240" w:lineRule="auto"/>
      </w:pPr>
      <w:r>
        <w:separator/>
      </w:r>
    </w:p>
  </w:endnote>
  <w:endnote w:type="continuationSeparator" w:id="0">
    <w:p w14:paraId="2FA76149" w14:textId="77777777" w:rsidR="00526992" w:rsidRDefault="00526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CC286" w14:textId="77777777" w:rsidR="00526992" w:rsidRDefault="00526992">
      <w:pPr>
        <w:spacing w:after="0" w:line="240" w:lineRule="auto"/>
      </w:pPr>
      <w:r>
        <w:separator/>
      </w:r>
    </w:p>
  </w:footnote>
  <w:footnote w:type="continuationSeparator" w:id="0">
    <w:p w14:paraId="11F76AF7" w14:textId="77777777" w:rsidR="00526992" w:rsidRDefault="00526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1836164">
    <w:abstractNumId w:val="8"/>
  </w:num>
  <w:num w:numId="2" w16cid:durableId="1210875636">
    <w:abstractNumId w:val="6"/>
  </w:num>
  <w:num w:numId="3" w16cid:durableId="1588535381">
    <w:abstractNumId w:val="5"/>
  </w:num>
  <w:num w:numId="4" w16cid:durableId="1245528839">
    <w:abstractNumId w:val="4"/>
  </w:num>
  <w:num w:numId="5" w16cid:durableId="1153062414">
    <w:abstractNumId w:val="7"/>
  </w:num>
  <w:num w:numId="6" w16cid:durableId="286590982">
    <w:abstractNumId w:val="3"/>
  </w:num>
  <w:num w:numId="7" w16cid:durableId="810516020">
    <w:abstractNumId w:val="2"/>
  </w:num>
  <w:num w:numId="8" w16cid:durableId="1514539990">
    <w:abstractNumId w:val="1"/>
  </w:num>
  <w:num w:numId="9" w16cid:durableId="2079814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1D5"/>
    <w:rsid w:val="0015074B"/>
    <w:rsid w:val="002542A1"/>
    <w:rsid w:val="0029639D"/>
    <w:rsid w:val="00326F90"/>
    <w:rsid w:val="0037427F"/>
    <w:rsid w:val="00382880"/>
    <w:rsid w:val="00454A7F"/>
    <w:rsid w:val="004F7B5B"/>
    <w:rsid w:val="00526992"/>
    <w:rsid w:val="00596A8E"/>
    <w:rsid w:val="0090070B"/>
    <w:rsid w:val="00A90E97"/>
    <w:rsid w:val="00AA1D8D"/>
    <w:rsid w:val="00B47730"/>
    <w:rsid w:val="00B66E3D"/>
    <w:rsid w:val="00C80D37"/>
    <w:rsid w:val="00CB0664"/>
    <w:rsid w:val="00DA61D1"/>
    <w:rsid w:val="00DE0958"/>
    <w:rsid w:val="00F362F9"/>
    <w:rsid w:val="00F50152"/>
    <w:rsid w:val="00FC4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6A486A"/>
  <w14:defaultImageDpi w14:val="300"/>
  <w15:docId w15:val="{28612609-DD0D-4E4C-926E-2766B3D9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Bookman Old Style" w:eastAsia="Bookman Old Style" w:hAnsi="Bookman Old Style" w:cs="Bookman Old Style"/>
      <w:sz w:val="23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467</Words>
  <Characters>2710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 2</cp:lastModifiedBy>
  <cp:revision>10</cp:revision>
  <cp:lastPrinted>2026-09-29T07:02:00Z</cp:lastPrinted>
  <dcterms:created xsi:type="dcterms:W3CDTF">2013-12-23T23:15:00Z</dcterms:created>
  <dcterms:modified xsi:type="dcterms:W3CDTF">2026-09-29T07:02:00Z</dcterms:modified>
  <cp:category/>
</cp:coreProperties>
</file>