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B33E" w14:textId="33C38E63" w:rsidR="00E6277E" w:rsidRPr="00A15970" w:rsidRDefault="00F63A85" w:rsidP="004A3BE9">
      <w:pPr>
        <w:shd w:val="clear" w:color="auto" w:fill="17365D"/>
        <w:spacing w:after="0" w:line="240" w:lineRule="auto"/>
        <w:jc w:val="center"/>
        <w:rPr>
          <w:rFonts w:asciiTheme="majorHAnsi" w:hAnsiTheme="majorHAnsi" w:cstheme="majorHAnsi"/>
          <w:b/>
          <w:sz w:val="24"/>
          <w:szCs w:val="24"/>
          <w:lang w:val="ro-RO"/>
        </w:rPr>
      </w:pPr>
      <w:r>
        <w:rPr>
          <w:rFonts w:asciiTheme="majorHAnsi" w:hAnsiTheme="majorHAnsi" w:cstheme="majorHAnsi"/>
          <w:b/>
          <w:sz w:val="24"/>
          <w:szCs w:val="24"/>
          <w:lang w:val="ro-RO"/>
        </w:rPr>
        <w:t>Octombrie</w:t>
      </w:r>
      <w:r w:rsidR="00E6277E" w:rsidRPr="00A15970">
        <w:rPr>
          <w:rFonts w:asciiTheme="majorHAnsi" w:hAnsiTheme="majorHAnsi" w:cstheme="majorHAnsi"/>
          <w:b/>
          <w:sz w:val="24"/>
          <w:szCs w:val="24"/>
          <w:lang w:val="ro-RO"/>
        </w:rPr>
        <w:t xml:space="preserve"> 2025</w:t>
      </w:r>
    </w:p>
    <w:p w14:paraId="61F4E33B" w14:textId="77777777" w:rsidR="00E6277E" w:rsidRPr="00A15970" w:rsidRDefault="00E6277E" w:rsidP="004A3BE9">
      <w:pPr>
        <w:pStyle w:val="stilascuns"/>
        <w:spacing w:before="0" w:after="0"/>
        <w:rPr>
          <w:rFonts w:asciiTheme="majorHAnsi" w:hAnsiTheme="majorHAnsi" w:cstheme="majorHAnsi"/>
          <w:color w:val="auto"/>
          <w:sz w:val="24"/>
          <w:szCs w:val="24"/>
        </w:rPr>
      </w:pPr>
    </w:p>
    <w:p w14:paraId="0ABE31F1" w14:textId="77777777" w:rsidR="00E6277E" w:rsidRPr="00A15970" w:rsidRDefault="00E6277E" w:rsidP="004A3BE9">
      <w:pPr>
        <w:widowControl w:val="0"/>
        <w:autoSpaceDE w:val="0"/>
        <w:autoSpaceDN w:val="0"/>
        <w:adjustRightInd w:val="0"/>
        <w:spacing w:after="0" w:line="240" w:lineRule="auto"/>
        <w:jc w:val="center"/>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DOCUMENTAŢIA DE ATRIBUIRE</w:t>
      </w:r>
    </w:p>
    <w:p w14:paraId="3D8EA66B" w14:textId="77777777" w:rsidR="00E6277E" w:rsidRPr="00A15970" w:rsidRDefault="00E6277E" w:rsidP="004A3BE9">
      <w:pPr>
        <w:spacing w:after="0" w:line="240" w:lineRule="auto"/>
        <w:jc w:val="center"/>
        <w:rPr>
          <w:rFonts w:asciiTheme="majorHAnsi" w:hAnsiTheme="majorHAnsi" w:cstheme="majorHAnsi"/>
          <w:b/>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59264" behindDoc="0" locked="0" layoutInCell="1" allowOverlap="1" wp14:anchorId="66BBD84A" wp14:editId="1A83AC85">
                <wp:simplePos x="0" y="0"/>
                <wp:positionH relativeFrom="column">
                  <wp:posOffset>37360</wp:posOffset>
                </wp:positionH>
                <wp:positionV relativeFrom="paragraph">
                  <wp:posOffset>167005</wp:posOffset>
                </wp:positionV>
                <wp:extent cx="5977255" cy="772160"/>
                <wp:effectExtent l="0" t="0" r="4445"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255" cy="772160"/>
                        </a:xfrm>
                        <a:prstGeom prst="rect">
                          <a:avLst/>
                        </a:prstGeom>
                        <a:solidFill>
                          <a:schemeClr val="accent5">
                            <a:lumMod val="40000"/>
                            <a:lumOff val="60000"/>
                          </a:schemeClr>
                        </a:solidFill>
                        <a:ln>
                          <a:noFill/>
                        </a:ln>
                      </wps:spPr>
                      <wps:txbx>
                        <w:txbxContent>
                          <w:p w14:paraId="6B79524B" w14:textId="77777777" w:rsidR="00757037" w:rsidRPr="00207287" w:rsidRDefault="00757037"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757037" w:rsidRPr="00207287" w:rsidRDefault="00757037" w:rsidP="00E6277E">
                            <w:pPr>
                              <w:jc w:val="center"/>
                              <w:rPr>
                                <w:rFonts w:asciiTheme="majorHAnsi" w:hAnsiTheme="majorHAnsi" w:cstheme="majorHAnsi"/>
                                <w:b/>
                                <w:color w:val="FFFFFF"/>
                                <w:sz w:val="60"/>
                              </w:rPr>
                            </w:pPr>
                          </w:p>
                          <w:p w14:paraId="588CB795" w14:textId="77777777" w:rsidR="00757037" w:rsidRPr="00207287" w:rsidRDefault="00757037" w:rsidP="00E6277E">
                            <w:pPr>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BD84A" id="Rectangle 5" o:spid="_x0000_s1026" style="position:absolute;left:0;text-align:left;margin-left:2.95pt;margin-top:13.15pt;width:470.65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" fillcolor="#b6dde8 [1304]" stroked="f">
                <v:textbox>
                  <w:txbxContent>
                    <w:p w14:paraId="6B79524B" w14:textId="77777777" w:rsidR="00757037" w:rsidRPr="00207287" w:rsidRDefault="00757037"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757037" w:rsidRPr="00207287" w:rsidRDefault="00757037" w:rsidP="00E6277E">
                      <w:pPr>
                        <w:jc w:val="center"/>
                        <w:rPr>
                          <w:rFonts w:asciiTheme="majorHAnsi" w:hAnsiTheme="majorHAnsi" w:cstheme="majorHAnsi"/>
                          <w:b/>
                          <w:color w:val="FFFFFF"/>
                          <w:sz w:val="60"/>
                        </w:rPr>
                      </w:pPr>
                    </w:p>
                    <w:p w14:paraId="588CB795" w14:textId="77777777" w:rsidR="00757037" w:rsidRPr="00207287" w:rsidRDefault="00757037" w:rsidP="00E6277E">
                      <w:pPr>
                        <w:jc w:val="center"/>
                        <w:rPr>
                          <w:rFonts w:asciiTheme="majorHAnsi" w:hAnsiTheme="majorHAnsi" w:cstheme="majorHAnsi"/>
                          <w:b/>
                        </w:rPr>
                      </w:pPr>
                    </w:p>
                  </w:txbxContent>
                </v:textbox>
              </v:rect>
            </w:pict>
          </mc:Fallback>
        </mc:AlternateContent>
      </w:r>
    </w:p>
    <w:p w14:paraId="249335BB" w14:textId="77777777" w:rsidR="00E6277E" w:rsidRPr="00A15970" w:rsidRDefault="00E6277E" w:rsidP="004A3BE9">
      <w:pPr>
        <w:spacing w:after="0" w:line="240" w:lineRule="auto"/>
        <w:jc w:val="center"/>
        <w:rPr>
          <w:rFonts w:asciiTheme="majorHAnsi" w:hAnsiTheme="majorHAnsi" w:cstheme="majorHAnsi"/>
          <w:b/>
          <w:sz w:val="24"/>
          <w:szCs w:val="24"/>
          <w:lang w:val="ro-RO"/>
        </w:rPr>
      </w:pPr>
    </w:p>
    <w:p w14:paraId="3E811F20" w14:textId="27DB1141" w:rsidR="00E6277E" w:rsidRPr="00A15970" w:rsidRDefault="00E6277E" w:rsidP="004A3BE9">
      <w:pPr>
        <w:spacing w:after="0" w:line="240" w:lineRule="auto"/>
        <w:jc w:val="both"/>
        <w:rPr>
          <w:rFonts w:asciiTheme="majorHAnsi" w:hAnsiTheme="majorHAnsi" w:cstheme="majorHAnsi"/>
          <w:sz w:val="24"/>
          <w:szCs w:val="24"/>
          <w:lang w:val="ro-RO"/>
        </w:rPr>
      </w:pPr>
    </w:p>
    <w:p w14:paraId="7A93E072" w14:textId="1DB961BB" w:rsidR="00E6277E" w:rsidRPr="00A15970" w:rsidRDefault="00E6277E" w:rsidP="004A3BE9">
      <w:pPr>
        <w:spacing w:after="0" w:line="240" w:lineRule="auto"/>
        <w:jc w:val="both"/>
        <w:rPr>
          <w:rFonts w:asciiTheme="majorHAnsi" w:hAnsiTheme="majorHAnsi" w:cstheme="majorHAnsi"/>
          <w:sz w:val="24"/>
          <w:szCs w:val="24"/>
          <w:lang w:val="ro-RO"/>
        </w:rPr>
      </w:pPr>
    </w:p>
    <w:p w14:paraId="16165CBE" w14:textId="6BE70ED5" w:rsidR="00E6277E" w:rsidRPr="00A15970" w:rsidRDefault="00EB4590"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60288" behindDoc="0" locked="0" layoutInCell="1" allowOverlap="1" wp14:anchorId="04DEBFCD" wp14:editId="57F08E1D">
                <wp:simplePos x="0" y="0"/>
                <wp:positionH relativeFrom="column">
                  <wp:posOffset>48260</wp:posOffset>
                </wp:positionH>
                <wp:positionV relativeFrom="paragraph">
                  <wp:posOffset>9525</wp:posOffset>
                </wp:positionV>
                <wp:extent cx="5964555" cy="1168400"/>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1168400"/>
                        </a:xfrm>
                        <a:prstGeom prst="rect">
                          <a:avLst/>
                        </a:prstGeom>
                        <a:solidFill>
                          <a:schemeClr val="tx2">
                            <a:lumMod val="20000"/>
                            <a:lumOff val="80000"/>
                          </a:schemeClr>
                        </a:solidFill>
                        <a:ln>
                          <a:noFill/>
                        </a:ln>
                      </wps:spPr>
                      <wps:txbx>
                        <w:txbxContent>
                          <w:p w14:paraId="487E24FC" w14:textId="77777777" w:rsidR="00757037" w:rsidRDefault="00757037" w:rsidP="00A15970">
                            <w:pPr>
                              <w:spacing w:after="0" w:line="240" w:lineRule="auto"/>
                              <w:jc w:val="center"/>
                              <w:rPr>
                                <w:rFonts w:ascii="Times New Roman" w:hAnsi="Times New Roman"/>
                                <w:spacing w:val="-3"/>
                                <w:sz w:val="28"/>
                                <w:szCs w:val="28"/>
                              </w:rPr>
                            </w:pPr>
                          </w:p>
                          <w:p w14:paraId="53151B92" w14:textId="77777777" w:rsidR="00757037" w:rsidRPr="00207287" w:rsidRDefault="00757037"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757037" w:rsidRPr="00207287" w:rsidRDefault="00757037" w:rsidP="00A15970">
                            <w:pPr>
                              <w:spacing w:after="0" w:line="240" w:lineRule="auto"/>
                              <w:rPr>
                                <w:rFonts w:asciiTheme="majorHAnsi" w:hAnsiTheme="majorHAnsi" w:cstheme="majorHAnsi"/>
                                <w:sz w:val="28"/>
                                <w:szCs w:val="28"/>
                              </w:rPr>
                            </w:pPr>
                          </w:p>
                          <w:p w14:paraId="3C045DF1" w14:textId="77777777" w:rsidR="00757037" w:rsidRPr="00A15970" w:rsidRDefault="00757037" w:rsidP="00E6277E">
                            <w:pPr>
                              <w:pStyle w:val="CowiClient"/>
                              <w:spacing w:line="276" w:lineRule="auto"/>
                              <w:jc w:val="center"/>
                              <w:rPr>
                                <w:rFonts w:asciiTheme="majorHAnsi" w:hAnsiTheme="majorHAnsi" w:cstheme="majorHAnsi"/>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BFCD" id="Rectangle 6" o:spid="_x0000_s1027" style="position:absolute;left:0;text-align:left;margin-left:3.8pt;margin-top:.75pt;width:469.6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" fillcolor="#c6d9f1 [671]" stroked="f">
                <v:textbox>
                  <w:txbxContent>
                    <w:p w14:paraId="487E24FC" w14:textId="77777777" w:rsidR="00757037" w:rsidRDefault="00757037" w:rsidP="00A15970">
                      <w:pPr>
                        <w:spacing w:after="0" w:line="240" w:lineRule="auto"/>
                        <w:jc w:val="center"/>
                        <w:rPr>
                          <w:rFonts w:ascii="Times New Roman" w:hAnsi="Times New Roman"/>
                          <w:spacing w:val="-3"/>
                          <w:sz w:val="28"/>
                          <w:szCs w:val="28"/>
                        </w:rPr>
                      </w:pPr>
                    </w:p>
                    <w:p w14:paraId="53151B92" w14:textId="77777777" w:rsidR="00757037" w:rsidRPr="00207287" w:rsidRDefault="00757037"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757037" w:rsidRPr="00207287" w:rsidRDefault="00757037" w:rsidP="00A15970">
                      <w:pPr>
                        <w:spacing w:after="0" w:line="240" w:lineRule="auto"/>
                        <w:rPr>
                          <w:rFonts w:asciiTheme="majorHAnsi" w:hAnsiTheme="majorHAnsi" w:cstheme="majorHAnsi"/>
                          <w:sz w:val="28"/>
                          <w:szCs w:val="28"/>
                        </w:rPr>
                      </w:pPr>
                    </w:p>
                    <w:p w14:paraId="3C045DF1" w14:textId="77777777" w:rsidR="00757037" w:rsidRPr="00A15970" w:rsidRDefault="00757037" w:rsidP="00E6277E">
                      <w:pPr>
                        <w:pStyle w:val="CowiClient"/>
                        <w:spacing w:line="276" w:lineRule="auto"/>
                        <w:jc w:val="center"/>
                        <w:rPr>
                          <w:rFonts w:asciiTheme="majorHAnsi" w:hAnsiTheme="majorHAnsi" w:cstheme="majorHAnsi"/>
                          <w:szCs w:val="28"/>
                          <w:lang w:val="ro-RO"/>
                        </w:rPr>
                      </w:pPr>
                    </w:p>
                  </w:txbxContent>
                </v:textbox>
              </v:rect>
            </w:pict>
          </mc:Fallback>
        </mc:AlternateContent>
      </w:r>
    </w:p>
    <w:p w14:paraId="72F0AB14"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15E0181A"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1095E68"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6F77A820"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C79C67D" w14:textId="77777777" w:rsidR="00E6277E" w:rsidRPr="00A15970" w:rsidRDefault="00E6277E" w:rsidP="004A3BE9">
      <w:pPr>
        <w:spacing w:after="0" w:line="240" w:lineRule="auto"/>
        <w:jc w:val="center"/>
        <w:rPr>
          <w:rFonts w:asciiTheme="majorHAnsi" w:hAnsiTheme="majorHAnsi" w:cstheme="majorHAnsi"/>
          <w:sz w:val="24"/>
          <w:szCs w:val="24"/>
          <w:lang w:val="ro-RO"/>
        </w:rPr>
      </w:pPr>
    </w:p>
    <w:p w14:paraId="28D43D6A" w14:textId="77777777" w:rsidR="00D72914" w:rsidRPr="00A15970" w:rsidRDefault="00D72914" w:rsidP="004A3BE9">
      <w:pPr>
        <w:spacing w:after="0" w:line="240" w:lineRule="auto"/>
        <w:jc w:val="center"/>
        <w:rPr>
          <w:rFonts w:asciiTheme="majorHAnsi" w:hAnsiTheme="majorHAnsi" w:cstheme="majorHAnsi"/>
          <w:sz w:val="24"/>
          <w:szCs w:val="24"/>
          <w:lang w:val="ro-RO"/>
        </w:rPr>
      </w:pPr>
    </w:p>
    <w:p w14:paraId="7144CE1E"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Documentație de atribuire:</w:t>
      </w:r>
    </w:p>
    <w:p w14:paraId="77A44118" w14:textId="6AE273AF" w:rsidR="00D72914" w:rsidRPr="00A15970" w:rsidRDefault="00FB606C"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Fiș</w:t>
      </w:r>
      <w:r w:rsidR="00D72914" w:rsidRPr="00A15970">
        <w:rPr>
          <w:rFonts w:asciiTheme="majorHAnsi" w:hAnsiTheme="majorHAnsi" w:cstheme="majorHAnsi"/>
          <w:sz w:val="24"/>
          <w:szCs w:val="24"/>
          <w:lang w:val="ro-RO"/>
        </w:rPr>
        <w:t>a de date a achiziției</w:t>
      </w:r>
    </w:p>
    <w:p w14:paraId="73621AA5" w14:textId="77777777" w:rsidR="00D72914" w:rsidRPr="00A15970" w:rsidRDefault="00D72914" w:rsidP="004A3BE9">
      <w:pPr>
        <w:pStyle w:val="ListParagraph"/>
        <w:numPr>
          <w:ilvl w:val="0"/>
          <w:numId w:val="17"/>
        </w:numPr>
        <w:spacing w:after="0" w:line="240" w:lineRule="auto"/>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Caiet de sarcini</w:t>
      </w:r>
    </w:p>
    <w:p w14:paraId="15A51F8F"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Formulare</w:t>
      </w:r>
    </w:p>
    <w:p w14:paraId="7AB86EE9"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Condiții contractuale</w:t>
      </w:r>
    </w:p>
    <w:p w14:paraId="1083E92B"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Regulamentul serviciului public de salubrizare a localităților din județul Arad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E41879" w:rsidRPr="00A15970" w14:paraId="5EAC0B32" w14:textId="77777777" w:rsidTr="00A15970">
        <w:tc>
          <w:tcPr>
            <w:tcW w:w="3303" w:type="dxa"/>
            <w:shd w:val="clear" w:color="auto" w:fill="DAEEF3" w:themeFill="accent5" w:themeFillTint="33"/>
          </w:tcPr>
          <w:p w14:paraId="79D4F5D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Procedura achiziție</w:t>
            </w:r>
          </w:p>
        </w:tc>
        <w:tc>
          <w:tcPr>
            <w:tcW w:w="3304" w:type="dxa"/>
            <w:shd w:val="clear" w:color="auto" w:fill="DAEEF3" w:themeFill="accent5" w:themeFillTint="33"/>
          </w:tcPr>
          <w:p w14:paraId="79E8C22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Obiect servicii</w:t>
            </w:r>
          </w:p>
        </w:tc>
        <w:tc>
          <w:tcPr>
            <w:tcW w:w="3304" w:type="dxa"/>
            <w:shd w:val="clear" w:color="auto" w:fill="DAEEF3" w:themeFill="accent5" w:themeFillTint="33"/>
          </w:tcPr>
          <w:p w14:paraId="716C314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Cod CPV</w:t>
            </w:r>
          </w:p>
        </w:tc>
      </w:tr>
      <w:tr w:rsidR="00E41879" w:rsidRPr="00A15970" w14:paraId="021789E8" w14:textId="77777777" w:rsidTr="00A15970">
        <w:tc>
          <w:tcPr>
            <w:tcW w:w="3303" w:type="dxa"/>
            <w:vMerge w:val="restart"/>
          </w:tcPr>
          <w:p w14:paraId="09366E3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Licitație deschisa</w:t>
            </w:r>
          </w:p>
        </w:tc>
        <w:tc>
          <w:tcPr>
            <w:tcW w:w="3304" w:type="dxa"/>
            <w:vMerge w:val="restart"/>
          </w:tcPr>
          <w:p w14:paraId="27BDD3C4" w14:textId="7D0A9583" w:rsidR="00D72914" w:rsidRPr="00A15970" w:rsidRDefault="00207287" w:rsidP="004A3BE9">
            <w:pPr>
              <w:spacing w:after="0" w:line="240" w:lineRule="auto"/>
              <w:rPr>
                <w:rFonts w:asciiTheme="majorHAnsi" w:hAnsiTheme="majorHAnsi" w:cstheme="majorHAnsi"/>
                <w:sz w:val="24"/>
                <w:szCs w:val="24"/>
                <w:lang w:val="ro-RO"/>
              </w:rPr>
            </w:pPr>
            <w:r w:rsidRPr="00207287">
              <w:rPr>
                <w:rFonts w:asciiTheme="majorHAnsi" w:hAnsiTheme="majorHAnsi" w:cstheme="majorHAnsi"/>
                <w:sz w:val="24"/>
                <w:szCs w:val="24"/>
                <w:lang w:val="ro-RO"/>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tc>
        <w:tc>
          <w:tcPr>
            <w:tcW w:w="3304" w:type="dxa"/>
          </w:tcPr>
          <w:p w14:paraId="3871D57A"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90500000-2 Servicii privind deșeurile menajere si deșeurile (Rev.2)</w:t>
            </w:r>
          </w:p>
        </w:tc>
      </w:tr>
      <w:tr w:rsidR="00E41879" w:rsidRPr="00A15970" w14:paraId="74EA11AD" w14:textId="77777777" w:rsidTr="00A15970">
        <w:tc>
          <w:tcPr>
            <w:tcW w:w="3303" w:type="dxa"/>
            <w:vMerge/>
          </w:tcPr>
          <w:p w14:paraId="5C1241ED"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4378073A"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6EBA1CA6"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90511100-3 Servicii de colectare a deșeurilor urbane solide (Rev.2)</w:t>
            </w:r>
          </w:p>
        </w:tc>
      </w:tr>
      <w:tr w:rsidR="00E41879" w:rsidRPr="00A15970" w14:paraId="7751492E" w14:textId="77777777" w:rsidTr="00A15970">
        <w:tc>
          <w:tcPr>
            <w:tcW w:w="3303" w:type="dxa"/>
            <w:vMerge/>
          </w:tcPr>
          <w:p w14:paraId="52B4FF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4CCE37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33F880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90511300-5 Servicii de colectare a deșeurilor dispersate (Rev.2)</w:t>
            </w:r>
          </w:p>
        </w:tc>
      </w:tr>
      <w:tr w:rsidR="00E41879" w:rsidRPr="00A15970" w14:paraId="131B0264" w14:textId="77777777" w:rsidTr="00A15970">
        <w:tc>
          <w:tcPr>
            <w:tcW w:w="3303" w:type="dxa"/>
            <w:vMerge/>
          </w:tcPr>
          <w:p w14:paraId="04715A1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B9A82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19F30A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90512000-9 Servicii de transport de deșeuri menajere (Rev.2)</w:t>
            </w:r>
          </w:p>
        </w:tc>
      </w:tr>
      <w:tr w:rsidR="00E41879" w:rsidRPr="00A15970" w14:paraId="48018CFA" w14:textId="77777777" w:rsidTr="00A15970">
        <w:tc>
          <w:tcPr>
            <w:tcW w:w="3303" w:type="dxa"/>
            <w:vMerge/>
          </w:tcPr>
          <w:p w14:paraId="0E3769E2"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7EE5B560"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D6C1F82"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90511400-6 Servicii de colectare a hârtiei (Rev.2)</w:t>
            </w:r>
          </w:p>
        </w:tc>
      </w:tr>
      <w:tr w:rsidR="00D72914" w:rsidRPr="00A15970" w14:paraId="7237F47A" w14:textId="77777777" w:rsidTr="00A15970">
        <w:tc>
          <w:tcPr>
            <w:tcW w:w="3303" w:type="dxa"/>
            <w:vMerge/>
          </w:tcPr>
          <w:p w14:paraId="7E8A28FC"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15534768"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5B76A8D6" w14:textId="2A5DBA01"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90511200-4 Servicii de colectare a gunoiului menajer (Rev.2)</w:t>
            </w:r>
          </w:p>
        </w:tc>
      </w:tr>
    </w:tbl>
    <w:p w14:paraId="6518A1A8"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p>
    <w:p w14:paraId="7CFEA489"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ABREVIERI</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E41879" w:rsidRPr="00A15970" w14:paraId="4767B30C" w14:textId="77777777" w:rsidTr="00D061CF">
        <w:trPr>
          <w:trHeight w:val="300"/>
          <w:jc w:val="center"/>
        </w:trPr>
        <w:tc>
          <w:tcPr>
            <w:tcW w:w="1417" w:type="dxa"/>
            <w:noWrap/>
            <w:vAlign w:val="center"/>
            <w:hideMark/>
          </w:tcPr>
          <w:p w14:paraId="3F7CBC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ADI</w:t>
            </w:r>
          </w:p>
        </w:tc>
        <w:tc>
          <w:tcPr>
            <w:tcW w:w="7760" w:type="dxa"/>
            <w:noWrap/>
            <w:vAlign w:val="center"/>
            <w:hideMark/>
          </w:tcPr>
          <w:p w14:paraId="2F5ABF3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 xml:space="preserve">Asociația de Dezvoltare Intercomunitară </w:t>
            </w:r>
          </w:p>
        </w:tc>
      </w:tr>
      <w:tr w:rsidR="00E41879" w:rsidRPr="00A15970" w14:paraId="0D652EA2" w14:textId="77777777" w:rsidTr="00D061CF">
        <w:trPr>
          <w:trHeight w:val="300"/>
          <w:jc w:val="center"/>
        </w:trPr>
        <w:tc>
          <w:tcPr>
            <w:tcW w:w="1417" w:type="dxa"/>
            <w:noWrap/>
            <w:vAlign w:val="center"/>
          </w:tcPr>
          <w:p w14:paraId="704CA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SIGD</w:t>
            </w:r>
          </w:p>
        </w:tc>
        <w:tc>
          <w:tcPr>
            <w:tcW w:w="7760" w:type="dxa"/>
            <w:noWrap/>
            <w:vAlign w:val="center"/>
          </w:tcPr>
          <w:p w14:paraId="46CBA42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 Integrat de Gestiune a Deșeurilor Arad</w:t>
            </w:r>
          </w:p>
        </w:tc>
      </w:tr>
      <w:tr w:rsidR="00E41879" w:rsidRPr="00A15970" w14:paraId="7E7D6A73" w14:textId="77777777" w:rsidTr="00D061CF">
        <w:trPr>
          <w:trHeight w:val="300"/>
          <w:jc w:val="center"/>
        </w:trPr>
        <w:tc>
          <w:tcPr>
            <w:tcW w:w="1417" w:type="dxa"/>
            <w:noWrap/>
            <w:vAlign w:val="center"/>
            <w:hideMark/>
          </w:tcPr>
          <w:p w14:paraId="7DBAB4B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AFM</w:t>
            </w:r>
          </w:p>
        </w:tc>
        <w:tc>
          <w:tcPr>
            <w:tcW w:w="7760" w:type="dxa"/>
            <w:noWrap/>
            <w:vAlign w:val="center"/>
            <w:hideMark/>
          </w:tcPr>
          <w:p w14:paraId="7EB4F0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Administrația Fondului pentru Mediu</w:t>
            </w:r>
          </w:p>
        </w:tc>
      </w:tr>
      <w:tr w:rsidR="00E41879" w:rsidRPr="00A15970" w14:paraId="2AEDE837" w14:textId="77777777" w:rsidTr="00D061CF">
        <w:trPr>
          <w:trHeight w:val="300"/>
          <w:jc w:val="center"/>
        </w:trPr>
        <w:tc>
          <w:tcPr>
            <w:tcW w:w="1417" w:type="dxa"/>
            <w:noWrap/>
            <w:vAlign w:val="center"/>
            <w:hideMark/>
          </w:tcPr>
          <w:p w14:paraId="2C69A9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ANPC</w:t>
            </w:r>
          </w:p>
        </w:tc>
        <w:tc>
          <w:tcPr>
            <w:tcW w:w="7760" w:type="dxa"/>
            <w:noWrap/>
            <w:vAlign w:val="center"/>
            <w:hideMark/>
          </w:tcPr>
          <w:p w14:paraId="6C8AFBE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pentru Protecția Consumatorilor</w:t>
            </w:r>
          </w:p>
        </w:tc>
      </w:tr>
      <w:tr w:rsidR="00E41879" w:rsidRPr="00A15970" w14:paraId="65F359C1" w14:textId="77777777" w:rsidTr="00D061CF">
        <w:trPr>
          <w:trHeight w:val="300"/>
          <w:jc w:val="center"/>
        </w:trPr>
        <w:tc>
          <w:tcPr>
            <w:tcW w:w="1417" w:type="dxa"/>
            <w:noWrap/>
            <w:vAlign w:val="center"/>
            <w:hideMark/>
          </w:tcPr>
          <w:p w14:paraId="03F25B0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ANPM</w:t>
            </w:r>
          </w:p>
        </w:tc>
        <w:tc>
          <w:tcPr>
            <w:tcW w:w="7760" w:type="dxa"/>
            <w:noWrap/>
            <w:vAlign w:val="center"/>
            <w:hideMark/>
          </w:tcPr>
          <w:p w14:paraId="039AD53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Agenția Națională pentru Protecția Mediului</w:t>
            </w:r>
          </w:p>
        </w:tc>
      </w:tr>
      <w:tr w:rsidR="00E41879" w:rsidRPr="00A15970" w14:paraId="5C482868" w14:textId="77777777" w:rsidTr="00D061CF">
        <w:trPr>
          <w:trHeight w:val="300"/>
          <w:jc w:val="center"/>
        </w:trPr>
        <w:tc>
          <w:tcPr>
            <w:tcW w:w="1417" w:type="dxa"/>
            <w:noWrap/>
            <w:vAlign w:val="center"/>
            <w:hideMark/>
          </w:tcPr>
          <w:p w14:paraId="43C71DB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ANRSC</w:t>
            </w:r>
          </w:p>
        </w:tc>
        <w:tc>
          <w:tcPr>
            <w:tcW w:w="7760" w:type="dxa"/>
            <w:noWrap/>
            <w:vAlign w:val="center"/>
            <w:hideMark/>
          </w:tcPr>
          <w:p w14:paraId="48CC2F8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de Reglementare pentru Serviciile Comunitare de Utilități Publice</w:t>
            </w:r>
          </w:p>
        </w:tc>
      </w:tr>
      <w:tr w:rsidR="00E41879" w:rsidRPr="00A15970" w14:paraId="111AC470" w14:textId="77777777" w:rsidTr="00D061CF">
        <w:trPr>
          <w:trHeight w:val="300"/>
          <w:jc w:val="center"/>
        </w:trPr>
        <w:tc>
          <w:tcPr>
            <w:tcW w:w="1417" w:type="dxa"/>
            <w:noWrap/>
            <w:vAlign w:val="center"/>
            <w:hideMark/>
          </w:tcPr>
          <w:p w14:paraId="5742F9D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APL</w:t>
            </w:r>
          </w:p>
        </w:tc>
        <w:tc>
          <w:tcPr>
            <w:tcW w:w="7760" w:type="dxa"/>
            <w:noWrap/>
            <w:vAlign w:val="center"/>
            <w:hideMark/>
          </w:tcPr>
          <w:p w14:paraId="3F789C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Autorități Publice Locale</w:t>
            </w:r>
          </w:p>
        </w:tc>
      </w:tr>
      <w:tr w:rsidR="00E41879" w:rsidRPr="00A15970" w14:paraId="7D41CE65" w14:textId="77777777" w:rsidTr="00D061CF">
        <w:trPr>
          <w:trHeight w:val="300"/>
          <w:jc w:val="center"/>
        </w:trPr>
        <w:tc>
          <w:tcPr>
            <w:tcW w:w="1417" w:type="dxa"/>
            <w:noWrap/>
            <w:vAlign w:val="center"/>
            <w:hideMark/>
          </w:tcPr>
          <w:p w14:paraId="4AEEAFC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APM</w:t>
            </w:r>
          </w:p>
        </w:tc>
        <w:tc>
          <w:tcPr>
            <w:tcW w:w="7760" w:type="dxa"/>
            <w:noWrap/>
            <w:vAlign w:val="center"/>
            <w:hideMark/>
          </w:tcPr>
          <w:p w14:paraId="41DAAD9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Agenții județene pentru Protecția Mediului</w:t>
            </w:r>
          </w:p>
        </w:tc>
      </w:tr>
      <w:tr w:rsidR="00E41879" w:rsidRPr="00A15970" w14:paraId="0243753B" w14:textId="77777777" w:rsidTr="00D061CF">
        <w:trPr>
          <w:trHeight w:val="300"/>
          <w:jc w:val="center"/>
        </w:trPr>
        <w:tc>
          <w:tcPr>
            <w:tcW w:w="1417" w:type="dxa"/>
            <w:noWrap/>
            <w:vAlign w:val="center"/>
            <w:hideMark/>
          </w:tcPr>
          <w:p w14:paraId="6097EB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CAEN</w:t>
            </w:r>
          </w:p>
        </w:tc>
        <w:tc>
          <w:tcPr>
            <w:tcW w:w="7760" w:type="dxa"/>
            <w:noWrap/>
            <w:vAlign w:val="center"/>
            <w:hideMark/>
          </w:tcPr>
          <w:p w14:paraId="3F2ED23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Clasificarea activităților din Economia Națională</w:t>
            </w:r>
          </w:p>
        </w:tc>
      </w:tr>
      <w:tr w:rsidR="00E41879" w:rsidRPr="00A15970" w14:paraId="5435704C" w14:textId="77777777" w:rsidTr="00D061CF">
        <w:trPr>
          <w:trHeight w:val="300"/>
          <w:jc w:val="center"/>
        </w:trPr>
        <w:tc>
          <w:tcPr>
            <w:tcW w:w="1417" w:type="dxa"/>
            <w:noWrap/>
            <w:vAlign w:val="center"/>
            <w:hideMark/>
          </w:tcPr>
          <w:p w14:paraId="70F5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CE</w:t>
            </w:r>
          </w:p>
        </w:tc>
        <w:tc>
          <w:tcPr>
            <w:tcW w:w="7760" w:type="dxa"/>
            <w:noWrap/>
            <w:vAlign w:val="center"/>
            <w:hideMark/>
          </w:tcPr>
          <w:p w14:paraId="02DF86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Comisia Europeană</w:t>
            </w:r>
          </w:p>
        </w:tc>
      </w:tr>
      <w:tr w:rsidR="00E41879" w:rsidRPr="00A15970" w14:paraId="4F3D9482" w14:textId="77777777" w:rsidTr="00D061CF">
        <w:trPr>
          <w:trHeight w:val="300"/>
          <w:jc w:val="center"/>
        </w:trPr>
        <w:tc>
          <w:tcPr>
            <w:tcW w:w="1417" w:type="dxa"/>
            <w:noWrap/>
            <w:vAlign w:val="center"/>
            <w:hideMark/>
          </w:tcPr>
          <w:p w14:paraId="2121E5E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lastRenderedPageBreak/>
              <w:t xml:space="preserve">CJ Arad </w:t>
            </w:r>
          </w:p>
        </w:tc>
        <w:tc>
          <w:tcPr>
            <w:tcW w:w="7760" w:type="dxa"/>
            <w:noWrap/>
            <w:vAlign w:val="center"/>
            <w:hideMark/>
          </w:tcPr>
          <w:p w14:paraId="2C7CEA8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Consiliul Județean Arad</w:t>
            </w:r>
          </w:p>
        </w:tc>
      </w:tr>
      <w:tr w:rsidR="00E41879" w:rsidRPr="00A15970" w14:paraId="6DD91D33" w14:textId="77777777" w:rsidTr="00D061CF">
        <w:trPr>
          <w:trHeight w:val="300"/>
          <w:jc w:val="center"/>
        </w:trPr>
        <w:tc>
          <w:tcPr>
            <w:tcW w:w="1417" w:type="dxa"/>
            <w:noWrap/>
            <w:vAlign w:val="center"/>
            <w:hideMark/>
          </w:tcPr>
          <w:p w14:paraId="08770EC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DCD</w:t>
            </w:r>
          </w:p>
        </w:tc>
        <w:tc>
          <w:tcPr>
            <w:tcW w:w="7760" w:type="dxa"/>
            <w:noWrap/>
            <w:vAlign w:val="center"/>
            <w:hideMark/>
          </w:tcPr>
          <w:p w14:paraId="5A7FA4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din construcții și desființări</w:t>
            </w:r>
          </w:p>
        </w:tc>
      </w:tr>
      <w:tr w:rsidR="00E41879" w:rsidRPr="00A15970" w14:paraId="45DDB76E" w14:textId="77777777" w:rsidTr="00D061CF">
        <w:trPr>
          <w:trHeight w:val="300"/>
          <w:jc w:val="center"/>
        </w:trPr>
        <w:tc>
          <w:tcPr>
            <w:tcW w:w="1417" w:type="dxa"/>
            <w:noWrap/>
            <w:vAlign w:val="center"/>
            <w:hideMark/>
          </w:tcPr>
          <w:p w14:paraId="3D4215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DEEE</w:t>
            </w:r>
          </w:p>
        </w:tc>
        <w:tc>
          <w:tcPr>
            <w:tcW w:w="7760" w:type="dxa"/>
            <w:noWrap/>
            <w:vAlign w:val="center"/>
            <w:hideMark/>
          </w:tcPr>
          <w:p w14:paraId="2B325B1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de Echipamente Electrice și Electronice</w:t>
            </w:r>
          </w:p>
        </w:tc>
      </w:tr>
      <w:tr w:rsidR="00E41879" w:rsidRPr="00A15970" w14:paraId="00EABD30" w14:textId="77777777" w:rsidTr="00D061CF">
        <w:trPr>
          <w:trHeight w:val="300"/>
          <w:jc w:val="center"/>
        </w:trPr>
        <w:tc>
          <w:tcPr>
            <w:tcW w:w="1417" w:type="dxa"/>
            <w:noWrap/>
            <w:vAlign w:val="center"/>
            <w:hideMark/>
          </w:tcPr>
          <w:p w14:paraId="65D2DF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FADI</w:t>
            </w:r>
          </w:p>
        </w:tc>
        <w:tc>
          <w:tcPr>
            <w:tcW w:w="7760" w:type="dxa"/>
            <w:noWrap/>
            <w:vAlign w:val="center"/>
            <w:hideMark/>
          </w:tcPr>
          <w:p w14:paraId="65DA408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Federația Asociațiilor de Dezvoltare Intercomunitară din România</w:t>
            </w:r>
          </w:p>
        </w:tc>
      </w:tr>
      <w:tr w:rsidR="00E41879" w:rsidRPr="00A15970" w14:paraId="6A4B99BA" w14:textId="77777777" w:rsidTr="00D061CF">
        <w:trPr>
          <w:trHeight w:val="300"/>
          <w:jc w:val="center"/>
        </w:trPr>
        <w:tc>
          <w:tcPr>
            <w:tcW w:w="1417" w:type="dxa"/>
            <w:noWrap/>
            <w:vAlign w:val="center"/>
            <w:hideMark/>
          </w:tcPr>
          <w:p w14:paraId="48687FC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HG</w:t>
            </w:r>
          </w:p>
        </w:tc>
        <w:tc>
          <w:tcPr>
            <w:tcW w:w="7760" w:type="dxa"/>
            <w:noWrap/>
            <w:vAlign w:val="center"/>
            <w:hideMark/>
          </w:tcPr>
          <w:p w14:paraId="6BF9D41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Hotărâre a Guvernului</w:t>
            </w:r>
          </w:p>
        </w:tc>
      </w:tr>
      <w:tr w:rsidR="00E41879" w:rsidRPr="00A15970" w14:paraId="00CE223D" w14:textId="77777777" w:rsidTr="00D061CF">
        <w:trPr>
          <w:trHeight w:val="300"/>
          <w:jc w:val="center"/>
        </w:trPr>
        <w:tc>
          <w:tcPr>
            <w:tcW w:w="1417" w:type="dxa"/>
            <w:noWrap/>
            <w:vAlign w:val="center"/>
            <w:hideMark/>
          </w:tcPr>
          <w:p w14:paraId="7155672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w:t>
            </w:r>
          </w:p>
        </w:tc>
        <w:tc>
          <w:tcPr>
            <w:tcW w:w="7760" w:type="dxa"/>
            <w:noWrap/>
            <w:vAlign w:val="center"/>
            <w:hideMark/>
          </w:tcPr>
          <w:p w14:paraId="7462792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Institutul Național de Statistică</w:t>
            </w:r>
          </w:p>
        </w:tc>
      </w:tr>
      <w:tr w:rsidR="00E41879" w:rsidRPr="00A15970" w14:paraId="25615CC5" w14:textId="77777777" w:rsidTr="00D061CF">
        <w:trPr>
          <w:trHeight w:val="300"/>
          <w:jc w:val="center"/>
        </w:trPr>
        <w:tc>
          <w:tcPr>
            <w:tcW w:w="1417" w:type="dxa"/>
            <w:noWrap/>
            <w:vAlign w:val="center"/>
            <w:hideMark/>
          </w:tcPr>
          <w:p w14:paraId="7F042EA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MM</w:t>
            </w:r>
          </w:p>
        </w:tc>
        <w:tc>
          <w:tcPr>
            <w:tcW w:w="7760" w:type="dxa"/>
            <w:noWrap/>
            <w:vAlign w:val="center"/>
            <w:hideMark/>
          </w:tcPr>
          <w:p w14:paraId="5E7E1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Mediului</w:t>
            </w:r>
          </w:p>
        </w:tc>
      </w:tr>
      <w:tr w:rsidR="00E41879" w:rsidRPr="00A15970" w14:paraId="546967E0" w14:textId="77777777" w:rsidTr="00D061CF">
        <w:trPr>
          <w:trHeight w:val="300"/>
          <w:jc w:val="center"/>
        </w:trPr>
        <w:tc>
          <w:tcPr>
            <w:tcW w:w="1417" w:type="dxa"/>
            <w:noWrap/>
            <w:vAlign w:val="center"/>
            <w:hideMark/>
          </w:tcPr>
          <w:p w14:paraId="2330AF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MADR</w:t>
            </w:r>
          </w:p>
        </w:tc>
        <w:tc>
          <w:tcPr>
            <w:tcW w:w="7760" w:type="dxa"/>
            <w:noWrap/>
            <w:vAlign w:val="center"/>
            <w:hideMark/>
          </w:tcPr>
          <w:p w14:paraId="1DD376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Ministerului Agriculturii și Dezvoltării Rurale</w:t>
            </w:r>
          </w:p>
        </w:tc>
      </w:tr>
      <w:tr w:rsidR="00E41879" w:rsidRPr="00A15970" w14:paraId="143233D0" w14:textId="77777777" w:rsidTr="00D061CF">
        <w:trPr>
          <w:trHeight w:val="300"/>
          <w:jc w:val="center"/>
        </w:trPr>
        <w:tc>
          <w:tcPr>
            <w:tcW w:w="1417" w:type="dxa"/>
            <w:noWrap/>
            <w:vAlign w:val="center"/>
            <w:hideMark/>
          </w:tcPr>
          <w:p w14:paraId="6AC2D9C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MDRAPFE</w:t>
            </w:r>
          </w:p>
        </w:tc>
        <w:tc>
          <w:tcPr>
            <w:tcW w:w="7760" w:type="dxa"/>
            <w:noWrap/>
            <w:vAlign w:val="center"/>
            <w:hideMark/>
          </w:tcPr>
          <w:p w14:paraId="502AC7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Dezvoltării Regionale, Administrației Publice și Fondurilor Europene</w:t>
            </w:r>
          </w:p>
        </w:tc>
      </w:tr>
      <w:tr w:rsidR="00E41879" w:rsidRPr="00A15970" w14:paraId="6C9B356E" w14:textId="77777777" w:rsidTr="00D061CF">
        <w:trPr>
          <w:trHeight w:val="300"/>
          <w:jc w:val="center"/>
        </w:trPr>
        <w:tc>
          <w:tcPr>
            <w:tcW w:w="1417" w:type="dxa"/>
            <w:noWrap/>
            <w:vAlign w:val="center"/>
            <w:hideMark/>
          </w:tcPr>
          <w:p w14:paraId="64FA6C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ME</w:t>
            </w:r>
          </w:p>
        </w:tc>
        <w:tc>
          <w:tcPr>
            <w:tcW w:w="7760" w:type="dxa"/>
            <w:noWrap/>
            <w:vAlign w:val="center"/>
            <w:hideMark/>
          </w:tcPr>
          <w:p w14:paraId="761DB44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Economiei</w:t>
            </w:r>
          </w:p>
        </w:tc>
      </w:tr>
      <w:tr w:rsidR="00E41879" w:rsidRPr="00A15970" w14:paraId="076BAEF7" w14:textId="77777777" w:rsidTr="00D061CF">
        <w:trPr>
          <w:trHeight w:val="300"/>
          <w:jc w:val="center"/>
        </w:trPr>
        <w:tc>
          <w:tcPr>
            <w:tcW w:w="1417" w:type="dxa"/>
            <w:noWrap/>
            <w:vAlign w:val="center"/>
            <w:hideMark/>
          </w:tcPr>
          <w:p w14:paraId="195DAB2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MFP</w:t>
            </w:r>
          </w:p>
        </w:tc>
        <w:tc>
          <w:tcPr>
            <w:tcW w:w="7760" w:type="dxa"/>
            <w:noWrap/>
            <w:vAlign w:val="center"/>
            <w:hideMark/>
          </w:tcPr>
          <w:p w14:paraId="397CE50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Finanțelor Publice</w:t>
            </w:r>
          </w:p>
        </w:tc>
      </w:tr>
      <w:tr w:rsidR="00E41879" w:rsidRPr="00A15970" w14:paraId="135D0AB7" w14:textId="77777777" w:rsidTr="00D061CF">
        <w:trPr>
          <w:trHeight w:val="300"/>
          <w:jc w:val="center"/>
        </w:trPr>
        <w:tc>
          <w:tcPr>
            <w:tcW w:w="1417" w:type="dxa"/>
            <w:noWrap/>
            <w:vAlign w:val="center"/>
            <w:hideMark/>
          </w:tcPr>
          <w:p w14:paraId="4923F6A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MS</w:t>
            </w:r>
          </w:p>
        </w:tc>
        <w:tc>
          <w:tcPr>
            <w:tcW w:w="7760" w:type="dxa"/>
            <w:noWrap/>
            <w:vAlign w:val="center"/>
            <w:hideMark/>
          </w:tcPr>
          <w:p w14:paraId="03BA0B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Sănătății</w:t>
            </w:r>
          </w:p>
        </w:tc>
      </w:tr>
      <w:tr w:rsidR="00E41879" w:rsidRPr="00A15970" w14:paraId="472C695B" w14:textId="77777777" w:rsidTr="00D061CF">
        <w:trPr>
          <w:trHeight w:val="300"/>
          <w:jc w:val="center"/>
        </w:trPr>
        <w:tc>
          <w:tcPr>
            <w:tcW w:w="1417" w:type="dxa"/>
            <w:noWrap/>
            <w:vAlign w:val="center"/>
            <w:hideMark/>
          </w:tcPr>
          <w:p w14:paraId="7370BF2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OG</w:t>
            </w:r>
          </w:p>
        </w:tc>
        <w:tc>
          <w:tcPr>
            <w:tcW w:w="7760" w:type="dxa"/>
            <w:noWrap/>
            <w:vAlign w:val="center"/>
            <w:hideMark/>
          </w:tcPr>
          <w:p w14:paraId="47634A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Ordonanța Guvernului</w:t>
            </w:r>
          </w:p>
        </w:tc>
      </w:tr>
      <w:tr w:rsidR="00E41879" w:rsidRPr="00A15970" w14:paraId="213A157D" w14:textId="77777777" w:rsidTr="00D061CF">
        <w:trPr>
          <w:trHeight w:val="300"/>
          <w:jc w:val="center"/>
        </w:trPr>
        <w:tc>
          <w:tcPr>
            <w:tcW w:w="1417" w:type="dxa"/>
            <w:noWrap/>
            <w:vAlign w:val="center"/>
            <w:hideMark/>
          </w:tcPr>
          <w:p w14:paraId="0DD2B5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OM</w:t>
            </w:r>
          </w:p>
        </w:tc>
        <w:tc>
          <w:tcPr>
            <w:tcW w:w="7760" w:type="dxa"/>
            <w:noWrap/>
            <w:vAlign w:val="center"/>
            <w:hideMark/>
          </w:tcPr>
          <w:p w14:paraId="679383F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Ordinul Ministrului</w:t>
            </w:r>
          </w:p>
        </w:tc>
      </w:tr>
      <w:tr w:rsidR="00E41879" w:rsidRPr="00A15970" w14:paraId="3A700124" w14:textId="77777777" w:rsidTr="00D061CF">
        <w:trPr>
          <w:trHeight w:val="300"/>
          <w:jc w:val="center"/>
        </w:trPr>
        <w:tc>
          <w:tcPr>
            <w:tcW w:w="1417" w:type="dxa"/>
            <w:noWrap/>
            <w:vAlign w:val="center"/>
            <w:hideMark/>
          </w:tcPr>
          <w:p w14:paraId="4C571AD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OIREP</w:t>
            </w:r>
          </w:p>
        </w:tc>
        <w:tc>
          <w:tcPr>
            <w:tcW w:w="7760" w:type="dxa"/>
            <w:noWrap/>
            <w:vAlign w:val="center"/>
            <w:hideMark/>
          </w:tcPr>
          <w:p w14:paraId="44ACF64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Organizații ce Implementează Obligațiile privind Răspunderea Extinsă a Producătorilor</w:t>
            </w:r>
          </w:p>
        </w:tc>
      </w:tr>
      <w:tr w:rsidR="00E41879" w:rsidRPr="00A15970" w14:paraId="333C8693" w14:textId="77777777" w:rsidTr="00D061CF">
        <w:trPr>
          <w:trHeight w:val="300"/>
          <w:jc w:val="center"/>
        </w:trPr>
        <w:tc>
          <w:tcPr>
            <w:tcW w:w="1417" w:type="dxa"/>
            <w:noWrap/>
            <w:vAlign w:val="center"/>
            <w:hideMark/>
          </w:tcPr>
          <w:p w14:paraId="75E8A0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OUG</w:t>
            </w:r>
          </w:p>
        </w:tc>
        <w:tc>
          <w:tcPr>
            <w:tcW w:w="7760" w:type="dxa"/>
            <w:noWrap/>
            <w:vAlign w:val="center"/>
            <w:hideMark/>
          </w:tcPr>
          <w:p w14:paraId="78676FE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Ordonanță de Urgență a Guvernului</w:t>
            </w:r>
          </w:p>
        </w:tc>
      </w:tr>
      <w:tr w:rsidR="00E41879" w:rsidRPr="00A15970" w14:paraId="3FAC12C3" w14:textId="77777777" w:rsidTr="00D061CF">
        <w:trPr>
          <w:trHeight w:val="300"/>
          <w:jc w:val="center"/>
        </w:trPr>
        <w:tc>
          <w:tcPr>
            <w:tcW w:w="1417" w:type="dxa"/>
            <w:noWrap/>
            <w:vAlign w:val="center"/>
            <w:hideMark/>
          </w:tcPr>
          <w:p w14:paraId="34037BE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PAYT</w:t>
            </w:r>
          </w:p>
        </w:tc>
        <w:tc>
          <w:tcPr>
            <w:tcW w:w="7760" w:type="dxa"/>
            <w:noWrap/>
            <w:vAlign w:val="center"/>
            <w:hideMark/>
          </w:tcPr>
          <w:p w14:paraId="04B5709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Instrument economic: pay as you throw - plătești pentru cât arunci</w:t>
            </w:r>
          </w:p>
        </w:tc>
      </w:tr>
      <w:tr w:rsidR="00E41879" w:rsidRPr="00A15970" w14:paraId="44EDAB8B" w14:textId="77777777" w:rsidTr="00D061CF">
        <w:trPr>
          <w:trHeight w:val="300"/>
          <w:jc w:val="center"/>
        </w:trPr>
        <w:tc>
          <w:tcPr>
            <w:tcW w:w="1417" w:type="dxa"/>
            <w:noWrap/>
            <w:vAlign w:val="center"/>
            <w:hideMark/>
          </w:tcPr>
          <w:p w14:paraId="4758A37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PJGD</w:t>
            </w:r>
          </w:p>
        </w:tc>
        <w:tc>
          <w:tcPr>
            <w:tcW w:w="7760" w:type="dxa"/>
            <w:noWrap/>
            <w:vAlign w:val="center"/>
            <w:hideMark/>
          </w:tcPr>
          <w:p w14:paraId="2E85251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Județean de Gestionare a Deșeurilor</w:t>
            </w:r>
          </w:p>
        </w:tc>
      </w:tr>
      <w:tr w:rsidR="00E41879" w:rsidRPr="00A15970" w14:paraId="661292B9" w14:textId="77777777" w:rsidTr="00D061CF">
        <w:trPr>
          <w:trHeight w:val="300"/>
          <w:jc w:val="center"/>
        </w:trPr>
        <w:tc>
          <w:tcPr>
            <w:tcW w:w="1417" w:type="dxa"/>
            <w:noWrap/>
            <w:vAlign w:val="center"/>
            <w:hideMark/>
          </w:tcPr>
          <w:p w14:paraId="6CDABD7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PNGD</w:t>
            </w:r>
          </w:p>
        </w:tc>
        <w:tc>
          <w:tcPr>
            <w:tcW w:w="7760" w:type="dxa"/>
            <w:noWrap/>
            <w:vAlign w:val="center"/>
            <w:hideMark/>
          </w:tcPr>
          <w:p w14:paraId="1EA2C9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Gestionare a Deșeurilor</w:t>
            </w:r>
          </w:p>
        </w:tc>
      </w:tr>
      <w:tr w:rsidR="00E41879" w:rsidRPr="00A15970" w14:paraId="4B146DF0" w14:textId="77777777" w:rsidTr="00D061CF">
        <w:trPr>
          <w:trHeight w:val="300"/>
          <w:jc w:val="center"/>
        </w:trPr>
        <w:tc>
          <w:tcPr>
            <w:tcW w:w="1417" w:type="dxa"/>
            <w:noWrap/>
            <w:vAlign w:val="center"/>
            <w:hideMark/>
          </w:tcPr>
          <w:p w14:paraId="7193C30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PNPGD</w:t>
            </w:r>
          </w:p>
        </w:tc>
        <w:tc>
          <w:tcPr>
            <w:tcW w:w="7760" w:type="dxa"/>
            <w:noWrap/>
            <w:vAlign w:val="center"/>
            <w:hideMark/>
          </w:tcPr>
          <w:p w14:paraId="4CAE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Prevenire a Generării Deșeurilor</w:t>
            </w:r>
          </w:p>
        </w:tc>
      </w:tr>
      <w:tr w:rsidR="00E41879" w:rsidRPr="00A15970" w14:paraId="1A53FAE3" w14:textId="77777777" w:rsidTr="00D061CF">
        <w:trPr>
          <w:trHeight w:val="300"/>
          <w:jc w:val="center"/>
        </w:trPr>
        <w:tc>
          <w:tcPr>
            <w:tcW w:w="1417" w:type="dxa"/>
            <w:noWrap/>
            <w:vAlign w:val="center"/>
            <w:hideMark/>
          </w:tcPr>
          <w:p w14:paraId="69CA638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POIM</w:t>
            </w:r>
          </w:p>
        </w:tc>
        <w:tc>
          <w:tcPr>
            <w:tcW w:w="7760" w:type="dxa"/>
            <w:noWrap/>
            <w:vAlign w:val="center"/>
            <w:hideMark/>
          </w:tcPr>
          <w:p w14:paraId="14584B7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 Operațional Infrastructură Mare</w:t>
            </w:r>
          </w:p>
        </w:tc>
      </w:tr>
      <w:tr w:rsidR="00E41879" w:rsidRPr="00A15970" w14:paraId="309E84A0" w14:textId="77777777" w:rsidTr="00D061CF">
        <w:trPr>
          <w:trHeight w:val="300"/>
          <w:jc w:val="center"/>
        </w:trPr>
        <w:tc>
          <w:tcPr>
            <w:tcW w:w="1417" w:type="dxa"/>
            <w:noWrap/>
            <w:vAlign w:val="center"/>
            <w:hideMark/>
          </w:tcPr>
          <w:p w14:paraId="22CC841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POS Mediu</w:t>
            </w:r>
          </w:p>
        </w:tc>
        <w:tc>
          <w:tcPr>
            <w:tcW w:w="7760" w:type="dxa"/>
            <w:noWrap/>
            <w:vAlign w:val="center"/>
            <w:hideMark/>
          </w:tcPr>
          <w:p w14:paraId="1AF47E5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Programul Operațional Sectorial de Mediu</w:t>
            </w:r>
          </w:p>
        </w:tc>
      </w:tr>
      <w:tr w:rsidR="00E41879" w:rsidRPr="00A15970" w14:paraId="2DAA426B" w14:textId="77777777" w:rsidTr="00D061CF">
        <w:trPr>
          <w:trHeight w:val="300"/>
          <w:jc w:val="center"/>
        </w:trPr>
        <w:tc>
          <w:tcPr>
            <w:tcW w:w="1417" w:type="dxa"/>
            <w:noWrap/>
            <w:vAlign w:val="center"/>
            <w:hideMark/>
          </w:tcPr>
          <w:p w14:paraId="4C52C57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REP</w:t>
            </w:r>
          </w:p>
        </w:tc>
        <w:tc>
          <w:tcPr>
            <w:tcW w:w="7760" w:type="dxa"/>
            <w:noWrap/>
            <w:vAlign w:val="center"/>
            <w:hideMark/>
          </w:tcPr>
          <w:p w14:paraId="1E6F44A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Răspunderea Extinsă a Producătorului</w:t>
            </w:r>
          </w:p>
        </w:tc>
      </w:tr>
      <w:tr w:rsidR="00E41879" w:rsidRPr="00A15970" w14:paraId="1C8BD8EA" w14:textId="77777777" w:rsidTr="00D061CF">
        <w:trPr>
          <w:trHeight w:val="300"/>
          <w:jc w:val="center"/>
        </w:trPr>
        <w:tc>
          <w:tcPr>
            <w:tcW w:w="1417" w:type="dxa"/>
            <w:noWrap/>
            <w:vAlign w:val="center"/>
            <w:hideMark/>
          </w:tcPr>
          <w:p w14:paraId="77C2C4B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SMID</w:t>
            </w:r>
          </w:p>
        </w:tc>
        <w:tc>
          <w:tcPr>
            <w:tcW w:w="7760" w:type="dxa"/>
            <w:noWrap/>
            <w:vAlign w:val="center"/>
            <w:hideMark/>
          </w:tcPr>
          <w:p w14:paraId="06022D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Sistemul de Management Integrat al Deșeurilor</w:t>
            </w:r>
          </w:p>
        </w:tc>
      </w:tr>
      <w:tr w:rsidR="00E41879" w:rsidRPr="00A15970" w14:paraId="1750EFD8" w14:textId="77777777" w:rsidTr="00D061CF">
        <w:trPr>
          <w:trHeight w:val="300"/>
          <w:jc w:val="center"/>
        </w:trPr>
        <w:tc>
          <w:tcPr>
            <w:tcW w:w="1417" w:type="dxa"/>
            <w:noWrap/>
            <w:vAlign w:val="center"/>
            <w:hideMark/>
          </w:tcPr>
          <w:p w14:paraId="3C0D3A0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TVA</w:t>
            </w:r>
          </w:p>
        </w:tc>
        <w:tc>
          <w:tcPr>
            <w:tcW w:w="7760" w:type="dxa"/>
            <w:noWrap/>
            <w:vAlign w:val="center"/>
            <w:hideMark/>
          </w:tcPr>
          <w:p w14:paraId="627756F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Taxa pe valoarea adăugată</w:t>
            </w:r>
          </w:p>
        </w:tc>
      </w:tr>
      <w:tr w:rsidR="00E41879" w:rsidRPr="00A15970" w14:paraId="712163E3" w14:textId="77777777" w:rsidTr="00D061CF">
        <w:trPr>
          <w:trHeight w:val="300"/>
          <w:jc w:val="center"/>
        </w:trPr>
        <w:tc>
          <w:tcPr>
            <w:tcW w:w="1417" w:type="dxa"/>
            <w:noWrap/>
            <w:vAlign w:val="center"/>
            <w:hideMark/>
          </w:tcPr>
          <w:p w14:paraId="170DF3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UAT</w:t>
            </w:r>
          </w:p>
        </w:tc>
        <w:tc>
          <w:tcPr>
            <w:tcW w:w="7760" w:type="dxa"/>
            <w:noWrap/>
            <w:vAlign w:val="center"/>
            <w:hideMark/>
          </w:tcPr>
          <w:p w14:paraId="0D3CD0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Unitate administrativ-teritorială</w:t>
            </w:r>
          </w:p>
        </w:tc>
      </w:tr>
      <w:tr w:rsidR="00D72914" w:rsidRPr="00A15970" w14:paraId="4488CF15" w14:textId="77777777" w:rsidTr="00D061CF">
        <w:trPr>
          <w:trHeight w:val="300"/>
          <w:jc w:val="center"/>
        </w:trPr>
        <w:tc>
          <w:tcPr>
            <w:tcW w:w="1417" w:type="dxa"/>
            <w:noWrap/>
            <w:vAlign w:val="center"/>
          </w:tcPr>
          <w:p w14:paraId="2901EB42"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c>
          <w:tcPr>
            <w:tcW w:w="7760" w:type="dxa"/>
            <w:noWrap/>
            <w:vAlign w:val="center"/>
          </w:tcPr>
          <w:p w14:paraId="49AB1D1D"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r>
    </w:tbl>
    <w:p w14:paraId="33BE3BE2" w14:textId="77777777" w:rsidR="00D72914" w:rsidRDefault="00E6277E"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r w:rsidRPr="00A15970">
        <w:rPr>
          <w:rFonts w:asciiTheme="majorHAnsi" w:hAnsiTheme="majorHAnsi" w:cstheme="majorHAnsi"/>
          <w:sz w:val="24"/>
          <w:szCs w:val="24"/>
          <w:lang w:val="ro-RO"/>
        </w:rPr>
        <w:br w:type="page"/>
      </w:r>
      <w:r w:rsidR="00D72914" w:rsidRPr="00A15970">
        <w:rPr>
          <w:rFonts w:asciiTheme="majorHAnsi" w:hAnsiTheme="majorHAnsi" w:cstheme="majorHAnsi"/>
          <w:spacing w:val="-3"/>
          <w:sz w:val="24"/>
          <w:szCs w:val="24"/>
          <w:lang w:val="ro-RO"/>
        </w:rPr>
        <w:lastRenderedPageBreak/>
        <w:t xml:space="preserve">PREAMBUL </w:t>
      </w:r>
    </w:p>
    <w:p w14:paraId="68B585C3" w14:textId="77777777" w:rsidR="00A15970" w:rsidRPr="00A15970" w:rsidRDefault="00A15970"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p>
    <w:p w14:paraId="240C18B5" w14:textId="77777777" w:rsidR="00D72914" w:rsidRPr="00A15970" w:rsidRDefault="00D72914" w:rsidP="004A3BE9">
      <w:pPr>
        <w:widowControl w:val="0"/>
        <w:autoSpaceDE w:val="0"/>
        <w:autoSpaceDN w:val="0"/>
        <w:adjustRightInd w:val="0"/>
        <w:spacing w:after="0" w:line="240" w:lineRule="auto"/>
        <w:ind w:left="142" w:right="-1"/>
        <w:jc w:val="both"/>
        <w:rPr>
          <w:rFonts w:asciiTheme="majorHAnsi" w:hAnsiTheme="majorHAnsi" w:cstheme="majorHAnsi"/>
          <w:w w:val="102"/>
          <w:sz w:val="24"/>
          <w:szCs w:val="24"/>
          <w:lang w:val="ro-RO"/>
        </w:rPr>
      </w:pPr>
      <w:r w:rsidRPr="00A15970">
        <w:rPr>
          <w:rFonts w:asciiTheme="majorHAnsi" w:hAnsiTheme="majorHAnsi" w:cstheme="majorHAnsi"/>
          <w:sz w:val="24"/>
          <w:szCs w:val="24"/>
          <w:lang w:val="ro-RO"/>
        </w:rPr>
        <w:t xml:space="preserve">Prin  depunerea  unei  oferte,  ofertantul  accepta  în  prealabil  condițiile  cuprinse  în  prezenta </w:t>
      </w:r>
      <w:r w:rsidRPr="00A15970">
        <w:rPr>
          <w:rFonts w:asciiTheme="majorHAnsi" w:hAnsiTheme="majorHAnsi" w:cstheme="majorHAnsi"/>
          <w:spacing w:val="-3"/>
          <w:sz w:val="24"/>
          <w:szCs w:val="24"/>
          <w:lang w:val="ro-RO"/>
        </w:rPr>
        <w:t xml:space="preserve">documentație ca singura bază a acestei proceduri de atribuire, indiferent care sunt condițiile proprii de operare ale ofertantului. Ofertanții au obligația de a analiza cu atenție Documentația de Atribuire </w:t>
      </w:r>
      <w:r w:rsidRPr="00A15970">
        <w:rPr>
          <w:rFonts w:asciiTheme="majorHAnsi" w:hAnsiTheme="majorHAnsi" w:cstheme="majorHAnsi"/>
          <w:sz w:val="24"/>
          <w:szCs w:val="24"/>
          <w:lang w:val="ro-RO"/>
        </w:rPr>
        <w:t xml:space="preserve">și să pregătească oferta conform tuturor instrucțiunilor, formularelor, prevederilor contractuale și </w:t>
      </w:r>
      <w:r w:rsidRPr="00A15970">
        <w:rPr>
          <w:rFonts w:asciiTheme="majorHAnsi" w:hAnsiTheme="majorHAnsi" w:cstheme="majorHAnsi"/>
          <w:spacing w:val="-3"/>
          <w:sz w:val="24"/>
          <w:szCs w:val="24"/>
          <w:lang w:val="ro-RO"/>
        </w:rPr>
        <w:t xml:space="preserve">specificațiilor tehnice conținute în această Documentație. Depunerea unei oferte care să NU conțină </w:t>
      </w:r>
      <w:r w:rsidRPr="00A15970">
        <w:rPr>
          <w:rFonts w:asciiTheme="majorHAnsi" w:hAnsiTheme="majorHAnsi" w:cstheme="majorHAnsi"/>
          <w:sz w:val="24"/>
          <w:szCs w:val="24"/>
          <w:lang w:val="ro-RO"/>
        </w:rPr>
        <w:t xml:space="preserve">toate informațiile cerute în termenul prevăzut va duce la respingerea ofertei. Nu se va tine cont de nici o exprimare a unei rezerve în oferta cu privire la Documentația de Atribuire. Niciun </w:t>
      </w:r>
      <w:r w:rsidRPr="00A15970">
        <w:rPr>
          <w:rFonts w:asciiTheme="majorHAnsi" w:hAnsiTheme="majorHAnsi" w:cstheme="majorHAnsi"/>
          <w:w w:val="102"/>
          <w:sz w:val="24"/>
          <w:szCs w:val="24"/>
          <w:lang w:val="ro-RO"/>
        </w:rPr>
        <w:t xml:space="preserve">cost suportat de ofertant pentru pregătirea și depunerea ofertei nu va fi rambursat. Toate aceste costuri vor fi suportate de către ofertant, indiferent de rezultatul procedurii. </w:t>
      </w:r>
    </w:p>
    <w:p w14:paraId="4C55C3A1" w14:textId="7F1C95CA" w:rsidR="00E6277E"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32D8E0C0" w14:textId="113EE004" w:rsidR="003D363A" w:rsidRPr="00A15970" w:rsidRDefault="003D363A" w:rsidP="004A3BE9">
      <w:pPr>
        <w:spacing w:after="0" w:line="240" w:lineRule="auto"/>
        <w:jc w:val="both"/>
        <w:rPr>
          <w:rFonts w:asciiTheme="majorHAnsi" w:hAnsiTheme="majorHAnsi" w:cstheme="majorHAnsi"/>
          <w:sz w:val="24"/>
          <w:szCs w:val="24"/>
          <w:lang w:val="ro-RO"/>
        </w:rPr>
      </w:pPr>
    </w:p>
    <w:p w14:paraId="325FD619" w14:textId="0EDF2F00"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t>Secțiunea A Date generale</w:t>
      </w:r>
    </w:p>
    <w:p w14:paraId="389BF536"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0EB66E53" w14:textId="7991492A" w:rsidR="00E6277E" w:rsidRPr="00A15970" w:rsidRDefault="00E6277E" w:rsidP="004A3BE9">
      <w:pPr>
        <w:pStyle w:val="ListParagraph"/>
        <w:numPr>
          <w:ilvl w:val="0"/>
          <w:numId w:val="8"/>
        </w:numPr>
        <w:spacing w:after="0" w:line="240" w:lineRule="auto"/>
        <w:jc w:val="both"/>
        <w:outlineLvl w:val="1"/>
        <w:rPr>
          <w:rFonts w:asciiTheme="majorHAnsi" w:hAnsiTheme="majorHAnsi" w:cstheme="majorHAnsi"/>
          <w:sz w:val="24"/>
          <w:szCs w:val="24"/>
          <w:lang w:val="ro-RO"/>
        </w:rPr>
      </w:pPr>
      <w:r w:rsidRPr="00A15970">
        <w:rPr>
          <w:rFonts w:asciiTheme="majorHAnsi" w:hAnsiTheme="majorHAnsi" w:cstheme="majorHAnsi"/>
          <w:sz w:val="24"/>
          <w:szCs w:val="24"/>
          <w:lang w:val="ro-RO"/>
        </w:rPr>
        <w:t>Autoritate contractanta</w:t>
      </w:r>
    </w:p>
    <w:p w14:paraId="17A7C622" w14:textId="085C1152" w:rsidR="00E6277E" w:rsidRPr="00A15970" w:rsidRDefault="00E6277E" w:rsidP="004A3BE9">
      <w:pPr>
        <w:widowControl w:val="0"/>
        <w:autoSpaceDE w:val="0"/>
        <w:autoSpaceDN w:val="0"/>
        <w:adjustRightInd w:val="0"/>
        <w:spacing w:after="0" w:line="240" w:lineRule="auto"/>
        <w:jc w:val="both"/>
        <w:rPr>
          <w:rFonts w:asciiTheme="majorHAnsi" w:hAnsiTheme="majorHAnsi" w:cstheme="majorHAnsi"/>
          <w:sz w:val="24"/>
          <w:szCs w:val="24"/>
          <w:lang w:eastAsia="en-GB"/>
        </w:rPr>
      </w:pPr>
      <w:r w:rsidRPr="00A15970">
        <w:rPr>
          <w:rFonts w:asciiTheme="majorHAnsi" w:hAnsiTheme="majorHAnsi" w:cstheme="majorHAnsi"/>
          <w:sz w:val="24"/>
          <w:szCs w:val="24"/>
          <w:lang w:eastAsia="en-GB"/>
        </w:rPr>
        <w:t xml:space="preserve">Autoritatea contractantă pentru delegarea gestiunii serviciului de </w:t>
      </w:r>
      <w:r w:rsidR="00D72914" w:rsidRPr="00A15970">
        <w:rPr>
          <w:rFonts w:asciiTheme="majorHAnsi" w:hAnsiTheme="majorHAnsi" w:cstheme="majorHAnsi"/>
          <w:sz w:val="24"/>
          <w:szCs w:val="24"/>
          <w:lang w:eastAsia="en-GB"/>
        </w:rPr>
        <w:t>Colectare si transport</w:t>
      </w:r>
      <w:r w:rsidRPr="00A15970">
        <w:rPr>
          <w:rFonts w:asciiTheme="majorHAnsi" w:hAnsiTheme="majorHAnsi" w:cstheme="majorHAnsi"/>
          <w:sz w:val="24"/>
          <w:szCs w:val="24"/>
          <w:lang w:eastAsia="en-GB"/>
        </w:rPr>
        <w:t xml:space="preserve"> a “</w:t>
      </w:r>
      <w:r w:rsidR="001C0A66" w:rsidRPr="001C0A66">
        <w:rPr>
          <w:rFonts w:asciiTheme="majorHAnsi" w:hAnsiTheme="majorHAnsi" w:cstheme="majorHAnsi"/>
          <w:sz w:val="24"/>
          <w:szCs w:val="24"/>
          <w:lang w:eastAsia="en-GB"/>
        </w:rPr>
        <w:t>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sidRPr="00A15970">
        <w:rPr>
          <w:rFonts w:asciiTheme="majorHAnsi" w:hAnsiTheme="majorHAnsi" w:cstheme="majorHAnsi"/>
          <w:sz w:val="24"/>
          <w:szCs w:val="24"/>
          <w:lang w:eastAsia="en-GB"/>
        </w:rPr>
        <w:t xml:space="preserve">” este: </w:t>
      </w:r>
      <w:bookmarkStart w:id="0" w:name="_Hlk170136082"/>
      <w:r w:rsidRPr="00A15970">
        <w:rPr>
          <w:rFonts w:asciiTheme="majorHAnsi" w:hAnsiTheme="majorHAnsi" w:cstheme="majorHAnsi"/>
          <w:sz w:val="24"/>
          <w:szCs w:val="24"/>
          <w:lang w:eastAsia="en-GB"/>
        </w:rPr>
        <w:t xml:space="preserve"> </w:t>
      </w:r>
      <w:r w:rsidR="00D72914" w:rsidRPr="00A15970">
        <w:rPr>
          <w:rFonts w:asciiTheme="majorHAnsi" w:hAnsiTheme="majorHAnsi" w:cstheme="majorHAnsi"/>
          <w:sz w:val="24"/>
          <w:szCs w:val="24"/>
          <w:lang w:eastAsia="en-GB"/>
        </w:rPr>
        <w:t>ADISIGD Arad</w:t>
      </w:r>
      <w:r w:rsidR="001C0A66">
        <w:rPr>
          <w:rFonts w:asciiTheme="majorHAnsi" w:hAnsiTheme="majorHAnsi" w:cstheme="majorHAnsi"/>
          <w:sz w:val="24"/>
          <w:szCs w:val="24"/>
          <w:lang w:eastAsia="en-GB"/>
        </w:rPr>
        <w:t>.</w:t>
      </w:r>
    </w:p>
    <w:p w14:paraId="2B533041" w14:textId="77777777" w:rsidR="00D72914" w:rsidRPr="00A15970" w:rsidRDefault="00D72914" w:rsidP="004A3BE9">
      <w:pPr>
        <w:autoSpaceDE w:val="0"/>
        <w:autoSpaceDN w:val="0"/>
        <w:adjustRightInd w:val="0"/>
        <w:spacing w:after="0" w:line="240" w:lineRule="auto"/>
        <w:jc w:val="both"/>
        <w:rPr>
          <w:rFonts w:asciiTheme="majorHAnsi" w:eastAsiaTheme="minorHAnsi" w:hAnsiTheme="majorHAnsi" w:cstheme="majorHAnsi"/>
          <w:sz w:val="24"/>
          <w:szCs w:val="24"/>
        </w:rPr>
      </w:pPr>
      <w:bookmarkStart w:id="1" w:name="_Hlk170136480"/>
    </w:p>
    <w:bookmarkEnd w:id="0"/>
    <w:bookmarkEnd w:id="1"/>
    <w:p w14:paraId="325D9335" w14:textId="77777777" w:rsidR="00937AB4" w:rsidRPr="00576B9A" w:rsidRDefault="00937AB4" w:rsidP="00937AB4">
      <w:pPr>
        <w:autoSpaceDE w:val="0"/>
        <w:autoSpaceDN w:val="0"/>
        <w:adjustRightInd w:val="0"/>
        <w:spacing w:after="0" w:line="240" w:lineRule="auto"/>
        <w:jc w:val="both"/>
        <w:rPr>
          <w:rFonts w:ascii="Arial" w:eastAsiaTheme="minorHAnsi" w:hAnsi="Arial" w:cs="Arial"/>
          <w:sz w:val="21"/>
          <w:szCs w:val="21"/>
        </w:rPr>
      </w:pPr>
    </w:p>
    <w:p w14:paraId="4AE52B33" w14:textId="6FC1D8A2" w:rsidR="00937AB4" w:rsidRPr="00937AB4" w:rsidRDefault="00937AB4" w:rsidP="00937AB4">
      <w:pPr>
        <w:autoSpaceDE w:val="0"/>
        <w:autoSpaceDN w:val="0"/>
        <w:adjustRightInd w:val="0"/>
        <w:spacing w:after="0" w:line="240" w:lineRule="auto"/>
        <w:jc w:val="both"/>
        <w:rPr>
          <w:rFonts w:asciiTheme="majorHAnsi" w:hAnsiTheme="majorHAnsi" w:cstheme="majorHAnsi"/>
          <w:sz w:val="24"/>
          <w:szCs w:val="24"/>
          <w:lang w:eastAsia="en-GB"/>
        </w:rPr>
      </w:pPr>
      <w:r w:rsidRPr="00937AB4">
        <w:rPr>
          <w:rFonts w:asciiTheme="majorHAnsi" w:hAnsiTheme="majorHAnsi" w:cstheme="majorHAnsi"/>
          <w:sz w:val="24"/>
          <w:szCs w:val="24"/>
          <w:lang w:eastAsia="en-GB"/>
        </w:rPr>
        <w:t>In conformitate cu prevederile Art 14</w:t>
      </w:r>
      <w:r w:rsidR="005B43F4">
        <w:rPr>
          <w:rFonts w:asciiTheme="majorHAnsi" w:hAnsiTheme="majorHAnsi" w:cstheme="majorHAnsi"/>
          <w:sz w:val="24"/>
          <w:szCs w:val="24"/>
          <w:lang w:eastAsia="en-GB"/>
        </w:rPr>
        <w:t>^</w:t>
      </w:r>
      <w:r w:rsidRPr="00937AB4">
        <w:rPr>
          <w:rFonts w:asciiTheme="majorHAnsi" w:hAnsiTheme="majorHAnsi" w:cstheme="majorHAnsi"/>
          <w:sz w:val="24"/>
          <w:szCs w:val="24"/>
          <w:lang w:eastAsia="en-GB"/>
        </w:rPr>
        <w:t>1 din O.U.G. nr. 133 din 29 septembrie 2022 pentru modificarea şi completarea Ordonanţei de urgenţă a Guvernului nr. 92/2021 privind regimul deşeurilor, precum şi a Legii serviciului de salubrizare a localităţilor nr. 101/2006: ” În cazul proiectelor de investiţii în sistemele judeţene de management integrat al deşeurilor finanţate din fonduri europene nerambursabile, delegarea activităţilor de salubrizare prevăzute la art. 2 alin. (3) lit. a) şi c)-i)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p>
    <w:p w14:paraId="54B7204A" w14:textId="77777777" w:rsidR="00937AB4" w:rsidRPr="00937AB4" w:rsidRDefault="00937AB4" w:rsidP="00937AB4">
      <w:pPr>
        <w:autoSpaceDE w:val="0"/>
        <w:autoSpaceDN w:val="0"/>
        <w:adjustRightInd w:val="0"/>
        <w:spacing w:after="0" w:line="240" w:lineRule="auto"/>
        <w:jc w:val="both"/>
        <w:rPr>
          <w:rFonts w:asciiTheme="majorHAnsi" w:hAnsiTheme="majorHAnsi" w:cstheme="majorHAnsi"/>
          <w:sz w:val="24"/>
          <w:szCs w:val="24"/>
          <w:lang w:eastAsia="en-GB"/>
        </w:rPr>
      </w:pPr>
    </w:p>
    <w:p w14:paraId="0FCDFAE5" w14:textId="77777777" w:rsidR="00171FFF" w:rsidRPr="00937AB4" w:rsidRDefault="00171FFF" w:rsidP="004A3BE9">
      <w:pPr>
        <w:spacing w:after="0" w:line="240" w:lineRule="auto"/>
        <w:jc w:val="both"/>
        <w:rPr>
          <w:rFonts w:asciiTheme="majorHAnsi" w:hAnsiTheme="majorHAnsi" w:cstheme="majorHAnsi"/>
          <w:sz w:val="24"/>
          <w:szCs w:val="24"/>
          <w:lang w:eastAsia="en-GB"/>
        </w:rPr>
      </w:pPr>
    </w:p>
    <w:p w14:paraId="6AD053C8" w14:textId="2503CE9F"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1117EF9" w14:textId="0B42F609"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lastRenderedPageBreak/>
        <w:t>Secțiunea B Caietul de sarcini</w:t>
      </w:r>
    </w:p>
    <w:p w14:paraId="6C1EE6B3" w14:textId="1389BD83"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w:t>
      </w:r>
      <w:r w:rsidR="003D363A" w:rsidRPr="00A15970">
        <w:rPr>
          <w:rFonts w:cstheme="majorHAnsi"/>
          <w:color w:val="auto"/>
          <w:sz w:val="24"/>
          <w:szCs w:val="24"/>
          <w:lang w:val="ro-RO"/>
        </w:rPr>
        <w:t xml:space="preserve"> </w:t>
      </w:r>
      <w:r w:rsidRPr="00A15970">
        <w:rPr>
          <w:rFonts w:cstheme="majorHAnsi"/>
          <w:color w:val="auto"/>
          <w:sz w:val="24"/>
          <w:szCs w:val="24"/>
          <w:lang w:val="ro-RO"/>
        </w:rPr>
        <w:t>I</w:t>
      </w:r>
      <w:r w:rsidRPr="00A15970">
        <w:rPr>
          <w:rFonts w:cstheme="majorHAnsi"/>
          <w:color w:val="auto"/>
          <w:sz w:val="24"/>
          <w:szCs w:val="24"/>
          <w:lang w:val="ro-RO"/>
        </w:rPr>
        <w:br/>
        <w:t>Dispoziţii generale</w:t>
      </w:r>
    </w:p>
    <w:p w14:paraId="6D3C2619" w14:textId="3FEAB966"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2B2454" w:rsidRPr="00A15970">
        <w:rPr>
          <w:rFonts w:asciiTheme="majorHAnsi" w:hAnsiTheme="majorHAnsi" w:cstheme="majorHAnsi"/>
          <w:sz w:val="24"/>
          <w:szCs w:val="24"/>
          <w:lang w:val="ro-RO"/>
        </w:rPr>
        <w:t>–</w:t>
      </w:r>
    </w:p>
    <w:p w14:paraId="7885541D" w14:textId="4B419FB1"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Prezentul caiet de sarcini stabileşte conţinutul şi modul de întocmire de către </w:t>
      </w:r>
      <w:r w:rsidR="004105F2" w:rsidRPr="00A15970">
        <w:rPr>
          <w:rFonts w:asciiTheme="majorHAnsi" w:hAnsiTheme="majorHAnsi" w:cstheme="majorHAnsi"/>
          <w:sz w:val="24"/>
          <w:szCs w:val="24"/>
          <w:lang w:val="ro-RO"/>
        </w:rPr>
        <w:t>Ofertanț</w:t>
      </w:r>
      <w:r w:rsidR="00755072" w:rsidRPr="00A15970">
        <w:rPr>
          <w:rFonts w:asciiTheme="majorHAnsi" w:hAnsiTheme="majorHAnsi" w:cstheme="majorHAnsi"/>
          <w:sz w:val="24"/>
          <w:szCs w:val="24"/>
          <w:lang w:val="ro-RO"/>
        </w:rPr>
        <w:t>i a Ofertelor tehnice</w:t>
      </w:r>
      <w:r w:rsidRPr="00A15970">
        <w:rPr>
          <w:rFonts w:asciiTheme="majorHAnsi" w:hAnsiTheme="majorHAnsi" w:cstheme="majorHAnsi"/>
          <w:sz w:val="24"/>
          <w:szCs w:val="24"/>
          <w:lang w:val="ro-RO"/>
        </w:rPr>
        <w:t xml:space="preserve"> pentru activităţile specifice serviciului de salubrizare reglementate de Legea serviciului</w:t>
      </w:r>
      <w:r w:rsidR="004105F2" w:rsidRPr="00A15970">
        <w:rPr>
          <w:rFonts w:asciiTheme="majorHAnsi" w:hAnsiTheme="majorHAnsi" w:cstheme="majorHAnsi"/>
          <w:sz w:val="24"/>
          <w:szCs w:val="24"/>
          <w:lang w:val="ro-RO"/>
        </w:rPr>
        <w:t xml:space="preserve"> de salubrizare a localităţilor</w:t>
      </w:r>
      <w:r w:rsidRPr="00A15970">
        <w:rPr>
          <w:rFonts w:asciiTheme="majorHAnsi" w:hAnsiTheme="majorHAnsi" w:cstheme="majorHAnsi"/>
          <w:sz w:val="24"/>
          <w:szCs w:val="24"/>
          <w:lang w:val="ro-RO"/>
        </w:rPr>
        <w:t>, republicată, cu modificările şi completările ulterioare.</w:t>
      </w:r>
    </w:p>
    <w:p w14:paraId="2DF8DCBD" w14:textId="7AD96A2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4105F2" w:rsidRPr="00A15970">
        <w:rPr>
          <w:rFonts w:asciiTheme="majorHAnsi" w:hAnsiTheme="majorHAnsi" w:cstheme="majorHAnsi"/>
          <w:sz w:val="24"/>
          <w:szCs w:val="24"/>
          <w:lang w:val="ro-RO"/>
        </w:rPr>
        <w:t>Ofertele tehn</w:t>
      </w:r>
      <w:r w:rsidR="00755072" w:rsidRPr="00A15970">
        <w:rPr>
          <w:rFonts w:asciiTheme="majorHAnsi" w:hAnsiTheme="majorHAnsi" w:cstheme="majorHAnsi"/>
          <w:sz w:val="24"/>
          <w:szCs w:val="24"/>
          <w:lang w:val="ro-RO"/>
        </w:rPr>
        <w:t>ice se</w:t>
      </w:r>
      <w:r w:rsidRPr="00A15970">
        <w:rPr>
          <w:rFonts w:asciiTheme="majorHAnsi" w:hAnsiTheme="majorHAnsi" w:cstheme="majorHAnsi"/>
          <w:sz w:val="24"/>
          <w:szCs w:val="24"/>
          <w:lang w:val="ro-RO"/>
        </w:rPr>
        <w:t xml:space="preserv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14:textId="7BB2500C"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p>
    <w:p w14:paraId="3F391068" w14:textId="5C78DF0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La întocmirea caietelor de sarcini, asociaţia de dezvoltare intercomunitară </w:t>
      </w:r>
      <w:r w:rsidR="00413464" w:rsidRPr="00A15970">
        <w:rPr>
          <w:rFonts w:asciiTheme="majorHAnsi" w:hAnsiTheme="majorHAnsi" w:cstheme="majorHAnsi"/>
          <w:sz w:val="24"/>
          <w:szCs w:val="24"/>
          <w:lang w:val="ro-RO"/>
        </w:rPr>
        <w:t>ADI</w:t>
      </w:r>
      <w:r w:rsidR="00D72914" w:rsidRPr="00A15970">
        <w:rPr>
          <w:rFonts w:asciiTheme="majorHAnsi" w:hAnsiTheme="majorHAnsi" w:cstheme="majorHAnsi"/>
          <w:sz w:val="24"/>
          <w:szCs w:val="24"/>
          <w:lang w:val="ro-RO"/>
        </w:rPr>
        <w:t>SIGD Arad</w:t>
      </w:r>
      <w:r w:rsidR="0075507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 utiliza</w:t>
      </w:r>
      <w:r w:rsidR="00755072" w:rsidRPr="00A15970">
        <w:rPr>
          <w:rFonts w:asciiTheme="majorHAnsi" w:hAnsiTheme="majorHAnsi" w:cstheme="majorHAnsi"/>
          <w:sz w:val="24"/>
          <w:szCs w:val="24"/>
          <w:lang w:val="ro-RO"/>
        </w:rPr>
        <w:t>t</w:t>
      </w:r>
      <w:r w:rsidRPr="00A15970">
        <w:rPr>
          <w:rFonts w:asciiTheme="majorHAnsi" w:hAnsiTheme="majorHAnsi" w:cstheme="majorHAnsi"/>
          <w:sz w:val="24"/>
          <w:szCs w:val="24"/>
          <w:lang w:val="ro-RO"/>
        </w:rPr>
        <w:t xml:space="preserve"> documentaţia prevăzută în caiet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w:t>
      </w:r>
      <w:r w:rsidR="00755072"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cadru</w:t>
      </w:r>
      <w:r w:rsidR="004105F2" w:rsidRPr="00A15970">
        <w:rPr>
          <w:rFonts w:asciiTheme="majorHAnsi" w:hAnsiTheme="majorHAnsi" w:cstheme="majorHAnsi"/>
          <w:sz w:val="24"/>
          <w:szCs w:val="24"/>
          <w:lang w:val="ro-RO"/>
        </w:rPr>
        <w:t xml:space="preserve"> prevă</w:t>
      </w:r>
      <w:r w:rsidR="00755072" w:rsidRPr="00A15970">
        <w:rPr>
          <w:rFonts w:asciiTheme="majorHAnsi" w:hAnsiTheme="majorHAnsi" w:cstheme="majorHAnsi"/>
          <w:sz w:val="24"/>
          <w:szCs w:val="24"/>
          <w:lang w:val="ro-RO"/>
        </w:rPr>
        <w:t>zut in Ordinul 98/2025</w:t>
      </w:r>
      <w:r w:rsidRPr="00A15970">
        <w:rPr>
          <w:rFonts w:asciiTheme="majorHAnsi" w:hAnsiTheme="majorHAnsi" w:cstheme="majorHAnsi"/>
          <w:sz w:val="24"/>
          <w:szCs w:val="24"/>
          <w:lang w:val="ro-RO"/>
        </w:rPr>
        <w:t>, după cum urmează:</w:t>
      </w:r>
    </w:p>
    <w:p w14:paraId="0B374625" w14:textId="7BA2579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conţinutul documentaţiei caietului de sarcini </w:t>
      </w:r>
      <w:r w:rsidR="00755072" w:rsidRPr="00A15970">
        <w:rPr>
          <w:rFonts w:asciiTheme="majorHAnsi" w:hAnsiTheme="majorHAnsi" w:cstheme="majorHAnsi"/>
          <w:sz w:val="24"/>
          <w:szCs w:val="24"/>
          <w:lang w:val="ro-RO"/>
        </w:rPr>
        <w:t>au fost</w:t>
      </w:r>
      <w:r w:rsidRPr="00A15970">
        <w:rPr>
          <w:rFonts w:asciiTheme="majorHAnsi" w:hAnsiTheme="majorHAnsi" w:cstheme="majorHAnsi"/>
          <w:sz w:val="24"/>
          <w:szCs w:val="24"/>
          <w:lang w:val="ro-RO"/>
        </w:rPr>
        <w:t xml:space="preserve"> prelua</w:t>
      </w:r>
      <w:r w:rsidR="00755072" w:rsidRPr="00A15970">
        <w:rPr>
          <w:rFonts w:asciiTheme="majorHAnsi" w:hAnsiTheme="majorHAnsi" w:cstheme="majorHAnsi"/>
          <w:sz w:val="24"/>
          <w:szCs w:val="24"/>
          <w:lang w:val="ro-RO"/>
        </w:rPr>
        <w:t>te</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 cadru activităţile şi toate condiţiile tehnice specifice fiecărei activităţi desfăşurate;</w:t>
      </w:r>
    </w:p>
    <w:p w14:paraId="628A9D2E" w14:textId="773D01F0"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conţinutul caietului de sarcini cuprinde setul de formulare precizate ca fiind obligatorii în caietul de sarcini - cadru.</w:t>
      </w:r>
    </w:p>
    <w:p w14:paraId="7ABCE033" w14:textId="717E887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contract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delegare care vizează activităţi ale serviciului de salubrizare </w:t>
      </w:r>
      <w:r w:rsidR="00755072" w:rsidRPr="00A15970">
        <w:rPr>
          <w:rFonts w:asciiTheme="majorHAnsi" w:hAnsiTheme="majorHAnsi" w:cstheme="majorHAnsi"/>
          <w:sz w:val="24"/>
          <w:szCs w:val="24"/>
          <w:lang w:val="ro-RO"/>
        </w:rPr>
        <w:t>a fost intocmit prezentul</w:t>
      </w:r>
      <w:r w:rsidRPr="00A15970">
        <w:rPr>
          <w:rFonts w:asciiTheme="majorHAnsi" w:hAnsiTheme="majorHAnsi" w:cstheme="majorHAnsi"/>
          <w:sz w:val="24"/>
          <w:szCs w:val="24"/>
          <w:lang w:val="ro-RO"/>
        </w:rPr>
        <w:t xml:space="preserve"> caiet de sarcini, care pre</w:t>
      </w:r>
      <w:r w:rsidR="00755072" w:rsidRPr="00A15970">
        <w:rPr>
          <w:rFonts w:asciiTheme="majorHAnsi" w:hAnsiTheme="majorHAnsi" w:cstheme="majorHAnsi"/>
          <w:sz w:val="24"/>
          <w:szCs w:val="24"/>
          <w:lang w:val="ro-RO"/>
        </w:rPr>
        <w:t>ia</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sarcini-cadru secţiunile aferente activităţilor componente ale serviciului de salubrizare care fac obiectul contractului de delegare.</w:t>
      </w:r>
    </w:p>
    <w:p w14:paraId="4D549F60" w14:textId="6DF2864A" w:rsidR="00755072" w:rsidRPr="00A15970" w:rsidRDefault="0075507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utilizarea uniforma a numerotării articolelor </w:t>
      </w:r>
      <w:r w:rsidR="007D42CB" w:rsidRPr="00A15970">
        <w:rPr>
          <w:rFonts w:asciiTheme="majorHAnsi" w:hAnsiTheme="majorHAnsi" w:cstheme="majorHAnsi"/>
          <w:sz w:val="24"/>
          <w:szCs w:val="24"/>
          <w:lang w:val="ro-RO"/>
        </w:rPr>
        <w:t>sunt pastrate toate activitatile contractului cadru, fiind</w:t>
      </w:r>
      <w:r w:rsidRPr="00A15970">
        <w:rPr>
          <w:rFonts w:asciiTheme="majorHAnsi" w:hAnsiTheme="majorHAnsi" w:cstheme="majorHAnsi"/>
          <w:sz w:val="24"/>
          <w:szCs w:val="24"/>
          <w:lang w:val="ro-RO"/>
        </w:rPr>
        <w:t xml:space="preserve"> precizate in mod expres secțiunile care nu sunt aplicabile prezentului contract</w:t>
      </w:r>
      <w:r w:rsidR="00887B5A" w:rsidRPr="00A15970">
        <w:rPr>
          <w:rFonts w:asciiTheme="majorHAnsi" w:hAnsiTheme="majorHAnsi" w:cstheme="majorHAnsi"/>
          <w:sz w:val="24"/>
          <w:szCs w:val="24"/>
          <w:lang w:val="ro-RO"/>
        </w:rPr>
        <w:t xml:space="preserve"> conform tabelului următor</w:t>
      </w:r>
      <w:r w:rsidR="007D42CB" w:rsidRPr="00A15970">
        <w:rPr>
          <w:rFonts w:asciiTheme="majorHAnsi" w:hAnsiTheme="majorHAnsi" w:cstheme="majorHAnsi"/>
          <w:sz w:val="24"/>
          <w:szCs w:val="24"/>
          <w:lang w:val="ro-RO"/>
        </w:rPr>
        <w:t>.</w:t>
      </w:r>
    </w:p>
    <w:tbl>
      <w:tblPr>
        <w:tblStyle w:val="TableGrid"/>
        <w:tblW w:w="0" w:type="auto"/>
        <w:tblLook w:val="04A0" w:firstRow="1" w:lastRow="0" w:firstColumn="1" w:lastColumn="0" w:noHBand="0" w:noVBand="1"/>
      </w:tblPr>
      <w:tblGrid>
        <w:gridCol w:w="5538"/>
        <w:gridCol w:w="4373"/>
      </w:tblGrid>
      <w:tr w:rsidR="00E41879" w:rsidRPr="00A15970" w14:paraId="33ED51A5" w14:textId="2E59A8D7" w:rsidTr="00887B5A">
        <w:tc>
          <w:tcPr>
            <w:tcW w:w="5539" w:type="dxa"/>
            <w:shd w:val="clear" w:color="auto" w:fill="C6D9F1" w:themeFill="text2" w:themeFillTint="33"/>
          </w:tcPr>
          <w:p w14:paraId="6A39513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w:t>
            </w:r>
          </w:p>
        </w:tc>
        <w:tc>
          <w:tcPr>
            <w:tcW w:w="4373" w:type="dxa"/>
            <w:shd w:val="clear" w:color="auto" w:fill="C6D9F1" w:themeFill="text2" w:themeFillTint="33"/>
          </w:tcPr>
          <w:p w14:paraId="40AF0903" w14:textId="3408B7C1"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Aplicabil</w:t>
            </w:r>
          </w:p>
        </w:tc>
      </w:tr>
      <w:tr w:rsidR="00E41879" w:rsidRPr="00A15970" w14:paraId="73325C6E" w14:textId="15F987D1" w:rsidTr="00887B5A">
        <w:tc>
          <w:tcPr>
            <w:tcW w:w="5539" w:type="dxa"/>
          </w:tcPr>
          <w:p w14:paraId="3261F64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w:t>
            </w:r>
            <w:r w:rsidRPr="00A15970">
              <w:rPr>
                <w:rFonts w:asciiTheme="majorHAnsi" w:hAnsiTheme="majorHAnsi" w:cstheme="majorHAnsi"/>
                <w:sz w:val="24"/>
                <w:szCs w:val="24"/>
                <w:lang w:val="ro-RO"/>
              </w:rPr>
              <w:br/>
              <w:t>Dispoziţii generale</w:t>
            </w:r>
          </w:p>
        </w:tc>
        <w:tc>
          <w:tcPr>
            <w:tcW w:w="4373" w:type="dxa"/>
          </w:tcPr>
          <w:p w14:paraId="20DC1A98" w14:textId="77777777" w:rsidR="00887B5A" w:rsidRPr="00A15970" w:rsidRDefault="00887B5A" w:rsidP="004A3BE9">
            <w:pPr>
              <w:rPr>
                <w:rFonts w:asciiTheme="majorHAnsi" w:hAnsiTheme="majorHAnsi" w:cstheme="majorHAnsi"/>
                <w:sz w:val="24"/>
                <w:szCs w:val="24"/>
                <w:lang w:val="ro-RO"/>
              </w:rPr>
            </w:pPr>
          </w:p>
        </w:tc>
      </w:tr>
      <w:tr w:rsidR="00E41879" w:rsidRPr="00A15970" w14:paraId="19CFA332" w14:textId="36F4FF81" w:rsidTr="00887B5A">
        <w:tc>
          <w:tcPr>
            <w:tcW w:w="5539" w:type="dxa"/>
          </w:tcPr>
          <w:p w14:paraId="6E10E936"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w:t>
            </w:r>
            <w:r w:rsidRPr="00A15970">
              <w:rPr>
                <w:rFonts w:asciiTheme="majorHAnsi" w:hAnsiTheme="majorHAnsi" w:cstheme="majorHAnsi"/>
                <w:sz w:val="24"/>
                <w:szCs w:val="24"/>
                <w:lang w:val="ro-RO"/>
              </w:rPr>
              <w:br/>
              <w:t>Obiectul caietului de sarcini</w:t>
            </w:r>
          </w:p>
        </w:tc>
        <w:tc>
          <w:tcPr>
            <w:tcW w:w="4373" w:type="dxa"/>
          </w:tcPr>
          <w:p w14:paraId="6FFAB9DF" w14:textId="77777777" w:rsidR="00887B5A" w:rsidRPr="00A15970" w:rsidRDefault="00887B5A" w:rsidP="004A3BE9">
            <w:pPr>
              <w:rPr>
                <w:rFonts w:asciiTheme="majorHAnsi" w:hAnsiTheme="majorHAnsi" w:cstheme="majorHAnsi"/>
                <w:sz w:val="24"/>
                <w:szCs w:val="24"/>
                <w:lang w:val="ro-RO"/>
              </w:rPr>
            </w:pPr>
          </w:p>
        </w:tc>
      </w:tr>
      <w:tr w:rsidR="00E41879" w:rsidRPr="00A15970" w14:paraId="20F64106" w14:textId="00B9A131" w:rsidTr="00887B5A">
        <w:tc>
          <w:tcPr>
            <w:tcW w:w="5539" w:type="dxa"/>
          </w:tcPr>
          <w:p w14:paraId="4DB48244"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III</w:t>
            </w:r>
            <w:r w:rsidRPr="00A15970">
              <w:rPr>
                <w:rFonts w:asciiTheme="majorHAnsi" w:hAnsiTheme="majorHAnsi" w:cstheme="majorHAnsi"/>
                <w:sz w:val="24"/>
                <w:szCs w:val="24"/>
                <w:lang w:val="ro-RO"/>
              </w:rPr>
              <w:br/>
              <w:t>Cerinţe organizatorice minimale</w:t>
            </w:r>
          </w:p>
        </w:tc>
        <w:tc>
          <w:tcPr>
            <w:tcW w:w="4373" w:type="dxa"/>
          </w:tcPr>
          <w:p w14:paraId="6C698DF8" w14:textId="77777777" w:rsidR="00887B5A" w:rsidRPr="00A15970" w:rsidRDefault="00887B5A" w:rsidP="004A3BE9">
            <w:pPr>
              <w:rPr>
                <w:rFonts w:asciiTheme="majorHAnsi" w:hAnsiTheme="majorHAnsi" w:cstheme="majorHAnsi"/>
                <w:sz w:val="24"/>
                <w:szCs w:val="24"/>
                <w:lang w:val="ro-RO"/>
              </w:rPr>
            </w:pPr>
          </w:p>
        </w:tc>
      </w:tr>
      <w:tr w:rsidR="00E41879" w:rsidRPr="00A15970" w14:paraId="39314A47" w14:textId="660F0E96" w:rsidTr="00887B5A">
        <w:tc>
          <w:tcPr>
            <w:tcW w:w="5539" w:type="dxa"/>
          </w:tcPr>
          <w:p w14:paraId="3AADD0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IV</w:t>
            </w:r>
            <w:r w:rsidRPr="00A15970">
              <w:rPr>
                <w:rFonts w:asciiTheme="majorHAnsi" w:hAnsiTheme="majorHAnsi" w:cstheme="majorHAnsi"/>
                <w:sz w:val="24"/>
                <w:szCs w:val="24"/>
                <w:lang w:val="ro-RO"/>
              </w:rPr>
              <w:br/>
              <w:t>Colectarea separată şi transportul separat al deşeurilor municipale şi al deşeurilor generate ocazional</w:t>
            </w:r>
          </w:p>
        </w:tc>
        <w:tc>
          <w:tcPr>
            <w:tcW w:w="4373" w:type="dxa"/>
          </w:tcPr>
          <w:p w14:paraId="6AAF7498" w14:textId="763CD4B9" w:rsidR="00887B5A" w:rsidRPr="00A15970" w:rsidRDefault="00887B5A" w:rsidP="004A3BE9">
            <w:pPr>
              <w:rPr>
                <w:rFonts w:asciiTheme="majorHAnsi" w:hAnsiTheme="majorHAnsi" w:cstheme="majorHAnsi"/>
                <w:sz w:val="24"/>
                <w:szCs w:val="24"/>
                <w:lang w:val="ro-RO"/>
              </w:rPr>
            </w:pPr>
          </w:p>
        </w:tc>
      </w:tr>
      <w:tr w:rsidR="00E41879" w:rsidRPr="00A15970" w14:paraId="08EEC8C1" w14:textId="7C0D454D" w:rsidTr="00887B5A">
        <w:tc>
          <w:tcPr>
            <w:tcW w:w="5539" w:type="dxa"/>
          </w:tcPr>
          <w:p w14:paraId="03630621"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w:t>
            </w:r>
            <w:r w:rsidRPr="00A15970">
              <w:rPr>
                <w:rFonts w:asciiTheme="majorHAnsi" w:hAnsiTheme="majorHAnsi" w:cstheme="majorHAnsi"/>
                <w:sz w:val="24"/>
                <w:szCs w:val="24"/>
                <w:lang w:val="ro-RO"/>
              </w:rPr>
              <w:br/>
              <w:t>Operarea centrelor de colectare prin aport voluntar a deşeurilor de la persoanele fizice</w:t>
            </w:r>
          </w:p>
        </w:tc>
        <w:tc>
          <w:tcPr>
            <w:tcW w:w="4373" w:type="dxa"/>
          </w:tcPr>
          <w:p w14:paraId="2428982E" w14:textId="1850DBB4"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AEB49F2" w14:textId="4462E444" w:rsidTr="00887B5A">
        <w:tc>
          <w:tcPr>
            <w:tcW w:w="5539" w:type="dxa"/>
          </w:tcPr>
          <w:p w14:paraId="4B9840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w:t>
            </w:r>
            <w:r w:rsidRPr="00A15970">
              <w:rPr>
                <w:rFonts w:asciiTheme="majorHAnsi" w:hAnsiTheme="majorHAnsi" w:cstheme="majorHAnsi"/>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14:textId="16B9BB2A"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0EB8616" w14:textId="30A44D43" w:rsidTr="00887B5A">
        <w:tc>
          <w:tcPr>
            <w:tcW w:w="5539" w:type="dxa"/>
          </w:tcPr>
          <w:p w14:paraId="1F8087E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w:t>
            </w:r>
            <w:r w:rsidRPr="00A15970">
              <w:rPr>
                <w:rFonts w:asciiTheme="majorHAnsi" w:hAnsiTheme="majorHAnsi" w:cstheme="majorHAnsi"/>
                <w:sz w:val="24"/>
                <w:szCs w:val="24"/>
                <w:lang w:val="ro-RO"/>
              </w:rPr>
              <w:br/>
              <w:t xml:space="preserve">Sortarea deşeurilor de hârtie, metal, plastic şi sticlă </w:t>
            </w:r>
            <w:r w:rsidRPr="00A15970">
              <w:rPr>
                <w:rFonts w:asciiTheme="majorHAnsi" w:hAnsiTheme="majorHAnsi" w:cstheme="majorHAnsi"/>
                <w:sz w:val="24"/>
                <w:szCs w:val="24"/>
                <w:lang w:val="ro-RO"/>
              </w:rPr>
              <w:lastRenderedPageBreak/>
              <w:t>colectate separat din deşeurile municipale în staţii de sortare, inclusiv transportul reziduurilor rezultate din sortare la depozitele de deşeuri şi/sau la instalaţiile de valorificare energetică</w:t>
            </w:r>
          </w:p>
        </w:tc>
        <w:tc>
          <w:tcPr>
            <w:tcW w:w="4373" w:type="dxa"/>
          </w:tcPr>
          <w:p w14:paraId="2A34C2E1" w14:textId="6E4DFAC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E41879" w:rsidRPr="00A15970" w14:paraId="073208C8" w14:textId="45250CC7" w:rsidTr="00887B5A">
        <w:tc>
          <w:tcPr>
            <w:tcW w:w="5539" w:type="dxa"/>
          </w:tcPr>
          <w:p w14:paraId="0683BE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VIII</w:t>
            </w:r>
            <w:r w:rsidRPr="00A15970">
              <w:rPr>
                <w:rFonts w:asciiTheme="majorHAnsi" w:hAnsiTheme="majorHAnsi" w:cstheme="majorHAnsi"/>
                <w:sz w:val="24"/>
                <w:szCs w:val="24"/>
                <w:lang w:val="ro-RO"/>
              </w:rPr>
              <w:br/>
              <w:t>Tratarea aerobă a biodeşeurilor colectate separat în instalaţii de compostare, inclusiv transportul reziduurilor la depozitele de deşeuri şi/sau la instalaţiile de valorificare energetică</w:t>
            </w:r>
          </w:p>
        </w:tc>
        <w:tc>
          <w:tcPr>
            <w:tcW w:w="4373" w:type="dxa"/>
          </w:tcPr>
          <w:p w14:paraId="3967FC5E" w14:textId="409A4077"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024CD2C" w14:textId="65498653" w:rsidTr="00887B5A">
        <w:tc>
          <w:tcPr>
            <w:tcW w:w="5539" w:type="dxa"/>
          </w:tcPr>
          <w:p w14:paraId="2587A72A"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IX</w:t>
            </w:r>
            <w:r w:rsidRPr="00A15970">
              <w:rPr>
                <w:rFonts w:asciiTheme="majorHAnsi" w:hAnsiTheme="majorHAnsi" w:cstheme="majorHAnsi"/>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14:textId="7109409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734B43C4" w14:textId="01C8C46F" w:rsidTr="00887B5A">
        <w:tc>
          <w:tcPr>
            <w:tcW w:w="5539" w:type="dxa"/>
          </w:tcPr>
          <w:p w14:paraId="7EE005C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w:t>
            </w:r>
            <w:r w:rsidRPr="00A15970">
              <w:rPr>
                <w:rFonts w:asciiTheme="majorHAnsi" w:hAnsiTheme="majorHAnsi" w:cstheme="majorHAnsi"/>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14:textId="0AFF9D2D"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35BE1737" w14:textId="766C44E2" w:rsidTr="00887B5A">
        <w:tc>
          <w:tcPr>
            <w:tcW w:w="5539" w:type="dxa"/>
          </w:tcPr>
          <w:p w14:paraId="47D79D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w:t>
            </w:r>
            <w:r w:rsidRPr="00A15970">
              <w:rPr>
                <w:rFonts w:asciiTheme="majorHAnsi" w:hAnsiTheme="majorHAnsi" w:cstheme="majorHAnsi"/>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14:textId="78A7FA7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37DEADA" w14:textId="160083CF" w:rsidTr="00887B5A">
        <w:tc>
          <w:tcPr>
            <w:tcW w:w="5539" w:type="dxa"/>
          </w:tcPr>
          <w:p w14:paraId="588D65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w:t>
            </w:r>
            <w:r w:rsidRPr="00A15970">
              <w:rPr>
                <w:rFonts w:asciiTheme="majorHAnsi" w:hAnsiTheme="majorHAnsi" w:cstheme="majorHAnsi"/>
                <w:sz w:val="24"/>
                <w:szCs w:val="24"/>
                <w:lang w:val="ro-RO"/>
              </w:rPr>
              <w:b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14:textId="1FACFBB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5F715D0" w14:textId="5D287DFD" w:rsidTr="00887B5A">
        <w:tc>
          <w:tcPr>
            <w:tcW w:w="5539" w:type="dxa"/>
          </w:tcPr>
          <w:p w14:paraId="50A7871C"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XIII</w:t>
            </w:r>
            <w:r w:rsidRPr="00A15970">
              <w:rPr>
                <w:rFonts w:asciiTheme="majorHAnsi" w:hAnsiTheme="majorHAnsi" w:cstheme="majorHAnsi"/>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14:textId="4A40A70B"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06A936FC" w14:textId="56094099" w:rsidTr="00887B5A">
        <w:tc>
          <w:tcPr>
            <w:tcW w:w="5539" w:type="dxa"/>
          </w:tcPr>
          <w:p w14:paraId="330CA1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XIV</w:t>
            </w:r>
            <w:r w:rsidRPr="00A15970">
              <w:rPr>
                <w:rFonts w:asciiTheme="majorHAnsi" w:hAnsiTheme="majorHAnsi" w:cstheme="majorHAnsi"/>
                <w:sz w:val="24"/>
                <w:szCs w:val="24"/>
                <w:lang w:val="ro-RO"/>
              </w:rPr>
              <w:br/>
              <w:t>Curăţarea şi transportul zăpezii de pe căile publice din localitate şi menţinerea în funcţiune a acestora pe timp de polei sau de îngheţ</w:t>
            </w:r>
          </w:p>
        </w:tc>
        <w:tc>
          <w:tcPr>
            <w:tcW w:w="4373" w:type="dxa"/>
          </w:tcPr>
          <w:p w14:paraId="3BFFFEBB" w14:textId="0326939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922D73E" w14:textId="66DC1AE8" w:rsidTr="00887B5A">
        <w:tc>
          <w:tcPr>
            <w:tcW w:w="5539" w:type="dxa"/>
          </w:tcPr>
          <w:p w14:paraId="24AF036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w:t>
            </w:r>
            <w:r w:rsidRPr="00A15970">
              <w:rPr>
                <w:rFonts w:asciiTheme="majorHAnsi" w:hAnsiTheme="majorHAnsi" w:cstheme="majorHAnsi"/>
                <w:sz w:val="24"/>
                <w:szCs w:val="24"/>
                <w:lang w:val="ro-RO"/>
              </w:rPr>
              <w:br/>
              <w:t xml:space="preserve">Dezinsecţia, dezinfecţia şi deratizarea, la obiectivele </w:t>
            </w:r>
            <w:r w:rsidRPr="00A15970">
              <w:rPr>
                <w:rFonts w:asciiTheme="majorHAnsi" w:hAnsiTheme="majorHAnsi" w:cstheme="majorHAnsi"/>
                <w:sz w:val="24"/>
                <w:szCs w:val="24"/>
                <w:lang w:val="ro-RO"/>
              </w:rPr>
              <w:lastRenderedPageBreak/>
              <w:t>din domeniul public şi domeniul privat al unităţii administrativ-teritoriale</w:t>
            </w:r>
          </w:p>
        </w:tc>
        <w:tc>
          <w:tcPr>
            <w:tcW w:w="4373" w:type="dxa"/>
          </w:tcPr>
          <w:p w14:paraId="2501215B" w14:textId="79F7F10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887B5A" w:rsidRPr="00A15970" w14:paraId="6AE9B511" w14:textId="37696931" w:rsidTr="00887B5A">
        <w:tc>
          <w:tcPr>
            <w:tcW w:w="5539" w:type="dxa"/>
          </w:tcPr>
          <w:p w14:paraId="78A84847"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XVI</w:t>
            </w:r>
            <w:r w:rsidRPr="00A15970">
              <w:rPr>
                <w:rFonts w:asciiTheme="majorHAnsi" w:hAnsiTheme="majorHAnsi" w:cstheme="majorHAnsi"/>
                <w:sz w:val="24"/>
                <w:szCs w:val="24"/>
                <w:lang w:val="ro-RO"/>
              </w:rPr>
              <w:br/>
              <w:t>Dispoziţii tranzitorii şi finale</w:t>
            </w:r>
          </w:p>
        </w:tc>
        <w:tc>
          <w:tcPr>
            <w:tcW w:w="4373" w:type="dxa"/>
          </w:tcPr>
          <w:p w14:paraId="61F53B10" w14:textId="77777777" w:rsidR="00887B5A" w:rsidRPr="00A15970" w:rsidRDefault="00887B5A" w:rsidP="004A3BE9">
            <w:pPr>
              <w:rPr>
                <w:rFonts w:asciiTheme="majorHAnsi" w:hAnsiTheme="majorHAnsi" w:cstheme="majorHAnsi"/>
                <w:sz w:val="24"/>
                <w:szCs w:val="24"/>
                <w:lang w:val="ro-RO"/>
              </w:rPr>
            </w:pPr>
          </w:p>
        </w:tc>
      </w:tr>
    </w:tbl>
    <w:p w14:paraId="5BF1E70A" w14:textId="77777777" w:rsidR="00887B5A" w:rsidRPr="00A15970" w:rsidRDefault="00887B5A" w:rsidP="004A3BE9">
      <w:pPr>
        <w:spacing w:after="0" w:line="240" w:lineRule="auto"/>
        <w:jc w:val="both"/>
        <w:rPr>
          <w:rFonts w:asciiTheme="majorHAnsi" w:hAnsiTheme="majorHAnsi" w:cstheme="majorHAnsi"/>
          <w:sz w:val="24"/>
          <w:szCs w:val="24"/>
          <w:lang w:val="ro-RO"/>
        </w:rPr>
      </w:pPr>
    </w:p>
    <w:p w14:paraId="3AF1F359" w14:textId="2525C1B1" w:rsidR="00171FFF" w:rsidRPr="00A15970" w:rsidRDefault="00F67BD1"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Caiet</w:t>
      </w:r>
      <w:r w:rsidR="007D42CB"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se supun</w:t>
      </w:r>
      <w:r w:rsidR="007D42CB" w:rsidRPr="00A15970">
        <w:rPr>
          <w:rFonts w:asciiTheme="majorHAnsi" w:hAnsiTheme="majorHAnsi" w:cstheme="majorHAnsi"/>
          <w:sz w:val="24"/>
          <w:szCs w:val="24"/>
          <w:lang w:val="ro-RO"/>
        </w:rPr>
        <w:t>e</w:t>
      </w:r>
      <w:r w:rsidRPr="00A15970">
        <w:rPr>
          <w:rFonts w:asciiTheme="majorHAnsi" w:hAnsiTheme="majorHAnsi" w:cstheme="majorHAnsi"/>
          <w:sz w:val="24"/>
          <w:szCs w:val="24"/>
          <w:lang w:val="ro-RO"/>
        </w:rPr>
        <w:t xml:space="preserve"> aprobării autorităţilor deliberative ale unităţilor administrativ-teritoriale sau, după caz, adunării generale a asociaţiei de dezvoltare intercomunitară.</w:t>
      </w:r>
    </w:p>
    <w:p w14:paraId="6F1169A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A103BF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II</w:t>
      </w:r>
      <w:r w:rsidRPr="00A15970">
        <w:rPr>
          <w:rFonts w:cstheme="majorHAnsi"/>
          <w:color w:val="auto"/>
          <w:sz w:val="24"/>
          <w:szCs w:val="24"/>
          <w:lang w:val="ro-RO"/>
        </w:rPr>
        <w:br/>
        <w:t>Obiectul caietului de sarcini</w:t>
      </w:r>
    </w:p>
    <w:p w14:paraId="2BD82641" w14:textId="52B6EC4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14:textId="1940B738"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1E404AB5" w14:textId="4738351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În sensul prezentului caiet de sarcini, </w:t>
      </w:r>
      <w:r w:rsidR="00A24A44" w:rsidRPr="00A15970">
        <w:rPr>
          <w:rFonts w:asciiTheme="majorHAnsi" w:hAnsiTheme="majorHAnsi" w:cstheme="majorHAnsi"/>
          <w:sz w:val="24"/>
          <w:szCs w:val="24"/>
          <w:lang w:val="ro-RO"/>
        </w:rPr>
        <w:t>asociația</w:t>
      </w:r>
      <w:r w:rsidRPr="00A15970">
        <w:rPr>
          <w:rFonts w:asciiTheme="majorHAnsi" w:hAnsiTheme="majorHAnsi" w:cstheme="majorHAnsi"/>
          <w:sz w:val="24"/>
          <w:szCs w:val="24"/>
          <w:lang w:val="ro-RO"/>
        </w:rPr>
        <w:t xml:space="preserve"> de dezvoltare intercomunitară </w:t>
      </w:r>
      <w:r w:rsidR="00413464" w:rsidRPr="00A15970">
        <w:rPr>
          <w:rFonts w:asciiTheme="majorHAnsi" w:hAnsiTheme="majorHAnsi" w:cstheme="majorHAnsi"/>
          <w:sz w:val="24"/>
          <w:szCs w:val="24"/>
          <w:lang w:val="ro-RO"/>
        </w:rPr>
        <w:t>ADI</w:t>
      </w:r>
      <w:r w:rsidR="00F34E82" w:rsidRPr="00A15970">
        <w:rPr>
          <w:rFonts w:asciiTheme="majorHAnsi" w:hAnsiTheme="majorHAnsi" w:cstheme="majorHAnsi"/>
          <w:sz w:val="24"/>
          <w:szCs w:val="24"/>
          <w:lang w:val="ro-RO"/>
        </w:rPr>
        <w:t>SIGD Arad</w:t>
      </w:r>
      <w:r w:rsidRPr="00A15970">
        <w:rPr>
          <w:rFonts w:asciiTheme="majorHAnsi" w:hAnsiTheme="majorHAnsi" w:cstheme="majorHAnsi"/>
          <w:sz w:val="24"/>
          <w:szCs w:val="24"/>
          <w:lang w:val="ro-RO"/>
        </w:rPr>
        <w:t xml:space="preserve">, în numele şi pe seama </w:t>
      </w:r>
      <w:r w:rsidR="00A24A44" w:rsidRPr="00A15970">
        <w:rPr>
          <w:rFonts w:asciiTheme="majorHAnsi" w:hAnsiTheme="majorHAnsi" w:cstheme="majorHAnsi"/>
          <w:sz w:val="24"/>
          <w:szCs w:val="24"/>
          <w:lang w:val="ro-RO"/>
        </w:rPr>
        <w:t xml:space="preserve">tututor </w:t>
      </w:r>
      <w:r w:rsidRPr="00A15970">
        <w:rPr>
          <w:rFonts w:asciiTheme="majorHAnsi" w:hAnsiTheme="majorHAnsi" w:cstheme="majorHAnsi"/>
          <w:sz w:val="24"/>
          <w:szCs w:val="24"/>
          <w:lang w:val="ro-RO"/>
        </w:rPr>
        <w:t>unităţil</w:t>
      </w:r>
      <w:r w:rsidR="00A24A44" w:rsidRPr="00A15970">
        <w:rPr>
          <w:rFonts w:asciiTheme="majorHAnsi" w:hAnsiTheme="majorHAnsi" w:cstheme="majorHAnsi"/>
          <w:sz w:val="24"/>
          <w:szCs w:val="24"/>
          <w:lang w:val="ro-RO"/>
        </w:rPr>
        <w:t>or</w:t>
      </w:r>
      <w:r w:rsidRPr="00A15970">
        <w:rPr>
          <w:rFonts w:asciiTheme="majorHAnsi" w:hAnsiTheme="majorHAnsi" w:cstheme="majorHAnsi"/>
          <w:sz w:val="24"/>
          <w:szCs w:val="24"/>
          <w:lang w:val="ro-RO"/>
        </w:rPr>
        <w:t xml:space="preserve"> administrativ-teritoriale membre </w:t>
      </w:r>
      <w:r w:rsidR="00A554B7" w:rsidRPr="00A15970">
        <w:rPr>
          <w:rFonts w:asciiTheme="majorHAnsi" w:hAnsiTheme="majorHAnsi" w:cstheme="majorHAnsi"/>
          <w:sz w:val="24"/>
          <w:szCs w:val="24"/>
          <w:lang w:val="ro-RO"/>
        </w:rPr>
        <w:t xml:space="preserve">din </w:t>
      </w:r>
      <w:r w:rsidR="00AB7C29" w:rsidRPr="00A15970">
        <w:rPr>
          <w:rFonts w:asciiTheme="majorHAnsi" w:hAnsiTheme="majorHAnsi" w:cstheme="majorHAnsi"/>
          <w:sz w:val="24"/>
          <w:szCs w:val="24"/>
          <w:lang w:val="ro-RO"/>
        </w:rPr>
        <w:t xml:space="preserve">Zona </w:t>
      </w:r>
      <w:r w:rsidR="00A554B7"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A554B7" w:rsidRPr="00A15970">
        <w:rPr>
          <w:rFonts w:asciiTheme="majorHAnsi" w:hAnsiTheme="majorHAnsi" w:cstheme="majorHAnsi"/>
          <w:sz w:val="24"/>
          <w:szCs w:val="24"/>
          <w:lang w:val="ro-RO"/>
        </w:rPr>
        <w:t xml:space="preserve"> a Județ</w:t>
      </w:r>
      <w:r w:rsidR="00F34E82" w:rsidRPr="00A15970">
        <w:rPr>
          <w:rFonts w:asciiTheme="majorHAnsi" w:hAnsiTheme="majorHAnsi" w:cstheme="majorHAnsi"/>
          <w:sz w:val="24"/>
          <w:szCs w:val="24"/>
          <w:lang w:val="ro-RO"/>
        </w:rPr>
        <w:t>ului Arad</w:t>
      </w:r>
      <w:r w:rsidRPr="00A15970">
        <w:rPr>
          <w:rFonts w:asciiTheme="majorHAnsi" w:hAnsiTheme="majorHAnsi" w:cstheme="majorHAnsi"/>
          <w:sz w:val="24"/>
          <w:szCs w:val="24"/>
          <w:lang w:val="ro-RO"/>
        </w:rPr>
        <w:t xml:space="preserve"> are calitatea de delegatar.</w:t>
      </w:r>
    </w:p>
    <w:p w14:paraId="237EB2FC" w14:textId="62EA8B31"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14:textId="1160020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Caietul de sarcini face parte integrantă din documentaţia necesară desfăşurării activităţii/lor </w:t>
      </w:r>
      <w:r w:rsidR="00A24A44" w:rsidRPr="00A15970">
        <w:rPr>
          <w:rFonts w:asciiTheme="majorHAnsi" w:hAnsiTheme="majorHAnsi" w:cstheme="majorHAnsi"/>
          <w:sz w:val="24"/>
          <w:szCs w:val="24"/>
          <w:lang w:val="ro-RO"/>
        </w:rPr>
        <w:t>urmatoare</w:t>
      </w:r>
      <w:r w:rsidRPr="00A15970">
        <w:rPr>
          <w:rFonts w:asciiTheme="majorHAnsi" w:hAnsiTheme="majorHAnsi" w:cstheme="majorHAnsi"/>
          <w:sz w:val="24"/>
          <w:szCs w:val="24"/>
          <w:lang w:val="ro-RO"/>
        </w:rPr>
        <w:t xml:space="preserve"> şi constituie ansamblul cerinţelor tehnice de bază.</w:t>
      </w:r>
    </w:p>
    <w:p w14:paraId="1889F364" w14:textId="77777777"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colectarea separată şi transportul separat al deşeurilor menajere şi al deşeurilor similare provenind din activităţi comerciale din industrie şi instituţii, inclusiv fracţii colectate separat; </w:t>
      </w:r>
    </w:p>
    <w:p w14:paraId="7F4B02DD" w14:textId="5B01904E" w:rsidR="002C4130" w:rsidRPr="00A15970" w:rsidRDefault="00413464"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C4130" w:rsidRPr="00A15970">
        <w:rPr>
          <w:rFonts w:asciiTheme="majorHAnsi" w:hAnsiTheme="majorHAnsi" w:cstheme="majorHAnsi"/>
          <w:sz w:val="24"/>
          <w:szCs w:val="24"/>
          <w:lang w:val="ro-RO"/>
        </w:rPr>
        <w:t>b) colectarea şi transportul deșeurilor provenite din locuințe, generate de activități de reamenajare și reabilitare interioară şi/sau exterioară a acestora;</w:t>
      </w:r>
    </w:p>
    <w:p w14:paraId="64B60BCA" w14:textId="57F92AAD"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Serviciile care fac obiectul prezentului Caiet de sarcini, respectiv a procedurii de atribuire așa cum  s</w:t>
      </w:r>
      <w:r w:rsidR="00A554B7" w:rsidRPr="00A15970">
        <w:rPr>
          <w:rFonts w:asciiTheme="majorHAnsi" w:hAnsiTheme="majorHAnsi" w:cstheme="majorHAnsi"/>
          <w:sz w:val="24"/>
          <w:szCs w:val="24"/>
          <w:lang w:val="ro-RO"/>
        </w:rPr>
        <w:t>unt  ele  menționate in Ordonanț</w:t>
      </w:r>
      <w:r w:rsidRPr="00A15970">
        <w:rPr>
          <w:rFonts w:asciiTheme="majorHAnsi" w:hAnsiTheme="majorHAnsi" w:cstheme="majorHAnsi"/>
          <w:sz w:val="24"/>
          <w:szCs w:val="24"/>
          <w:lang w:val="ro-RO"/>
        </w:rPr>
        <w:t xml:space="preserve">a </w:t>
      </w:r>
      <w:r w:rsidR="00A554B7" w:rsidRPr="00A15970">
        <w:rPr>
          <w:rFonts w:asciiTheme="majorHAnsi" w:hAnsiTheme="majorHAnsi" w:cstheme="majorHAnsi"/>
          <w:sz w:val="24"/>
          <w:szCs w:val="24"/>
          <w:lang w:val="ro-RO"/>
        </w:rPr>
        <w:t>92/2021 ș</w:t>
      </w:r>
      <w:r w:rsidRPr="00A15970">
        <w:rPr>
          <w:rFonts w:asciiTheme="majorHAnsi" w:hAnsiTheme="majorHAnsi" w:cstheme="majorHAnsi"/>
          <w:sz w:val="24"/>
          <w:szCs w:val="24"/>
          <w:lang w:val="ro-RO"/>
        </w:rPr>
        <w:t>i legea 181/2020</w:t>
      </w:r>
    </w:p>
    <w:p w14:paraId="36EF24AB" w14:textId="77777777"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cel puțin pentru deșeurile de hârtie, metal, plastic și sticlă din deșeurile municipale prevazuta la Art 17 lit a)</w:t>
      </w:r>
    </w:p>
    <w:p w14:paraId="0F5E7743" w14:textId="701B5493"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deș</w:t>
      </w:r>
      <w:r w:rsidR="002C4130" w:rsidRPr="00A15970">
        <w:rPr>
          <w:rFonts w:asciiTheme="majorHAnsi" w:hAnsiTheme="majorHAnsi" w:cstheme="majorHAnsi"/>
          <w:sz w:val="24"/>
          <w:szCs w:val="24"/>
          <w:lang w:val="ro-RO"/>
        </w:rPr>
        <w:t>eurilor</w:t>
      </w:r>
      <w:r w:rsidRPr="00A15970">
        <w:rPr>
          <w:rFonts w:asciiTheme="majorHAnsi" w:hAnsiTheme="majorHAnsi" w:cstheme="majorHAnsi"/>
          <w:sz w:val="24"/>
          <w:szCs w:val="24"/>
          <w:lang w:val="ro-RO"/>
        </w:rPr>
        <w:t xml:space="preserve"> biodegradabile prevăzu</w:t>
      </w:r>
      <w:r w:rsidR="002C4130" w:rsidRPr="00A15970">
        <w:rPr>
          <w:rFonts w:asciiTheme="majorHAnsi" w:hAnsiTheme="majorHAnsi" w:cstheme="majorHAnsi"/>
          <w:sz w:val="24"/>
          <w:szCs w:val="24"/>
          <w:lang w:val="ro-RO"/>
        </w:rPr>
        <w:t>te la Art. 33 si Art.1 alin 3 din Legea 181/2020</w:t>
      </w:r>
    </w:p>
    <w:p w14:paraId="69134C26" w14:textId="0943A0EB"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altele decât ce</w:t>
      </w:r>
      <w:r w:rsidR="00A554B7" w:rsidRPr="00A15970">
        <w:rPr>
          <w:rFonts w:asciiTheme="majorHAnsi" w:hAnsiTheme="majorHAnsi" w:cstheme="majorHAnsi"/>
          <w:sz w:val="24"/>
          <w:szCs w:val="24"/>
          <w:lang w:val="ro-RO"/>
        </w:rPr>
        <w:t>le prevăzute la lit. a); (deș</w:t>
      </w:r>
      <w:r w:rsidRPr="00A15970">
        <w:rPr>
          <w:rFonts w:asciiTheme="majorHAnsi" w:hAnsiTheme="majorHAnsi" w:cstheme="majorHAnsi"/>
          <w:sz w:val="24"/>
          <w:szCs w:val="24"/>
          <w:lang w:val="ro-RO"/>
        </w:rPr>
        <w:t>euri reziduale)</w:t>
      </w:r>
    </w:p>
    <w:p w14:paraId="245D43F8" w14:textId="6C7572D9"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periculoase p</w:t>
      </w:r>
      <w:r w:rsidR="00A554B7" w:rsidRPr="00A15970">
        <w:rPr>
          <w:rFonts w:asciiTheme="majorHAnsi" w:hAnsiTheme="majorHAnsi" w:cstheme="majorHAnsi"/>
          <w:sz w:val="24"/>
          <w:szCs w:val="24"/>
          <w:lang w:val="ro-RO"/>
        </w:rPr>
        <w:t>rovenite din gospodării prevăzu</w:t>
      </w:r>
      <w:r w:rsidRPr="00A15970">
        <w:rPr>
          <w:rFonts w:asciiTheme="majorHAnsi" w:hAnsiTheme="majorHAnsi" w:cstheme="majorHAnsi"/>
          <w:sz w:val="24"/>
          <w:szCs w:val="24"/>
          <w:lang w:val="ro-RO"/>
        </w:rPr>
        <w:t>te la Art. 30</w:t>
      </w:r>
    </w:p>
    <w:p w14:paraId="290545BB" w14:textId="3450FC8E"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w:t>
      </w:r>
      <w:r w:rsidR="00A554B7" w:rsidRPr="00A15970">
        <w:rPr>
          <w:rFonts w:asciiTheme="majorHAnsi" w:hAnsiTheme="majorHAnsi" w:cstheme="majorHAnsi"/>
          <w:sz w:val="24"/>
          <w:szCs w:val="24"/>
          <w:lang w:val="ro-RO"/>
        </w:rPr>
        <w:t>ilor voluminoase inclusiv mobilă ș</w:t>
      </w:r>
      <w:r w:rsidRPr="00A15970">
        <w:rPr>
          <w:rFonts w:asciiTheme="majorHAnsi" w:hAnsiTheme="majorHAnsi" w:cstheme="majorHAnsi"/>
          <w:sz w:val="24"/>
          <w:szCs w:val="24"/>
          <w:lang w:val="ro-RO"/>
        </w:rPr>
        <w:t>i saltele</w:t>
      </w:r>
    </w:p>
    <w:p w14:paraId="4A50D918" w14:textId="4B474A80" w:rsidR="002C4130" w:rsidRPr="00A15970" w:rsidRDefault="002C4130" w:rsidP="004A3BE9">
      <w:pPr>
        <w:widowControl w:val="0"/>
        <w:numPr>
          <w:ilvl w:val="2"/>
          <w:numId w:val="18"/>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textile</w:t>
      </w:r>
      <w:r w:rsidR="00340BD8" w:rsidRPr="00A15970">
        <w:rPr>
          <w:rFonts w:asciiTheme="majorHAnsi" w:hAnsiTheme="majorHAnsi" w:cstheme="majorHAnsi"/>
          <w:sz w:val="24"/>
          <w:szCs w:val="24"/>
          <w:lang w:val="ro-RO"/>
        </w:rPr>
        <w:t>, colectarea de</w:t>
      </w:r>
      <w:r w:rsidR="00D223DA" w:rsidRPr="00A15970">
        <w:rPr>
          <w:rFonts w:asciiTheme="majorHAnsi" w:hAnsiTheme="majorHAnsi" w:cstheme="majorHAnsi"/>
          <w:sz w:val="24"/>
          <w:szCs w:val="24"/>
          <w:lang w:val="ro-RO"/>
        </w:rPr>
        <w:t>ș</w:t>
      </w:r>
      <w:r w:rsidR="00340BD8" w:rsidRPr="00A15970">
        <w:rPr>
          <w:rFonts w:asciiTheme="majorHAnsi" w:hAnsiTheme="majorHAnsi" w:cstheme="majorHAnsi"/>
          <w:sz w:val="24"/>
          <w:szCs w:val="24"/>
          <w:lang w:val="ro-RO"/>
        </w:rPr>
        <w:t xml:space="preserve">eurilor 20.01.10 </w:t>
      </w:r>
      <w:r w:rsidR="00B968C3" w:rsidRPr="00A15970">
        <w:rPr>
          <w:rFonts w:asciiTheme="majorHAnsi" w:hAnsiTheme="majorHAnsi" w:cstheme="majorHAnsi"/>
          <w:sz w:val="24"/>
          <w:szCs w:val="24"/>
          <w:lang w:val="ro-RO"/>
        </w:rPr>
        <w:t>–</w:t>
      </w:r>
      <w:r w:rsidR="00D223DA" w:rsidRPr="00A15970">
        <w:rPr>
          <w:rFonts w:asciiTheme="majorHAnsi" w:hAnsiTheme="majorHAnsi" w:cstheme="majorHAnsi"/>
          <w:sz w:val="24"/>
          <w:szCs w:val="24"/>
          <w:lang w:val="ro-RO"/>
        </w:rPr>
        <w:t xml:space="preserve"> îmbracă</w:t>
      </w:r>
      <w:r w:rsidR="00340BD8" w:rsidRPr="00A15970">
        <w:rPr>
          <w:rFonts w:asciiTheme="majorHAnsi" w:hAnsiTheme="majorHAnsi" w:cstheme="majorHAnsi"/>
          <w:sz w:val="24"/>
          <w:szCs w:val="24"/>
          <w:lang w:val="ro-RO"/>
        </w:rPr>
        <w:t>minte</w:t>
      </w:r>
      <w:r w:rsidR="00B968C3" w:rsidRPr="00A15970">
        <w:rPr>
          <w:rFonts w:asciiTheme="majorHAnsi" w:hAnsiTheme="majorHAnsi" w:cstheme="majorHAnsi"/>
          <w:sz w:val="24"/>
          <w:szCs w:val="24"/>
          <w:lang w:val="ro-RO"/>
        </w:rPr>
        <w:t>, 20 01 11 - textile</w:t>
      </w:r>
    </w:p>
    <w:p w14:paraId="1AA55679" w14:textId="32B13516"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w:t>
      </w:r>
      <w:r w:rsidR="002C4130" w:rsidRPr="00A15970">
        <w:rPr>
          <w:rFonts w:asciiTheme="majorHAnsi" w:hAnsiTheme="majorHAnsi" w:cstheme="majorHAnsi"/>
          <w:sz w:val="24"/>
          <w:szCs w:val="24"/>
          <w:lang w:val="ro-RO"/>
        </w:rPr>
        <w:t>eurilor abandonate pe teritorul administrativ al UAT urilor din aria de delegare Art. 4 alin 5 din Legea 101/2006</w:t>
      </w:r>
    </w:p>
    <w:p w14:paraId="1DE98D18" w14:textId="77777777" w:rsidR="00A24A44" w:rsidRPr="00A15970" w:rsidRDefault="00A24A44" w:rsidP="004A3BE9">
      <w:pPr>
        <w:pStyle w:val="ListParagraph"/>
        <w:spacing w:after="0" w:line="240" w:lineRule="auto"/>
        <w:jc w:val="both"/>
        <w:rPr>
          <w:rFonts w:asciiTheme="majorHAnsi" w:hAnsiTheme="majorHAnsi" w:cstheme="majorHAnsi"/>
          <w:sz w:val="24"/>
          <w:szCs w:val="24"/>
          <w:lang w:val="ro-RO"/>
        </w:rPr>
      </w:pPr>
    </w:p>
    <w:p w14:paraId="31E1FE7B" w14:textId="23B9B6A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14:textId="799847F4"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Termenii, expresiile şi abrevierile utilizate sunt cele din regulamentul serviciului de salubrizare.</w:t>
      </w:r>
    </w:p>
    <w:p w14:paraId="0E622A57" w14:textId="77777777" w:rsidR="00FB5C27" w:rsidRDefault="00FB5C27" w:rsidP="00FB5C27">
      <w:pPr>
        <w:spacing w:after="0" w:line="240" w:lineRule="auto"/>
        <w:jc w:val="both"/>
        <w:rPr>
          <w:rFonts w:asciiTheme="majorHAnsi" w:hAnsiTheme="majorHAnsi" w:cstheme="majorHAnsi"/>
          <w:sz w:val="24"/>
          <w:szCs w:val="24"/>
          <w:lang w:val="ro-RO"/>
        </w:rPr>
      </w:pPr>
    </w:p>
    <w:p w14:paraId="1CDB12F1" w14:textId="77777777" w:rsidR="00FB5C27" w:rsidRPr="00FB5C27" w:rsidRDefault="00FB5C27" w:rsidP="00FB5C27">
      <w:pPr>
        <w:spacing w:after="0" w:line="240" w:lineRule="auto"/>
        <w:jc w:val="both"/>
        <w:rPr>
          <w:rFonts w:asciiTheme="majorHAnsi" w:hAnsiTheme="majorHAnsi" w:cstheme="majorHAnsi"/>
          <w:sz w:val="24"/>
          <w:szCs w:val="24"/>
          <w:lang w:val="ro-RO"/>
        </w:rPr>
      </w:pPr>
    </w:p>
    <w:p w14:paraId="73DF396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III</w:t>
      </w:r>
      <w:r w:rsidRPr="00A15970">
        <w:rPr>
          <w:rFonts w:cstheme="majorHAnsi"/>
          <w:color w:val="auto"/>
          <w:sz w:val="24"/>
          <w:szCs w:val="24"/>
          <w:lang w:val="ro-RO"/>
        </w:rPr>
        <w:br/>
        <w:t>Cerinţe organizatorice minimale</w:t>
      </w:r>
    </w:p>
    <w:p w14:paraId="55AB265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1EBFCA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1</w:t>
      </w:r>
      <w:r w:rsidRPr="00A15970">
        <w:rPr>
          <w:rFonts w:cstheme="majorHAnsi"/>
          <w:color w:val="auto"/>
          <w:sz w:val="24"/>
          <w:szCs w:val="24"/>
          <w:lang w:val="ro-RO"/>
        </w:rPr>
        <w:br/>
        <w:t>Obligaţii de serviciu public în prestarea serviciului şi operarea infrastructurii aferente acestuia</w:t>
      </w:r>
    </w:p>
    <w:p w14:paraId="75477876" w14:textId="31F7285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următoarele obligaţii de serviciu public:</w:t>
      </w:r>
    </w:p>
    <w:p w14:paraId="51E54E1D" w14:textId="66054803"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14:textId="38B46ABA" w:rsidR="000E2488"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exploatarea, întreţinerea şi reparaţia instalaţiilor şi utilajelor cu personal propriu şi/sau autorizat, în funcţie de complexitatea instalaţiei şi de specificul locului de muncă;</w:t>
      </w:r>
      <w:r w:rsidR="000E2488" w:rsidRPr="00A15970">
        <w:rPr>
          <w:rFonts w:asciiTheme="majorHAnsi" w:hAnsiTheme="majorHAnsi" w:cstheme="majorHAnsi"/>
          <w:sz w:val="24"/>
          <w:szCs w:val="24"/>
          <w:lang w:val="ro-RO"/>
        </w:rPr>
        <w:t xml:space="preserve"> </w:t>
      </w:r>
    </w:p>
    <w:p w14:paraId="0471046D" w14:textId="4BD9D44E" w:rsidR="00603021"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intretinerea si reparatia bunurilor de retur va fi efectuata in unitati autorizate;</w:t>
      </w:r>
    </w:p>
    <w:p w14:paraId="2141DA53" w14:textId="4259D537" w:rsidR="00060B95"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vor fi incheiate polite de tip CASCO pentru autospecialele </w:t>
      </w:r>
      <w:r w:rsidR="00A047E2" w:rsidRPr="00A15970">
        <w:rPr>
          <w:rFonts w:asciiTheme="majorHAnsi" w:hAnsiTheme="majorHAnsi" w:cstheme="majorHAnsi"/>
          <w:sz w:val="24"/>
          <w:szCs w:val="24"/>
          <w:lang w:val="ro-RO"/>
        </w:rPr>
        <w:t>bunuri de retur;</w:t>
      </w:r>
      <w:r w:rsidRPr="00A15970">
        <w:rPr>
          <w:rFonts w:asciiTheme="majorHAnsi" w:hAnsiTheme="majorHAnsi" w:cstheme="majorHAnsi"/>
          <w:sz w:val="24"/>
          <w:szCs w:val="24"/>
          <w:lang w:val="ro-RO"/>
        </w:rPr>
        <w:t xml:space="preserve"> </w:t>
      </w:r>
    </w:p>
    <w:p w14:paraId="469D6599" w14:textId="4F3D39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elaborarea planurilor anuale de revizii şi reparaţii executate cu forţe proprii şi cu terţi;</w:t>
      </w:r>
    </w:p>
    <w:p w14:paraId="1F4F8BE8" w14:textId="3235A58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evidenţei orelor de funcţionare a autospecialelor, instalaţiilor şi utilajelor;</w:t>
      </w:r>
    </w:p>
    <w:p w14:paraId="49B6F748" w14:textId="64E6E45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personalului necesar pentru prestarea activităţilor asumate prin contractul de delegare sau prin hotărârea de dare în administrare;</w:t>
      </w:r>
    </w:p>
    <w:p w14:paraId="0B39613F" w14:textId="7A52360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conducerii operative prin dispecerat, la solicitarea scrisă a delegatarului şi cu recunoaşterea costurilor aferente în tarif;</w:t>
      </w:r>
    </w:p>
    <w:p w14:paraId="33546A6E" w14:textId="696523DE"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unei dotări proprii cu instalaţii şi echipamente specifice necesare pentru prestarea activităţilor, în condiţiile stabilite prin contract sau prin hotărârea de dare în administrare;</w:t>
      </w:r>
    </w:p>
    <w:p w14:paraId="4883CECF" w14:textId="03818532"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03A1B4AB" w14:textId="3B21019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alte condiţii specifice stabilite de asociaţia de dezvoltare intercomunitară</w:t>
      </w:r>
      <w:r w:rsidR="009D4068" w:rsidRPr="00A15970">
        <w:rPr>
          <w:rFonts w:asciiTheme="majorHAnsi" w:hAnsiTheme="majorHAnsi" w:cstheme="majorHAnsi"/>
          <w:sz w:val="24"/>
          <w:szCs w:val="24"/>
          <w:lang w:val="ro-RO"/>
        </w:rPr>
        <w:t xml:space="preserve">/condiții stabilite prin aplicatia </w:t>
      </w:r>
      <w:r w:rsidR="00413464" w:rsidRPr="00A15970">
        <w:rPr>
          <w:rFonts w:asciiTheme="majorHAnsi" w:hAnsiTheme="majorHAnsi" w:cstheme="majorHAnsi"/>
          <w:sz w:val="24"/>
          <w:szCs w:val="24"/>
          <w:lang w:val="ro-RO"/>
        </w:rPr>
        <w:t>de finantare a proiectului SMID.</w:t>
      </w:r>
    </w:p>
    <w:p w14:paraId="6D9CB2F3" w14:textId="58B3903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Prestarea activităţii de salubrizare se va realiza astfel încât să se asigure:</w:t>
      </w:r>
    </w:p>
    <w:p w14:paraId="2F8A0246" w14:textId="2ED84F09"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continuitatea activităţii, indiferent de anotimp, cu respectarea prevederilor contractuale;</w:t>
      </w:r>
    </w:p>
    <w:p w14:paraId="5C8603C8" w14:textId="6E746D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adaptarea regimului de prestare a activităţii la cerinţele utilizatorului;</w:t>
      </w:r>
    </w:p>
    <w:p w14:paraId="1C4BED05" w14:textId="095C9F1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verificarea calităţii activităţii prestate;</w:t>
      </w:r>
    </w:p>
    <w:p w14:paraId="27D098BB" w14:textId="4666FCAF"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instrucţiunilor/procedurilor interne de prestare a activităţii;</w:t>
      </w:r>
    </w:p>
    <w:p w14:paraId="08801574" w14:textId="123B6A18"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la zi a documentelor cu privire la prestarea activităţii;</w:t>
      </w:r>
    </w:p>
    <w:p w14:paraId="34C3BC9D" w14:textId="5DD67B8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regulamentului serviciului de salubrizare aprobat de delegatar;</w:t>
      </w:r>
    </w:p>
    <w:p w14:paraId="542792B9" w14:textId="6E0FEB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 pe baza principiilor de eficienţă economică;</w:t>
      </w:r>
    </w:p>
    <w:p w14:paraId="0D34AC2F" w14:textId="362274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reînnoirea parcului auto, în condiţiile prevăzute în contractul de delegare;</w:t>
      </w:r>
    </w:p>
    <w:p w14:paraId="38BE4CE8" w14:textId="7A4E454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îndeplinirea indicatorilor de performanţă corelaţi cu ţintele/obiectivele asumate la nivel naţional, precum şi a indicatorilor de performanţă privind calitatea serviciului, aprobaţi de delegatar;</w:t>
      </w:r>
    </w:p>
    <w:p w14:paraId="77994535" w14:textId="66D9732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 toată durata de executare a activităţii, de personal calificat şi în număr suficient.</w:t>
      </w:r>
    </w:p>
    <w:p w14:paraId="4E00F5CB" w14:textId="590D68C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Obligaţiile şi răspunderile personalului operativ al operatorului sunt cuprinse în regulamentul serviciului</w:t>
      </w:r>
      <w:r w:rsidR="009D4068" w:rsidRPr="00A15970">
        <w:rPr>
          <w:rFonts w:asciiTheme="majorHAnsi" w:hAnsiTheme="majorHAnsi" w:cstheme="majorHAnsi"/>
          <w:sz w:val="24"/>
          <w:szCs w:val="24"/>
          <w:lang w:val="ro-RO"/>
        </w:rPr>
        <w:t>.</w:t>
      </w:r>
    </w:p>
    <w:p w14:paraId="15E24A2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544B3F5"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Cerinţe generale privind operarea şi întreţinerea staţiilor/instalaţiilor de tratare a deşeurilor</w:t>
      </w:r>
    </w:p>
    <w:p w14:paraId="57B89166" w14:textId="494E60A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bunurile concesionate/puse la dispoziţie de delegatar trebuie exploatate în condiţii de siguranţă în funcţionare, cu respectarea prevederilor din Manualele/Instrucţiunile de operare şi întreţinere, din prescripţiile/specificaţiile tehnice aferente instalaţiilor, echipamentelor şi utilajelor utilizate, precum şi a legislaţiei privind protecţia mediului, securitatea şi sănătatea în muncă.</w:t>
      </w:r>
    </w:p>
    <w:p w14:paraId="5EAED643" w14:textId="45C8371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va monitoriza factorii de mediu şi va îndeplini cerinţele privind respectarea condiţiilor de protecţie a mediului stabilite prin autorizaţii şi orice altă cerinţă suplimentară impusă de o autoritate competentă privind exploatarea în regim normal a obiectivelor.</w:t>
      </w:r>
    </w:p>
    <w:p w14:paraId="745EAADE" w14:textId="6781AA6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constitui un stoc suficient de piese de rezervă şi consumabile pentru a asigura funcţionarea neîntreruptă şi continuă a activităţii. Operatorul va completa toate piesele de rezervă şi consumabilele imediat după ce acestea au fost date în folosinţă.</w:t>
      </w:r>
    </w:p>
    <w:p w14:paraId="6ECE0161" w14:textId="16CFC5C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inspecţii regulate ale obiectivelor/instalaţiilor şi va acţiona imediat pentru reparare în caz că se identifică deteriorări sau riscul de producere a unor incidente/avarii. Operatorul va reabilita imediat instalaţiile sau va înlocui orice echipament sau componentă sau orice vehicul necesar pentru operare, pe propria cheltuială, în baza unei notificări transmise delegatarului şi al acceptului acestuia cu privire la costurile aferente, urmând ca respectivele costuri să fie recunoscute în tarif la solicitarea de modificare a tarifului.</w:t>
      </w:r>
    </w:p>
    <w:p w14:paraId="7017D475" w14:textId="08C3BEC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va fi executată numai în conformitate cu Manualele/Instrucţiunile de operare şi întreţinere puse la dispoziţie de către delegatar sau producător. Întreţinerea trebuie să fie asigurată într- o manieră pro-activă, astfel încât să se întreprindă acţiuni preventive înainte sa fie necesare reparaţii majore.</w:t>
      </w:r>
    </w:p>
    <w:p w14:paraId="5D3E6DD6" w14:textId="6885EFF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curentă a echipamentelor şi instalaţiilor va fi asigurată de personalul de exploatare. Reparaţiile majore şi reparaţiile generale pot fi efectuate şi de către companii specializate.</w:t>
      </w:r>
    </w:p>
    <w:p w14:paraId="3F0882C9" w14:textId="2868009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fi responsabil de întreţinerea şi curăţarea drumurilor din incintă</w:t>
      </w:r>
      <w:r w:rsidRPr="00A15970">
        <w:rPr>
          <w:rFonts w:asciiTheme="majorHAnsi" w:hAnsiTheme="majorHAnsi" w:cstheme="majorHAnsi"/>
          <w:i/>
          <w:iCs/>
          <w:sz w:val="24"/>
          <w:szCs w:val="24"/>
          <w:lang w:val="ro-RO"/>
        </w:rPr>
        <w:t>.</w:t>
      </w:r>
      <w:r w:rsidR="002C4130" w:rsidRPr="00A15970">
        <w:rPr>
          <w:rFonts w:asciiTheme="majorHAnsi" w:hAnsiTheme="majorHAnsi" w:cstheme="majorHAnsi"/>
          <w:i/>
          <w:iCs/>
          <w:sz w:val="24"/>
          <w:szCs w:val="24"/>
          <w:lang w:val="ro-RO"/>
        </w:rPr>
        <w:t>- daca este cazul</w:t>
      </w:r>
    </w:p>
    <w:p w14:paraId="448E1CE8" w14:textId="0526650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răspunde de plata tuturor cheltuielilor şi costurilor asociate întreţinerii şi utilizării clădirilor, a instalaţiilor şi a utilităţilor concesionate/date în administrare.</w:t>
      </w:r>
    </w:p>
    <w:p w14:paraId="1AF7B97D" w14:textId="66B9475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lucrările de întreţinere şi reparaţii vor avea în vedere protecţia mediului. Se va acorda o atenţie deosebita manipulării combustibililor, lubrifianţilor şi a solvenţilor pentru a preveni vărsarea acestora şi infiltrarea lor în sol.</w:t>
      </w:r>
    </w:p>
    <w:p w14:paraId="2C93B5A5" w14:textId="3218BFB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Levigatul, precum şi apa provenită din spălarea autospecialelor şi recipientelor de colectare a deşeurilor, vor fi direcţionate prin sistemul de canalizare către staţia de epurare sau, după caz, către sistemul de colectare a levigatului în vederea tratării, conform Manualului/Instrucţiunilor de operare al instalaţiei.</w:t>
      </w:r>
    </w:p>
    <w:p w14:paraId="39AC4E7D" w14:textId="3B4B7D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reducă la minimum posibilitatea antrenării de către vânt a deşeurilor din incinta obiectivelor şi va lua toate măsurile necesare pentru a evita împrăştierea acestor deşeuri în exteriorul incintei şi/sau pe traseele de transport a deşeurilor.</w:t>
      </w:r>
    </w:p>
    <w:p w14:paraId="224BD932" w14:textId="312F81C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opera obiectivele/instalaţiile în aşa fel încât să minimizeze mirosurile generate de gestionarea deşeurilor.</w:t>
      </w:r>
    </w:p>
    <w:p w14:paraId="52D80717" w14:textId="57D1575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realizarea tratamentelor de dezinsecţie, dezinfecţie şi deratizare la obiectivele concesionate/date în administrare</w:t>
      </w:r>
      <w:r w:rsidR="00D02317" w:rsidRPr="00A15970">
        <w:rPr>
          <w:rFonts w:asciiTheme="majorHAnsi" w:hAnsiTheme="majorHAnsi" w:cstheme="majorHAnsi"/>
          <w:sz w:val="24"/>
          <w:szCs w:val="24"/>
          <w:lang w:val="ro-RO"/>
        </w:rPr>
        <w:t xml:space="preserve">- </w:t>
      </w:r>
      <w:r w:rsidR="00DA1CD4" w:rsidRPr="00A15970">
        <w:rPr>
          <w:rFonts w:asciiTheme="majorHAnsi" w:hAnsiTheme="majorHAnsi" w:cstheme="majorHAnsi"/>
          <w:sz w:val="24"/>
          <w:szCs w:val="24"/>
          <w:lang w:val="ro-RO"/>
        </w:rPr>
        <w:t xml:space="preserve">Unde </w:t>
      </w:r>
      <w:r w:rsidR="00D02317" w:rsidRPr="00A15970">
        <w:rPr>
          <w:rFonts w:asciiTheme="majorHAnsi" w:hAnsiTheme="majorHAnsi" w:cstheme="majorHAnsi"/>
          <w:sz w:val="24"/>
          <w:szCs w:val="24"/>
          <w:lang w:val="ro-RO"/>
        </w:rPr>
        <w:t>este cazul</w:t>
      </w:r>
      <w:r w:rsidRPr="00A15970">
        <w:rPr>
          <w:rFonts w:asciiTheme="majorHAnsi" w:hAnsiTheme="majorHAnsi" w:cstheme="majorHAnsi"/>
          <w:sz w:val="24"/>
          <w:szCs w:val="24"/>
          <w:lang w:val="ro-RO"/>
        </w:rPr>
        <w:t>.</w:t>
      </w:r>
    </w:p>
    <w:p w14:paraId="4494D279" w14:textId="4B69029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încheia, în nume propriu, contracte cu furnizorii de utilităţi, după cum este necesar pentru buna funcţionare a activităţii.</w:t>
      </w:r>
    </w:p>
    <w:p w14:paraId="1C5B52FC" w14:textId="73C0319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Asigurarea unei noi utilităţi, precum şi renunţarea la o utilitate existentă care deserveşte obiectivul/instalaţia, faţă de momentul semnării contractului va putea fi realizată de către operator numai cu acordul prealabil al delegatarului.</w:t>
      </w:r>
    </w:p>
    <w:p w14:paraId="768B5E04" w14:textId="19CB5B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personalul necesar desfăşurării activităţii.</w:t>
      </w:r>
    </w:p>
    <w:p w14:paraId="5BA2C2C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E181C5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3-a</w:t>
      </w:r>
      <w:r w:rsidRPr="00A15970">
        <w:rPr>
          <w:rFonts w:cstheme="majorHAnsi"/>
          <w:color w:val="auto"/>
          <w:sz w:val="24"/>
          <w:szCs w:val="24"/>
          <w:lang w:val="ro-RO"/>
        </w:rPr>
        <w:br/>
        <w:t>Autorizaţii şi licenţe</w:t>
      </w:r>
    </w:p>
    <w:p w14:paraId="4E044F0F" w14:textId="6A5008B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obţine şi menţine valabile pe toată perioada prestării activităţii:</w:t>
      </w:r>
    </w:p>
    <w:p w14:paraId="1659CC4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licenţele necesare pentru prestarea activităţii/activităţilor specifice serviciului de salubrizare eliberate de A.N.R.S.C., în conformitate cu prevederile legale în vigoare;</w:t>
      </w:r>
    </w:p>
    <w:p w14:paraId="0DFF048F"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orice alte permise, aprobări sau autorizaţii, inclusiv autorizaţia de mediu sau autorizaţia integrată de mediu, după caz.</w:t>
      </w:r>
    </w:p>
    <w:p w14:paraId="0B5E94F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686090C"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4-a</w:t>
      </w:r>
      <w:r w:rsidRPr="00A15970">
        <w:rPr>
          <w:rFonts w:cstheme="majorHAnsi"/>
          <w:color w:val="auto"/>
          <w:sz w:val="24"/>
          <w:szCs w:val="24"/>
          <w:lang w:val="ro-RO"/>
        </w:rPr>
        <w:br/>
        <w:t>Personal şi instructaj</w:t>
      </w:r>
    </w:p>
    <w:p w14:paraId="1F15DD1D" w14:textId="7BA0B18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14:textId="77777777" w:rsidR="002C4130"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Personalul cheie obligatoriu a face parte din echipa operatorului este </w:t>
      </w:r>
    </w:p>
    <w:p w14:paraId="6AAFD275" w14:textId="77777777" w:rsidR="002C4130" w:rsidRPr="00A15970" w:rsidRDefault="00532D62"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Manager de contract</w:t>
      </w:r>
      <w:r w:rsidRPr="00A15970">
        <w:rPr>
          <w:rFonts w:asciiTheme="majorHAnsi" w:hAnsiTheme="majorHAnsi" w:cstheme="majorHAnsi"/>
          <w:sz w:val="24"/>
          <w:szCs w:val="24"/>
          <w:lang w:val="ro-RO"/>
        </w:rPr>
        <w:t xml:space="preserve"> </w:t>
      </w:r>
    </w:p>
    <w:p w14:paraId="76EDB42E" w14:textId="77777777" w:rsidR="002C4130"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 xml:space="preserve">Manager de colectare, </w:t>
      </w:r>
    </w:p>
    <w:p w14:paraId="24D06D84" w14:textId="7454DEA1" w:rsidR="00171FFF"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Responsabil tehnic</w:t>
      </w:r>
      <w:r w:rsidR="0026561C" w:rsidRPr="00A15970">
        <w:rPr>
          <w:rFonts w:asciiTheme="majorHAnsi" w:hAnsiTheme="majorHAnsi" w:cstheme="majorHAnsi"/>
          <w:b/>
          <w:bCs/>
          <w:sz w:val="24"/>
          <w:szCs w:val="24"/>
          <w:lang w:val="ro-RO"/>
        </w:rPr>
        <w:t>.</w:t>
      </w:r>
    </w:p>
    <w:p w14:paraId="6B061B78" w14:textId="2B2D3FA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14:textId="5CAC514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poată, în orice moment, înlocui angajaţii în caz de concediu, boală sau alte indisponibilităţi.</w:t>
      </w:r>
    </w:p>
    <w:p w14:paraId="3C9CAEF7" w14:textId="068EA89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14:textId="1CC34DF2"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14:textId="7805266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Periodic, operatorul va efectua, conform prevederilor legale în vigoare, instructaje pentru ca personalul să fie permanent la curent cu aspecte operaţionale, situaţii de urgenţă, de protecţie a mediului, de securitate şi sănătate în muncă.</w:t>
      </w:r>
    </w:p>
    <w:p w14:paraId="4F4E380C" w14:textId="0FE0B06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Operatorului nu i se permite să schimbe fluxul deşeurilor, fără permisiunea delegatarului.</w:t>
      </w:r>
    </w:p>
    <w:p w14:paraId="06C8F583" w14:textId="2604D48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C74CE9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5-a</w:t>
      </w:r>
      <w:r w:rsidRPr="00A15970">
        <w:rPr>
          <w:rFonts w:cstheme="majorHAnsi"/>
          <w:color w:val="auto"/>
          <w:sz w:val="24"/>
          <w:szCs w:val="24"/>
          <w:lang w:val="ro-RO"/>
        </w:rPr>
        <w:br/>
        <w:t>Echipament de protecţie</w:t>
      </w:r>
    </w:p>
    <w:p w14:paraId="6826B313" w14:textId="006929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asigurarea echipamentului de protecţie şi de desfăşurarea tuturor operaţiunilor şi activităţilor în conformitate cu prevederile legale şi normele privind sănătatea şi securitatea în muncă.</w:t>
      </w:r>
    </w:p>
    <w:p w14:paraId="0F550FEE" w14:textId="3B56A52E"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14:textId="30539C55"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14:textId="0BFF6D8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Prevenirea situaţiilor de urgenţă şi măsurile de protecţie vor fi asigurate şi menţinute conform prevederilor legale în vigoare.</w:t>
      </w:r>
    </w:p>
    <w:p w14:paraId="2B706D1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31539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6-a</w:t>
      </w:r>
      <w:r w:rsidRPr="00A15970">
        <w:rPr>
          <w:rFonts w:cstheme="majorHAnsi"/>
          <w:color w:val="auto"/>
          <w:sz w:val="24"/>
          <w:szCs w:val="24"/>
          <w:lang w:val="ro-RO"/>
        </w:rPr>
        <w:br/>
        <w:t>Sistemul de management integrat</w:t>
      </w:r>
    </w:p>
    <w:p w14:paraId="30446983" w14:textId="17E16C4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implementa un sistem de management calitate - mediu, conform cerinţelor standardelor ISO 9001:2015 sau echivalent şi ISO 14001:2015 sau echivalent.</w:t>
      </w:r>
    </w:p>
    <w:p w14:paraId="4B9089F3" w14:textId="2AE207F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Fiecare sistem de management va acoperi în mod obligatoriu toate activităţile de salubrizare prestate de operator.</w:t>
      </w:r>
    </w:p>
    <w:p w14:paraId="0309146F" w14:textId="3B0ED01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pună la dispoziţia delegatarului, la cerere, toate procedurile, instrucţiunile de lucru, auditurile şi rapoartele de evaluare, certificările şi auditurile de supraveghere şi recertificare aferente sistemului.</w:t>
      </w:r>
    </w:p>
    <w:p w14:paraId="0E61A20C" w14:textId="7CAFA64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avea în vedere la proiectarea sistemelor de management cerinţele delegatarului privind raportarea datelor şi informaţiilor solicitate.</w:t>
      </w:r>
    </w:p>
    <w:p w14:paraId="529250EC" w14:textId="51DA148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se asigure că desfăşoară toate activităţile în condiţiile respectării standardelor de management al calităţii şi de mediu şi să ia măsuri pentru înlăturarea neconformităţilor.</w:t>
      </w:r>
    </w:p>
    <w:p w14:paraId="52373EC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06466BE" w14:textId="33496316" w:rsidR="00532D62"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7-a</w:t>
      </w:r>
      <w:r w:rsidRPr="00A15970">
        <w:rPr>
          <w:rFonts w:cstheme="majorHAnsi"/>
          <w:color w:val="auto"/>
          <w:sz w:val="24"/>
          <w:szCs w:val="24"/>
          <w:lang w:val="ro-RO"/>
        </w:rPr>
        <w:br/>
        <w:t>Comunicarea (în cazul atribuirii activităţii de colectare separată şi transport separat al deşeurilor municipale)</w:t>
      </w:r>
    </w:p>
    <w:p w14:paraId="1291E116" w14:textId="0FD26B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14:textId="328E21EF"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174D1C0" w14:textId="471AE239"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informa operativ delegatarul cu privire la orice problemă ce afectează prestarea serviciului. Asemenea probleme vor fi prezentate în scris, împreună cu propunerile de rezolvare a situaţiei.</w:t>
      </w:r>
    </w:p>
    <w:p w14:paraId="799F7489" w14:textId="69F3CFA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14:textId="707E5F09"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46980A" w14:textId="69F8F8C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14:textId="6FEC18AA"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14:textId="7964460C"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14:textId="7C7FFA6F"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14:textId="7532AC8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nu va condiţiona prestarea serviciului de existenţa unei reclamaţii de la utilizator.</w:t>
      </w:r>
    </w:p>
    <w:p w14:paraId="2FA2ED7E" w14:textId="4AA99F46"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14:textId="0F48F25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14:textId="20D45E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8CCD45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8-a</w:t>
      </w:r>
      <w:r w:rsidRPr="00A15970">
        <w:rPr>
          <w:rFonts w:cstheme="majorHAnsi"/>
          <w:color w:val="auto"/>
          <w:sz w:val="24"/>
          <w:szCs w:val="24"/>
          <w:lang w:val="ro-RO"/>
        </w:rPr>
        <w:br/>
        <w:t>Monitorizarea activităţii</w:t>
      </w:r>
    </w:p>
    <w:p w14:paraId="74FB0D21" w14:textId="4E3D01B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Delegatarul are dreptul să monitorizeze continuitatea şi calitatea activităţii prestate de operator, în condiţiile prevăzute în contractul de delegare sau în hotărârea de dare în administrare, după caz.</w:t>
      </w:r>
    </w:p>
    <w:p w14:paraId="35E5CD06" w14:textId="4BF7332D"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va monitoriza activitatea Operatorului in conformitate cu prevederile „Procedurii standard de monitorizazre a contractelor de colectare si transport a deseurilor municipale” a ADISIGD prezentata in anexa si după cum este descris în Condițiile Contractuale</w:t>
      </w:r>
    </w:p>
    <w:p w14:paraId="50338799" w14:textId="2319317F"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realizarea activitatii de monitorizare Delegatul va pune la dispozita delegatarului un numar de </w:t>
      </w:r>
      <w:r w:rsidR="00AB7C29" w:rsidRPr="00A15970">
        <w:rPr>
          <w:rFonts w:asciiTheme="majorHAnsi" w:hAnsiTheme="majorHAnsi" w:cstheme="majorHAnsi"/>
          <w:sz w:val="24"/>
          <w:szCs w:val="24"/>
          <w:lang w:val="ro-RO"/>
        </w:rPr>
        <w:t>1</w:t>
      </w:r>
      <w:r w:rsidRPr="00A15970">
        <w:rPr>
          <w:rFonts w:asciiTheme="majorHAnsi" w:hAnsiTheme="majorHAnsi" w:cstheme="majorHAnsi"/>
          <w:sz w:val="24"/>
          <w:szCs w:val="24"/>
          <w:lang w:val="ro-RO"/>
        </w:rPr>
        <w:t xml:space="preserve"> autovehicul de monitorizare avand toate costurile de functionare ale acestuia asigurate de delegat, pe toate perioada derularii contractului, de </w:t>
      </w:r>
      <w:r w:rsidR="000E2488" w:rsidRPr="00A15970">
        <w:rPr>
          <w:rFonts w:asciiTheme="majorHAnsi" w:hAnsiTheme="majorHAnsi" w:cstheme="majorHAnsi"/>
          <w:sz w:val="24"/>
          <w:szCs w:val="24"/>
          <w:lang w:val="ro-RO"/>
        </w:rPr>
        <w:t>la momentul semnarii contractului</w:t>
      </w:r>
    </w:p>
    <w:p w14:paraId="5A87338C" w14:textId="292912D2" w:rsidR="000E2488" w:rsidRPr="00645138" w:rsidRDefault="00A047E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Acest autovehicul v</w:t>
      </w:r>
      <w:r w:rsidR="00AB7C29" w:rsidRPr="00A15970">
        <w:rPr>
          <w:rFonts w:asciiTheme="majorHAnsi" w:hAnsiTheme="majorHAnsi" w:cstheme="majorHAnsi"/>
          <w:sz w:val="24"/>
          <w:szCs w:val="24"/>
          <w:lang w:val="ro-RO"/>
        </w:rPr>
        <w:t>a</w:t>
      </w:r>
      <w:r w:rsidRPr="00A15970">
        <w:rPr>
          <w:rFonts w:asciiTheme="majorHAnsi" w:hAnsiTheme="majorHAnsi" w:cstheme="majorHAnsi"/>
          <w:sz w:val="24"/>
          <w:szCs w:val="24"/>
          <w:lang w:val="ro-RO"/>
        </w:rPr>
        <w:t xml:space="preserve"> avea </w:t>
      </w:r>
      <w:r w:rsidRPr="00645138">
        <w:rPr>
          <w:rFonts w:asciiTheme="majorHAnsi" w:hAnsiTheme="majorHAnsi" w:cstheme="majorHAnsi"/>
          <w:sz w:val="24"/>
          <w:szCs w:val="24"/>
          <w:lang w:val="ro-RO"/>
        </w:rPr>
        <w:t>standard de poluare minim Euro 6 si vor fi in conformitate cu toate reglementarile in domeniu privind circulatia pe drumurile publice;</w:t>
      </w:r>
    </w:p>
    <w:p w14:paraId="0515E0C9" w14:textId="4BCAD029" w:rsidR="00A047E2" w:rsidRPr="00A15970" w:rsidRDefault="00DA1CD4" w:rsidP="004A3BE9">
      <w:pPr>
        <w:pStyle w:val="ListParagraph"/>
        <w:numPr>
          <w:ilvl w:val="1"/>
          <w:numId w:val="7"/>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Toate </w:t>
      </w:r>
      <w:r w:rsidR="00A047E2" w:rsidRPr="004A3BE9">
        <w:rPr>
          <w:rFonts w:asciiTheme="majorHAnsi" w:hAnsiTheme="majorHAnsi" w:cstheme="majorHAnsi"/>
          <w:sz w:val="24"/>
          <w:szCs w:val="24"/>
          <w:lang w:val="ro-RO"/>
        </w:rPr>
        <w:t>costur</w:t>
      </w:r>
      <w:r w:rsidR="0075767A" w:rsidRPr="004A3BE9">
        <w:rPr>
          <w:rFonts w:asciiTheme="majorHAnsi" w:hAnsiTheme="majorHAnsi" w:cstheme="majorHAnsi"/>
          <w:sz w:val="24"/>
          <w:szCs w:val="24"/>
          <w:lang w:val="ro-RO"/>
        </w:rPr>
        <w:t>i</w:t>
      </w:r>
      <w:r w:rsidR="00A047E2" w:rsidRPr="004A3BE9">
        <w:rPr>
          <w:rFonts w:asciiTheme="majorHAnsi" w:hAnsiTheme="majorHAnsi" w:cstheme="majorHAnsi"/>
          <w:sz w:val="24"/>
          <w:szCs w:val="24"/>
          <w:lang w:val="ro-RO"/>
        </w:rPr>
        <w:t>le aferente</w:t>
      </w:r>
      <w:r w:rsidR="00A047E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acest</w:t>
      </w:r>
      <w:r w:rsidR="00AB7C29" w:rsidRPr="00A15970">
        <w:rPr>
          <w:rFonts w:asciiTheme="majorHAnsi" w:hAnsiTheme="majorHAnsi" w:cstheme="majorHAnsi"/>
          <w:sz w:val="24"/>
          <w:szCs w:val="24"/>
          <w:lang w:val="ro-RO"/>
        </w:rPr>
        <w:t>ui</w:t>
      </w:r>
      <w:r w:rsidRPr="00A15970">
        <w:rPr>
          <w:rFonts w:asciiTheme="majorHAnsi" w:hAnsiTheme="majorHAnsi" w:cstheme="majorHAnsi"/>
          <w:sz w:val="24"/>
          <w:szCs w:val="24"/>
          <w:lang w:val="ro-RO"/>
        </w:rPr>
        <w:t xml:space="preserve"> autovehicul </w:t>
      </w:r>
      <w:r w:rsidR="00A047E2" w:rsidRPr="00A15970">
        <w:rPr>
          <w:rFonts w:asciiTheme="majorHAnsi" w:hAnsiTheme="majorHAnsi" w:cstheme="majorHAnsi"/>
          <w:sz w:val="24"/>
          <w:szCs w:val="24"/>
          <w:lang w:val="ro-RO"/>
        </w:rPr>
        <w:t>fiind incluse in memoriile tehnice aferente fiselor de fundamentare</w:t>
      </w:r>
      <w:r w:rsidRPr="00A15970">
        <w:rPr>
          <w:rFonts w:asciiTheme="majorHAnsi" w:hAnsiTheme="majorHAnsi" w:cstheme="majorHAnsi"/>
          <w:sz w:val="24"/>
          <w:szCs w:val="24"/>
          <w:lang w:val="ro-RO"/>
        </w:rPr>
        <w:t xml:space="preserve"> in limita a </w:t>
      </w:r>
      <w:r w:rsidR="001910A0" w:rsidRPr="00A15970">
        <w:rPr>
          <w:rFonts w:asciiTheme="majorHAnsi" w:hAnsiTheme="majorHAnsi" w:cstheme="majorHAnsi"/>
          <w:sz w:val="24"/>
          <w:szCs w:val="24"/>
          <w:lang w:val="ro-RO"/>
        </w:rPr>
        <w:t>3</w:t>
      </w:r>
      <w:r w:rsidRPr="00A15970">
        <w:rPr>
          <w:rFonts w:asciiTheme="majorHAnsi" w:hAnsiTheme="majorHAnsi" w:cstheme="majorHAnsi"/>
          <w:sz w:val="24"/>
          <w:szCs w:val="24"/>
          <w:lang w:val="ro-RO"/>
        </w:rPr>
        <w:t>00 l carburant/luna</w:t>
      </w:r>
      <w:r w:rsidR="00A047E2" w:rsidRPr="00A15970">
        <w:rPr>
          <w:rFonts w:asciiTheme="majorHAnsi" w:hAnsiTheme="majorHAnsi" w:cstheme="majorHAnsi"/>
          <w:sz w:val="24"/>
          <w:szCs w:val="24"/>
          <w:lang w:val="ro-RO"/>
        </w:rPr>
        <w:t>;</w:t>
      </w:r>
    </w:p>
    <w:p w14:paraId="6947D464" w14:textId="496B65C3"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E33B109" w14:textId="63FE3B62"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14:textId="46A515E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permită delegatarului să inspecteze toate instalaţiile, echipamentele şi vehiculele utilizate la prestarea activităţii/activităţilor de salubrizare atribuită/e.</w:t>
      </w:r>
    </w:p>
    <w:p w14:paraId="39CF46B1" w14:textId="588ABF87"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activităţile de salubrizare desfăşurate pe căile publice, delegatarul va desemna persoane pentru recepţia serviciilor executate. Recepţia se va face zilnic, la sfârşitul programului de lucru, în prezenţa unui reprezentant al operatorului, încheindu-se proces verbal de recepţie semnat de ambele părţi. Reprezentantul delegatarului va nota observaţiile sale în procesul verbal de recepţie. În situaţia în care nu se realizează recepţia serviciilor până la sfârşitul programului, se consideră că respectivele servicii au fost executate în condiţii optime. Litigiile legate de recepţia serviciilor se soluţionează pe cale amiabilă în termen de 15 zile de la data apariţiei lor sau, în caz contrar, de către instanţa de judecată competentă.</w:t>
      </w:r>
      <w:r w:rsidR="00532D62" w:rsidRPr="00A15970">
        <w:rPr>
          <w:rFonts w:asciiTheme="majorHAnsi" w:hAnsiTheme="majorHAnsi" w:cstheme="majorHAnsi"/>
          <w:sz w:val="24"/>
          <w:szCs w:val="24"/>
          <w:lang w:val="ro-RO"/>
        </w:rPr>
        <w:t xml:space="preserve">- </w:t>
      </w:r>
      <w:r w:rsidR="00532D62" w:rsidRPr="00FB5C27">
        <w:rPr>
          <w:rFonts w:asciiTheme="majorHAnsi" w:hAnsiTheme="majorHAnsi" w:cstheme="majorHAnsi"/>
          <w:sz w:val="24"/>
          <w:szCs w:val="24"/>
          <w:lang w:val="ro-RO"/>
        </w:rPr>
        <w:t>NU SE APLICA</w:t>
      </w:r>
    </w:p>
    <w:p w14:paraId="5F44BBD3" w14:textId="0254F802"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FD7B543" w14:textId="58CF3F73"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va fi informat de către operator despre orice inspecţie/control programată/programat de alte autorităţi şi va putea participa la acestea.</w:t>
      </w:r>
    </w:p>
    <w:p w14:paraId="7151C612" w14:textId="2B4021F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are dreptul să organizeze şedinţele de management al serviciilor cu participarea operatorului şi, dacă este cazul, a altor operatori care prestează activităţi pe fluxul deşeurilor.</w:t>
      </w:r>
    </w:p>
    <w:p w14:paraId="69288E9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3F3CA1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9-a</w:t>
      </w:r>
      <w:r w:rsidRPr="00A15970">
        <w:rPr>
          <w:rFonts w:cstheme="majorHAnsi"/>
          <w:color w:val="auto"/>
          <w:sz w:val="24"/>
          <w:szCs w:val="24"/>
          <w:lang w:val="ro-RO"/>
        </w:rPr>
        <w:br/>
        <w:t>Securitatea obiectivelor şi instalaţiilor</w:t>
      </w:r>
    </w:p>
    <w:p w14:paraId="49002265" w14:textId="73436415"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4A9BCE62" w14:textId="750397B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14:textId="4303C12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Regulile privind accesul la obiective se stabilesc de către operator şi se comunică delegatarului.</w:t>
      </w:r>
    </w:p>
    <w:p w14:paraId="592CB4B8" w14:textId="2F46349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pe deplin responsabil cu asigurarea pazei şi a integrităţii protecţiei perimetrale pentru toate obiectivele.</w:t>
      </w:r>
    </w:p>
    <w:p w14:paraId="231DE4EA" w14:textId="6C473E7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14:textId="0A56B37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849DC3"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10-a</w:t>
      </w:r>
      <w:r w:rsidRPr="00A15970">
        <w:rPr>
          <w:rFonts w:cstheme="majorHAnsi"/>
          <w:color w:val="auto"/>
          <w:sz w:val="24"/>
          <w:szCs w:val="24"/>
          <w:lang w:val="ro-RO"/>
        </w:rPr>
        <w:br/>
        <w:t>Amenajarea bazei de lucru (în cazul atribuirii activităţii de colectare separată şi transport separat al deşeurilor municipale şi/sau a activităţilor de salubrizare desfăşurate pe căile publice)</w:t>
      </w:r>
    </w:p>
    <w:p w14:paraId="62AE1886" w14:textId="77777777" w:rsidR="00532D62" w:rsidRPr="00A15970" w:rsidRDefault="00532D62" w:rsidP="004A3BE9">
      <w:pPr>
        <w:spacing w:after="0" w:line="240" w:lineRule="auto"/>
        <w:rPr>
          <w:rFonts w:asciiTheme="majorHAnsi" w:hAnsiTheme="majorHAnsi" w:cstheme="majorHAnsi"/>
          <w:sz w:val="24"/>
          <w:szCs w:val="24"/>
          <w:lang w:val="ro-RO"/>
        </w:rPr>
      </w:pPr>
    </w:p>
    <w:p w14:paraId="1DA53C33" w14:textId="566CDD1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de a amenaja şi autoriza cel puţin o bază de lucru operaţională</w:t>
      </w:r>
      <w:r w:rsidR="00A6417F" w:rsidRPr="00A15970">
        <w:rPr>
          <w:rFonts w:asciiTheme="majorHAnsi" w:hAnsiTheme="majorHAnsi" w:cstheme="majorHAnsi"/>
          <w:sz w:val="24"/>
          <w:szCs w:val="24"/>
          <w:lang w:val="ro-RO"/>
        </w:rPr>
        <w:t xml:space="preserve"> aferenta fiecarei zone de colectare</w:t>
      </w:r>
      <w:r w:rsidRPr="00A15970">
        <w:rPr>
          <w:rFonts w:asciiTheme="majorHAnsi" w:hAnsiTheme="majorHAnsi" w:cstheme="majorHAnsi"/>
          <w:sz w:val="24"/>
          <w:szCs w:val="24"/>
          <w:lang w:val="ro-RO"/>
        </w:rPr>
        <w:t>, al cărei amplasament să fie situat în zona delegată sau în proximitatea acesteia.</w:t>
      </w:r>
    </w:p>
    <w:p w14:paraId="67033BD4" w14:textId="72608B0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operaţională trebuie să fie organizată încât să asigure:</w:t>
      </w:r>
    </w:p>
    <w:p w14:paraId="021B22EA"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stocarea temporară a deşeurilor colectate aferente unor fracţii/ categorii speciale de deşeuri, precum deşeuri textile, deşeuri periculoase menajere, deşeuri voluminoase şi deşeuri din construcţii rezultate din activităţi de reamenajare şi reabilitare interioară şi/sau exterioară a locuinţelor, inclusiv deşeuri abandonate, după caz;</w:t>
      </w:r>
    </w:p>
    <w:p w14:paraId="661717E3"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gararea în condiţii optime a maşinilor/echipamentelor cu care operatorul prestează activităţile ce i-au fost delegate conform contractului semnat între părţi, în vederea asigurării disponibilităţii imediate a acestora;</w:t>
      </w:r>
    </w:p>
    <w:p w14:paraId="1EFC581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 desfăşurarea în bune condiţii a operaţiilor de întreţinere a maşinilor şi echipamentelor, astfel încât acestea să fie disponibile şi utilizabile la întreaga capacitate pe toată durata derulării contractului.</w:t>
      </w:r>
    </w:p>
    <w:p w14:paraId="51CCB8DB" w14:textId="0145626C"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concesionată sau dată în administrare de către delegatar nu poate fi sub nicio formă utilizată pentru desfăşurarea de activităţi care nu fac obiectul contractului de delegare încheiat cu acesta sau, după caz, hotărârii de dare în administrare</w:t>
      </w:r>
      <w:r w:rsidR="00A6417F" w:rsidRPr="00A15970">
        <w:rPr>
          <w:rFonts w:asciiTheme="majorHAnsi" w:hAnsiTheme="majorHAnsi" w:cstheme="majorHAnsi"/>
          <w:sz w:val="24"/>
          <w:szCs w:val="24"/>
          <w:lang w:val="ro-RO"/>
        </w:rPr>
        <w:t xml:space="preserve"> – NU se aplica</w:t>
      </w:r>
      <w:r w:rsidRPr="00A15970">
        <w:rPr>
          <w:rFonts w:asciiTheme="majorHAnsi" w:hAnsiTheme="majorHAnsi" w:cstheme="majorHAnsi"/>
          <w:sz w:val="24"/>
          <w:szCs w:val="24"/>
          <w:lang w:val="ro-RO"/>
        </w:rPr>
        <w:t>.</w:t>
      </w:r>
    </w:p>
    <w:p w14:paraId="02FCC968" w14:textId="77777777" w:rsidR="004A3BE9" w:rsidRDefault="004A3BE9" w:rsidP="004A3BE9">
      <w:pPr>
        <w:spacing w:after="0" w:line="240" w:lineRule="auto"/>
        <w:jc w:val="both"/>
        <w:rPr>
          <w:rFonts w:asciiTheme="majorHAnsi" w:hAnsiTheme="majorHAnsi" w:cstheme="majorHAnsi"/>
          <w:sz w:val="24"/>
          <w:szCs w:val="24"/>
          <w:lang w:val="ro-RO"/>
        </w:rPr>
      </w:pPr>
    </w:p>
    <w:p w14:paraId="4B7B9116" w14:textId="77777777" w:rsidR="004A3BE9" w:rsidRPr="004A3BE9" w:rsidRDefault="004A3BE9" w:rsidP="004A3BE9">
      <w:pPr>
        <w:spacing w:after="0" w:line="240" w:lineRule="auto"/>
        <w:jc w:val="both"/>
        <w:rPr>
          <w:rFonts w:asciiTheme="majorHAnsi" w:hAnsiTheme="majorHAnsi" w:cstheme="majorHAnsi"/>
          <w:sz w:val="24"/>
          <w:szCs w:val="24"/>
          <w:lang w:val="ro-RO"/>
        </w:rPr>
      </w:pPr>
    </w:p>
    <w:p w14:paraId="35DC9A7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B1F09E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11-a</w:t>
      </w:r>
      <w:r w:rsidRPr="00A15970">
        <w:rPr>
          <w:rFonts w:cstheme="majorHAnsi"/>
          <w:color w:val="auto"/>
          <w:sz w:val="24"/>
          <w:szCs w:val="24"/>
          <w:lang w:val="ro-RO"/>
        </w:rPr>
        <w:br/>
        <w:t>Sistemul informatic şi baza de date a operaţiunilor</w:t>
      </w:r>
    </w:p>
    <w:p w14:paraId="5A9B902D" w14:textId="7567BC8F" w:rsidR="000624A5"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CB6C49" w14:textId="3F1A429D"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implementeze un sistem informatic şi o bază electronică de date a operaţiunilor desfăşurate, unde vor fi înregistrate, stocate şi procesate toate datele legate de activitatea acestuia.</w:t>
      </w:r>
    </w:p>
    <w:p w14:paraId="3705FB1F" w14:textId="0AF1811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trebuie să poată genera rapoarte zilnice, lunare, trimestriale şi anuale prin agregarea şi procesarea numărului mare de înregistrări primite zilnic pentru fiecare activitate a serviciului/obiectiv în parte şi per total.</w:t>
      </w:r>
    </w:p>
    <w:p w14:paraId="7B7F9C7D" w14:textId="14126D64"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şi baza de date a operaţiunilor vor fi implementate </w:t>
      </w:r>
      <w:r w:rsidR="00532D62" w:rsidRPr="00A15970">
        <w:rPr>
          <w:rFonts w:asciiTheme="majorHAnsi" w:hAnsiTheme="majorHAnsi" w:cstheme="majorHAnsi"/>
          <w:sz w:val="24"/>
          <w:szCs w:val="24"/>
          <w:lang w:val="ro-RO"/>
        </w:rPr>
        <w:t xml:space="preserve">in cel mai scurt timp posibil si </w:t>
      </w:r>
      <w:r w:rsidRPr="00A15970">
        <w:rPr>
          <w:rFonts w:asciiTheme="majorHAnsi" w:hAnsiTheme="majorHAnsi" w:cstheme="majorHAnsi"/>
          <w:sz w:val="24"/>
          <w:szCs w:val="24"/>
          <w:lang w:val="ro-RO"/>
        </w:rPr>
        <w:t>trebuie să fie utilizabile la data începerii prestării activităţii/activităţilor.</w:t>
      </w:r>
    </w:p>
    <w:p w14:paraId="69A36B82" w14:textId="1A30070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este liber să aleagă soluţiile hardware şi software de realizare a sistemului informatic, ţinând seama de cerinţele minime privind raportarea.</w:t>
      </w:r>
    </w:p>
    <w:p w14:paraId="3D603D0F" w14:textId="4B04CE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actualizează zilnic baza de date cu cantităţile de deşeuri aferente activităţilor/operaţiunilor desfăşurate, defalcat pe fiecare unitate/subdiviziune administrativ-teritorială din care au fost colectate.</w:t>
      </w:r>
    </w:p>
    <w:p w14:paraId="7FB6093F" w14:textId="071EA162" w:rsidR="00A3635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A3635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0133254" w14:textId="2FCA48A4"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14:textId="3A1373D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va cuprinde pentru fiecare contract în parte cantitatea de deşeuri colectată/acceptată şi contravaloarea serviciilor prestate.</w:t>
      </w:r>
    </w:p>
    <w:p w14:paraId="7384204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ED69BDC"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IV</w:t>
      </w:r>
      <w:r w:rsidRPr="00A15970">
        <w:rPr>
          <w:rFonts w:cstheme="majorHAnsi"/>
          <w:color w:val="auto"/>
          <w:sz w:val="24"/>
          <w:szCs w:val="24"/>
          <w:lang w:val="ro-RO"/>
        </w:rPr>
        <w:br/>
        <w:t>Colectarea separată şi transportul separat al deşeurilor municipale şi al deşeurilor generate ocazional</w:t>
      </w:r>
    </w:p>
    <w:p w14:paraId="7A260196"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F17E0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Colectarea separată şi transportul separat al deşeurilor menajere şi al deşeurilor similare provenind din activităţi comerciale din industrie şi instituţii, inclusiv fracţii colectate separat</w:t>
      </w:r>
    </w:p>
    <w:p w14:paraId="02383868" w14:textId="77777777" w:rsidR="00842BB7" w:rsidRPr="00A15970" w:rsidRDefault="00842BB7" w:rsidP="004A3BE9">
      <w:pPr>
        <w:spacing w:after="0" w:line="240" w:lineRule="auto"/>
        <w:rPr>
          <w:rFonts w:asciiTheme="majorHAnsi" w:hAnsiTheme="majorHAnsi" w:cstheme="majorHAnsi"/>
          <w:sz w:val="24"/>
          <w:szCs w:val="24"/>
          <w:lang w:val="ro-RO"/>
        </w:rPr>
      </w:pPr>
    </w:p>
    <w:p w14:paraId="4B40A2CD" w14:textId="6C1FED3D"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w:t>
      </w:r>
      <w:r w:rsidR="00AB7C29" w:rsidRPr="00A15970">
        <w:rPr>
          <w:rFonts w:asciiTheme="majorHAnsi" w:hAnsiTheme="majorHAnsi" w:cstheme="majorHAnsi"/>
          <w:sz w:val="24"/>
          <w:szCs w:val="24"/>
          <w:lang w:val="ro-RO"/>
        </w:rPr>
        <w:t>ei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din Judetul Arad</w:t>
      </w:r>
      <w:r w:rsidRPr="00A15970">
        <w:rPr>
          <w:rFonts w:asciiTheme="majorHAnsi" w:hAnsiTheme="majorHAnsi" w:cstheme="majorHAnsi"/>
          <w:sz w:val="24"/>
          <w:szCs w:val="24"/>
          <w:lang w:val="ro-RO"/>
        </w:rPr>
        <w:t xml:space="preserve"> şi/sau următoarele unităţi administrativ-teritoriale din zona rurală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Zone</w:t>
      </w:r>
      <w:r w:rsidR="00AB7C29" w:rsidRPr="00A15970">
        <w:rPr>
          <w:rFonts w:asciiTheme="majorHAnsi" w:hAnsiTheme="majorHAnsi" w:cstheme="majorHAnsi"/>
          <w:sz w:val="24"/>
          <w:szCs w:val="24"/>
          <w:lang w:val="ro-RO"/>
        </w:rPr>
        <w:t>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a judetului Arad astfel:</w:t>
      </w:r>
    </w:p>
    <w:p w14:paraId="7BFA08CF" w14:textId="77777777" w:rsidR="00624AAB" w:rsidRPr="00A15970" w:rsidRDefault="00624AAB"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tbl>
      <w:tblPr>
        <w:tblW w:w="7820" w:type="dxa"/>
        <w:tblLook w:val="04A0" w:firstRow="1" w:lastRow="0" w:firstColumn="1" w:lastColumn="0" w:noHBand="0" w:noVBand="1"/>
      </w:tblPr>
      <w:tblGrid>
        <w:gridCol w:w="4600"/>
        <w:gridCol w:w="960"/>
        <w:gridCol w:w="2260"/>
      </w:tblGrid>
      <w:tr w:rsidR="00AB7C29" w:rsidRPr="00A15970" w14:paraId="26BFACF3" w14:textId="77777777" w:rsidTr="00AB7C29">
        <w:trPr>
          <w:trHeight w:val="600"/>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40901696"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Zona</w:t>
            </w:r>
          </w:p>
        </w:tc>
        <w:tc>
          <w:tcPr>
            <w:tcW w:w="960" w:type="dxa"/>
            <w:tcBorders>
              <w:top w:val="single" w:sz="4" w:space="0" w:color="auto"/>
              <w:left w:val="nil"/>
              <w:bottom w:val="single" w:sz="4" w:space="0" w:color="auto"/>
              <w:right w:val="single" w:sz="4" w:space="0" w:color="auto"/>
            </w:tcBorders>
            <w:noWrap/>
            <w:vAlign w:val="bottom"/>
            <w:hideMark/>
          </w:tcPr>
          <w:p w14:paraId="72BF50D4"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TIP</w:t>
            </w:r>
          </w:p>
        </w:tc>
        <w:tc>
          <w:tcPr>
            <w:tcW w:w="2260" w:type="dxa"/>
            <w:tcBorders>
              <w:top w:val="single" w:sz="4" w:space="0" w:color="auto"/>
              <w:left w:val="nil"/>
              <w:bottom w:val="single" w:sz="4" w:space="0" w:color="auto"/>
              <w:right w:val="single" w:sz="4" w:space="0" w:color="auto"/>
            </w:tcBorders>
            <w:noWrap/>
            <w:vAlign w:val="bottom"/>
            <w:hideMark/>
          </w:tcPr>
          <w:p w14:paraId="308CDB23"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UAT</w:t>
            </w:r>
          </w:p>
        </w:tc>
      </w:tr>
      <w:tr w:rsidR="00AB7C29" w:rsidRPr="00A15970" w14:paraId="4532CE3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225ABAF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DC2B97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Urban</w:t>
            </w:r>
          </w:p>
        </w:tc>
        <w:tc>
          <w:tcPr>
            <w:tcW w:w="2260" w:type="dxa"/>
            <w:tcBorders>
              <w:top w:val="nil"/>
              <w:left w:val="nil"/>
              <w:bottom w:val="single" w:sz="4" w:space="0" w:color="auto"/>
              <w:right w:val="single" w:sz="4" w:space="0" w:color="auto"/>
            </w:tcBorders>
            <w:noWrap/>
            <w:vAlign w:val="bottom"/>
            <w:hideMark/>
          </w:tcPr>
          <w:p w14:paraId="0252FFF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r>
      <w:tr w:rsidR="00AB7C29" w:rsidRPr="00A15970" w14:paraId="0CE292AF"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91D2CB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F49E73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138D8D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r>
      <w:tr w:rsidR="00AB7C29" w:rsidRPr="00A15970" w14:paraId="2882ED7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6B22055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3486B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120204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r>
      <w:tr w:rsidR="00AB7C29" w:rsidRPr="00A15970" w14:paraId="038EBBB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1DC54A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3CA9736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BBBED6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r>
      <w:tr w:rsidR="00AB7C29" w:rsidRPr="00A15970" w14:paraId="437DE7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15C34F2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0BFE9C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D77442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r>
      <w:tr w:rsidR="00AB7C29" w:rsidRPr="00A15970" w14:paraId="36FDB66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01F728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617A758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31FC4C0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r>
      <w:tr w:rsidR="00AB7C29" w:rsidRPr="00A15970" w14:paraId="2A0908C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E4AA186"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355F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6A4C43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r>
      <w:tr w:rsidR="00AB7C29" w:rsidRPr="00A15970" w14:paraId="2AB1BBF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A302E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3B22EE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5BD4FF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r>
      <w:tr w:rsidR="00AB7C29" w:rsidRPr="00A15970" w14:paraId="757D2E8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F8457D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2A583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A8683D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r>
      <w:tr w:rsidR="00AB7C29" w:rsidRPr="00A15970" w14:paraId="12D60715"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E6F56F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069600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159511B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r>
      <w:tr w:rsidR="00AB7C29" w:rsidRPr="00A15970" w14:paraId="343876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DA636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552A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2E05C0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r>
      <w:tr w:rsidR="00AB7C29" w:rsidRPr="00A15970" w14:paraId="10B48430"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51F536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DD01BD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3C8FD9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r>
      <w:tr w:rsidR="00AB7C29" w:rsidRPr="00A15970" w14:paraId="029F830D"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83FD71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42C5DC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516B15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r>
    </w:tbl>
    <w:p w14:paraId="63DB27CA" w14:textId="77777777" w:rsidR="00AB7C29" w:rsidRPr="00A15970" w:rsidRDefault="00AB7C29" w:rsidP="004A3BE9">
      <w:pPr>
        <w:spacing w:after="0" w:line="240" w:lineRule="auto"/>
        <w:jc w:val="both"/>
        <w:rPr>
          <w:rFonts w:asciiTheme="majorHAnsi" w:hAnsiTheme="majorHAnsi" w:cstheme="majorHAnsi"/>
          <w:sz w:val="24"/>
          <w:szCs w:val="24"/>
          <w:lang w:val="ro-RO"/>
        </w:rPr>
      </w:pPr>
    </w:p>
    <w:p w14:paraId="0997B7A6" w14:textId="68C5F336" w:rsidR="00624AAB" w:rsidRPr="00A15970" w:rsidRDefault="00624AAB" w:rsidP="004A3BE9">
      <w:pPr>
        <w:pStyle w:val="Caption"/>
        <w:spacing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Tabel  </w:t>
      </w:r>
      <w:r w:rsidR="00F67BD1" w:rsidRPr="00A15970">
        <w:rPr>
          <w:rFonts w:asciiTheme="majorHAnsi" w:hAnsiTheme="majorHAnsi" w:cstheme="majorHAnsi"/>
          <w:noProof/>
          <w:color w:val="auto"/>
          <w:sz w:val="24"/>
          <w:szCs w:val="24"/>
        </w:rPr>
        <w:fldChar w:fldCharType="begin"/>
      </w:r>
      <w:r w:rsidR="00F67BD1" w:rsidRPr="00A15970">
        <w:rPr>
          <w:rFonts w:asciiTheme="majorHAnsi" w:hAnsiTheme="majorHAnsi" w:cstheme="majorHAnsi"/>
          <w:noProof/>
          <w:color w:val="auto"/>
          <w:sz w:val="24"/>
          <w:szCs w:val="24"/>
        </w:rPr>
        <w:instrText xml:space="preserve"> SEQ Tabel_ \* ARABIC </w:instrText>
      </w:r>
      <w:r w:rsidR="00F67BD1" w:rsidRPr="00A15970">
        <w:rPr>
          <w:rFonts w:asciiTheme="majorHAnsi" w:hAnsiTheme="majorHAnsi" w:cstheme="majorHAnsi"/>
          <w:noProof/>
          <w:color w:val="auto"/>
          <w:sz w:val="24"/>
          <w:szCs w:val="24"/>
        </w:rPr>
        <w:fldChar w:fldCharType="separate"/>
      </w:r>
      <w:r w:rsidR="00D02317" w:rsidRPr="00A15970">
        <w:rPr>
          <w:rFonts w:asciiTheme="majorHAnsi" w:hAnsiTheme="majorHAnsi" w:cstheme="majorHAnsi"/>
          <w:noProof/>
          <w:color w:val="auto"/>
          <w:sz w:val="24"/>
          <w:szCs w:val="24"/>
        </w:rPr>
        <w:t>1</w:t>
      </w:r>
      <w:r w:rsidR="00F67BD1" w:rsidRPr="00A15970">
        <w:rPr>
          <w:rFonts w:asciiTheme="majorHAnsi" w:hAnsiTheme="majorHAnsi" w:cstheme="majorHAnsi"/>
          <w:noProof/>
          <w:color w:val="auto"/>
          <w:sz w:val="24"/>
          <w:szCs w:val="24"/>
        </w:rPr>
        <w:fldChar w:fldCharType="end"/>
      </w:r>
      <w:r w:rsidRPr="00A15970">
        <w:rPr>
          <w:rFonts w:asciiTheme="majorHAnsi" w:hAnsiTheme="majorHAnsi" w:cstheme="majorHAnsi"/>
          <w:color w:val="auto"/>
          <w:sz w:val="24"/>
          <w:szCs w:val="24"/>
          <w:lang w:val="ro-RO"/>
        </w:rPr>
        <w:t xml:space="preserve"> Zona</w:t>
      </w:r>
      <w:r w:rsidRPr="00A15970">
        <w:rPr>
          <w:rFonts w:asciiTheme="majorHAnsi" w:hAnsiTheme="majorHAnsi" w:cstheme="majorHAnsi"/>
          <w:color w:val="auto"/>
          <w:spacing w:val="-3"/>
          <w:sz w:val="24"/>
          <w:szCs w:val="24"/>
          <w:lang w:val="ro-RO"/>
        </w:rPr>
        <w:t xml:space="preserve"> </w:t>
      </w:r>
      <w:r w:rsidR="00AB7C29" w:rsidRPr="00A15970">
        <w:rPr>
          <w:rFonts w:asciiTheme="majorHAnsi" w:hAnsiTheme="majorHAnsi" w:cstheme="majorHAnsi"/>
          <w:color w:val="auto"/>
          <w:spacing w:val="-3"/>
          <w:sz w:val="24"/>
          <w:szCs w:val="24"/>
          <w:lang w:val="ro-RO"/>
        </w:rPr>
        <w:t>5</w:t>
      </w:r>
      <w:r w:rsidRPr="00A15970">
        <w:rPr>
          <w:rFonts w:asciiTheme="majorHAnsi" w:hAnsiTheme="majorHAnsi" w:cstheme="majorHAnsi"/>
          <w:color w:val="auto"/>
          <w:sz w:val="24"/>
          <w:szCs w:val="24"/>
          <w:lang w:val="ro-RO"/>
        </w:rPr>
        <w:t xml:space="preserve"> de</w:t>
      </w:r>
      <w:r w:rsidRPr="00A15970">
        <w:rPr>
          <w:rFonts w:asciiTheme="majorHAnsi" w:hAnsiTheme="majorHAnsi" w:cstheme="majorHAnsi"/>
          <w:color w:val="auto"/>
          <w:spacing w:val="-1"/>
          <w:sz w:val="24"/>
          <w:szCs w:val="24"/>
          <w:lang w:val="ro-RO"/>
        </w:rPr>
        <w:t xml:space="preserve"> </w:t>
      </w:r>
      <w:r w:rsidRPr="00A15970">
        <w:rPr>
          <w:rFonts w:asciiTheme="majorHAnsi" w:hAnsiTheme="majorHAnsi" w:cstheme="majorHAnsi"/>
          <w:color w:val="auto"/>
          <w:sz w:val="24"/>
          <w:szCs w:val="24"/>
          <w:lang w:val="ro-RO"/>
        </w:rPr>
        <w:t>delegare</w:t>
      </w:r>
    </w:p>
    <w:p w14:paraId="337CB637" w14:textId="06522F26" w:rsidR="00624AAB" w:rsidRPr="00A15970" w:rsidRDefault="00624AAB" w:rsidP="004A3BE9">
      <w:pPr>
        <w:spacing w:after="0" w:line="240" w:lineRule="auto"/>
        <w:ind w:right="28"/>
        <w:jc w:val="center"/>
        <w:rPr>
          <w:rFonts w:asciiTheme="majorHAnsi" w:hAnsiTheme="majorHAnsi" w:cstheme="majorHAnsi"/>
          <w:sz w:val="24"/>
          <w:szCs w:val="24"/>
          <w:lang w:val="ro-RO"/>
        </w:rPr>
      </w:pPr>
    </w:p>
    <w:p w14:paraId="09B25D54" w14:textId="6414E377"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Operatorul va asigura continuitatea colectării deşeurilor municipale, inclusiv în zilele de sâmbătă, duminică şi sărbători legale, cu frecvenţa stabilită de către delegatar, prin prezentul caiet de sarcini.</w:t>
      </w:r>
    </w:p>
    <w:p w14:paraId="0082A57F" w14:textId="5BD6300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3612625" w14:textId="77777777" w:rsidR="00292CE2"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Deşeurile menajere colectate de la utilizatorii casnici, persoane fizice şi asociaţii de proprietari/locatari, sunt deşeuri generate de către populaţie în urma activităţilor casnice desfăşurate în gospodăriile/locuinţele proprii.</w:t>
      </w:r>
    </w:p>
    <w:p w14:paraId="0424FE16" w14:textId="610131A1" w:rsidR="00292CE2" w:rsidRPr="00A15970" w:rsidRDefault="00292CE2"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658FED8D" w14:textId="58AB3C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menajere de la toţi utilizatorii casnici din aria de delegare.</w:t>
      </w:r>
    </w:p>
    <w:p w14:paraId="5D99309C" w14:textId="66F6857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cantităţile de deşeuri menajere colectate de la utilizatorii care beneficiază de serviciul de salubrizare fără contract încheiat cu operatorul,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14:textId="01764FFA"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7E732337" w14:textId="6BA272F4"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90B5C8" w14:textId="5CB92A4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Deşeurile similare colectate de la persoanele juridice care din punct de vedere al naturii şi compoziţiei sunt asimilabile cu deşeurile menajere. Sunt excluse deşeurile provenite din producţie, din agricultură şi din activităţi forestiere.</w:t>
      </w:r>
    </w:p>
    <w:p w14:paraId="739A7D2A" w14:textId="7637075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similare de la toate persoanele juridice din aria de delegare, inclusiv de la toate filialele, sucursalele şi punctele de lucru ale operatorilor economici, precum şi de la toate sediile secundare ale instituţiilor publice, care îşi desfăşoară activitatea în aria de delegare, pe baza contractelor încheiate cu acestea.</w:t>
      </w:r>
    </w:p>
    <w:p w14:paraId="08C0A75A" w14:textId="733B3851"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Datele de identificare ale firmelor active din aria de delegare, precum denumire şi adresă, vor fi preluate de pe site-urile dedicate acestui gen de informaţii sau solicitate autorităţilor publice care gestionează registre naţionale cu astfel de baze de date, precum Oficiul Naţional al Registrului Comerţului, Ministerul Justiţiei şi alte autorităţi competente.</w:t>
      </w:r>
    </w:p>
    <w:p w14:paraId="0A44F8A9" w14:textId="44C984F1" w:rsidR="00171FFF" w:rsidRPr="00A15970" w:rsidRDefault="00F7257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La data întocmirii caietului de sarcini, numărul total de locuitori din aria de delegare este de  </w:t>
      </w:r>
      <w:r w:rsidR="001F2E7E" w:rsidRPr="00A15970">
        <w:rPr>
          <w:rFonts w:asciiTheme="majorHAnsi" w:hAnsiTheme="majorHAnsi" w:cstheme="majorHAnsi"/>
          <w:b/>
          <w:bCs/>
          <w:sz w:val="24"/>
          <w:szCs w:val="24"/>
          <w:lang w:val="ro-RO"/>
        </w:rPr>
        <w:t>37111</w:t>
      </w:r>
      <w:r w:rsidRPr="00A15970">
        <w:rPr>
          <w:rFonts w:asciiTheme="majorHAnsi" w:hAnsiTheme="majorHAnsi" w:cstheme="majorHAnsi"/>
          <w:sz w:val="24"/>
          <w:szCs w:val="24"/>
          <w:lang w:val="ro-RO"/>
        </w:rPr>
        <w:t xml:space="preserve">, din care </w:t>
      </w:r>
      <w:r w:rsidR="001F2E7E" w:rsidRPr="00A15970">
        <w:rPr>
          <w:rFonts w:asciiTheme="majorHAnsi" w:hAnsiTheme="majorHAnsi" w:cstheme="majorHAnsi"/>
          <w:b/>
          <w:bCs/>
          <w:sz w:val="24"/>
          <w:szCs w:val="24"/>
          <w:lang w:val="ro-RO"/>
        </w:rPr>
        <w:t>9967</w:t>
      </w:r>
      <w:r w:rsidRPr="00A15970">
        <w:rPr>
          <w:rFonts w:asciiTheme="majorHAnsi" w:hAnsiTheme="majorHAnsi" w:cstheme="majorHAnsi"/>
          <w:sz w:val="24"/>
          <w:szCs w:val="24"/>
          <w:lang w:val="ro-RO"/>
        </w:rPr>
        <w:t xml:space="preserve"> locuitori în zona urbană şi</w:t>
      </w:r>
      <w:r w:rsidR="00B05FB1" w:rsidRPr="00A15970">
        <w:rPr>
          <w:rFonts w:asciiTheme="majorHAnsi" w:hAnsiTheme="majorHAnsi" w:cstheme="majorHAnsi"/>
          <w:sz w:val="24"/>
          <w:szCs w:val="24"/>
          <w:lang w:val="ro-RO"/>
        </w:rPr>
        <w:t xml:space="preserve"> </w:t>
      </w:r>
      <w:r w:rsidR="001F2E7E" w:rsidRPr="00A15970">
        <w:rPr>
          <w:rFonts w:asciiTheme="majorHAnsi" w:hAnsiTheme="majorHAnsi" w:cstheme="majorHAnsi"/>
          <w:b/>
          <w:bCs/>
          <w:sz w:val="24"/>
          <w:szCs w:val="24"/>
          <w:lang w:val="ro-RO"/>
        </w:rPr>
        <w:t>27144</w:t>
      </w:r>
      <w:r w:rsidRPr="00A15970">
        <w:rPr>
          <w:rFonts w:asciiTheme="majorHAnsi" w:hAnsiTheme="majorHAnsi" w:cstheme="majorHAnsi"/>
          <w:sz w:val="24"/>
          <w:szCs w:val="24"/>
          <w:lang w:val="ro-RO"/>
        </w:rPr>
        <w:t xml:space="preserve"> locuitori în zona rurală.</w:t>
      </w:r>
    </w:p>
    <w:p w14:paraId="13041E6C" w14:textId="25D330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cu numărul de utilizatori şi numărul de gospodării individuale/locuinţe în blocuri din aria de delegare este prezentată în anexa nr. </w:t>
      </w:r>
      <w:r w:rsidR="00B05FB1" w:rsidRPr="00A15970">
        <w:rPr>
          <w:rFonts w:asciiTheme="majorHAnsi" w:hAnsiTheme="majorHAnsi" w:cstheme="majorHAnsi"/>
          <w:sz w:val="24"/>
          <w:szCs w:val="24"/>
          <w:lang w:val="ro-RO"/>
        </w:rPr>
        <w:t>1</w:t>
      </w:r>
    </w:p>
    <w:p w14:paraId="5FAA8C3D" w14:textId="42061AD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0FE376" w14:textId="68A7B17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menajere estimată a fi colectată în primul an de operare</w:t>
      </w:r>
      <w:r w:rsidR="002D711F" w:rsidRPr="00A15970">
        <w:rPr>
          <w:rFonts w:asciiTheme="majorHAnsi" w:hAnsiTheme="majorHAnsi" w:cstheme="majorHAnsi"/>
          <w:sz w:val="24"/>
          <w:szCs w:val="24"/>
          <w:lang w:val="ro-RO"/>
        </w:rPr>
        <w:t xml:space="preserve"> a fost </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14:textId="5FD1DB7A"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1910A0" w:rsidRPr="00A15970">
        <w:rPr>
          <w:rFonts w:asciiTheme="majorHAnsi" w:hAnsiTheme="majorHAnsi" w:cstheme="majorHAnsi"/>
          <w:sz w:val="24"/>
          <w:szCs w:val="24"/>
          <w:lang w:val="ro-RO"/>
        </w:rPr>
        <w:t>C</w:t>
      </w:r>
      <w:r w:rsidRPr="00A15970">
        <w:rPr>
          <w:rFonts w:asciiTheme="majorHAnsi" w:hAnsiTheme="majorHAnsi" w:cstheme="majorHAnsi"/>
          <w:sz w:val="24"/>
          <w:szCs w:val="24"/>
          <w:lang w:val="ro-RO"/>
        </w:rPr>
        <w:t xml:space="preserve">antitatea anuală de deşeuri menajere estimată a fi colectată </w:t>
      </w:r>
      <w:r w:rsidR="009E5A45" w:rsidRPr="00A15970">
        <w:rPr>
          <w:rFonts w:asciiTheme="majorHAnsi" w:hAnsiTheme="majorHAnsi" w:cstheme="majorHAnsi"/>
          <w:sz w:val="24"/>
          <w:szCs w:val="24"/>
          <w:lang w:val="ro-RO"/>
        </w:rPr>
        <w:t xml:space="preserve">este calculata </w:t>
      </w:r>
      <w:r w:rsidRPr="00A15970">
        <w:rPr>
          <w:rFonts w:asciiTheme="majorHAnsi" w:hAnsiTheme="majorHAnsi" w:cstheme="majorHAnsi"/>
          <w:sz w:val="24"/>
          <w:szCs w:val="24"/>
          <w:lang w:val="ro-RO"/>
        </w:rPr>
        <w:t xml:space="preserve"> pe baza indicelui de generare a deşeurilor menajere în mediul urban de </w:t>
      </w:r>
      <w:r w:rsidR="009E5A45" w:rsidRPr="00A15970">
        <w:rPr>
          <w:rFonts w:asciiTheme="majorHAnsi" w:hAnsiTheme="majorHAnsi" w:cstheme="majorHAnsi"/>
          <w:sz w:val="24"/>
          <w:szCs w:val="24"/>
          <w:lang w:val="ro-RO"/>
        </w:rPr>
        <w:t xml:space="preserve">0.76 </w:t>
      </w:r>
      <w:r w:rsidRPr="00A15970">
        <w:rPr>
          <w:rFonts w:asciiTheme="majorHAnsi" w:hAnsiTheme="majorHAnsi" w:cstheme="majorHAnsi"/>
          <w:sz w:val="24"/>
          <w:szCs w:val="24"/>
          <w:lang w:val="ro-RO"/>
        </w:rPr>
        <w:t xml:space="preserve"> kg/zi/persoană şi/sau, după caz, a </w:t>
      </w:r>
      <w:r w:rsidRPr="00A15970">
        <w:rPr>
          <w:rFonts w:asciiTheme="majorHAnsi" w:hAnsiTheme="majorHAnsi" w:cstheme="majorHAnsi"/>
          <w:sz w:val="24"/>
          <w:szCs w:val="24"/>
          <w:lang w:val="ro-RO"/>
        </w:rPr>
        <w:lastRenderedPageBreak/>
        <w:t xml:space="preserve">indicelui de generare a deşeurilor menajere în mediul rural de </w:t>
      </w:r>
      <w:r w:rsidR="009E5A45" w:rsidRPr="00A15970">
        <w:rPr>
          <w:rFonts w:asciiTheme="majorHAnsi" w:hAnsiTheme="majorHAnsi" w:cstheme="majorHAnsi"/>
          <w:sz w:val="24"/>
          <w:szCs w:val="24"/>
          <w:lang w:val="ro-RO"/>
        </w:rPr>
        <w:t>0.35</w:t>
      </w:r>
      <w:r w:rsidRPr="00A15970">
        <w:rPr>
          <w:rFonts w:asciiTheme="majorHAnsi" w:hAnsiTheme="majorHAnsi" w:cstheme="majorHAnsi"/>
          <w:sz w:val="24"/>
          <w:szCs w:val="24"/>
          <w:lang w:val="ro-RO"/>
        </w:rPr>
        <w:t xml:space="preserve"> kg/zi/persoană, prevăzut în planul judeţean de gestionare a deşeurilor/</w:t>
      </w:r>
      <w:r w:rsidR="009E5A45" w:rsidRPr="00A15970">
        <w:rPr>
          <w:rFonts w:asciiTheme="majorHAnsi" w:hAnsiTheme="majorHAnsi" w:cstheme="majorHAnsi"/>
          <w:sz w:val="24"/>
          <w:szCs w:val="24"/>
          <w:lang w:val="ro-RO"/>
        </w:rPr>
        <w:t>corelat cu datele existente din UAT urile unde exista date istorice</w:t>
      </w:r>
      <w:r w:rsidRPr="00A15970">
        <w:rPr>
          <w:rFonts w:asciiTheme="majorHAnsi" w:hAnsiTheme="majorHAnsi" w:cstheme="majorHAnsi"/>
          <w:sz w:val="24"/>
          <w:szCs w:val="24"/>
          <w:lang w:val="ro-RO"/>
        </w:rPr>
        <w:t>.</w:t>
      </w:r>
    </w:p>
    <w:p w14:paraId="52D089B1" w14:textId="48C1E0C9"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F632CBD" w14:textId="466B81B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similare estimată a fi colectată în primul an de operare </w:t>
      </w:r>
      <w:r w:rsidR="002D711F" w:rsidRPr="00A15970">
        <w:rPr>
          <w:rFonts w:asciiTheme="majorHAnsi" w:hAnsiTheme="majorHAnsi" w:cstheme="majorHAnsi"/>
          <w:sz w:val="24"/>
          <w:szCs w:val="24"/>
          <w:lang w:val="ro-RO"/>
        </w:rPr>
        <w:t>a fost</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similare colectate în ultimele 12 luni anterioare datei întocmirii documentaţiei de atribuire.</w:t>
      </w:r>
    </w:p>
    <w:p w14:paraId="5AB82F8B" w14:textId="28FC5110"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14:textId="1129FBBD"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100</w:t>
      </w:r>
      <w:r w:rsidR="00F67BD1" w:rsidRPr="00A15970">
        <w:rPr>
          <w:rFonts w:asciiTheme="majorHAnsi" w:hAnsiTheme="majorHAnsi" w:cstheme="majorHAnsi"/>
          <w:sz w:val="24"/>
          <w:szCs w:val="24"/>
          <w:lang w:val="ro-RO"/>
        </w:rPr>
        <w:t xml:space="preserve"> kg/mc, pentru fracţia de deşeuri reciclabile de hârtie, metal, plastic şi sticlă;</w:t>
      </w:r>
    </w:p>
    <w:p w14:paraId="3BADBB19" w14:textId="3488479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deşeuri reziduale ;</w:t>
      </w:r>
    </w:p>
    <w:p w14:paraId="12EF792A" w14:textId="0A229F5C"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biodeşeuri;</w:t>
      </w:r>
    </w:p>
    <w:p w14:paraId="0807F3E3" w14:textId="1681A57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300</w:t>
      </w:r>
      <w:r w:rsidR="00F67BD1" w:rsidRPr="00A15970">
        <w:rPr>
          <w:rFonts w:asciiTheme="majorHAnsi" w:hAnsiTheme="majorHAnsi" w:cstheme="majorHAnsi"/>
          <w:sz w:val="24"/>
          <w:szCs w:val="24"/>
          <w:lang w:val="ro-RO"/>
        </w:rPr>
        <w:t xml:space="preserve"> kg/mc, pentru fracţia de deşeuri voluminoase;</w:t>
      </w:r>
    </w:p>
    <w:p w14:paraId="342404B6" w14:textId="2D826023"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1500</w:t>
      </w:r>
      <w:r w:rsidR="00F67BD1" w:rsidRPr="00A15970">
        <w:rPr>
          <w:rFonts w:asciiTheme="majorHAnsi" w:hAnsiTheme="majorHAnsi" w:cstheme="majorHAnsi"/>
          <w:sz w:val="24"/>
          <w:szCs w:val="24"/>
          <w:lang w:val="ro-RO"/>
        </w:rPr>
        <w:t xml:space="preserve"> kg/mc, pentru fracţia de deşeuri din construcţii.</w:t>
      </w:r>
    </w:p>
    <w:p w14:paraId="64D58B43" w14:textId="755BDF6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w:t>
      </w:r>
      <w:r w:rsidR="002D711F" w:rsidRPr="00A15970">
        <w:rPr>
          <w:rFonts w:asciiTheme="majorHAnsi" w:hAnsiTheme="majorHAnsi" w:cstheme="majorHAnsi"/>
          <w:sz w:val="24"/>
          <w:szCs w:val="24"/>
          <w:lang w:val="ro-RO"/>
        </w:rPr>
        <w:t xml:space="preserve">Normativul </w:t>
      </w:r>
      <w:r w:rsidRPr="00A15970">
        <w:rPr>
          <w:rFonts w:asciiTheme="majorHAnsi" w:hAnsiTheme="majorHAnsi" w:cstheme="majorHAnsi"/>
          <w:sz w:val="24"/>
          <w:szCs w:val="24"/>
          <w:lang w:val="ro-RO"/>
        </w:rPr>
        <w:t>tehnic privind incinerarea deşeurilor aprobat prin Ordinul ministrului mediului şi gospodăririi apelor  sau alte densităţi recomandate în ghidurile/metodologiile aplicabile gestionării deşeurilor.</w:t>
      </w:r>
    </w:p>
    <w:p w14:paraId="64A49DEB" w14:textId="766D96A9"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1A4B2FF1" w14:textId="0A42BD5B" w:rsidR="00171FFF" w:rsidRPr="007E7D62"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municipale </w:t>
      </w:r>
      <w:r w:rsidRPr="007E7D62">
        <w:rPr>
          <w:rFonts w:asciiTheme="majorHAnsi" w:hAnsiTheme="majorHAnsi" w:cstheme="majorHAnsi"/>
          <w:sz w:val="24"/>
          <w:szCs w:val="24"/>
          <w:lang w:val="ro-RO"/>
        </w:rPr>
        <w:t xml:space="preserve">estimată a fi colectată, în primul an de operare, din unităţile administrativ-teritoriale cuprinse în aria de delegare, este de </w:t>
      </w:r>
      <w:r w:rsidR="00D27616" w:rsidRPr="007E7D62">
        <w:rPr>
          <w:rFonts w:asciiTheme="majorHAnsi" w:hAnsiTheme="majorHAnsi" w:cstheme="majorHAnsi"/>
          <w:b/>
          <w:bCs/>
          <w:sz w:val="24"/>
          <w:szCs w:val="24"/>
          <w:lang w:val="ro-RO"/>
        </w:rPr>
        <w:t>8039</w:t>
      </w:r>
      <w:r w:rsidR="005460B1" w:rsidRPr="007E7D62">
        <w:rPr>
          <w:rFonts w:asciiTheme="majorHAnsi" w:hAnsiTheme="majorHAnsi" w:cstheme="majorHAnsi"/>
          <w:sz w:val="24"/>
          <w:szCs w:val="24"/>
          <w:lang w:val="ro-RO"/>
        </w:rPr>
        <w:t xml:space="preserve"> </w:t>
      </w:r>
      <w:r w:rsidRPr="007E7D62">
        <w:rPr>
          <w:rFonts w:asciiTheme="majorHAnsi" w:hAnsiTheme="majorHAnsi" w:cstheme="majorHAnsi"/>
          <w:sz w:val="24"/>
          <w:szCs w:val="24"/>
          <w:lang w:val="ro-RO"/>
        </w:rPr>
        <w:t xml:space="preserve"> tone/an, din care:</w:t>
      </w:r>
    </w:p>
    <w:p w14:paraId="517AF5C9" w14:textId="2B9D58B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7E7D62">
        <w:rPr>
          <w:rFonts w:asciiTheme="majorHAnsi" w:hAnsiTheme="majorHAnsi" w:cstheme="majorHAnsi"/>
          <w:sz w:val="24"/>
          <w:szCs w:val="24"/>
          <w:lang w:val="ro-RO"/>
        </w:rPr>
        <w:t xml:space="preserve">a) </w:t>
      </w:r>
      <w:r w:rsidR="00D27616" w:rsidRPr="007E7D62">
        <w:rPr>
          <w:rFonts w:asciiTheme="majorHAnsi" w:hAnsiTheme="majorHAnsi" w:cstheme="majorHAnsi"/>
          <w:b/>
          <w:bCs/>
          <w:sz w:val="24"/>
          <w:szCs w:val="24"/>
          <w:lang w:val="ro-RO"/>
        </w:rPr>
        <w:t>3485</w:t>
      </w:r>
      <w:r w:rsidRPr="007E7D62">
        <w:rPr>
          <w:rFonts w:asciiTheme="majorHAnsi" w:hAnsiTheme="majorHAnsi" w:cstheme="majorHAnsi"/>
          <w:sz w:val="24"/>
          <w:szCs w:val="24"/>
          <w:lang w:val="ro-RO"/>
        </w:rPr>
        <w:t xml:space="preserve">. tone/an deşeuri municipale colectate din zona urbană, din care </w:t>
      </w:r>
      <w:r w:rsidR="00D27616" w:rsidRPr="007E7D62">
        <w:rPr>
          <w:rFonts w:asciiTheme="majorHAnsi" w:hAnsiTheme="majorHAnsi" w:cstheme="majorHAnsi"/>
          <w:b/>
          <w:bCs/>
          <w:sz w:val="24"/>
          <w:szCs w:val="24"/>
          <w:lang w:val="ro-RO"/>
        </w:rPr>
        <w:t>3319</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166</w:t>
      </w:r>
      <w:r w:rsidRPr="00A15970">
        <w:rPr>
          <w:rFonts w:asciiTheme="majorHAnsi" w:hAnsiTheme="majorHAnsi" w:cstheme="majorHAnsi"/>
          <w:sz w:val="24"/>
          <w:szCs w:val="24"/>
          <w:lang w:val="ro-RO"/>
        </w:rPr>
        <w:t xml:space="preserve"> tone/an deşeuri similare.</w:t>
      </w:r>
    </w:p>
    <w:p w14:paraId="7533F390" w14:textId="7A29DF18"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 </w:t>
      </w:r>
      <w:r w:rsidR="00D27616" w:rsidRPr="00A15970">
        <w:rPr>
          <w:rFonts w:asciiTheme="majorHAnsi" w:hAnsiTheme="majorHAnsi" w:cstheme="majorHAnsi"/>
          <w:b/>
          <w:bCs/>
          <w:sz w:val="24"/>
          <w:szCs w:val="24"/>
          <w:lang w:val="ro-RO"/>
        </w:rPr>
        <w:t>4554</w:t>
      </w:r>
      <w:r w:rsidRPr="00A15970">
        <w:rPr>
          <w:rFonts w:asciiTheme="majorHAnsi" w:hAnsiTheme="majorHAnsi" w:cstheme="majorHAnsi"/>
          <w:sz w:val="24"/>
          <w:szCs w:val="24"/>
          <w:lang w:val="ro-RO"/>
        </w:rPr>
        <w:t xml:space="preserve"> tone/an deşeuri municipale colectate din zona rurală, din care </w:t>
      </w:r>
      <w:r w:rsidR="00D27616" w:rsidRPr="00A15970">
        <w:rPr>
          <w:rFonts w:asciiTheme="majorHAnsi" w:hAnsiTheme="majorHAnsi" w:cstheme="majorHAnsi"/>
          <w:b/>
          <w:bCs/>
          <w:sz w:val="24"/>
          <w:szCs w:val="24"/>
          <w:lang w:val="ro-RO"/>
        </w:rPr>
        <w:t>4337</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217</w:t>
      </w:r>
      <w:r w:rsidRPr="00A15970">
        <w:rPr>
          <w:rFonts w:asciiTheme="majorHAnsi" w:hAnsiTheme="majorHAnsi" w:cstheme="majorHAnsi"/>
          <w:sz w:val="24"/>
          <w:szCs w:val="24"/>
          <w:lang w:val="ro-RO"/>
        </w:rPr>
        <w:t xml:space="preserve"> . tone/an deşeuri similare.</w:t>
      </w:r>
    </w:p>
    <w:p w14:paraId="6513C975" w14:textId="734ACD6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Cantităţile anuale de deşeuri menajere şi similare estimate a fi colectate, în primul an de operare, din fiecare unitate administrativ-teritorială sunt prezentate în anexa nr. </w:t>
      </w:r>
      <w:r w:rsidR="002D711F" w:rsidRPr="00A15970">
        <w:rPr>
          <w:rFonts w:asciiTheme="majorHAnsi" w:hAnsiTheme="majorHAnsi" w:cstheme="majorHAnsi"/>
          <w:sz w:val="24"/>
          <w:szCs w:val="24"/>
          <w:lang w:val="ro-RO"/>
        </w:rPr>
        <w:t>2</w:t>
      </w:r>
    </w:p>
    <w:p w14:paraId="65F5129B" w14:textId="3FD3A74F" w:rsidR="00F77407"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F77407"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32467F1" w14:textId="186353B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Indicatorul de performanţă pentru colectarea separată a deşeurilor reciclabile de hârtie, metal, plastic şi sticlă în întreaga arie de delegare este de</w:t>
      </w:r>
      <w:r w:rsidR="002D711F" w:rsidRPr="00A15970">
        <w:rPr>
          <w:rFonts w:asciiTheme="majorHAnsi" w:hAnsiTheme="majorHAnsi" w:cstheme="majorHAnsi"/>
          <w:sz w:val="24"/>
          <w:szCs w:val="24"/>
          <w:lang w:val="ro-RO"/>
        </w:rPr>
        <w:t xml:space="preserve"> 70</w:t>
      </w:r>
      <w:r w:rsidRPr="00A15970">
        <w:rPr>
          <w:rFonts w:asciiTheme="majorHAnsi" w:hAnsiTheme="majorHAnsi" w:cstheme="majorHAnsi"/>
          <w:sz w:val="24"/>
          <w:szCs w:val="24"/>
          <w:lang w:val="ro-RO"/>
        </w:rPr>
        <w:t xml:space="preserve"> % din cantitatea totală generată de deşeuri de hârtie, metal, plastic şi sticlă din deşeurile municipale, în conformitate cu valoarea minimă a indicatorului prevăzută în anexa  la O.U.G. nr. 92/2021 privind regimul deşeurilor, cu modificările şi completările ulterioare.</w:t>
      </w:r>
    </w:p>
    <w:p w14:paraId="11CF7DB9" w14:textId="77777777" w:rsidR="00DC3F6C"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Pentru primul an de operare, cantitatea totală generată de deşeuri de hârtie, metal, plastic şi sticlă reprezintă.33 % din cantitatea de deşeuri municipale, în lipsa determinărilor de compoziţie a deşeurilor municipale, a fost luat în considerare procentul prevăzut în Anexa  la O.U.G. nr. 92/2021, cu modificările şi completările ulterioare)</w:t>
      </w:r>
    </w:p>
    <w:p w14:paraId="3290F818" w14:textId="7267FC52"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017E74FA" w14:textId="13B8A59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1AF658CD" w14:textId="7A81FD25" w:rsidR="00171FFF" w:rsidRPr="00A15970" w:rsidRDefault="00171FFF" w:rsidP="004A3BE9">
      <w:pPr>
        <w:spacing w:after="0" w:line="240" w:lineRule="auto"/>
        <w:jc w:val="both"/>
        <w:rPr>
          <w:rFonts w:asciiTheme="majorHAnsi" w:hAnsiTheme="majorHAnsi" w:cstheme="majorHAnsi"/>
          <w:sz w:val="24"/>
          <w:szCs w:val="24"/>
          <w:lang w:val="ro-RO"/>
        </w:rPr>
      </w:pPr>
    </w:p>
    <w:p w14:paraId="1B09ED58" w14:textId="6D9E6E2F" w:rsidR="00DC3F6C" w:rsidRPr="00A15970" w:rsidRDefault="00DC3F6C" w:rsidP="004A3BE9">
      <w:pPr>
        <w:pStyle w:val="ListParagraph"/>
        <w:numPr>
          <w:ilvl w:val="2"/>
          <w:numId w:val="11"/>
        </w:num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deşeuri reciclabile de hârtie, metal, plastic şi sticlă din deşeurile municipale estimată a fi colectată separat, în primul an de operare, din unităţile administrativ-teritoriale </w:t>
      </w:r>
      <w:r w:rsidRPr="00A15970">
        <w:rPr>
          <w:rFonts w:asciiTheme="majorHAnsi" w:hAnsiTheme="majorHAnsi" w:cstheme="majorHAnsi"/>
          <w:sz w:val="24"/>
          <w:szCs w:val="24"/>
          <w:lang w:val="ro-RO"/>
        </w:rPr>
        <w:lastRenderedPageBreak/>
        <w:t xml:space="preserve">cuprinse în aria de delegare, calculată pe baza indicatorului de performanţă al activităţii, este de </w:t>
      </w:r>
      <w:r w:rsidR="00C9004A" w:rsidRPr="00A15970">
        <w:rPr>
          <w:rFonts w:asciiTheme="majorHAnsi" w:hAnsiTheme="majorHAnsi" w:cstheme="majorHAnsi"/>
          <w:b/>
          <w:bCs/>
          <w:sz w:val="24"/>
          <w:szCs w:val="24"/>
          <w:lang w:val="ro-RO"/>
        </w:rPr>
        <w:t>1688</w:t>
      </w:r>
      <w:r w:rsidRPr="00A15970">
        <w:rPr>
          <w:rFonts w:asciiTheme="majorHAnsi" w:hAnsiTheme="majorHAnsi" w:cstheme="majorHAnsi"/>
          <w:sz w:val="24"/>
          <w:szCs w:val="24"/>
          <w:lang w:val="ro-RO"/>
        </w:rPr>
        <w:t xml:space="preserve"> tone/an, din care:</w:t>
      </w:r>
    </w:p>
    <w:p w14:paraId="66E30386" w14:textId="5C2F392B"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732</w:t>
      </w:r>
      <w:r w:rsidR="00DC3F6C" w:rsidRPr="00A15970">
        <w:rPr>
          <w:rFonts w:asciiTheme="majorHAnsi" w:hAnsiTheme="majorHAnsi" w:cstheme="majorHAnsi"/>
          <w:sz w:val="24"/>
          <w:szCs w:val="24"/>
          <w:lang w:val="ro-RO"/>
        </w:rPr>
        <w:t xml:space="preserve"> tone/an deşeuri reciclabile de hârtie, metal, plastic şi sticlă colectate din zona urbană;</w:t>
      </w:r>
    </w:p>
    <w:p w14:paraId="2E0B16DE" w14:textId="452688B0"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956</w:t>
      </w:r>
      <w:r w:rsidR="00DC3F6C" w:rsidRPr="00A15970">
        <w:rPr>
          <w:rFonts w:asciiTheme="majorHAnsi" w:hAnsiTheme="majorHAnsi" w:cstheme="majorHAnsi"/>
          <w:sz w:val="24"/>
          <w:szCs w:val="24"/>
          <w:lang w:val="ro-RO"/>
        </w:rPr>
        <w:t xml:space="preserve"> tone/an deşeuri reciclabile de hârtie, metal, plastic şi sticlă colectate din zona rurală.</w:t>
      </w:r>
    </w:p>
    <w:p w14:paraId="7A790315" w14:textId="77777777" w:rsidR="00DC3F6C" w:rsidRPr="00A15970" w:rsidRDefault="00DC3F6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Restul din cantitatea totală de deşeuri municipale generată în aria de delegare reprezintă deşeuri reziduale şi biodeşeuri, din care:</w:t>
      </w:r>
    </w:p>
    <w:p w14:paraId="0F7844ED" w14:textId="0BDB4B3C"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2895</w:t>
      </w:r>
      <w:r w:rsidR="00DC3F6C" w:rsidRPr="00A15970">
        <w:rPr>
          <w:rFonts w:asciiTheme="majorHAnsi" w:hAnsiTheme="majorHAnsi" w:cstheme="majorHAnsi"/>
          <w:sz w:val="24"/>
          <w:szCs w:val="24"/>
          <w:lang w:val="ro-RO"/>
        </w:rPr>
        <w:t xml:space="preserve"> tone/an deşeuri reziduale şi biodeşeuri colectate din zona urbană, din care</w:t>
      </w:r>
    </w:p>
    <w:p w14:paraId="13F8FB29" w14:textId="59C5F304"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2014</w:t>
      </w:r>
      <w:r w:rsidR="00DC3F6C" w:rsidRPr="00A15970">
        <w:rPr>
          <w:rFonts w:asciiTheme="majorHAnsi" w:hAnsiTheme="majorHAnsi" w:cstheme="majorHAnsi"/>
          <w:sz w:val="24"/>
          <w:szCs w:val="24"/>
          <w:lang w:val="ro-RO"/>
        </w:rPr>
        <w:t xml:space="preserve"> tone/an deşeuri reziduale şi </w:t>
      </w:r>
    </w:p>
    <w:p w14:paraId="51C81D2C" w14:textId="59A95A57"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882</w:t>
      </w: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tone/an biodeşeuri.</w:t>
      </w:r>
    </w:p>
    <w:p w14:paraId="0514138E" w14:textId="489353E7"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 biodeşeuri colectate din zona rurală, din care </w:t>
      </w:r>
    </w:p>
    <w:p w14:paraId="6E3ED7A5" w14:textId="28BB01CD"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w:t>
      </w:r>
    </w:p>
    <w:p w14:paraId="7BE3C375"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tone/an biodeşeuri.</w:t>
      </w:r>
    </w:p>
    <w:p w14:paraId="6BCE5CB5" w14:textId="77777777" w:rsidR="00DC3F6C" w:rsidRPr="00A15970" w:rsidRDefault="00DC3F6C"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Valorile detaliate pentru fiecare zona sunt prezentate in Anexa 2</w:t>
      </w:r>
    </w:p>
    <w:p w14:paraId="1A130800" w14:textId="00D7B19D"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07960991" w14:textId="4DB607F4"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menajere nepericuloase de la zonele cu blocuri se va realiza din punctele de colectare, iar colectarea separată a deşeurilor menajere nepericuloase de la case/gospodării individuale se va realiza din "poartă în poartă".</w:t>
      </w:r>
    </w:p>
    <w:p w14:paraId="21F9AC09" w14:textId="3CDA8FC6" w:rsidR="00171FFF" w:rsidRPr="004A3BE9"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zona cu blocuri, colectarea deşeurilor menajere nepericuloase se </w:t>
      </w:r>
      <w:r w:rsidRPr="004A3BE9">
        <w:rPr>
          <w:rFonts w:asciiTheme="majorHAnsi" w:hAnsiTheme="majorHAnsi" w:cstheme="majorHAnsi"/>
          <w:sz w:val="24"/>
          <w:szCs w:val="24"/>
          <w:lang w:val="ro-RO"/>
        </w:rPr>
        <w:t xml:space="preserve">va realiza, pe </w:t>
      </w:r>
      <w:r w:rsidR="007C6334">
        <w:rPr>
          <w:rFonts w:asciiTheme="majorHAnsi" w:hAnsiTheme="majorHAnsi" w:cstheme="majorHAnsi"/>
          <w:sz w:val="24"/>
          <w:szCs w:val="24"/>
          <w:lang w:val="ro-RO"/>
        </w:rPr>
        <w:t>7</w:t>
      </w:r>
      <w:r w:rsidRPr="004A3BE9">
        <w:rPr>
          <w:rFonts w:asciiTheme="majorHAnsi" w:hAnsiTheme="majorHAnsi" w:cstheme="majorHAnsi"/>
          <w:sz w:val="24"/>
          <w:szCs w:val="24"/>
          <w:lang w:val="ro-RO"/>
        </w:rPr>
        <w:t xml:space="preserve"> fracţii/tipuri de deşeuri, din:</w:t>
      </w:r>
    </w:p>
    <w:p w14:paraId="02499D21" w14:textId="420C7C5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punctele de colectare de ti</w:t>
      </w:r>
      <w:r w:rsidR="00AE0538" w:rsidRPr="00A15970">
        <w:rPr>
          <w:rFonts w:asciiTheme="majorHAnsi" w:hAnsiTheme="majorHAnsi" w:cstheme="majorHAnsi"/>
          <w:sz w:val="24"/>
          <w:szCs w:val="24"/>
          <w:lang w:val="ro-RO"/>
        </w:rPr>
        <w:t>p</w:t>
      </w:r>
      <w:r w:rsidRPr="00A15970">
        <w:rPr>
          <w:rFonts w:asciiTheme="majorHAnsi" w:hAnsiTheme="majorHAnsi" w:cstheme="majorHAnsi"/>
          <w:sz w:val="24"/>
          <w:szCs w:val="24"/>
          <w:lang w:val="ro-RO"/>
        </w:rPr>
        <w:t xml:space="preserve"> exterior </w:t>
      </w:r>
      <w:r w:rsidR="00AE0538" w:rsidRPr="00A15970">
        <w:rPr>
          <w:rFonts w:asciiTheme="majorHAnsi" w:hAnsiTheme="majorHAnsi" w:cstheme="majorHAnsi"/>
          <w:sz w:val="24"/>
          <w:szCs w:val="24"/>
          <w:lang w:val="ro-RO"/>
        </w:rPr>
        <w:t xml:space="preserve">cu </w:t>
      </w:r>
      <w:r w:rsidRPr="00A15970">
        <w:rPr>
          <w:rFonts w:asciiTheme="majorHAnsi" w:hAnsiTheme="majorHAnsi" w:cstheme="majorHAnsi"/>
          <w:sz w:val="24"/>
          <w:szCs w:val="24"/>
          <w:lang w:val="ro-RO"/>
        </w:rPr>
        <w:t>pubele sau alte asemenea) astfel:</w:t>
      </w:r>
    </w:p>
    <w:p w14:paraId="3BA2C21F"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Container de 1.1 mc (de culoare albastra);</w:t>
      </w:r>
    </w:p>
    <w:p w14:paraId="6DFDE086"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Container de 1,1 mc (de culoare galbena);</w:t>
      </w:r>
    </w:p>
    <w:p w14:paraId="3F9B5689"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sticlă, în Container de 1,1 mc (de culoare verde)</w:t>
      </w:r>
    </w:p>
    <w:p w14:paraId="4242F13B" w14:textId="43668EA8"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4553A84D"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reziduale, în containere metalice  de 1.100 l</w:t>
      </w:r>
    </w:p>
    <w:p w14:paraId="356C6658"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biodeşeurile, în Containere de 1.1mc;</w:t>
      </w:r>
    </w:p>
    <w:p w14:paraId="41C24239" w14:textId="740B4B74"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alte tipuri de puncte de colectare, dacă este cazul; </w:t>
      </w:r>
    </w:p>
    <w:p w14:paraId="54736A89" w14:textId="54225C8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zona de case/gospodării individuale, colectarea deşeurilor menajere nepericuloase se va realiza, pe </w:t>
      </w:r>
      <w:r w:rsidR="00F86FC9">
        <w:rPr>
          <w:rFonts w:asciiTheme="majorHAnsi" w:hAnsiTheme="majorHAnsi" w:cstheme="majorHAnsi"/>
          <w:sz w:val="24"/>
          <w:szCs w:val="24"/>
          <w:lang w:val="ro-RO"/>
        </w:rPr>
        <w:t>7</w:t>
      </w:r>
      <w:r w:rsidRPr="00A15970">
        <w:rPr>
          <w:rFonts w:asciiTheme="majorHAnsi" w:hAnsiTheme="majorHAnsi" w:cstheme="majorHAnsi"/>
          <w:sz w:val="24"/>
          <w:szCs w:val="24"/>
          <w:lang w:val="ro-RO"/>
        </w:rPr>
        <w:t xml:space="preserve"> fracţii/tipuri de deşeuri, din "poartă în poartă", astfel:</w:t>
      </w:r>
    </w:p>
    <w:p w14:paraId="6ACADDD6" w14:textId="4A9867F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3AD534E" w14:textId="645B574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saci asiguraţi şi distribuiţi de operator; în saci personalizaţi asiguraţi şi distribuiţi de operator</w:t>
      </w:r>
      <w:r w:rsidR="00C03172" w:rsidRPr="00A15970">
        <w:rPr>
          <w:rFonts w:asciiTheme="majorHAnsi" w:hAnsiTheme="majorHAnsi" w:cstheme="majorHAnsi"/>
          <w:sz w:val="24"/>
          <w:szCs w:val="24"/>
          <w:lang w:val="ro-RO"/>
        </w:rPr>
        <w:t xml:space="preserve"> – 120 litri</w:t>
      </w:r>
      <w:r w:rsidRPr="00A15970">
        <w:rPr>
          <w:rFonts w:asciiTheme="majorHAnsi" w:hAnsiTheme="majorHAnsi" w:cstheme="majorHAnsi"/>
          <w:sz w:val="24"/>
          <w:szCs w:val="24"/>
          <w:lang w:val="ro-RO"/>
        </w:rPr>
        <w:t>;</w:t>
      </w:r>
    </w:p>
    <w:p w14:paraId="424EAA85" w14:textId="626A40F1" w:rsidR="00FD2C3C" w:rsidRPr="004A3BE9" w:rsidRDefault="00FD2C3C"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Sacii pentru colectarea deșeurilor din hârtie și carton, plastic și metal vor fi distribuiți integral populației din mediul Urban în termen de</w:t>
      </w:r>
      <w:r w:rsidRPr="004A3BE9">
        <w:rPr>
          <w:rFonts w:asciiTheme="majorHAnsi" w:hAnsiTheme="majorHAnsi" w:cstheme="majorHAnsi"/>
          <w:sz w:val="24"/>
          <w:szCs w:val="24"/>
        </w:rPr>
        <w:t xml:space="preserve"> 6</w:t>
      </w:r>
      <w:r w:rsidRPr="004A3BE9">
        <w:rPr>
          <w:rFonts w:asciiTheme="majorHAnsi" w:hAnsiTheme="majorHAnsi" w:cstheme="majorHAnsi"/>
          <w:sz w:val="24"/>
          <w:szCs w:val="24"/>
          <w:lang w:val="ro-RO"/>
        </w:rPr>
        <w:t>0 de zile calendaristice de la data semnării contractului</w:t>
      </w:r>
      <w:r w:rsidR="00665CE2">
        <w:rPr>
          <w:rFonts w:asciiTheme="majorHAnsi" w:hAnsiTheme="majorHAnsi" w:cstheme="majorHAnsi"/>
          <w:sz w:val="24"/>
          <w:szCs w:val="24"/>
          <w:lang w:val="ro-RO"/>
        </w:rPr>
        <w:t xml:space="preserve"> pentru primul an contractual. Urmând ca pentru fiecare an contractual următor distribuirea se va efectua în ultimele 2 luni ale anului anterior.</w:t>
      </w:r>
    </w:p>
    <w:p w14:paraId="2B6194DB" w14:textId="5EF08000" w:rsidR="00171FFF" w:rsidRPr="004A3BE9"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deşeurile de sticlă; la platformele special amenajate dotate cu containere de </w:t>
      </w:r>
      <w:r w:rsidR="00A6417F" w:rsidRPr="004A3BE9">
        <w:rPr>
          <w:rFonts w:asciiTheme="majorHAnsi" w:hAnsiTheme="majorHAnsi" w:cstheme="majorHAnsi"/>
          <w:sz w:val="24"/>
          <w:szCs w:val="24"/>
          <w:lang w:val="ro-RO"/>
        </w:rPr>
        <w:t>1.1</w:t>
      </w:r>
      <w:r w:rsidRPr="004A3BE9">
        <w:rPr>
          <w:rFonts w:asciiTheme="majorHAnsi" w:hAnsiTheme="majorHAnsi" w:cstheme="majorHAnsi"/>
          <w:sz w:val="24"/>
          <w:szCs w:val="24"/>
          <w:lang w:val="ro-RO"/>
        </w:rPr>
        <w:t xml:space="preserve"> mc</w:t>
      </w:r>
    </w:p>
    <w:p w14:paraId="2E24AC5A" w14:textId="00AAFF7E"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59984DE7" w14:textId="7152D9CC"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deşeurile reziduale, în pubele de </w:t>
      </w:r>
      <w:r w:rsidR="005C7B29" w:rsidRPr="00A15970">
        <w:rPr>
          <w:rFonts w:asciiTheme="majorHAnsi" w:hAnsiTheme="majorHAnsi" w:cstheme="majorHAnsi"/>
          <w:sz w:val="24"/>
          <w:szCs w:val="24"/>
          <w:lang w:val="ro-RO"/>
        </w:rPr>
        <w:t>120</w:t>
      </w:r>
      <w:r w:rsidRPr="00A15970">
        <w:rPr>
          <w:rFonts w:asciiTheme="majorHAnsi" w:hAnsiTheme="majorHAnsi" w:cstheme="majorHAnsi"/>
          <w:sz w:val="24"/>
          <w:szCs w:val="24"/>
          <w:lang w:val="ro-RO"/>
        </w:rPr>
        <w:t xml:space="preserve"> litri;</w:t>
      </w:r>
    </w:p>
    <w:p w14:paraId="42F18789" w14:textId="0814F3A2"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biodeşeurile, în pubele </w:t>
      </w:r>
      <w:r w:rsidR="00C03172" w:rsidRPr="00A15970">
        <w:rPr>
          <w:rFonts w:asciiTheme="majorHAnsi" w:hAnsiTheme="majorHAnsi" w:cstheme="majorHAnsi"/>
          <w:sz w:val="24"/>
          <w:szCs w:val="24"/>
          <w:lang w:val="ro-RO"/>
        </w:rPr>
        <w:t>de 120</w:t>
      </w:r>
      <w:r w:rsidRPr="00A15970">
        <w:rPr>
          <w:rFonts w:asciiTheme="majorHAnsi" w:hAnsiTheme="majorHAnsi" w:cstheme="majorHAnsi"/>
          <w:sz w:val="24"/>
          <w:szCs w:val="24"/>
          <w:lang w:val="ro-RO"/>
        </w:rPr>
        <w:t xml:space="preserve"> litri;</w:t>
      </w:r>
    </w:p>
    <w:p w14:paraId="1CDB8389" w14:textId="77777777" w:rsidR="00DC3F6C" w:rsidRPr="00A15970" w:rsidRDefault="00DC3F6C" w:rsidP="00F60496">
      <w:pPr>
        <w:pStyle w:val="ListParagraph"/>
        <w:numPr>
          <w:ilvl w:val="4"/>
          <w:numId w:val="11"/>
        </w:numPr>
        <w:tabs>
          <w:tab w:val="left" w:pos="1710"/>
          <w:tab w:val="left" w:pos="1800"/>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textile nu este realizată în alte locaţii//spaţii special amenajate pe domeniul public, deşeurile textile, (vor fi colectate in cadrul campaniilor.</w:t>
      </w:r>
    </w:p>
    <w:p w14:paraId="04010DF6" w14:textId="750B2627"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Numărul de fracţii prevăzut la  şi  se va adapta corespunzător, defalcat pe mediul de rezidenţă urban, respectiv mediul rural, în funcţie de numărul de sisteme de colectare separată a fracţiilor de deşeuri municipale care se implementează în aria de delegare, stabilit de către autorităţile </w:t>
      </w:r>
      <w:r w:rsidRPr="00A15970">
        <w:rPr>
          <w:rFonts w:asciiTheme="majorHAnsi" w:hAnsiTheme="majorHAnsi" w:cstheme="majorHAnsi"/>
          <w:sz w:val="24"/>
          <w:szCs w:val="24"/>
          <w:lang w:val="ro-RO"/>
        </w:rPr>
        <w:lastRenderedPageBreak/>
        <w:t>administraţiei publice locale, cu respectarea prevederilor art. 2  din Legea nr. 101/2006, republicată, cu modificările şi completările ulterioare.</w:t>
      </w:r>
    </w:p>
    <w:p w14:paraId="3E6191D0" w14:textId="53E5A54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E435B0" w:rsidRPr="00A15970">
        <w:rPr>
          <w:rFonts w:asciiTheme="majorHAnsi" w:hAnsiTheme="majorHAnsi" w:cstheme="majorHAnsi"/>
          <w:sz w:val="24"/>
          <w:szCs w:val="24"/>
          <w:lang w:val="ro-RO"/>
        </w:rPr>
        <w:t>–</w:t>
      </w:r>
    </w:p>
    <w:p w14:paraId="740F2B41" w14:textId="349D990E"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similare nepericuloase se realizează pe </w:t>
      </w:r>
      <w:r w:rsidR="00FF366C">
        <w:rPr>
          <w:rFonts w:asciiTheme="majorHAnsi" w:hAnsiTheme="majorHAnsi" w:cstheme="majorHAnsi"/>
          <w:sz w:val="24"/>
          <w:szCs w:val="24"/>
          <w:lang w:val="ro-RO"/>
        </w:rPr>
        <w:t>7</w:t>
      </w:r>
      <w:r w:rsidR="00C0317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fracţii, în mod similar ca la colectarea deşeurilor menajere.</w:t>
      </w:r>
    </w:p>
    <w:p w14:paraId="04FB442B" w14:textId="3F941A7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3672DA4C" w14:textId="28EFF28F"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w:t>
      </w:r>
    </w:p>
    <w:p w14:paraId="6F2D63AF" w14:textId="54AF6E81"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reciclabile similare de hârtie/carton, metal, plastic şi sticlă de la utilizatorii noncasnici se va realiza cu aceeaşi frecvenţă ca la colectarea din "poartă în poartă" a deşeurilor reciclabile menajere de la casele/gospodăriile individuale.</w:t>
      </w:r>
    </w:p>
    <w:p w14:paraId="3B5614C1" w14:textId="6AD8BD0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Fracţiile de deşeuri similare vor fi colectate separat în recipiente puse la dispoziţie de către operator, contra cost.</w:t>
      </w:r>
    </w:p>
    <w:p w14:paraId="70670468" w14:textId="165F7486"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Persoanele juridice pot opta pentru utilizarea recipientelor proprii numai dacă acestea sunt compatibile cu sistemul de ridicare al autospecialelor din dotarea operatorului.</w:t>
      </w:r>
    </w:p>
    <w:p w14:paraId="3B20F0E2" w14:textId="211C6F70"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Lista persoanelor juridice cu regim special pentru colectarea </w:t>
      </w:r>
      <w:r w:rsidR="00C77FEE" w:rsidRPr="00A15970">
        <w:rPr>
          <w:rFonts w:asciiTheme="majorHAnsi" w:hAnsiTheme="majorHAnsi" w:cstheme="majorHAnsi"/>
          <w:sz w:val="24"/>
          <w:szCs w:val="24"/>
          <w:lang w:val="ro-RO"/>
        </w:rPr>
        <w:t>deșeurilor</w:t>
      </w:r>
      <w:r w:rsidRPr="00A15970">
        <w:rPr>
          <w:rFonts w:asciiTheme="majorHAnsi" w:hAnsiTheme="majorHAnsi" w:cstheme="majorHAnsi"/>
          <w:sz w:val="24"/>
          <w:szCs w:val="24"/>
          <w:lang w:val="ro-RO"/>
        </w:rPr>
        <w:t xml:space="preserve"> reziduale şi </w:t>
      </w:r>
      <w:r w:rsidR="00C77FEE" w:rsidRPr="00A15970">
        <w:rPr>
          <w:rFonts w:asciiTheme="majorHAnsi" w:hAnsiTheme="majorHAnsi" w:cstheme="majorHAnsi"/>
          <w:sz w:val="24"/>
          <w:szCs w:val="24"/>
          <w:lang w:val="ro-RO"/>
        </w:rPr>
        <w:t>biodeșeurilor</w:t>
      </w:r>
      <w:r w:rsidRPr="00A15970">
        <w:rPr>
          <w:rFonts w:asciiTheme="majorHAnsi" w:hAnsiTheme="majorHAnsi" w:cstheme="majorHAnsi"/>
          <w:sz w:val="24"/>
          <w:szCs w:val="24"/>
          <w:lang w:val="ro-RO"/>
        </w:rPr>
        <w:t xml:space="preserve"> este prezentată în anexa nr. </w:t>
      </w:r>
      <w:r w:rsidR="00C77FEE" w:rsidRPr="00A15970">
        <w:rPr>
          <w:rFonts w:asciiTheme="majorHAnsi" w:hAnsiTheme="majorHAnsi" w:cstheme="majorHAnsi"/>
          <w:sz w:val="24"/>
          <w:szCs w:val="24"/>
          <w:lang w:val="ro-RO"/>
        </w:rPr>
        <w:t>4</w:t>
      </w:r>
      <w:r w:rsidRPr="00A15970">
        <w:rPr>
          <w:rFonts w:asciiTheme="majorHAnsi" w:hAnsiTheme="majorHAnsi" w:cstheme="majorHAnsi"/>
          <w:sz w:val="24"/>
          <w:szCs w:val="24"/>
          <w:lang w:val="ro-RO"/>
        </w:rPr>
        <w:t xml:space="preserve"> tabelul 4.2 din Anexa  la caietul de sarcini).</w:t>
      </w:r>
    </w:p>
    <w:p w14:paraId="79C5E58A" w14:textId="2A8171A4"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Tipul punctelor de colectare şi capacitatea/volumul recipientelor pentru colectarea fracţiilor de deşeuri municipale sunt prezentate în anexa nr. </w:t>
      </w:r>
      <w:r w:rsidR="00AE0538" w:rsidRPr="00A15970">
        <w:rPr>
          <w:rFonts w:asciiTheme="majorHAnsi" w:hAnsiTheme="majorHAnsi" w:cstheme="majorHAnsi"/>
          <w:sz w:val="24"/>
          <w:szCs w:val="24"/>
          <w:lang w:val="ro-RO"/>
        </w:rPr>
        <w:t>3</w:t>
      </w:r>
    </w:p>
    <w:p w14:paraId="3803DE5D" w14:textId="19C2C6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punctelor de colectare a fracţiilor deşeuri municipale şi dotarea acestora cu recipiente este prezentată în anexa nr. </w:t>
      </w:r>
      <w:r w:rsidR="00AE0538" w:rsidRPr="00A15970">
        <w:rPr>
          <w:rFonts w:asciiTheme="majorHAnsi" w:hAnsiTheme="majorHAnsi" w:cstheme="majorHAnsi"/>
          <w:sz w:val="24"/>
          <w:szCs w:val="24"/>
          <w:lang w:val="ro-RO"/>
        </w:rPr>
        <w:t>4.</w:t>
      </w:r>
    </w:p>
    <w:p w14:paraId="077659C0" w14:textId="2A93E125"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Frecvenţa de colectare al fracţiilor de deşeuri municipale în aria de delegare este prezentată în anexa nr. </w:t>
      </w:r>
      <w:r w:rsidR="00AE0538" w:rsidRPr="00A15970">
        <w:rPr>
          <w:rFonts w:asciiTheme="majorHAnsi" w:hAnsiTheme="majorHAnsi" w:cstheme="majorHAnsi"/>
          <w:sz w:val="24"/>
          <w:szCs w:val="24"/>
          <w:lang w:val="ro-RO"/>
        </w:rPr>
        <w:t>5</w:t>
      </w:r>
      <w:r w:rsidRPr="00A15970">
        <w:rPr>
          <w:rFonts w:asciiTheme="majorHAnsi" w:hAnsiTheme="majorHAnsi" w:cstheme="majorHAnsi"/>
          <w:sz w:val="24"/>
          <w:szCs w:val="24"/>
          <w:lang w:val="ro-RO"/>
        </w:rPr>
        <w:t>.</w:t>
      </w:r>
    </w:p>
    <w:p w14:paraId="11621495" w14:textId="4768905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25DC48F" w14:textId="2DB1C9CE"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14:textId="0DB6A5A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Toate transporturile de deşeuri vor fi însoţite de documentele legale de transport, completate cu toate datele necesare recepţionării deşeurilor la staţiile/instalaţiile de gestionare a deşeurilor şi/sau la depozitul de deşeuri.</w:t>
      </w:r>
    </w:p>
    <w:p w14:paraId="4086EE85" w14:textId="4E7518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14:textId="01DC48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45AF7B7" w14:textId="0D57B7FF" w:rsidR="00CB7338" w:rsidRPr="00BD22EB" w:rsidRDefault="0026561C" w:rsidP="00BD22EB">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Pr="00D7483D">
        <w:rPr>
          <w:rFonts w:asciiTheme="majorHAnsi" w:hAnsiTheme="majorHAnsi" w:cstheme="majorHAnsi"/>
          <w:sz w:val="24"/>
          <w:szCs w:val="24"/>
          <w:lang w:val="ro-RO"/>
        </w:rPr>
        <w:t>Deşeurile municipale de hârtie</w:t>
      </w:r>
      <w:r w:rsidR="004563D1">
        <w:rPr>
          <w:rFonts w:asciiTheme="majorHAnsi" w:hAnsiTheme="majorHAnsi" w:cstheme="majorHAnsi"/>
          <w:sz w:val="24"/>
          <w:szCs w:val="24"/>
          <w:lang w:val="ro-RO"/>
        </w:rPr>
        <w:t>/carton</w:t>
      </w:r>
      <w:r w:rsidRPr="00D7483D">
        <w:rPr>
          <w:rFonts w:asciiTheme="majorHAnsi" w:hAnsiTheme="majorHAnsi" w:cstheme="majorHAnsi"/>
          <w:sz w:val="24"/>
          <w:szCs w:val="24"/>
          <w:lang w:val="ro-RO"/>
        </w:rPr>
        <w:t>, metal</w:t>
      </w:r>
      <w:r w:rsidR="004563D1">
        <w:rPr>
          <w:rFonts w:asciiTheme="majorHAnsi" w:hAnsiTheme="majorHAnsi" w:cstheme="majorHAnsi"/>
          <w:sz w:val="24"/>
          <w:szCs w:val="24"/>
          <w:lang w:val="ro-RO"/>
        </w:rPr>
        <w:t>/</w:t>
      </w:r>
      <w:r w:rsidRPr="00D7483D">
        <w:rPr>
          <w:rFonts w:asciiTheme="majorHAnsi" w:hAnsiTheme="majorHAnsi" w:cstheme="majorHAnsi"/>
          <w:sz w:val="24"/>
          <w:szCs w:val="24"/>
          <w:lang w:val="ro-RO"/>
        </w:rPr>
        <w:t xml:space="preserve">plastic, sticlă colectate separat de pe raza teritorială a </w:t>
      </w:r>
      <w:r w:rsidR="004B5D52" w:rsidRPr="00BD22EB">
        <w:rPr>
          <w:rFonts w:asciiTheme="majorHAnsi" w:hAnsiTheme="majorHAnsi" w:cstheme="majorHAnsi"/>
          <w:sz w:val="24"/>
          <w:szCs w:val="24"/>
          <w:lang w:val="ro-RO"/>
        </w:rPr>
        <w:t xml:space="preserve">Zonei </w:t>
      </w:r>
      <w:r w:rsidR="00C9004A" w:rsidRPr="00BD22EB">
        <w:rPr>
          <w:rFonts w:asciiTheme="majorHAnsi" w:hAnsiTheme="majorHAnsi" w:cstheme="majorHAnsi"/>
          <w:sz w:val="24"/>
          <w:szCs w:val="24"/>
          <w:lang w:val="ro-RO"/>
        </w:rPr>
        <w:t>5</w:t>
      </w:r>
      <w:r w:rsidR="004B5D52" w:rsidRPr="00BD22EB">
        <w:rPr>
          <w:rFonts w:asciiTheme="majorHAnsi" w:hAnsiTheme="majorHAnsi" w:cstheme="majorHAnsi"/>
          <w:sz w:val="24"/>
          <w:szCs w:val="24"/>
          <w:lang w:val="ro-RO"/>
        </w:rPr>
        <w:t xml:space="preserve"> vor fi c</w:t>
      </w:r>
      <w:r w:rsidR="00CB7338" w:rsidRPr="00BD22EB">
        <w:rPr>
          <w:rFonts w:asciiTheme="majorHAnsi" w:hAnsiTheme="majorHAnsi" w:cstheme="majorHAnsi"/>
          <w:sz w:val="24"/>
          <w:szCs w:val="24"/>
          <w:lang w:val="ro-RO"/>
        </w:rPr>
        <w:t>olectate și transportate la Staț</w:t>
      </w:r>
      <w:r w:rsidR="004B5D52" w:rsidRPr="00BD22EB">
        <w:rPr>
          <w:rFonts w:asciiTheme="majorHAnsi" w:hAnsiTheme="majorHAnsi" w:cstheme="majorHAnsi"/>
          <w:sz w:val="24"/>
          <w:szCs w:val="24"/>
          <w:lang w:val="ro-RO"/>
        </w:rPr>
        <w:t xml:space="preserve">ia de Transfer </w:t>
      </w:r>
      <w:r w:rsidR="00CB7338" w:rsidRPr="00BD22EB">
        <w:rPr>
          <w:rFonts w:asciiTheme="majorHAnsi" w:hAnsiTheme="majorHAnsi" w:cstheme="majorHAnsi"/>
          <w:sz w:val="24"/>
          <w:szCs w:val="24"/>
          <w:lang w:val="ro-RO"/>
        </w:rPr>
        <w:t>Bâ</w:t>
      </w:r>
      <w:r w:rsidR="00C9004A" w:rsidRPr="00BD22EB">
        <w:rPr>
          <w:rFonts w:asciiTheme="majorHAnsi" w:hAnsiTheme="majorHAnsi" w:cstheme="majorHAnsi"/>
          <w:sz w:val="24"/>
          <w:szCs w:val="24"/>
          <w:lang w:val="ro-RO"/>
        </w:rPr>
        <w:t>rzava</w:t>
      </w:r>
      <w:r w:rsidR="00CB7338" w:rsidRPr="00BD22EB">
        <w:rPr>
          <w:rFonts w:asciiTheme="majorHAnsi" w:hAnsiTheme="majorHAnsi" w:cstheme="majorHAnsi"/>
          <w:sz w:val="24"/>
          <w:szCs w:val="24"/>
          <w:lang w:val="ro-RO"/>
        </w:rPr>
        <w:t>.</w:t>
      </w:r>
      <w:r w:rsidR="0090038D" w:rsidRPr="00BD22EB">
        <w:rPr>
          <w:rFonts w:asciiTheme="majorHAnsi" w:hAnsiTheme="majorHAnsi" w:cstheme="majorHAnsi"/>
          <w:sz w:val="24"/>
          <w:szCs w:val="24"/>
          <w:lang w:val="ro-RO"/>
        </w:rPr>
        <w:t xml:space="preserve">  </w:t>
      </w:r>
      <w:r w:rsidRPr="00BD22EB">
        <w:rPr>
          <w:rFonts w:asciiTheme="majorHAnsi" w:hAnsiTheme="majorHAnsi" w:cstheme="majorHAnsi"/>
          <w:sz w:val="24"/>
          <w:szCs w:val="24"/>
          <w:lang w:val="ro-RO"/>
        </w:rPr>
        <w:t xml:space="preserve"> </w:t>
      </w:r>
    </w:p>
    <w:p w14:paraId="358A0D85" w14:textId="747B34D4"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municipale colectate separat de pe raza teritorială a </w:t>
      </w:r>
      <w:r w:rsidR="00CB7338" w:rsidRPr="00D7483D">
        <w:rPr>
          <w:rFonts w:asciiTheme="majorHAnsi" w:hAnsiTheme="majorHAnsi" w:cstheme="majorHAnsi"/>
          <w:sz w:val="24"/>
          <w:szCs w:val="24"/>
          <w:lang w:val="ro-RO"/>
        </w:rPr>
        <w:t>Z</w:t>
      </w:r>
      <w:r w:rsidR="00C9004A" w:rsidRPr="00D7483D">
        <w:rPr>
          <w:rFonts w:asciiTheme="majorHAnsi" w:hAnsiTheme="majorHAnsi" w:cstheme="majorHAnsi"/>
          <w:sz w:val="24"/>
          <w:szCs w:val="24"/>
          <w:lang w:val="ro-RO"/>
        </w:rPr>
        <w:t xml:space="preserve">onei 5 vor fi colectate și transportate la </w:t>
      </w:r>
      <w:r w:rsidR="00CB7338" w:rsidRPr="00D7483D">
        <w:rPr>
          <w:rFonts w:asciiTheme="majorHAnsi" w:hAnsiTheme="majorHAnsi" w:cstheme="majorHAnsi"/>
          <w:sz w:val="24"/>
          <w:szCs w:val="24"/>
          <w:lang w:val="ro-RO"/>
        </w:rPr>
        <w:t>Stația de Transfer Bârzava.</w:t>
      </w:r>
    </w:p>
    <w:p w14:paraId="3643458F" w14:textId="56A2507C"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Biodeşeurile municipale colectate </w:t>
      </w:r>
      <w:r w:rsidR="00CB7338" w:rsidRPr="00D7483D">
        <w:rPr>
          <w:rFonts w:asciiTheme="majorHAnsi" w:hAnsiTheme="majorHAnsi" w:cstheme="majorHAnsi"/>
          <w:sz w:val="24"/>
          <w:szCs w:val="24"/>
          <w:lang w:val="ro-RO"/>
        </w:rPr>
        <w:t xml:space="preserve">separat de pe raza teritorială a </w:t>
      </w:r>
      <w:r w:rsidR="00C9004A" w:rsidRPr="00D7483D">
        <w:rPr>
          <w:rFonts w:asciiTheme="majorHAnsi" w:hAnsiTheme="majorHAnsi" w:cstheme="majorHAnsi"/>
          <w:sz w:val="24"/>
          <w:szCs w:val="24"/>
          <w:lang w:val="ro-RO"/>
        </w:rPr>
        <w:t xml:space="preserve">Zonei 5 vor fi colectate și transportate </w:t>
      </w:r>
      <w:r w:rsidR="00CB7338" w:rsidRPr="00D7483D">
        <w:rPr>
          <w:rFonts w:asciiTheme="majorHAnsi" w:hAnsiTheme="majorHAnsi" w:cstheme="majorHAnsi"/>
          <w:sz w:val="24"/>
          <w:szCs w:val="24"/>
          <w:lang w:val="ro-RO"/>
        </w:rPr>
        <w:t>la Stația de Transfer Bârzava.</w:t>
      </w:r>
    </w:p>
    <w:p w14:paraId="2BE110C5" w14:textId="77777777" w:rsidR="00D8675E"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municipale abandonate colectate de pe raza teritorială </w:t>
      </w:r>
      <w:r w:rsidR="00CB7338" w:rsidRPr="00D7483D">
        <w:rPr>
          <w:rFonts w:asciiTheme="majorHAnsi" w:hAnsiTheme="majorHAnsi" w:cstheme="majorHAnsi"/>
          <w:sz w:val="24"/>
          <w:szCs w:val="24"/>
          <w:lang w:val="ro-RO"/>
        </w:rPr>
        <w:t xml:space="preserve">a </w:t>
      </w:r>
      <w:r w:rsidR="00C9004A" w:rsidRPr="00D7483D">
        <w:rPr>
          <w:rFonts w:asciiTheme="majorHAnsi" w:hAnsiTheme="majorHAnsi" w:cstheme="majorHAnsi"/>
          <w:sz w:val="24"/>
          <w:szCs w:val="24"/>
          <w:lang w:val="ro-RO"/>
        </w:rPr>
        <w:t>Zonei 5 vor fi c</w:t>
      </w:r>
      <w:r w:rsidR="00CB7338" w:rsidRPr="00D7483D">
        <w:rPr>
          <w:rFonts w:asciiTheme="majorHAnsi" w:hAnsiTheme="majorHAnsi" w:cstheme="majorHAnsi"/>
          <w:sz w:val="24"/>
          <w:szCs w:val="24"/>
          <w:lang w:val="ro-RO"/>
        </w:rPr>
        <w:t>olectate și transportate la Stația de Transfer Bârzava.</w:t>
      </w:r>
    </w:p>
    <w:p w14:paraId="60D434A8" w14:textId="25233F07" w:rsidR="004B5D52"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textile municipale, deşeurile voluminoase municipale, deşeurile din construcţii provenite de la locuinţe, inclusiv deşeurile din construcţii abandonate, precum şi deşeurile </w:t>
      </w:r>
      <w:r w:rsidRPr="00D7483D">
        <w:rPr>
          <w:rFonts w:asciiTheme="majorHAnsi" w:hAnsiTheme="majorHAnsi" w:cstheme="majorHAnsi"/>
          <w:sz w:val="24"/>
          <w:szCs w:val="24"/>
          <w:lang w:val="ro-RO"/>
        </w:rPr>
        <w:lastRenderedPageBreak/>
        <w:t>periculoase menajere colectate separat de pe raza teritorială a</w:t>
      </w:r>
      <w:r w:rsidR="00D8675E" w:rsidRPr="00D7483D">
        <w:rPr>
          <w:rFonts w:asciiTheme="majorHAnsi" w:hAnsiTheme="majorHAnsi" w:cstheme="majorHAnsi"/>
          <w:sz w:val="24"/>
          <w:szCs w:val="24"/>
          <w:lang w:val="ro-RO"/>
        </w:rPr>
        <w:t xml:space="preserve"> </w:t>
      </w:r>
      <w:r w:rsidR="004B5D52" w:rsidRPr="00D7483D">
        <w:rPr>
          <w:rFonts w:asciiTheme="majorHAnsi" w:hAnsiTheme="majorHAnsi" w:cstheme="majorHAnsi"/>
          <w:sz w:val="24"/>
          <w:szCs w:val="24"/>
          <w:lang w:val="ro-RO"/>
        </w:rPr>
        <w:t xml:space="preserve">Zonei </w:t>
      </w:r>
      <w:r w:rsidR="00C9004A" w:rsidRPr="00D7483D">
        <w:rPr>
          <w:rFonts w:asciiTheme="majorHAnsi" w:hAnsiTheme="majorHAnsi" w:cstheme="majorHAnsi"/>
          <w:sz w:val="24"/>
          <w:szCs w:val="24"/>
          <w:lang w:val="ro-RO"/>
        </w:rPr>
        <w:t>5</w:t>
      </w:r>
      <w:r w:rsidR="004B5D52" w:rsidRPr="00D7483D">
        <w:rPr>
          <w:rFonts w:asciiTheme="majorHAnsi" w:hAnsiTheme="majorHAnsi" w:cstheme="majorHAnsi"/>
          <w:sz w:val="24"/>
          <w:szCs w:val="24"/>
          <w:lang w:val="ro-RO"/>
        </w:rPr>
        <w:t xml:space="preserve"> vor fi colectate și transportate la </w:t>
      </w:r>
      <w:r w:rsidR="003300FE" w:rsidRPr="00D7483D">
        <w:rPr>
          <w:rFonts w:asciiTheme="majorHAnsi" w:hAnsiTheme="majorHAnsi" w:cstheme="majorHAnsi"/>
          <w:sz w:val="24"/>
          <w:szCs w:val="24"/>
          <w:lang w:val="ro-RO"/>
        </w:rPr>
        <w:t>Baza de lucru  autorizata aferenta zonei</w:t>
      </w:r>
      <w:r w:rsidR="00D8675E" w:rsidRPr="00D7483D">
        <w:rPr>
          <w:rFonts w:asciiTheme="majorHAnsi" w:hAnsiTheme="majorHAnsi" w:cstheme="majorHAnsi"/>
          <w:sz w:val="24"/>
          <w:szCs w:val="24"/>
          <w:lang w:val="ro-RO"/>
        </w:rPr>
        <w:t>,</w:t>
      </w:r>
      <w:r w:rsidR="003300FE" w:rsidRPr="00D7483D">
        <w:rPr>
          <w:rFonts w:asciiTheme="majorHAnsi" w:hAnsiTheme="majorHAnsi" w:cstheme="majorHAnsi"/>
          <w:sz w:val="24"/>
          <w:szCs w:val="24"/>
          <w:lang w:val="ro-RO"/>
        </w:rPr>
        <w:t xml:space="preserve"> a Operatorului sau la operatori autorizati cu ca</w:t>
      </w:r>
      <w:r w:rsidR="00D8675E" w:rsidRPr="00D7483D">
        <w:rPr>
          <w:rFonts w:asciiTheme="majorHAnsi" w:hAnsiTheme="majorHAnsi" w:cstheme="majorHAnsi"/>
          <w:sz w:val="24"/>
          <w:szCs w:val="24"/>
          <w:lang w:val="ro-RO"/>
        </w:rPr>
        <w:t>re acesta a incheiat contracte î</w:t>
      </w:r>
      <w:r w:rsidR="003300FE" w:rsidRPr="00D7483D">
        <w:rPr>
          <w:rFonts w:asciiTheme="majorHAnsi" w:hAnsiTheme="majorHAnsi" w:cstheme="majorHAnsi"/>
          <w:sz w:val="24"/>
          <w:szCs w:val="24"/>
          <w:lang w:val="ro-RO"/>
        </w:rPr>
        <w:t>n acest sens</w:t>
      </w:r>
      <w:r w:rsidR="00D8675E" w:rsidRPr="00D7483D">
        <w:rPr>
          <w:rFonts w:asciiTheme="majorHAnsi" w:hAnsiTheme="majorHAnsi" w:cstheme="majorHAnsi"/>
          <w:sz w:val="24"/>
          <w:szCs w:val="24"/>
          <w:lang w:val="ro-RO"/>
        </w:rPr>
        <w:t>.</w:t>
      </w:r>
    </w:p>
    <w:p w14:paraId="62649AFB" w14:textId="009C54A0" w:rsidR="00171FFF" w:rsidRPr="00D7483D" w:rsidRDefault="0026561C" w:rsidP="00D7483D">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nevalorificabile, precum şi alte tipuri/categorii de deşeuri nevalorificabile sunt transportate la </w:t>
      </w:r>
      <w:r w:rsidR="00882588" w:rsidRPr="00D7483D">
        <w:rPr>
          <w:rFonts w:asciiTheme="majorHAnsi" w:hAnsiTheme="majorHAnsi" w:cstheme="majorHAnsi"/>
          <w:sz w:val="24"/>
          <w:szCs w:val="24"/>
          <w:lang w:val="ro-RO"/>
        </w:rPr>
        <w:t>Stația de Transfer Bârzava</w:t>
      </w:r>
      <w:r w:rsidR="00D7483D" w:rsidRPr="00D7483D">
        <w:rPr>
          <w:rFonts w:asciiTheme="majorHAnsi" w:hAnsiTheme="majorHAnsi" w:cstheme="majorHAnsi"/>
          <w:sz w:val="24"/>
          <w:szCs w:val="24"/>
          <w:lang w:val="ro-RO"/>
        </w:rPr>
        <w:t>.</w:t>
      </w:r>
    </w:p>
    <w:p w14:paraId="15CC6767" w14:textId="77777777" w:rsidR="00D7483D" w:rsidRPr="00D7483D" w:rsidRDefault="00D7483D" w:rsidP="00D7483D">
      <w:pPr>
        <w:pStyle w:val="ListParagraph"/>
        <w:spacing w:after="0" w:line="240" w:lineRule="auto"/>
        <w:jc w:val="both"/>
        <w:rPr>
          <w:rFonts w:asciiTheme="majorHAnsi" w:hAnsiTheme="majorHAnsi" w:cstheme="majorHAnsi"/>
          <w:sz w:val="24"/>
          <w:szCs w:val="24"/>
          <w:lang w:val="ro-RO"/>
        </w:rPr>
      </w:pPr>
    </w:p>
    <w:p w14:paraId="081CB521" w14:textId="7A7D8739"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89A6DD1" w14:textId="559F3E3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textile estimată a fi colectată separat în primul an de operare este </w:t>
      </w:r>
      <w:r w:rsidR="004B5D52"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773D493" w14:textId="6196E179" w:rsidR="00171FFF" w:rsidRPr="00A15970" w:rsidRDefault="0026561C" w:rsidP="004A3BE9">
      <w:pPr>
        <w:pStyle w:val="ListParagraph"/>
        <w:numPr>
          <w:ilvl w:val="1"/>
          <w:numId w:val="11"/>
        </w:numPr>
        <w:spacing w:after="0" w:line="240" w:lineRule="auto"/>
        <w:jc w:val="both"/>
        <w:rPr>
          <w:rFonts w:asciiTheme="majorHAnsi" w:hAnsiTheme="majorHAnsi" w:cstheme="majorHAnsi"/>
          <w:b/>
          <w:sz w:val="24"/>
          <w:szCs w:val="24"/>
          <w:lang w:val="ro-RO"/>
        </w:rPr>
      </w:pPr>
      <w:r w:rsidRPr="00A15970">
        <w:rPr>
          <w:rFonts w:asciiTheme="majorHAnsi" w:hAnsiTheme="majorHAnsi" w:cstheme="majorHAnsi"/>
          <w:sz w:val="24"/>
          <w:szCs w:val="24"/>
          <w:lang w:val="ro-RO"/>
        </w:rPr>
        <w:t xml:space="preserve">  </w:t>
      </w:r>
      <w:r w:rsidRPr="00A15970">
        <w:rPr>
          <w:rFonts w:asciiTheme="majorHAnsi" w:hAnsiTheme="majorHAnsi" w:cstheme="majorHAnsi"/>
          <w:b/>
          <w:sz w:val="24"/>
          <w:szCs w:val="24"/>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61AEE996" w14:textId="6E57A19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14:textId="358DEA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E4405B3" w14:textId="539F826A"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periculoase menajere estimată a fi colectată în primul an de operare </w:t>
      </w:r>
      <w:r w:rsidRPr="002E1530">
        <w:rPr>
          <w:rFonts w:asciiTheme="majorHAnsi" w:hAnsiTheme="majorHAnsi" w:cstheme="majorHAnsi"/>
          <w:sz w:val="24"/>
          <w:szCs w:val="24"/>
          <w:lang w:val="ro-RO"/>
        </w:rPr>
        <w:t xml:space="preserve">este </w:t>
      </w:r>
      <w:r w:rsidR="004B5D52" w:rsidRPr="002E1530">
        <w:rPr>
          <w:rFonts w:asciiTheme="majorHAnsi" w:hAnsiTheme="majorHAnsi" w:cstheme="majorHAnsi"/>
          <w:sz w:val="24"/>
          <w:szCs w:val="24"/>
          <w:lang w:val="ro-RO"/>
        </w:rPr>
        <w:t>Prezentata in Anexa 2</w:t>
      </w:r>
      <w:r w:rsidRPr="002E1530">
        <w:rPr>
          <w:rFonts w:asciiTheme="majorHAnsi" w:hAnsiTheme="majorHAnsi" w:cstheme="majorHAnsi"/>
          <w:sz w:val="24"/>
          <w:szCs w:val="24"/>
          <w:lang w:val="ro-RO"/>
        </w:rPr>
        <w:t>.</w:t>
      </w:r>
    </w:p>
    <w:p w14:paraId="629B4E36" w14:textId="043CA1CD"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2E1530">
        <w:rPr>
          <w:rFonts w:asciiTheme="majorHAnsi" w:hAnsiTheme="majorHAnsi" w:cstheme="majorHAnsi"/>
          <w:sz w:val="24"/>
          <w:szCs w:val="24"/>
          <w:lang w:val="ro-RO"/>
        </w:rPr>
        <w:t xml:space="preserve">  Colectarea deşeurilor periculoase din deşeurile menajere se va realiza în cadrul campaniilor de colectare, cu frecvenţa de </w:t>
      </w:r>
      <w:r w:rsidR="004B5D52" w:rsidRPr="002E1530">
        <w:rPr>
          <w:rFonts w:asciiTheme="majorHAnsi" w:hAnsiTheme="majorHAnsi" w:cstheme="majorHAnsi"/>
          <w:sz w:val="24"/>
          <w:szCs w:val="24"/>
          <w:lang w:val="ro-RO"/>
        </w:rPr>
        <w:t>2</w:t>
      </w:r>
      <w:r w:rsidR="002E1530" w:rsidRPr="002E1530">
        <w:rPr>
          <w:rFonts w:asciiTheme="majorHAnsi" w:hAnsiTheme="majorHAnsi" w:cstheme="majorHAnsi"/>
          <w:sz w:val="24"/>
          <w:szCs w:val="24"/>
          <w:lang w:val="ro-RO"/>
        </w:rPr>
        <w:t xml:space="preserve"> ori pe/an (semestrial).</w:t>
      </w:r>
    </w:p>
    <w:p w14:paraId="7B145191" w14:textId="411A3AA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w:t>
      </w:r>
      <w:r w:rsidR="002E1530">
        <w:rPr>
          <w:rFonts w:asciiTheme="majorHAnsi" w:hAnsiTheme="majorHAnsi" w:cstheme="majorHAnsi"/>
          <w:sz w:val="24"/>
          <w:szCs w:val="24"/>
          <w:lang w:val="ro-RO"/>
        </w:rPr>
        <w:t xml:space="preserve">are obligația </w:t>
      </w:r>
      <w:r w:rsidRPr="00A15970">
        <w:rPr>
          <w:rFonts w:asciiTheme="majorHAnsi" w:hAnsiTheme="majorHAnsi" w:cstheme="majorHAnsi"/>
          <w:sz w:val="24"/>
          <w:szCs w:val="24"/>
          <w:lang w:val="ro-RO"/>
        </w:rPr>
        <w:t>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58A33B7" w14:textId="44F3605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periculoase menajere şi, după caz, cheltuielile cu depozitarea deşeurilor periculoase menajere se includ în tariful de colectare separată şi transport separat al deşeurilor reziduale din deşeurile municipale.</w:t>
      </w:r>
    </w:p>
    <w:p w14:paraId="31EEE00E" w14:textId="77777777" w:rsidR="00171FFF" w:rsidRDefault="00171FFF" w:rsidP="004A3BE9">
      <w:pPr>
        <w:spacing w:after="0" w:line="240" w:lineRule="auto"/>
        <w:jc w:val="both"/>
        <w:rPr>
          <w:rFonts w:asciiTheme="majorHAnsi" w:hAnsiTheme="majorHAnsi" w:cstheme="majorHAnsi"/>
          <w:sz w:val="24"/>
          <w:szCs w:val="24"/>
          <w:lang w:val="ro-RO"/>
        </w:rPr>
      </w:pPr>
    </w:p>
    <w:p w14:paraId="17FCE0D9" w14:textId="77777777" w:rsidR="00BA2A48" w:rsidRDefault="00BA2A48" w:rsidP="004A3BE9">
      <w:pPr>
        <w:spacing w:after="0" w:line="240" w:lineRule="auto"/>
        <w:jc w:val="both"/>
        <w:rPr>
          <w:rFonts w:asciiTheme="majorHAnsi" w:hAnsiTheme="majorHAnsi" w:cstheme="majorHAnsi"/>
          <w:sz w:val="24"/>
          <w:szCs w:val="24"/>
          <w:lang w:val="ro-RO"/>
        </w:rPr>
      </w:pPr>
    </w:p>
    <w:p w14:paraId="5B4A948F" w14:textId="77777777" w:rsidR="00BA2A48" w:rsidRDefault="00BA2A48" w:rsidP="004A3BE9">
      <w:pPr>
        <w:spacing w:after="0" w:line="240" w:lineRule="auto"/>
        <w:jc w:val="both"/>
        <w:rPr>
          <w:rFonts w:asciiTheme="majorHAnsi" w:hAnsiTheme="majorHAnsi" w:cstheme="majorHAnsi"/>
          <w:sz w:val="24"/>
          <w:szCs w:val="24"/>
          <w:lang w:val="ro-RO"/>
        </w:rPr>
      </w:pPr>
    </w:p>
    <w:p w14:paraId="573226D6" w14:textId="77777777" w:rsidR="00BA2A48" w:rsidRPr="00A15970" w:rsidRDefault="00BA2A48" w:rsidP="004A3BE9">
      <w:pPr>
        <w:spacing w:after="0" w:line="240" w:lineRule="auto"/>
        <w:jc w:val="both"/>
        <w:rPr>
          <w:rFonts w:asciiTheme="majorHAnsi" w:hAnsiTheme="majorHAnsi" w:cstheme="majorHAnsi"/>
          <w:sz w:val="24"/>
          <w:szCs w:val="24"/>
          <w:lang w:val="ro-RO"/>
        </w:rPr>
      </w:pPr>
    </w:p>
    <w:p w14:paraId="3416342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Colectarea separată şi transportul separat a unor categorii/tipuri de deşeuri generate ocazional</w:t>
      </w:r>
    </w:p>
    <w:p w14:paraId="73231846" w14:textId="77777777" w:rsidR="00842BB7" w:rsidRPr="00A15970" w:rsidRDefault="00842BB7" w:rsidP="004A3BE9">
      <w:pPr>
        <w:spacing w:after="0" w:line="240" w:lineRule="auto"/>
        <w:rPr>
          <w:rFonts w:asciiTheme="majorHAnsi" w:hAnsiTheme="majorHAnsi" w:cstheme="majorHAnsi"/>
          <w:sz w:val="24"/>
          <w:szCs w:val="24"/>
          <w:lang w:val="ro-RO"/>
        </w:rPr>
      </w:pPr>
    </w:p>
    <w:p w14:paraId="69F62F3B" w14:textId="153C05F5"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2DAB4EC" w14:textId="23C7771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colectarea separată şi transportul separat al deşeurilor voluminoase, inclusiv saltele şi mobila, provenite de la toţi utilizatorii din aria de delegare.</w:t>
      </w:r>
    </w:p>
    <w:p w14:paraId="2B5BA0E5" w14:textId="1DE2543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voluminoase se va realiza:</w:t>
      </w:r>
    </w:p>
    <w:p w14:paraId="75383EE4" w14:textId="76FC2486"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B174A6" w:rsidRPr="00A15970">
        <w:rPr>
          <w:rFonts w:asciiTheme="majorHAnsi" w:hAnsiTheme="majorHAnsi" w:cstheme="majorHAnsi"/>
          <w:sz w:val="24"/>
          <w:szCs w:val="24"/>
        </w:rPr>
        <w:t>în cadrul campaniilor de colectare, cu frecvenţa de 2 ori pe/an</w:t>
      </w:r>
      <w:r w:rsidR="00E021E0" w:rsidRPr="00A15970">
        <w:rPr>
          <w:rFonts w:asciiTheme="majorHAnsi" w:hAnsiTheme="majorHAnsi" w:cstheme="majorHAnsi"/>
          <w:sz w:val="24"/>
          <w:szCs w:val="24"/>
        </w:rPr>
        <w:t xml:space="preserve"> in mediul urban si 1 data pe an in mediul rural</w:t>
      </w:r>
    </w:p>
    <w:p w14:paraId="09D19888" w14:textId="438C9E74" w:rsidR="00171FFF" w:rsidRPr="00A15970" w:rsidRDefault="00F67BD1"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sistem "la cerere", în urma apelurilor telefonice primite de la populaţie şi de la persoanele juridice, sau prin alte mijloace de comunicare;</w:t>
      </w:r>
    </w:p>
    <w:p w14:paraId="48D55BDE" w14:textId="55B307AE"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 au fost amenajate locuri/spaţii speciale pentru colectarea acestor deşeuri</w:t>
      </w:r>
    </w:p>
    <w:p w14:paraId="3C3231E9" w14:textId="4E95B1D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1C8B4959" w14:textId="77777777" w:rsid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voluminoase municipale estimată a fi colectată în primul an de operare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704CF491" w14:textId="26899AB9" w:rsidR="00171FFF" w:rsidRP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B90077">
        <w:rPr>
          <w:rFonts w:asciiTheme="majorHAnsi" w:hAnsiTheme="majorHAnsi" w:cstheme="majorHAnsi"/>
          <w:sz w:val="24"/>
          <w:szCs w:val="24"/>
          <w:lang w:val="ro-RO"/>
        </w:rPr>
        <w:t>Operatorul are sarcina de a asigura stocarea temporară</w:t>
      </w:r>
      <w:r w:rsidR="00B73604" w:rsidRPr="00B90077">
        <w:rPr>
          <w:rFonts w:asciiTheme="majorHAnsi" w:hAnsiTheme="majorHAnsi" w:cstheme="majorHAnsi"/>
          <w:sz w:val="24"/>
          <w:szCs w:val="24"/>
          <w:lang w:val="ro-RO"/>
        </w:rPr>
        <w:t xml:space="preserve"> </w:t>
      </w:r>
      <w:r w:rsidRPr="00B90077">
        <w:rPr>
          <w:rFonts w:asciiTheme="majorHAnsi" w:hAnsiTheme="majorHAnsi" w:cstheme="majorHAnsi"/>
          <w:sz w:val="24"/>
          <w:szCs w:val="24"/>
          <w:lang w:val="ro-RO"/>
        </w:rPr>
        <w:t xml:space="preserve"> a deşeurilor voluminoase la baza sa de lucru.</w:t>
      </w:r>
    </w:p>
    <w:p w14:paraId="534F4301" w14:textId="49FA3F62"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În vederea valorificării deşeurilor voluminoase, operatorul are sarcina de a asigura separarea acestor deşeuri </w:t>
      </w:r>
      <w:r w:rsidR="005D2B8A" w:rsidRPr="00A15970">
        <w:rPr>
          <w:rFonts w:asciiTheme="majorHAnsi" w:hAnsiTheme="majorHAnsi" w:cstheme="majorHAnsi"/>
          <w:sz w:val="24"/>
          <w:szCs w:val="24"/>
          <w:lang w:val="ro-RO"/>
        </w:rPr>
        <w:t xml:space="preserve">doar </w:t>
      </w:r>
      <w:r w:rsidRPr="00A15970">
        <w:rPr>
          <w:rFonts w:asciiTheme="majorHAnsi" w:hAnsiTheme="majorHAnsi" w:cstheme="majorHAnsi"/>
          <w:sz w:val="24"/>
          <w:szCs w:val="24"/>
          <w:lang w:val="ro-RO"/>
        </w:rPr>
        <w:t xml:space="preserve">la baza de lucru </w:t>
      </w:r>
      <w:r w:rsidR="00BC5A68">
        <w:rPr>
          <w:rFonts w:asciiTheme="majorHAnsi" w:hAnsiTheme="majorHAnsi" w:cstheme="majorHAnsi"/>
          <w:sz w:val="24"/>
          <w:szCs w:val="24"/>
          <w:lang w:val="ro-RO"/>
        </w:rPr>
        <w:t>și</w:t>
      </w:r>
      <w:r w:rsidRPr="00A15970">
        <w:rPr>
          <w:rFonts w:asciiTheme="majorHAnsi" w:hAnsiTheme="majorHAnsi" w:cstheme="majorHAnsi"/>
          <w:sz w:val="24"/>
          <w:szCs w:val="24"/>
          <w:lang w:val="ro-RO"/>
        </w:rPr>
        <w:t xml:space="preserve"> de a încheia contracte de prestări servicii cu operatorii </w:t>
      </w:r>
      <w:r w:rsidRPr="00FB5C27">
        <w:rPr>
          <w:rFonts w:asciiTheme="majorHAnsi" w:hAnsiTheme="majorHAnsi" w:cstheme="majorHAnsi"/>
          <w:sz w:val="24"/>
          <w:szCs w:val="24"/>
          <w:lang w:val="ro-RO"/>
        </w:rPr>
        <w:t>economici autorizaţi să desfăşoare activităţi de sortare/valorificare a deşeurilor voluminoase.</w:t>
      </w:r>
    </w:p>
    <w:p w14:paraId="22CA5F99" w14:textId="33EEC4ED"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Deşeurile voluminoase nevalorificabile vor fi transportate la depozitul de deşeuri.</w:t>
      </w:r>
      <w:r w:rsidR="009B6D48" w:rsidRPr="00FB5C27">
        <w:rPr>
          <w:rFonts w:asciiTheme="majorHAnsi" w:hAnsiTheme="majorHAnsi" w:cstheme="majorHAnsi"/>
          <w:sz w:val="24"/>
          <w:szCs w:val="24"/>
          <w:lang w:val="ro-RO"/>
        </w:rPr>
        <w:t xml:space="preserve"> </w:t>
      </w:r>
      <w:r w:rsidR="009B6D48" w:rsidRPr="00FB5C27">
        <w:rPr>
          <w:rFonts w:asciiTheme="majorHAnsi" w:hAnsiTheme="majorHAnsi" w:cstheme="majorHAnsi"/>
          <w:bCs/>
          <w:sz w:val="24"/>
          <w:szCs w:val="24"/>
          <w:lang w:val="ro-RO"/>
        </w:rPr>
        <w:t xml:space="preserve">( </w:t>
      </w:r>
      <w:r w:rsidR="00526779" w:rsidRPr="00FB5C27">
        <w:rPr>
          <w:rFonts w:asciiTheme="majorHAnsi" w:hAnsiTheme="majorHAnsi" w:cstheme="majorHAnsi"/>
          <w:bCs/>
          <w:sz w:val="24"/>
          <w:szCs w:val="24"/>
          <w:lang w:val="ro-RO"/>
        </w:rPr>
        <w:t xml:space="preserve">sau </w:t>
      </w:r>
      <w:r w:rsidR="009B6D48" w:rsidRPr="00FB5C27">
        <w:rPr>
          <w:rFonts w:asciiTheme="majorHAnsi" w:hAnsiTheme="majorHAnsi" w:cstheme="majorHAnsi"/>
          <w:bCs/>
          <w:sz w:val="24"/>
          <w:szCs w:val="24"/>
          <w:lang w:val="ro-RO"/>
        </w:rPr>
        <w:t>la statia transfer)</w:t>
      </w:r>
    </w:p>
    <w:p w14:paraId="48C22914" w14:textId="6DE7363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Cheltuielile</w:t>
      </w:r>
      <w:r w:rsidRPr="00A15970">
        <w:rPr>
          <w:rFonts w:asciiTheme="majorHAnsi" w:hAnsiTheme="majorHAnsi" w:cstheme="majorHAnsi"/>
          <w:sz w:val="24"/>
          <w:szCs w:val="24"/>
          <w:lang w:val="ro-RO"/>
        </w:rPr>
        <w:t xml:space="preserve"> cu stocarea temporară a deşeurilor voluminoase şi, după caz, cheltuielile cu valorificarea acestor deşeuri se includ în tariful de colectare separată şi transport separat al deşeurilor voluminoase din deşeurile municipale.</w:t>
      </w:r>
    </w:p>
    <w:p w14:paraId="7518599A" w14:textId="09B682D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BAEBC74" w14:textId="4332394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980A653" w14:textId="459834E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din construcţii provenite din locuinţe se va realiza în sistem "la cerere", în urma apelurilor telefonice sau prin alte mijloace de comunicare, primite de la populaţie;</w:t>
      </w:r>
    </w:p>
    <w:p w14:paraId="3779A57B" w14:textId="585E177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pună la dispoziţia utilizatorului, la solicitarea acestuia, containere metalice standardizate, în regim de închiriere, sau, contra cost, saci din materiale rezistente (rafie).</w:t>
      </w:r>
    </w:p>
    <w:p w14:paraId="50CE25AA" w14:textId="1089A1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0F87DDA0" w14:textId="1E5FD38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provenită din locuinţe estimată a fi colectată în primul an de operare, conform datelor istorice,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A4E080F" w14:textId="317D1FD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sarcina de a asigura stocarea temporară a deşeurilor din construcţii la baza sa de lucru.</w:t>
      </w:r>
    </w:p>
    <w:p w14:paraId="4E98057C" w14:textId="2AC3402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39173E50" w14:textId="36069437" w:rsidR="00171FFF" w:rsidRPr="00037316" w:rsidRDefault="0026561C" w:rsidP="004A3BE9">
      <w:pPr>
        <w:pStyle w:val="ListParagraph"/>
        <w:numPr>
          <w:ilvl w:val="1"/>
          <w:numId w:val="12"/>
        </w:numPr>
        <w:spacing w:after="0" w:line="240" w:lineRule="auto"/>
        <w:jc w:val="both"/>
        <w:rPr>
          <w:rFonts w:asciiTheme="majorHAnsi" w:hAnsiTheme="majorHAnsi" w:cstheme="majorHAnsi"/>
          <w:bCs/>
          <w:sz w:val="24"/>
          <w:szCs w:val="24"/>
          <w:lang w:val="ro-RO"/>
        </w:rPr>
      </w:pPr>
      <w:r w:rsidRPr="00A15970">
        <w:rPr>
          <w:rFonts w:asciiTheme="majorHAnsi" w:hAnsiTheme="majorHAnsi" w:cstheme="majorHAnsi"/>
          <w:sz w:val="24"/>
          <w:szCs w:val="24"/>
          <w:lang w:val="ro-RO"/>
        </w:rPr>
        <w:t xml:space="preserve">  </w:t>
      </w:r>
      <w:r w:rsidRPr="00037316">
        <w:rPr>
          <w:rFonts w:asciiTheme="majorHAnsi" w:hAnsiTheme="majorHAnsi" w:cstheme="majorHAnsi"/>
          <w:sz w:val="24"/>
          <w:szCs w:val="24"/>
          <w:lang w:val="ro-RO"/>
        </w:rPr>
        <w:t>Deşeurile din construcţii nevalorificabile vor fi transportate la depozitul de deşeuri.</w:t>
      </w:r>
      <w:r w:rsidR="0042037C" w:rsidRPr="00037316">
        <w:rPr>
          <w:rFonts w:asciiTheme="majorHAnsi" w:hAnsiTheme="majorHAnsi" w:cstheme="majorHAnsi"/>
          <w:sz w:val="24"/>
          <w:szCs w:val="24"/>
          <w:lang w:val="ro-RO"/>
        </w:rPr>
        <w:t xml:space="preserve"> </w:t>
      </w:r>
      <w:r w:rsidR="0042037C" w:rsidRPr="00037316">
        <w:rPr>
          <w:rFonts w:asciiTheme="majorHAnsi" w:hAnsiTheme="majorHAnsi" w:cstheme="majorHAnsi"/>
          <w:bCs/>
          <w:sz w:val="24"/>
          <w:szCs w:val="24"/>
          <w:lang w:val="ro-RO"/>
        </w:rPr>
        <w:t>(</w:t>
      </w:r>
      <w:r w:rsidR="00B22BA9" w:rsidRPr="00037316">
        <w:rPr>
          <w:rFonts w:asciiTheme="majorHAnsi" w:hAnsiTheme="majorHAnsi" w:cstheme="majorHAnsi"/>
          <w:bCs/>
          <w:sz w:val="24"/>
          <w:szCs w:val="24"/>
          <w:lang w:val="ro-RO"/>
        </w:rPr>
        <w:t>sau</w:t>
      </w:r>
      <w:r w:rsidR="0042037C" w:rsidRPr="00037316">
        <w:rPr>
          <w:rFonts w:asciiTheme="majorHAnsi" w:hAnsiTheme="majorHAnsi" w:cstheme="majorHAnsi"/>
          <w:bCs/>
          <w:sz w:val="24"/>
          <w:szCs w:val="24"/>
          <w:lang w:val="ro-RO"/>
        </w:rPr>
        <w:t xml:space="preserve"> la statia transfer)</w:t>
      </w:r>
    </w:p>
    <w:p w14:paraId="4BBE5BDA" w14:textId="3DD6C2D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14:textId="5D41C63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0D69D66" w14:textId="7CE165C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serviciul de colectare separată şi transport separat al deşeurilor similare provenite de la evenimente publice, la solicitarea organizatorului evenimentului.</w:t>
      </w:r>
    </w:p>
    <w:p w14:paraId="24613EC7" w14:textId="43BD07CE"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Evenimentele publice depind de aranjamente speciale organizate în aria de delegare, precum festivaluri, concerte, târguri, concursuri şi alte situaţii similare, a căror frecvenţă şi regularitate nu pot fi estimate.</w:t>
      </w:r>
    </w:p>
    <w:p w14:paraId="41B22146" w14:textId="6F5E04F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generate cu ocazia unor evenimente publice se va realiza pe 4 fracţii, respectiv hârtie/carton, plastic/metal, sticlă şi deşeuri reziduale.</w:t>
      </w:r>
    </w:p>
    <w:p w14:paraId="69B3511F" w14:textId="3A31D00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serviciului, inclusiv a pubelelor solicitate, se achită de către organizatorul evenimentului, pe bază de contract de prestări servicii încheiat cu operatorul.</w:t>
      </w:r>
    </w:p>
    <w:p w14:paraId="1F3BF22C" w14:textId="0A98861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legate de gestionarea acestor deşeuri vor fi suportate de către organizatorul evenimentului.</w:t>
      </w:r>
    </w:p>
    <w:p w14:paraId="257DC2F4" w14:textId="4D93B3CD"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C648A4" w14:textId="33446B2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colectarea separată şi transportul separat al deşeurilor municipale abandonate şi al deşeurilor din construcţii abandonate, la solicitarea delegatarului </w:t>
      </w:r>
      <w:r w:rsidRPr="00A15970">
        <w:rPr>
          <w:rFonts w:asciiTheme="majorHAnsi" w:hAnsiTheme="majorHAnsi" w:cstheme="majorHAnsi"/>
          <w:sz w:val="24"/>
          <w:szCs w:val="24"/>
          <w:lang w:val="ro-RO"/>
        </w:rPr>
        <w:lastRenderedPageBreak/>
        <w:t>şi/sau în conformitate cu Procedura de colectare a deşeurilor abandonate ocazional convenită cu acesta.</w:t>
      </w:r>
    </w:p>
    <w:p w14:paraId="26DDA06F" w14:textId="2575152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Abandonarea de către utilizatori a deşeurilor pe domeniul public şi privat al unităţii administrativ-teritoriale constituie contravenţie, a căror număr, frecvenţă şi regularitate nu pot fi estimate.</w:t>
      </w:r>
    </w:p>
    <w:p w14:paraId="1F608889" w14:textId="73A79BD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lângă punctele/recipientele de colectare estimată a fi colectată, în primul an de operare, este </w:t>
      </w:r>
      <w:r w:rsidR="00B174A6" w:rsidRPr="00CD2179">
        <w:rPr>
          <w:rFonts w:asciiTheme="majorHAnsi" w:hAnsiTheme="majorHAnsi" w:cstheme="majorHAnsi"/>
          <w:sz w:val="24"/>
          <w:szCs w:val="24"/>
          <w:lang w:val="ro-RO"/>
        </w:rPr>
        <w:t>Prezentata in Anexa 2</w:t>
      </w:r>
      <w:r w:rsidRPr="00CD2179">
        <w:rPr>
          <w:rFonts w:asciiTheme="majorHAnsi" w:hAnsiTheme="majorHAnsi" w:cstheme="majorHAnsi"/>
          <w:sz w:val="24"/>
          <w:szCs w:val="24"/>
          <w:lang w:val="ro-RO"/>
        </w:rPr>
        <w:t>.</w:t>
      </w:r>
    </w:p>
    <w:p w14:paraId="5562AAD0" w14:textId="013B42F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 NU Se aplica</w:t>
      </w:r>
    </w:p>
    <w:p w14:paraId="453FCC7F" w14:textId="784C5A2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lângă punctele de colectare estimată a fi colectată, în primul an de operare, este de . . . . . . . . . . tone.</w:t>
      </w:r>
      <w:r w:rsidR="00B174A6" w:rsidRPr="00A15970">
        <w:rPr>
          <w:rFonts w:asciiTheme="majorHAnsi" w:hAnsiTheme="majorHAnsi" w:cstheme="majorHAnsi"/>
          <w:sz w:val="24"/>
          <w:szCs w:val="24"/>
          <w:lang w:val="ro-RO"/>
        </w:rPr>
        <w:t xml:space="preserve"> Nu exista date</w:t>
      </w:r>
    </w:p>
    <w:p w14:paraId="3B95034C" w14:textId="6F96122A"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Nu se aplica</w:t>
      </w:r>
    </w:p>
    <w:p w14:paraId="5EAC484F" w14:textId="13F0020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14:textId="442F30F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14:textId="1B35C7E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cheltuielilor cu contribuţia pentru economia circulară nu se include în tarif şi se va evidenţia distinct, alături de tarif, pe factura emisă de operator.</w:t>
      </w:r>
    </w:p>
    <w:p w14:paraId="2F8BFDD6" w14:textId="10E876B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DB5EB6">
        <w:rPr>
          <w:rFonts w:asciiTheme="majorHAnsi" w:hAnsiTheme="majorHAnsi" w:cstheme="majorHAnsi"/>
          <w:sz w:val="24"/>
          <w:szCs w:val="24"/>
          <w:lang w:val="ro-RO"/>
        </w:rPr>
        <w:t xml:space="preserve"> NU SE APLICĂ</w:t>
      </w:r>
    </w:p>
    <w:p w14:paraId="4DF69F40" w14:textId="5A779B26" w:rsidR="00B174A6"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are obligaţia să presteze activitatea cu autospecialele compactoare şi autospecialele deţinute în proprietate, leasing sau care fac obiectul unor contracte de închiriere şi/sau a unor antecontracte de vânzare-cumpărare</w:t>
      </w:r>
      <w:r w:rsidR="00DB5EB6">
        <w:rPr>
          <w:rFonts w:asciiTheme="majorHAnsi" w:hAnsiTheme="majorHAnsi" w:cstheme="majorHAnsi"/>
          <w:sz w:val="24"/>
          <w:szCs w:val="24"/>
          <w:lang w:val="ro-RO"/>
        </w:rPr>
        <w:t>.</w:t>
      </w:r>
    </w:p>
    <w:p w14:paraId="3A02F900" w14:textId="5B2C1D3D" w:rsidR="00171FFF" w:rsidRPr="00FC51A3" w:rsidRDefault="00B174A6" w:rsidP="004A3BE9">
      <w:pPr>
        <w:pStyle w:val="ListParagraph"/>
        <w:numPr>
          <w:ilvl w:val="2"/>
          <w:numId w:val="12"/>
        </w:numPr>
        <w:spacing w:after="0" w:line="240" w:lineRule="auto"/>
        <w:jc w:val="both"/>
        <w:rPr>
          <w:rFonts w:asciiTheme="majorHAnsi" w:hAnsiTheme="majorHAnsi" w:cstheme="majorHAnsi"/>
          <w:sz w:val="24"/>
          <w:szCs w:val="24"/>
          <w:lang w:val="ro-RO"/>
        </w:rPr>
      </w:pPr>
      <w:r w:rsidRPr="00FC51A3">
        <w:rPr>
          <w:rFonts w:asciiTheme="majorHAnsi" w:hAnsiTheme="majorHAnsi" w:cstheme="majorHAnsi"/>
          <w:sz w:val="24"/>
          <w:szCs w:val="24"/>
          <w:lang w:val="ro-RO"/>
        </w:rPr>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w:t>
      </w:r>
      <w:r w:rsidR="00331E88" w:rsidRPr="00FC51A3">
        <w:rPr>
          <w:rFonts w:asciiTheme="majorHAnsi" w:hAnsiTheme="majorHAnsi" w:cstheme="majorHAnsi"/>
          <w:sz w:val="24"/>
          <w:szCs w:val="24"/>
          <w:lang w:val="ro-RO"/>
        </w:rPr>
        <w:t xml:space="preserve"> EURO </w:t>
      </w:r>
      <w:r w:rsidR="00645138" w:rsidRPr="00FC51A3">
        <w:rPr>
          <w:rFonts w:asciiTheme="majorHAnsi" w:hAnsiTheme="majorHAnsi" w:cstheme="majorHAnsi"/>
          <w:sz w:val="24"/>
          <w:szCs w:val="24"/>
          <w:lang w:val="ro-RO"/>
        </w:rPr>
        <w:t>5</w:t>
      </w:r>
      <w:r w:rsidR="00BC5A68" w:rsidRPr="00FC51A3">
        <w:rPr>
          <w:rFonts w:asciiTheme="majorHAnsi" w:hAnsiTheme="majorHAnsi" w:cstheme="majorHAnsi"/>
          <w:sz w:val="24"/>
          <w:szCs w:val="24"/>
          <w:lang w:val="ro-RO"/>
        </w:rPr>
        <w:t>.</w:t>
      </w:r>
    </w:p>
    <w:p w14:paraId="1F173BCF" w14:textId="1876C0F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C51A3">
        <w:rPr>
          <w:rFonts w:asciiTheme="majorHAnsi" w:hAnsiTheme="majorHAnsi" w:cstheme="majorHAnsi"/>
          <w:sz w:val="24"/>
          <w:szCs w:val="24"/>
          <w:lang w:val="ro-RO"/>
        </w:rPr>
        <w:t xml:space="preserve">  În oferta tehnică, ofertantul va prezenta o</w:t>
      </w:r>
      <w:r w:rsidRPr="00A15970">
        <w:rPr>
          <w:rFonts w:asciiTheme="majorHAnsi" w:hAnsiTheme="majorHAnsi" w:cstheme="majorHAnsi"/>
          <w:sz w:val="24"/>
          <w:szCs w:val="24"/>
          <w:lang w:val="ro-RO"/>
        </w:rPr>
        <w:t xml:space="preserve">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14:textId="400E6469"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5E40A0" w14:textId="51CD468F"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trebuie să asigure autospecialele compactoare şi autospecialele necesare pentru colectarea şi transportul întregii cantităţi de deşeuri municipale şi de deşeuri generate ocazional prevăzute în lista de investiţii în sarcina operatorului, de natura bunurilor de</w:t>
      </w:r>
      <w:r w:rsidR="00DB5EB6">
        <w:rPr>
          <w:rFonts w:asciiTheme="majorHAnsi" w:hAnsiTheme="majorHAnsi" w:cstheme="majorHAnsi"/>
          <w:sz w:val="24"/>
          <w:szCs w:val="24"/>
          <w:lang w:val="ro-RO"/>
        </w:rPr>
        <w:t xml:space="preserve"> retur, conform cerinţelor din A</w:t>
      </w:r>
      <w:r w:rsidRPr="00A15970">
        <w:rPr>
          <w:rFonts w:asciiTheme="majorHAnsi" w:hAnsiTheme="majorHAnsi" w:cstheme="majorHAnsi"/>
          <w:sz w:val="24"/>
          <w:szCs w:val="24"/>
          <w:lang w:val="ro-RO"/>
        </w:rPr>
        <w:t xml:space="preserve">nexa nr. </w:t>
      </w:r>
      <w:r w:rsidR="002B252A" w:rsidRPr="00A15970">
        <w:rPr>
          <w:rFonts w:asciiTheme="majorHAnsi" w:hAnsiTheme="majorHAnsi" w:cstheme="majorHAnsi"/>
          <w:sz w:val="24"/>
          <w:szCs w:val="24"/>
          <w:lang w:val="ro-RO"/>
        </w:rPr>
        <w:t>7</w:t>
      </w:r>
      <w:r w:rsidRPr="00A15970">
        <w:rPr>
          <w:rFonts w:asciiTheme="majorHAnsi" w:hAnsiTheme="majorHAnsi" w:cstheme="majorHAnsi"/>
          <w:sz w:val="24"/>
          <w:szCs w:val="24"/>
          <w:lang w:val="ro-RO"/>
        </w:rPr>
        <w:t xml:space="preserve"> la caietul de sarcini.</w:t>
      </w:r>
    </w:p>
    <w:p w14:paraId="0FE21E75" w14:textId="3124246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Ofertantul va prezenta, în oferta tehnică, dovezile din care rezultă că autospecialele compactoare şi autospecialele ofertate sunt deţinute în proprietate, leasing financiar sau fac obiectul unor antecontracte de vânzare-cumpărare, în caz contrar oferta fiind considerată neconformă.</w:t>
      </w:r>
    </w:p>
    <w:p w14:paraId="70B72A4B" w14:textId="30F77E3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În cazul încetării înainte de termen a contractului de delegare, din motive neimputabile operatorului, delegatarul va plăti operatorului valoarea rămasă neamortizată/neachitată a investiţiilor realizate în autospecialele compactoare şi autospecialele de natura bunurilor de retur, în conformitate cu prevederile art. 37  şi  din Legea nr. 101/2006, republicată, cu modificările şi completările ulterioare.</w:t>
      </w:r>
    </w:p>
    <w:p w14:paraId="10F9537D" w14:textId="5EAAD04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A2FF84A" w14:textId="06B4A7B4" w:rsidR="008C06A3"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compactoare ofertate pentru colectarea şi transportul deşeurilor reziduale şi biodeşeurilor este suficient, ofertantul va prezenta, în oferta tehnică, modul de calcul al necesarului minim de mijloace de transport, din care să rezulte că este îndeplinită următoarea relaţie:</w:t>
      </w:r>
    </w:p>
    <w:p w14:paraId="6C125400" w14:textId="67CBB7F3" w:rsidR="008C06A3" w:rsidRPr="00A15970" w:rsidRDefault="008C06A3"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br/>
      </w:r>
      <w:r w:rsidRPr="00A15970">
        <w:rPr>
          <w:rFonts w:asciiTheme="majorHAnsi" w:eastAsia="Times New Roman" w:hAnsiTheme="majorHAnsi" w:cstheme="majorHAnsi"/>
          <w:b/>
          <w:bCs/>
          <w:noProof/>
          <w:sz w:val="24"/>
          <w:szCs w:val="24"/>
        </w:rPr>
        <w:drawing>
          <wp:inline distT="0" distB="0" distL="0" distR="0" wp14:anchorId="0D5CDED0" wp14:editId="3EDC9CDE">
            <wp:extent cx="2529730" cy="389189"/>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29730" cy="389189"/>
                    </a:xfrm>
                    <a:prstGeom prst="rect">
                      <a:avLst/>
                    </a:prstGeom>
                    <a:noFill/>
                    <a:ln>
                      <a:noFill/>
                    </a:ln>
                  </pic:spPr>
                </pic:pic>
              </a:graphicData>
            </a:graphic>
          </wp:inline>
        </w:drawing>
      </w:r>
    </w:p>
    <w:p w14:paraId="6766D576" w14:textId="0FC24078" w:rsidR="00171FFF" w:rsidRPr="00A15970" w:rsidRDefault="00F67BD1"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6F1811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Qreziduale şi biodeşeuri - cantitatea anuală de deşeuri reziduale şi biodeşeuri din deşeurile municipale estimată a fi colectată din aria de delegare (tone);</w:t>
      </w:r>
    </w:p>
    <w:p w14:paraId="09587246"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2124A97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reziduale şi biodeşeuri se ia egală cu 0,350 tone/mc, dacă la nivelul ariei de delegare nu a fost stabilită prin determinări o altă greutate specifică;</w:t>
      </w:r>
    </w:p>
    <w:p w14:paraId="16852ED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 şi grad de compactare;</w:t>
      </w:r>
    </w:p>
    <w:p w14:paraId="0E63B3D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1F6497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ci - gradul de compactare;</w:t>
      </w:r>
    </w:p>
    <w:p w14:paraId="006D53B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7D3071A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68446DE" w14:textId="51A753FB"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stabilirea gradului de compactare, ofertantul se va asigura că nu este depăşită masa utilă maximă autorizată de transport a autospecialelor compactoare, în caz contrar oferta fiind considerată neconformă.</w:t>
      </w:r>
    </w:p>
    <w:p w14:paraId="5B9F9122" w14:textId="09FF318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estimată a fi colectată într-o zi poate fi colectată şi transportată în timpul programului zilnic de lucru, în caz contrar oferta fiind considerată neconformă.</w:t>
      </w:r>
    </w:p>
    <w:p w14:paraId="75BFD710" w14:textId="1871D07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38FA111" w14:textId="6B5ED8FC"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ofertate pentru colectarea şi transportul deşeurilor reciclabile este suficient, ofertantul va prezenta, în oferta tehnică, modul de calcul al necesarului minim de mijloace de transport, din care să rezulte că este îndeplinită următoarea relaţie:</w:t>
      </w:r>
    </w:p>
    <w:p w14:paraId="0822C93E" w14:textId="3AB413E3" w:rsidR="00171FFF" w:rsidRPr="00A15970" w:rsidRDefault="008C06A3" w:rsidP="004A3BE9">
      <w:pPr>
        <w:spacing w:after="0" w:line="240" w:lineRule="auto"/>
        <w:jc w:val="both"/>
        <w:rPr>
          <w:rFonts w:asciiTheme="majorHAnsi" w:hAnsiTheme="majorHAnsi" w:cstheme="majorHAnsi"/>
          <w:sz w:val="24"/>
          <w:szCs w:val="24"/>
          <w:lang w:val="ro-RO"/>
        </w:rPr>
      </w:pPr>
      <w:r w:rsidRPr="00A15970">
        <w:rPr>
          <w:rFonts w:asciiTheme="majorHAnsi" w:eastAsia="Times New Roman" w:hAnsiTheme="majorHAnsi" w:cstheme="majorHAnsi"/>
          <w:b/>
          <w:bCs/>
          <w:noProof/>
          <w:sz w:val="24"/>
          <w:szCs w:val="24"/>
        </w:rPr>
        <w:drawing>
          <wp:inline distT="0" distB="0" distL="0" distR="0" wp14:anchorId="296BBD97" wp14:editId="25550055">
            <wp:extent cx="1702703" cy="389189"/>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702703" cy="389189"/>
                    </a:xfrm>
                    <a:prstGeom prst="rect">
                      <a:avLst/>
                    </a:prstGeom>
                    <a:noFill/>
                    <a:ln>
                      <a:noFill/>
                    </a:ln>
                  </pic:spPr>
                </pic:pic>
              </a:graphicData>
            </a:graphic>
          </wp:inline>
        </w:drawing>
      </w:r>
    </w:p>
    <w:p w14:paraId="398F0E9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03074A0"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1DF704E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Qreciclabile - cantitatea anuală de deşeuri reciclabile de hârtie, metal, plastic şi sticlă din deşeurile municipale estimată a fi colectată din aria de delegare (tone);</w:t>
      </w:r>
    </w:p>
    <w:p w14:paraId="2884DA0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0BAD27E5"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reciclabile de hârtie, plastic, metal şi sticlă se ia egală cu 0,1 tone/mc, dacă la nivelul ariei de delegare nu a fost stabilită prin măsurători o altă greutate specifică;</w:t>
      </w:r>
    </w:p>
    <w:p w14:paraId="0CE03E8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w:t>
      </w:r>
    </w:p>
    <w:p w14:paraId="11CAAB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7161F7D"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16C2CA17"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9CF995D" w14:textId="159FEE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14:textId="72C3519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14:textId="4CF4CBFF" w:rsidR="00171FFF"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Alte cerinţe/date necesare definirii activităţii din punct de vedere al echipamentelor de colectare, tipurilor de deşeuri colectate separat şi cantităţilor colectate.</w:t>
      </w:r>
    </w:p>
    <w:p w14:paraId="5DA99A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E8DC2F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3-a</w:t>
      </w:r>
      <w:r w:rsidRPr="00A15970">
        <w:rPr>
          <w:rFonts w:cstheme="majorHAnsi"/>
          <w:color w:val="auto"/>
          <w:sz w:val="24"/>
          <w:szCs w:val="24"/>
          <w:lang w:val="ro-RO"/>
        </w:rPr>
        <w:br/>
        <w:t>Cerinţe privind realizarea determinărilor de compoziţie a deşeurilor municipale</w:t>
      </w:r>
    </w:p>
    <w:p w14:paraId="244B1327" w14:textId="77777777" w:rsidR="00842BB7" w:rsidRPr="00A15970" w:rsidRDefault="00842BB7" w:rsidP="004A3BE9">
      <w:pPr>
        <w:spacing w:after="0" w:line="240" w:lineRule="auto"/>
        <w:rPr>
          <w:rFonts w:asciiTheme="majorHAnsi" w:hAnsiTheme="majorHAnsi" w:cstheme="majorHAnsi"/>
          <w:sz w:val="24"/>
          <w:szCs w:val="24"/>
          <w:lang w:val="ro-RO"/>
        </w:rPr>
      </w:pPr>
    </w:p>
    <w:p w14:paraId="2F7C494E" w14:textId="06229F8B"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14:textId="72C25B34"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E150030" w14:textId="7318A56A"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Determinările de compoziţie a deşeurilor municipale vor fi efectuate, semestrial,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14:textId="5851F1D7"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14:textId="021BB867"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21F613" w14:textId="4802935B"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14:textId="7FD11F94"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final privind determinarea compoziţiei deşeurilor va fi finalizat şi comunicat delegatarului până la sfârşitul lunii octombrie, a fiecărui an.</w:t>
      </w:r>
    </w:p>
    <w:p w14:paraId="5F188BA3" w14:textId="0C93F042"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14:textId="782AFB3F"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14:textId="1FEBAF7E"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realizării determinărilor de compoziţie a deşeurilor municipale.</w:t>
      </w:r>
    </w:p>
    <w:p w14:paraId="689A3679"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28C02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4-a</w:t>
      </w:r>
      <w:r w:rsidRPr="00A15970">
        <w:rPr>
          <w:rFonts w:cstheme="majorHAnsi"/>
          <w:color w:val="auto"/>
          <w:sz w:val="24"/>
          <w:szCs w:val="24"/>
          <w:lang w:val="ro-RO"/>
        </w:rPr>
        <w:br/>
        <w:t>Cerinţe privind utilizarea şi întreţinerea autospecialelor şi recipientelor de colectare</w:t>
      </w:r>
    </w:p>
    <w:p w14:paraId="013E2AC0" w14:textId="77777777" w:rsidR="00842BB7" w:rsidRPr="00A15970" w:rsidRDefault="00842BB7" w:rsidP="004A3BE9">
      <w:pPr>
        <w:spacing w:after="0" w:line="240" w:lineRule="auto"/>
        <w:rPr>
          <w:rFonts w:asciiTheme="majorHAnsi" w:hAnsiTheme="majorHAnsi" w:cstheme="majorHAnsi"/>
          <w:sz w:val="24"/>
          <w:szCs w:val="24"/>
          <w:lang w:val="ro-RO"/>
        </w:rPr>
      </w:pPr>
    </w:p>
    <w:p w14:paraId="0AF895B2" w14:textId="30C75919"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5960B691" w14:textId="5B130E63" w:rsidR="00171FFF" w:rsidRPr="00A15970" w:rsidRDefault="00F67BD1"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trebuie să folosească echipamentele de colectare şi transport deşeuri concesionate/predate de către delegatar, prevăzute în anexa nr. </w:t>
      </w:r>
      <w:r w:rsidR="002316DB" w:rsidRPr="00A15970">
        <w:rPr>
          <w:rFonts w:asciiTheme="majorHAnsi" w:hAnsiTheme="majorHAnsi" w:cstheme="majorHAnsi"/>
          <w:sz w:val="24"/>
          <w:szCs w:val="24"/>
          <w:lang w:val="ro-RO"/>
        </w:rPr>
        <w:t xml:space="preserve">5.1 </w:t>
      </w:r>
      <w:r w:rsidRPr="00A15970">
        <w:rPr>
          <w:rFonts w:asciiTheme="majorHAnsi" w:hAnsiTheme="majorHAnsi" w:cstheme="majorHAnsi"/>
          <w:sz w:val="24"/>
          <w:szCs w:val="24"/>
          <w:lang w:val="ro-RO"/>
        </w:rPr>
        <w:t>la caietul de sarcini.</w:t>
      </w:r>
    </w:p>
    <w:p w14:paraId="6E48B236" w14:textId="50A3AAA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Echipamentele vor fi puse la dispoziţia operatorului în stare de funcţionare, pe bază de proces verbal de predare-primire, încheiat până la data începerii prestării activităţii.</w:t>
      </w:r>
    </w:p>
    <w:p w14:paraId="45C2B25F" w14:textId="47B38063"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E9C424" w14:textId="7CC704C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întreţină</w:t>
      </w:r>
      <w:r w:rsidR="00CA3121">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973F44">
        <w:rPr>
          <w:rFonts w:asciiTheme="majorHAnsi" w:hAnsiTheme="majorHAnsi" w:cstheme="majorHAnsi"/>
          <w:sz w:val="24"/>
          <w:szCs w:val="24"/>
          <w:lang w:val="ro-RO"/>
        </w:rPr>
        <w:t>într-un autoservice autorizat</w:t>
      </w:r>
      <w:r w:rsidR="00CA3121">
        <w:rPr>
          <w:rFonts w:asciiTheme="majorHAnsi" w:hAnsiTheme="majorHAnsi" w:cstheme="majorHAnsi"/>
          <w:sz w:val="24"/>
          <w:szCs w:val="24"/>
          <w:lang w:val="ro-RO"/>
        </w:rPr>
        <w:t>,</w:t>
      </w:r>
      <w:r w:rsidR="00973F44">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toate autospecialele de colectare a deşeurilor, atât pe cele puse la dispoziţie de delegatar cât şi pe cele proprii sau pe cele achiziţionate ca bunuri de retur, în stare bună de funcţionare şi să asigure repararea acestora în timp util pentru a satisface complet toate cerinţe</w:t>
      </w:r>
      <w:r w:rsidR="00DE51AC">
        <w:rPr>
          <w:rFonts w:asciiTheme="majorHAnsi" w:hAnsiTheme="majorHAnsi" w:cstheme="majorHAnsi"/>
          <w:sz w:val="24"/>
          <w:szCs w:val="24"/>
          <w:lang w:val="ro-RO"/>
        </w:rPr>
        <w:t>le contractuale ale serviciului și să prezinte autorității contractante dovada efectuării.</w:t>
      </w:r>
    </w:p>
    <w:p w14:paraId="2416831B" w14:textId="59A93F0E"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înlocuiască autospecialele defecte şi/sau nefuncţionale, astfel încât să nu fie afectată frecvenţa de colectare a deşeurilor cerută prin caietul de sarcini.</w:t>
      </w:r>
    </w:p>
    <w:p w14:paraId="0EB05730" w14:textId="7C886407"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Este responsabilitatea operatorului să înlocuiască, în termen de cel mult </w:t>
      </w:r>
      <w:r w:rsidR="00660C43" w:rsidRPr="00A15970">
        <w:rPr>
          <w:rFonts w:asciiTheme="majorHAnsi" w:hAnsiTheme="majorHAnsi" w:cstheme="majorHAnsi"/>
          <w:sz w:val="24"/>
          <w:szCs w:val="24"/>
          <w:lang w:val="ro-RO"/>
        </w:rPr>
        <w:t>48</w:t>
      </w:r>
      <w:r w:rsidR="00E021E0" w:rsidRPr="00A15970">
        <w:rPr>
          <w:rFonts w:asciiTheme="majorHAnsi" w:hAnsiTheme="majorHAnsi" w:cstheme="majorHAnsi"/>
          <w:sz w:val="24"/>
          <w:szCs w:val="24"/>
          <w:lang w:val="ro-RO"/>
        </w:rPr>
        <w:t xml:space="preserve"> ore</w:t>
      </w:r>
      <w:r w:rsidRPr="00A15970">
        <w:rPr>
          <w:rFonts w:asciiTheme="majorHAnsi" w:hAnsiTheme="majorHAnsi" w:cstheme="majorHAnsi"/>
          <w:sz w:val="24"/>
          <w:szCs w:val="24"/>
          <w:lang w:val="ro-RO"/>
        </w:rPr>
        <w:t>, recipientele din punctele de colectare care nu mai pot fi reparate, cu recipiente de aceeaşi capacitate şi calitate similară.</w:t>
      </w:r>
    </w:p>
    <w:p w14:paraId="159A2059" w14:textId="7BC046B4" w:rsidR="002316DB" w:rsidRPr="00A15970" w:rsidRDefault="002316DB" w:rsidP="004A3BE9">
      <w:pPr>
        <w:pStyle w:val="ListParagraph"/>
        <w:numPr>
          <w:ilvl w:val="2"/>
          <w:numId w:val="14"/>
        </w:numPr>
        <w:spacing w:after="0" w:line="240" w:lineRule="auto"/>
        <w:jc w:val="both"/>
        <w:rPr>
          <w:rFonts w:asciiTheme="majorHAnsi" w:hAnsiTheme="majorHAnsi" w:cstheme="majorHAnsi"/>
          <w:i/>
          <w:iCs/>
          <w:sz w:val="24"/>
          <w:szCs w:val="24"/>
          <w:lang w:val="ro-RO"/>
        </w:rPr>
      </w:pPr>
      <w:r w:rsidRPr="00A15970">
        <w:rPr>
          <w:rFonts w:asciiTheme="majorHAnsi" w:hAnsiTheme="majorHAnsi" w:cstheme="majorHAnsi"/>
          <w:i/>
          <w:iCs/>
          <w:sz w:val="24"/>
          <w:szCs w:val="24"/>
          <w:lang w:val="ro-RO"/>
        </w:rPr>
        <w:t xml:space="preserve">Operatorul va asigura un stoc tampon de </w:t>
      </w:r>
      <w:r w:rsidR="00E021E0" w:rsidRPr="00A15970">
        <w:rPr>
          <w:rFonts w:asciiTheme="majorHAnsi" w:hAnsiTheme="majorHAnsi" w:cstheme="majorHAnsi"/>
          <w:i/>
          <w:iCs/>
          <w:sz w:val="24"/>
          <w:szCs w:val="24"/>
          <w:lang w:val="ro-RO"/>
        </w:rPr>
        <w:t>3</w:t>
      </w:r>
      <w:r w:rsidRPr="00A15970">
        <w:rPr>
          <w:rFonts w:asciiTheme="majorHAnsi" w:hAnsiTheme="majorHAnsi" w:cstheme="majorHAnsi"/>
          <w:i/>
          <w:iCs/>
          <w:sz w:val="24"/>
          <w:szCs w:val="24"/>
          <w:lang w:val="ro-RO"/>
        </w:rPr>
        <w:t>% din cantitatea de recipiente puse la dispoziția acestuia in vederea înlocuirii prompte a acestora.</w:t>
      </w:r>
    </w:p>
    <w:p w14:paraId="76B558BF" w14:textId="6386ADC7"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1E0D7EA4" w14:textId="63E996E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06C027E2" w14:textId="43C44524"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spăla şi curăţa toate recipientele din punctele de colectare utilizate pentru colectarea deşeurilor reziduale şi a biodeşeurilor, cel puţin o dată pe trimestru, în sezonul cald.</w:t>
      </w:r>
    </w:p>
    <w:p w14:paraId="14C6B576" w14:textId="3D4EF93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spăla şi curăţa toate recipientele din punctele de colectare utilizate pentru colectarea deşeurilor reciclabile, cel puţin o dată pe an.</w:t>
      </w:r>
    </w:p>
    <w:p w14:paraId="262C37BA" w14:textId="5AD713B3" w:rsidR="00171FFF"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utilizării şi întreţinerii autospecialelor de colectare a deşeurilor.</w:t>
      </w:r>
    </w:p>
    <w:p w14:paraId="09629578"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60CC73B"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5-a</w:t>
      </w:r>
      <w:r w:rsidRPr="00A15970">
        <w:rPr>
          <w:rFonts w:cstheme="majorHAnsi"/>
          <w:color w:val="auto"/>
          <w:sz w:val="24"/>
          <w:szCs w:val="24"/>
          <w:lang w:val="ro-RO"/>
        </w:rPr>
        <w:br/>
        <w:t>Cerinţe privind raportarea</w:t>
      </w:r>
    </w:p>
    <w:p w14:paraId="6440CA1B" w14:textId="77777777" w:rsidR="00526E53" w:rsidRPr="00A15970" w:rsidRDefault="00526E53" w:rsidP="004A3BE9">
      <w:pPr>
        <w:spacing w:after="0" w:line="240" w:lineRule="auto"/>
        <w:rPr>
          <w:rFonts w:asciiTheme="majorHAnsi" w:hAnsiTheme="majorHAnsi" w:cstheme="majorHAnsi"/>
          <w:sz w:val="24"/>
          <w:szCs w:val="24"/>
          <w:lang w:val="ro-RO"/>
        </w:rPr>
      </w:pPr>
    </w:p>
    <w:p w14:paraId="5343E378" w14:textId="72C0671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liber să aleagă soluţiile hardware şi software de realizare a sistemului informatic, ţinând seama de cerinţele minime privind raportarea şi perioada de raportare.</w:t>
      </w:r>
    </w:p>
    <w:p w14:paraId="16BF7624" w14:textId="3FE9906D"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6E7A65E8" w14:textId="31EF47A7"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Pentru rapoarte/înregistrări zilnice, operatorul va ţine, în cadrul bazei de date, un jurnal zilnic al operaţiunilor prestate. Jurnalul va conţine cel puţin următoarele date:</w:t>
      </w:r>
    </w:p>
    <w:p w14:paraId="68A46406" w14:textId="2C86638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traseul de colectare şi codul fiecărei fracţii/categorii de deşeuri care a fost colectată;</w:t>
      </w:r>
    </w:p>
    <w:p w14:paraId="059E2601" w14:textId="04E8EBF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autospecialele cu care s-a efectuat transportul fracţiilor/categoriilor de deşeuri colectate;</w:t>
      </w:r>
    </w:p>
    <w:p w14:paraId="1F24B674" w14:textId="7908FD6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cantităţile şi categoriile de deşeuri colectate;</w:t>
      </w:r>
    </w:p>
    <w:p w14:paraId="5E783B8F" w14:textId="4311981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instalaţia la care au fost transportate;</w:t>
      </w:r>
    </w:p>
    <w:p w14:paraId="4591B85D" w14:textId="4F161EF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incidente şi defecţiuni ale echipamentelor de colectare şi transport deşeuri;</w:t>
      </w:r>
    </w:p>
    <w:p w14:paraId="025A9258" w14:textId="614A593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limitări şi întreruperi neprogramate în prestarea serviciului;</w:t>
      </w:r>
    </w:p>
    <w:p w14:paraId="67ACE32D" w14:textId="7CBECA7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registre ale lucrărilor de întreţinere şi reparaţii realizate la fiecare echipament;</w:t>
      </w:r>
    </w:p>
    <w:p w14:paraId="6E9431CE" w14:textId="7086362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petiţii şi notificări primite şi răspunsurile formulate;</w:t>
      </w:r>
    </w:p>
    <w:p w14:paraId="4647915D" w14:textId="51D11CB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problemele apărute în raporturile cu alţi operatori şi modul de soluţionare;</w:t>
      </w:r>
    </w:p>
    <w:p w14:paraId="42A07B6B" w14:textId="088402A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orice alte date înregistrate solicitate de delegatar.</w:t>
      </w:r>
    </w:p>
    <w:p w14:paraId="21ABA186" w14:textId="6A334581"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Delegatarul îşi rezervă dreptul de a solicita periodic şi furnizarea de rapoarte zilnice. Formatul standard al rapoartelor zilnice se va conveni între delegatar şi operator înainte de data de începerii prestării activităţii.</w:t>
      </w:r>
    </w:p>
    <w:p w14:paraId="50604980" w14:textId="755A1CFD"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informaţional trebuie să poată genera rapoarte lunare, trimestriale şi anuale privind orice categorie de înregistrări.</w:t>
      </w:r>
    </w:p>
    <w:p w14:paraId="18F099B4" w14:textId="57EAD748"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raporta lunar delegatarului următoarele:</w:t>
      </w:r>
    </w:p>
    <w:p w14:paraId="61455EF0" w14:textId="72EBC07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municipale colectate de pe raza fiecărei unităţi/subdiviziuni administrativ- teritoriale, defalcat pe surse utilizatori casnici şi utilizatori non-casnici şi pe categorii de deşeuri;</w:t>
      </w:r>
    </w:p>
    <w:p w14:paraId="3D580124" w14:textId="74412C6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predată operatorilor care desfăşoară activităţi de sortare şi depozitare/tratare a deşeurilor, pe fiecare tip de deşeuri;</w:t>
      </w:r>
    </w:p>
    <w:p w14:paraId="7430A7C1" w14:textId="7A3EBCC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situaţia tuturor utilizatorilor care au contract de prestări de servicii încheiat cu acesta, dacă este cazul;</w:t>
      </w:r>
    </w:p>
    <w:p w14:paraId="09A0839D" w14:textId="005DFC7C"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înregistrări ale activităţii zilnice de prestare a serviciului pentru fiecare traseu de colectare, dacă este cazul.</w:t>
      </w:r>
    </w:p>
    <w:p w14:paraId="6DE5D21C" w14:textId="45C2D230"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transmite delegatarului un raport trimestrial, cel târziu până la sfârşitul lunii următoare închiderii trimestrului, care va cuprinde performanţa realizată în ceea ce priveşte îndeplinirea indicatorilor de performanţă.</w:t>
      </w:r>
    </w:p>
    <w:p w14:paraId="74AEC7B5" w14:textId="3538C880"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24BA5F3B" w14:textId="189E74F5"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va transmite delegatarului un raport anual, structurat în funcţie de cerinţele delegatarului, cel târziu până la sfârşitul lunii ianuarie a anului următor, care va cuprinde, fără a se limita la acestea, date referitoare la:</w:t>
      </w:r>
    </w:p>
    <w:p w14:paraId="1CE41302" w14:textId="5F2E68C2"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numărul total de personal angajat, numărul total al zilelor lucrate;</w:t>
      </w:r>
    </w:p>
    <w:p w14:paraId="74B9EC85" w14:textId="5F889AD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informaţii privind eficienţa colectării: numărul de abateri de la frecvenţa de colectare, procentul de colectări care nu au fost realizate în termen de maximum 24 de ore de la ziua de colectare planificată</w:t>
      </w:r>
    </w:p>
    <w:p w14:paraId="1BB39E62" w14:textId="5C5C059A"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performanţa realizată în ceea ce priveşte respectarea indicatorilor de performanţă stabiliţi pe o bază anuală, după caz.</w:t>
      </w:r>
    </w:p>
    <w:p w14:paraId="54CFD703" w14:textId="31DE0830"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anual va cuprinde şi următoarele dovezi privind:</w:t>
      </w:r>
    </w:p>
    <w:p w14:paraId="44787DE2" w14:textId="5E096D6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plata a tuturor impozitelor şi a taxelor;</w:t>
      </w:r>
    </w:p>
    <w:p w14:paraId="5D82213D" w14:textId="36D981E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controlul tehnic al vehiculelor şi de încadrare în normele de control al emisiilor;</w:t>
      </w:r>
    </w:p>
    <w:p w14:paraId="64420EB4" w14:textId="1577B868"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autorizaţiilor/avizelor/asigurărilor care condiţionează desfăşurarea activităţii.</w:t>
      </w:r>
    </w:p>
    <w:p w14:paraId="553AFEA8" w14:textId="18734C7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Alte cerinţe/date necesare definirii activităţii din punct de vedere al raportării informaţiilor către delegatar.</w:t>
      </w:r>
    </w:p>
    <w:p w14:paraId="5348691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BF587E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w:t>
      </w:r>
      <w:r w:rsidRPr="00A15970">
        <w:rPr>
          <w:rFonts w:cstheme="majorHAnsi"/>
          <w:color w:val="auto"/>
          <w:sz w:val="24"/>
          <w:szCs w:val="24"/>
          <w:lang w:val="ro-RO"/>
        </w:rPr>
        <w:br/>
        <w:t>Operarea centrelor de colectare prin aport voluntar a deşeurilor de la persoanele fizice</w:t>
      </w:r>
    </w:p>
    <w:p w14:paraId="0A815691"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95A5BD2" w14:textId="77777777" w:rsidR="00842BB7" w:rsidRPr="00A15970" w:rsidRDefault="00842BB7" w:rsidP="004A3BE9">
      <w:pPr>
        <w:spacing w:after="0" w:line="240" w:lineRule="auto"/>
        <w:rPr>
          <w:rFonts w:asciiTheme="majorHAnsi" w:hAnsiTheme="majorHAnsi" w:cstheme="majorHAnsi"/>
          <w:sz w:val="24"/>
          <w:szCs w:val="24"/>
          <w:lang w:val="ro-RO"/>
        </w:rPr>
      </w:pPr>
    </w:p>
    <w:p w14:paraId="356C7BBF" w14:textId="183F45A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operare a centrelor de colectare prin aport voluntar a deşeurilor de la persoanele fizice, în condiţiile legii.</w:t>
      </w:r>
    </w:p>
    <w:p w14:paraId="4EEA3087" w14:textId="77777777" w:rsidR="00B36070" w:rsidRPr="00A15970" w:rsidRDefault="00B36070" w:rsidP="004A3BE9">
      <w:pPr>
        <w:pStyle w:val="stilascuns"/>
        <w:spacing w:before="0" w:after="0"/>
        <w:rPr>
          <w:rFonts w:asciiTheme="majorHAnsi" w:hAnsiTheme="majorHAnsi" w:cstheme="majorHAnsi"/>
          <w:color w:val="auto"/>
          <w:sz w:val="24"/>
          <w:szCs w:val="24"/>
        </w:rPr>
      </w:pPr>
    </w:p>
    <w:p w14:paraId="1DD41067" w14:textId="31E308E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se concesionează/predă un singur centru de colectare prin aport voluntar)</w:t>
      </w:r>
    </w:p>
    <w:p w14:paraId="6B85F3D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0CE96B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se concesionează/predă mai multe centre de colectare prin aport voluntar)</w:t>
      </w:r>
    </w:p>
    <w:p w14:paraId="71C1B45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următoarele centre de colectare prin aport voluntar:</w:t>
      </w:r>
    </w:p>
    <w:p w14:paraId="2F2FD4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1)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 teritoriale arondate)</w:t>
      </w:r>
    </w:p>
    <w:p w14:paraId="58FB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33E774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 ...</w:t>
      </w:r>
    </w:p>
    <w:p w14:paraId="51763DC4" w14:textId="68DF63B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La centrul de colectare prin aport voluntar . . . . . . . . . . (se completează cu numele şi locaţia centrului de colectare prin aport voluntar) vor fi preluate de la persoanele fizice, cu titlu gratuit, următoarele tipuri/categorii de deşeuri colectate separat: . . . . . . . . . . (se completează cu toate tipurile/categoriile de deşeuri stabilite de către delegatar şi/sau cele stabilite prin proiectele finanţate din fonduri nerambursabile a fi colectate la centrul de colectare prin aport voluntar).</w:t>
      </w:r>
    </w:p>
    <w:p w14:paraId="402C7081" w14:textId="6C42099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Cantităţile anuale de deşeuri estimate a fi preluate de la persoanele fizice, în primul an de operare, la centrul de colectare prin aport voluntar . . . . . . . . . . (se completează cu numele şi locaţia centrului de colectare prin aport voluntar) sunt următoarele: ... (se vor enumera cantităţile anuale estimate a fi predate de persoanele fizice, în tone/an, pe fiecare tip/categorie de deşeuri)</w:t>
      </w:r>
    </w:p>
    <w:p w14:paraId="03E4D8B6" w14:textId="7429F46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La centrul de colectare prin aport voluntar ... (se completează cu numele şi locaţia centrului de colectare prin aport voluntar) sunt stocate temporar următoarele tipuri/categorii de deşeuri: ... (se vor enumera tipurile/categoriile de deşeuri stocate temporar)</w:t>
      </w:r>
    </w:p>
    <w:p w14:paraId="7D5A7B68" w14:textId="56D893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centrul de colectare prin aport voluntar este dotat cu instalaţii de sortare/tratare a deşeurilor şi se va detalia pentru fiecare centru de colectare) La centrul de colectare prin aport voluntar ... (se completează cu numele şi locaţia centrului de colectare prin aport voluntar) operatorul va presta următoarele activităţi de sortare/tratare a deşeurilor: ... (se vor enumera operaţiunile de tratare şi tipul/categoria de deşeuri supusă respectivului proces de tratare)</w:t>
      </w:r>
    </w:p>
    <w:p w14:paraId="3F51F845" w14:textId="480877F2"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3D34F4" w14:textId="4F3C7E7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valorificabile către operatorii economici autorizaţi să desfăşoare activităţi de valorificare/reciclare, la preţurile de vânzare ale deşeurilor cu valoare de piaţă.</w:t>
      </w:r>
    </w:p>
    <w:p w14:paraId="2E2524F9" w14:textId="73BCF8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nu se includ în structura tarifului, în caz contrar oferta fiind considerată neconformă.</w:t>
      </w:r>
    </w:p>
    <w:p w14:paraId="62081E00" w14:textId="019F14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se vor raporta lunar delegatarului, se vor scădea din contravaloarea serviciilor prestate şi se vor evidenţia distinct pe factura emisă delegatarului.</w:t>
      </w:r>
    </w:p>
    <w:p w14:paraId="6C73D305" w14:textId="60BDF40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Deşeurile nevalorificabile şi, după caz, reziduurile rezultate din procesul de sortare/tratare vor fi transportate la depozitul de deşeuri . . . . . . . . . .(se completează cu numele şi locaţia depozitului de deşeuri)</w:t>
      </w:r>
    </w:p>
    <w:p w14:paraId="32734BAC" w14:textId="430C844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sarcina 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FC63104" w14:textId="62A4F221"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C2ACBD8" w14:textId="19B982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centru de colectare prin aport voluntar se fundamentează/stabileşte un tarif de operare, prin includerea în structura tarifului a cheltuielilor aferente activităţii, precum şi a cheltuielilor cu alte activităţi de salubrizare desfăşurate de operatori pe fluxul deşeurilor. Contravaloarea contribuţiei pentru economia circulară se evidenţiază distinct, alături de tarif, pe factura emisă de operator către autoritatea administraţiei publice locale implicate.</w:t>
      </w:r>
    </w:p>
    <w:p w14:paraId="60DAE672" w14:textId="408B9A2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 care la centrul de colectare prin aport voluntar sunt arondate mai multe unităţi administrativ-teritoriale, contravaloarea serviciilor prestate ce urmează a fi facturată de către operator fiecărei autorităţi a administraţiei publice locale implicate se stabileşte prin aplicarea tarifului de operare la cantitatea totală de deşeuri preluată de la toate persoanele fizice din respectiva unitatea administrativ- teritorială, în luna anterioară emiterii facturii.</w:t>
      </w:r>
    </w:p>
    <w:p w14:paraId="48C7A078" w14:textId="61A8A15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prestează activitatea de colectare prin aport voluntar a deşeurilor trebuie să îndeplinească următoarele cerinţe minime:</w:t>
      </w:r>
    </w:p>
    <w:p w14:paraId="2D63FB8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şi pentru stocarea temporară, separată, a fiecărui tip de deşeu;</w:t>
      </w:r>
    </w:p>
    <w:p w14:paraId="6FB44A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asigure accesul auto pentru predarea deşeurilor de către persoanele fizice;</w:t>
      </w:r>
    </w:p>
    <w:p w14:paraId="729BB52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cântar/cântare pentru cântărirea fiecărui tip de deşeu;</w:t>
      </w:r>
    </w:p>
    <w:p w14:paraId="5A821F5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dotate cu grupuri sanitare şi vestiare conform normativelor în vigoare;</w:t>
      </w:r>
    </w:p>
    <w:p w14:paraId="4CF93C0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sisteme de colectare a apelor uzate şi pluviale şi, dacă este cazul, a levigatului rezultat din procesul tehnologic de tratare a biodeşeurilor.</w:t>
      </w:r>
    </w:p>
    <w:p w14:paraId="10808FD8" w14:textId="43C0BDA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centru de colectare concesionat/predat) Componentele, caracteristicile tehnice principale, procesele tehnologice şi parametrii de funcţionare ai centrului de colectare prin aport voluntar . . . . . . . . . . (se completează cu numele şi locaţia centrului de colectare prin aport voluntar)sunt prezentate în anexa nr. ... (se va preciza numărul anexei).</w:t>
      </w:r>
    </w:p>
    <w:p w14:paraId="2F1B06E5" w14:textId="0BB75F6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 centrului de colectare prin aport voluntar . . . . . . . . . . (se va completa cu numele şi locaţia fiecărui centru de colectare concesionat/predat) se regăseşte în anexa nr. ... (se precizează numărul anexei) la caietul de sarcini.</w:t>
      </w:r>
    </w:p>
    <w:p w14:paraId="777FA050" w14:textId="7CBCBD4F" w:rsidR="00BE53F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3AE44639" w14:textId="3BFE9E1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solicită operatorului să realizeze investiţii la centrul/centrele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echipamentele/utilajele/containerele necesare pentru prestarea activităţii prevăzute în lista de investiţii în sarcina operatorului, de natura bunurilor de retur, conform cerinţelor din anexa nr. ... . (se va preciza numărul anexei şi se va completa Tabelul 7.2 din Anexa  la caietul de sarcini-cadru).</w:t>
      </w:r>
    </w:p>
    <w:p w14:paraId="6266DA09" w14:textId="2AF005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1EC7899A" w14:textId="6E08CEC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7F695DC" w14:textId="714EE30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E00C9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350A7E5"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w:t>
      </w:r>
      <w:r w:rsidRPr="00A15970">
        <w:rPr>
          <w:rFonts w:cstheme="majorHAnsi"/>
          <w:color w:val="auto"/>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1B92605B"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FF7C8F8" w14:textId="165C6A8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03B18D0" w14:textId="64A4D7BE"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transfer a deşeurilor municipale, inclusiv transportul fracţiilor de deşeuri municipale stocate temporar către staţiile/instalaţiile de sortare/tratare a deşeurilor şi/sau depozitul de deşeuri, în condiţiile legii, la staţia/staţiile de transfer </w:t>
      </w:r>
      <w:r w:rsidR="00574F2F" w:rsidRPr="00A15970">
        <w:rPr>
          <w:rFonts w:asciiTheme="majorHAnsi" w:hAnsiTheme="majorHAnsi" w:cstheme="majorHAnsi"/>
          <w:color w:val="auto"/>
          <w:sz w:val="24"/>
          <w:szCs w:val="24"/>
        </w:rPr>
        <w:t>Lehliu-Gara, Oltenița, Călărași</w:t>
      </w:r>
      <w:r w:rsidRPr="00A15970">
        <w:rPr>
          <w:rFonts w:asciiTheme="majorHAnsi" w:hAnsiTheme="majorHAnsi" w:cstheme="majorHAnsi"/>
          <w:color w:val="auto"/>
          <w:sz w:val="24"/>
          <w:szCs w:val="24"/>
        </w:rPr>
        <w:t xml:space="preserve">. </w:t>
      </w:r>
    </w:p>
    <w:p w14:paraId="64328CC2" w14:textId="0FE3C2D0" w:rsidR="007D2846" w:rsidRPr="00A15970" w:rsidRDefault="007D2846" w:rsidP="004A3BE9">
      <w:pPr>
        <w:pStyle w:val="stilascuns"/>
        <w:spacing w:before="0" w:after="0"/>
        <w:rPr>
          <w:rFonts w:asciiTheme="majorHAnsi" w:hAnsiTheme="majorHAnsi" w:cstheme="majorHAnsi"/>
          <w:color w:val="auto"/>
          <w:sz w:val="24"/>
          <w:szCs w:val="24"/>
        </w:rPr>
      </w:pPr>
    </w:p>
    <w:p w14:paraId="33D5F7CA" w14:textId="77777777"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 de transfer </w:t>
      </w:r>
      <w:r w:rsidR="00574F2F" w:rsidRPr="00A15970">
        <w:rPr>
          <w:rFonts w:asciiTheme="majorHAnsi" w:hAnsiTheme="majorHAnsi" w:cstheme="majorHAnsi"/>
          <w:b/>
          <w:color w:val="auto"/>
          <w:sz w:val="24"/>
          <w:szCs w:val="24"/>
        </w:rPr>
        <w:t>Lehliu-Gara</w:t>
      </w:r>
      <w:r w:rsidRPr="00A15970">
        <w:rPr>
          <w:rFonts w:asciiTheme="majorHAnsi" w:hAnsiTheme="majorHAnsi" w:cstheme="majorHAnsi"/>
          <w:color w:val="auto"/>
          <w:sz w:val="24"/>
          <w:szCs w:val="24"/>
        </w:rPr>
        <w:t xml:space="preserve"> care deserveşte </w:t>
      </w:r>
      <w:r w:rsidR="00574F2F" w:rsidRPr="00A15970">
        <w:rPr>
          <w:rFonts w:asciiTheme="majorHAnsi" w:hAnsiTheme="majorHAnsi" w:cstheme="majorHAnsi"/>
          <w:color w:val="auto"/>
          <w:sz w:val="24"/>
          <w:szCs w:val="24"/>
        </w:rPr>
        <w:t>Zona 1</w:t>
      </w:r>
      <w:r w:rsidRPr="00A15970">
        <w:rPr>
          <w:rFonts w:asciiTheme="majorHAnsi" w:hAnsiTheme="majorHAnsi" w:cstheme="majorHAnsi"/>
          <w:color w:val="auto"/>
          <w:sz w:val="24"/>
          <w:szCs w:val="24"/>
        </w:rPr>
        <w:t xml:space="preserve"> sunt stocate temporar şi transferate următoarele fracţii de deşeuri municipale: </w:t>
      </w:r>
    </w:p>
    <w:p w14:paraId="409D6275" w14:textId="32073D13" w:rsidR="00171FFF" w:rsidRPr="00A15970" w:rsidRDefault="00574F2F"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w:t>
      </w:r>
      <w:r w:rsidR="000324A3" w:rsidRPr="00A15970">
        <w:rPr>
          <w:rFonts w:asciiTheme="majorHAnsi" w:hAnsiTheme="majorHAnsi" w:cstheme="majorHAnsi"/>
          <w:color w:val="auto"/>
          <w:sz w:val="24"/>
          <w:szCs w:val="24"/>
        </w:rPr>
        <w:t xml:space="preserve">acestea se vor transfera la CMID </w:t>
      </w:r>
      <w:r w:rsidR="00DB3971" w:rsidRPr="00A15970">
        <w:rPr>
          <w:rFonts w:asciiTheme="majorHAnsi" w:hAnsiTheme="majorHAnsi" w:cstheme="majorHAnsi"/>
          <w:color w:val="auto"/>
          <w:sz w:val="24"/>
          <w:szCs w:val="24"/>
        </w:rPr>
        <w:t>Ciocănești</w:t>
      </w:r>
    </w:p>
    <w:p w14:paraId="6F762B5B" w14:textId="1CA11D30" w:rsidR="00DB3971"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hAnsiTheme="majorHAnsi" w:cstheme="majorHAnsi"/>
          <w:color w:val="auto"/>
          <w:sz w:val="24"/>
          <w:szCs w:val="24"/>
        </w:rPr>
        <w:t xml:space="preserve">În staţia de transfer </w:t>
      </w:r>
      <w:r w:rsidR="00DB3971" w:rsidRPr="00A15970">
        <w:rPr>
          <w:rFonts w:asciiTheme="majorHAnsi" w:hAnsiTheme="majorHAnsi" w:cstheme="majorHAnsi"/>
          <w:b/>
          <w:color w:val="auto"/>
          <w:sz w:val="24"/>
          <w:szCs w:val="24"/>
        </w:rPr>
        <w:t>Călărași</w:t>
      </w:r>
      <w:r w:rsidR="00DB3971" w:rsidRPr="00A15970">
        <w:rPr>
          <w:rFonts w:asciiTheme="majorHAnsi" w:hAnsiTheme="majorHAnsi" w:cstheme="majorHAnsi"/>
          <w:color w:val="auto"/>
          <w:sz w:val="24"/>
          <w:szCs w:val="24"/>
        </w:rPr>
        <w:t xml:space="preserve"> care deserveşte Zona 3 sunt stocate temporar şi transferate următoarele fracţii de deşeuri municipale: </w:t>
      </w:r>
    </w:p>
    <w:p w14:paraId="236A3334" w14:textId="630187BC"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40E7A633" w14:textId="745BE135"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 de transfer </w:t>
      </w:r>
      <w:r w:rsidRPr="00A15970">
        <w:rPr>
          <w:rFonts w:asciiTheme="majorHAnsi" w:hAnsiTheme="majorHAnsi" w:cstheme="majorHAnsi"/>
          <w:b/>
          <w:color w:val="auto"/>
          <w:sz w:val="24"/>
          <w:szCs w:val="24"/>
        </w:rPr>
        <w:t>Oltenița</w:t>
      </w:r>
      <w:r w:rsidRPr="00A15970">
        <w:rPr>
          <w:rFonts w:asciiTheme="majorHAnsi" w:hAnsiTheme="majorHAnsi" w:cstheme="majorHAnsi"/>
          <w:color w:val="auto"/>
          <w:sz w:val="24"/>
          <w:szCs w:val="24"/>
        </w:rPr>
        <w:t xml:space="preserve"> care deserveşte Zona 2 sunt stocate temporar şi transferate următoarele fracţii de deşeuri municipale: </w:t>
      </w:r>
    </w:p>
    <w:p w14:paraId="11DFB9F0" w14:textId="270E6E21"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70D6F9F1" w14:textId="3C3B1028" w:rsidR="00171FFF" w:rsidRPr="00A15970" w:rsidRDefault="00171FFF" w:rsidP="004A3BE9">
      <w:pPr>
        <w:pStyle w:val="stilascuns"/>
        <w:spacing w:before="0" w:after="0"/>
        <w:rPr>
          <w:rFonts w:asciiTheme="majorHAnsi" w:hAnsiTheme="majorHAnsi" w:cstheme="majorHAnsi"/>
          <w:color w:val="auto"/>
          <w:sz w:val="24"/>
          <w:szCs w:val="24"/>
        </w:rPr>
      </w:pPr>
    </w:p>
    <w:p w14:paraId="4862325A" w14:textId="32683A4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0996B87" w14:textId="1776FE99" w:rsidR="00171FFF" w:rsidRPr="00A15970" w:rsidRDefault="00171FFF" w:rsidP="004A3BE9">
      <w:pPr>
        <w:pStyle w:val="stilascuns"/>
        <w:spacing w:before="0" w:after="0"/>
        <w:rPr>
          <w:rFonts w:asciiTheme="majorHAnsi" w:hAnsiTheme="majorHAnsi" w:cstheme="majorHAnsi"/>
          <w:color w:val="auto"/>
          <w:sz w:val="24"/>
          <w:szCs w:val="24"/>
        </w:rPr>
      </w:pPr>
    </w:p>
    <w:p w14:paraId="48BF2017" w14:textId="0EDA3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anuală de deşeuri reziduale estimată a fi transferată, în primul an de operare, este de . . . . . . . . . . tone/an, din care: </w:t>
      </w:r>
    </w:p>
    <w:p w14:paraId="673EEA8B" w14:textId="509E303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8,830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Lehliu-Gara</w:t>
      </w:r>
    </w:p>
    <w:p w14:paraId="73B8CEAE" w14:textId="2F6226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22,760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Călărași</w:t>
      </w:r>
    </w:p>
    <w:p w14:paraId="13DDD08A" w14:textId="53BC58D3" w:rsidR="00171FFF"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Pr="00A15970">
        <w:rPr>
          <w:rFonts w:asciiTheme="majorHAnsi" w:eastAsia="Times New Roman" w:hAnsiTheme="majorHAnsi" w:cstheme="majorHAnsi"/>
          <w:color w:val="auto"/>
          <w:sz w:val="24"/>
          <w:szCs w:val="24"/>
        </w:rPr>
        <w:t>30,948</w:t>
      </w:r>
      <w:r w:rsidRPr="00A15970">
        <w:rPr>
          <w:rFonts w:asciiTheme="majorHAnsi" w:hAnsiTheme="majorHAnsi" w:cstheme="majorHAnsi"/>
          <w:color w:val="auto"/>
          <w:sz w:val="24"/>
          <w:szCs w:val="24"/>
        </w:rPr>
        <w:t xml:space="preserve"> tone/an, în staţia de transfer </w:t>
      </w:r>
      <w:r w:rsidRPr="00A15970">
        <w:rPr>
          <w:rFonts w:asciiTheme="majorHAnsi" w:hAnsiTheme="majorHAnsi" w:cstheme="majorHAnsi"/>
          <w:b/>
          <w:color w:val="auto"/>
          <w:sz w:val="24"/>
          <w:szCs w:val="24"/>
        </w:rPr>
        <w:t>Oltenița</w:t>
      </w:r>
    </w:p>
    <w:p w14:paraId="3F960431" w14:textId="587FFA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Transferul deşeurilor trebuie realizat fără ca fracţiile de deşeuri municipale colectate separat să fie amestecate.</w:t>
      </w:r>
    </w:p>
    <w:p w14:paraId="792B9F45" w14:textId="336116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Pentru fiecare fracţie de deşeuri municipale se fundamentează/stabileşte un tarif de transfer prin raportare la cantitatea totală anuală estimată a fi transferată, în primul an de operare, la toate staţiile de transfer, în conformitate cu Normele metodologice de stabilire, ajustare sau modificare a tarifelor pentru activităţile de salubrizare, precum şi de calculare a tarifelor/taxelor distincte pentru gestionarea deşeurilor şi a taxelor de salubrizare, aprobate prin Ordinul preşedintelui A.N.R.S.C. , cu modificările şi completările ulterioare</w:t>
      </w:r>
    </w:p>
    <w:p w14:paraId="198A013F" w14:textId="291637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transferul deşeurilor îndeplineasc următoarele cerinţe minime:</w:t>
      </w:r>
    </w:p>
    <w:p w14:paraId="5E5E8602" w14:textId="5469283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deşeurilor şi pentru stocarea temporară, separată, a fiecărei fracţii de deşeuri;</w:t>
      </w:r>
    </w:p>
    <w:p w14:paraId="6B47D670" w14:textId="424F962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transfer a autospecialelor de transport deşeuri;</w:t>
      </w:r>
    </w:p>
    <w:p w14:paraId="3DFA6D1D" w14:textId="5801CAF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aibă instalaţie de spălare şi dezinfectare;</w:t>
      </w:r>
    </w:p>
    <w:p w14:paraId="4B38D710" w14:textId="1CB34F5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şi pluviale;</w:t>
      </w:r>
    </w:p>
    <w:p w14:paraId="5E9F5F5F" w14:textId="58016E1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231AA232" w14:textId="4E82220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în fiecare zonă de stocare, fără a exista posibilitatea de amestec/contaminare a diferitelor fracţii/tipuri de deşeuri;</w:t>
      </w:r>
    </w:p>
    <w:p w14:paraId="4FCD141B" w14:textId="77C3C82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098935A4" w14:textId="1F1ACA7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FDB8248" w14:textId="4B9D3D3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toate dotările impuse prin avizele, acordurile şi autorizaţiile necesare funcţionării emise de autorităţile competente.</w:t>
      </w:r>
    </w:p>
    <w:p w14:paraId="5321FCB7" w14:textId="63D201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w:t>
      </w:r>
      <w:r w:rsidR="00A4338E" w:rsidRPr="00A15970">
        <w:rPr>
          <w:rFonts w:asciiTheme="majorHAnsi" w:hAnsiTheme="majorHAnsi" w:cstheme="majorHAnsi"/>
          <w:color w:val="auto"/>
          <w:sz w:val="24"/>
          <w:szCs w:val="24"/>
        </w:rPr>
        <w:t>ilor</w:t>
      </w:r>
      <w:r w:rsidRPr="00A15970">
        <w:rPr>
          <w:rFonts w:asciiTheme="majorHAnsi" w:hAnsiTheme="majorHAnsi" w:cstheme="majorHAnsi"/>
          <w:color w:val="auto"/>
          <w:sz w:val="24"/>
          <w:szCs w:val="24"/>
        </w:rPr>
        <w:t xml:space="preserve"> de transfer sunt prezentate în anexa nr. ....</w:t>
      </w:r>
    </w:p>
    <w:p w14:paraId="59E8DC5C" w14:textId="0A98F17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w:t>
      </w:r>
      <w:r w:rsidR="00A4338E" w:rsidRPr="00A15970">
        <w:rPr>
          <w:rFonts w:asciiTheme="majorHAnsi" w:hAnsiTheme="majorHAnsi" w:cstheme="majorHAnsi"/>
          <w:color w:val="auto"/>
          <w:sz w:val="24"/>
          <w:szCs w:val="24"/>
        </w:rPr>
        <w:t>lor</w:t>
      </w:r>
      <w:r w:rsidRPr="00A15970">
        <w:rPr>
          <w:rFonts w:asciiTheme="majorHAnsi" w:hAnsiTheme="majorHAnsi" w:cstheme="majorHAnsi"/>
          <w:color w:val="auto"/>
          <w:sz w:val="24"/>
          <w:szCs w:val="24"/>
        </w:rPr>
        <w:t xml:space="preserve"> de transfer se regăseşte în anexa nr. ... la caietul de sarcini.</w:t>
      </w:r>
    </w:p>
    <w:p w14:paraId="57C9835D" w14:textId="50C3D2DC"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555A9421" w14:textId="35D1680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0EF1A69C" w14:textId="7F7798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6791625F" w14:textId="037D29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4F77BD17" w14:textId="739E827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p>
    <w:p w14:paraId="522DC255" w14:textId="77777777" w:rsidR="00A4338E"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CIMD trebuie sa utilizeze si sa demonstreze prin orice forma legala (închiriere/leasing/deținere/antecontract/etc) ca dispune de 5 mașini de transport lung curier (pereche camion-remorca), cheltuielile aferente  acestora urmând a fi recuperate din tariful Operatorului CMID. Aceasta activitate se va desfasura  prin intermediul vehiculelor cu remorcă cu 3 osii, fiecare cu două containere roll-off de 25 m³.</w:t>
      </w:r>
    </w:p>
    <w:p w14:paraId="3F9DE862" w14:textId="408515BD" w:rsidR="00171FFF"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Aceste echipamente nu sunt bunuri de retur</w:t>
      </w:r>
    </w:p>
    <w:p w14:paraId="27E8C6F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VII</w:t>
      </w:r>
      <w:r w:rsidRPr="00A15970">
        <w:rPr>
          <w:rFonts w:cstheme="majorHAnsi"/>
          <w:color w:val="auto"/>
          <w:sz w:val="24"/>
          <w:szCs w:val="24"/>
          <w:lang w:val="ro-RO"/>
        </w:rPr>
        <w:br/>
        <w:t>Sortarea deşeurilor de hârtie, metal, plastic şi sticlă colectate separat din deşeurile municipale în staţii de sortare, inclusiv transportul reziduurilor rezultate din sortare la depozitele de deşeuri şi/sau la instalaţiile de valorificare energetică</w:t>
      </w:r>
    </w:p>
    <w:p w14:paraId="598753E8"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0108022"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BD9C7B5" w14:textId="30D881D1"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8253FD4" w14:textId="5D889300" w:rsidR="00171FFF" w:rsidRPr="00A15970" w:rsidRDefault="00171FFF" w:rsidP="004A3BE9">
      <w:pPr>
        <w:pStyle w:val="stilascuns"/>
        <w:spacing w:before="0" w:after="0"/>
        <w:rPr>
          <w:rFonts w:asciiTheme="majorHAnsi" w:hAnsiTheme="majorHAnsi" w:cstheme="majorHAnsi"/>
          <w:color w:val="auto"/>
          <w:sz w:val="24"/>
          <w:szCs w:val="24"/>
        </w:rPr>
      </w:pPr>
    </w:p>
    <w:p w14:paraId="380E82E8" w14:textId="46E3013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sortare a deşeurilor de hârtie, metal, plastic şi sticlă colectate separat din deşeurile municipale, inclusiv transportul reziduurilor rezultate din sortare la depozitele de deşeuri şi/sau la instalaţiile de valorificare energetică, în condiţiile legii, la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w:t>
      </w:r>
    </w:p>
    <w:p w14:paraId="2E41A882" w14:textId="2A551C55" w:rsidR="007D2846" w:rsidRPr="00A15970" w:rsidRDefault="007D2846" w:rsidP="004A3BE9">
      <w:pPr>
        <w:pStyle w:val="stilascuns"/>
        <w:spacing w:before="0" w:after="0"/>
        <w:rPr>
          <w:rFonts w:asciiTheme="majorHAnsi" w:hAnsiTheme="majorHAnsi" w:cstheme="majorHAnsi"/>
          <w:color w:val="auto"/>
          <w:sz w:val="24"/>
          <w:szCs w:val="24"/>
        </w:rPr>
      </w:pPr>
    </w:p>
    <w:p w14:paraId="481736A8" w14:textId="0A3DF70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 xml:space="preserve"> vor fi sortate deşeurile municipale de hârtie, metal, plastic şi sticlă colectate separat de pe raza teritorială a </w:t>
      </w:r>
      <w:r w:rsidR="00B2457F"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1B5FBD03" w14:textId="08D94015"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BF2C852" w14:textId="5ABE2A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reciclabile de hârtie, metal, plastic şi sticlă colectate separat estimată a fi sortată, în primul an de operare, în staţiile de sortare este de </w:t>
      </w:r>
      <w:r w:rsidR="00ED5256" w:rsidRPr="00A15970">
        <w:rPr>
          <w:rFonts w:asciiTheme="majorHAnsi" w:eastAsia="Times New Roman" w:hAnsiTheme="majorHAnsi" w:cstheme="majorHAnsi"/>
          <w:color w:val="auto"/>
          <w:sz w:val="24"/>
          <w:szCs w:val="24"/>
        </w:rPr>
        <w:t>4,221+687</w:t>
      </w:r>
      <w:r w:rsidRPr="00A15970">
        <w:rPr>
          <w:rFonts w:asciiTheme="majorHAnsi" w:hAnsiTheme="majorHAnsi" w:cstheme="majorHAnsi"/>
          <w:color w:val="auto"/>
          <w:sz w:val="24"/>
          <w:szCs w:val="24"/>
        </w:rPr>
        <w:t xml:space="preserve"> tone/an, din care:</w:t>
      </w:r>
    </w:p>
    <w:p w14:paraId="5BFBF344" w14:textId="2E64C9E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ED5256" w:rsidRPr="00A15970">
        <w:rPr>
          <w:rFonts w:asciiTheme="majorHAnsi" w:eastAsia="Times New Roman" w:hAnsiTheme="majorHAnsi" w:cstheme="majorHAnsi"/>
          <w:color w:val="auto"/>
          <w:sz w:val="24"/>
          <w:szCs w:val="24"/>
        </w:rPr>
        <w:t>4,221</w:t>
      </w:r>
      <w:r w:rsidRPr="00A15970">
        <w:rPr>
          <w:rFonts w:asciiTheme="majorHAnsi" w:hAnsiTheme="majorHAnsi" w:cstheme="majorHAnsi"/>
          <w:color w:val="auto"/>
          <w:sz w:val="24"/>
          <w:szCs w:val="24"/>
        </w:rPr>
        <w:t xml:space="preserve"> tone/an, </w:t>
      </w:r>
      <w:r w:rsidR="00ED5256" w:rsidRPr="00A15970">
        <w:rPr>
          <w:rFonts w:asciiTheme="majorHAnsi" w:hAnsiTheme="majorHAnsi" w:cstheme="majorHAnsi"/>
          <w:color w:val="auto"/>
          <w:sz w:val="24"/>
          <w:szCs w:val="24"/>
        </w:rPr>
        <w:t xml:space="preserve">hartie, metal, plastic </w:t>
      </w:r>
      <w:r w:rsidRPr="00A15970">
        <w:rPr>
          <w:rFonts w:asciiTheme="majorHAnsi" w:hAnsiTheme="majorHAnsi" w:cstheme="majorHAnsi"/>
          <w:color w:val="auto"/>
          <w:sz w:val="24"/>
          <w:szCs w:val="24"/>
        </w:rPr>
        <w:t xml:space="preserve">în staţia/instalaţiile de sortare </w:t>
      </w:r>
      <w:r w:rsidR="00ED5256" w:rsidRPr="00A15970">
        <w:rPr>
          <w:rFonts w:asciiTheme="majorHAnsi" w:hAnsiTheme="majorHAnsi" w:cstheme="majorHAnsi"/>
          <w:color w:val="auto"/>
          <w:sz w:val="24"/>
          <w:szCs w:val="24"/>
        </w:rPr>
        <w:t>CMID Ciocanesti</w:t>
      </w:r>
    </w:p>
    <w:p w14:paraId="28BD5D43" w14:textId="14B6AF99" w:rsidR="00ED5256" w:rsidRPr="00A15970" w:rsidRDefault="00ED5256"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687 tone/an – sticla în staţia/instalaţiile de sortare CMID Ciocanesti</w:t>
      </w:r>
    </w:p>
    <w:p w14:paraId="2B56C070" w14:textId="57E4D01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2F4CCA58" w14:textId="2B0569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staţiei/staţiilor de sortare este de</w:t>
      </w:r>
      <w:r w:rsidR="00B2457F" w:rsidRPr="00A15970">
        <w:rPr>
          <w:rFonts w:asciiTheme="majorHAnsi" w:hAnsiTheme="majorHAnsi" w:cstheme="majorHAnsi"/>
          <w:color w:val="auto"/>
          <w:sz w:val="24"/>
          <w:szCs w:val="24"/>
        </w:rPr>
        <w:t xml:space="preserve"> 75</w:t>
      </w:r>
      <w:r w:rsidRPr="00A15970">
        <w:rPr>
          <w:rFonts w:asciiTheme="majorHAnsi" w:hAnsiTheme="majorHAnsi" w:cstheme="majorHAnsi"/>
          <w:color w:val="auto"/>
          <w:sz w:val="24"/>
          <w:szCs w:val="24"/>
        </w:rPr>
        <w:t xml:space="preserve"> %  deşeuri predate la reciclare din cantitatea totală de deşeuri de hârtie, metal, plastic şi sticlă intrată în staţia/staţiile de sortare, în conformitate cu valoarea minimă a indicatorului prevăzută în anexa  la O.U.G. nr. 92/2021, cu modificările şi completările ulterioare.</w:t>
      </w:r>
    </w:p>
    <w:p w14:paraId="2FFB6D15" w14:textId="2785BEC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reciclabile de hârtie, metal, plastic şi sticlă colectate separat estimată a fi sortată, în primul an de operare, la staţia/staţiile de sortare este de </w:t>
      </w:r>
      <w:r w:rsidR="00ED5256" w:rsidRPr="00A15970">
        <w:rPr>
          <w:rFonts w:asciiTheme="majorHAnsi" w:hAnsiTheme="majorHAnsi" w:cstheme="majorHAnsi"/>
          <w:color w:val="auto"/>
          <w:sz w:val="24"/>
          <w:szCs w:val="24"/>
        </w:rPr>
        <w:t>1227</w:t>
      </w:r>
      <w:r w:rsidRPr="00A15970">
        <w:rPr>
          <w:rFonts w:asciiTheme="majorHAnsi" w:hAnsiTheme="majorHAnsi" w:cstheme="majorHAnsi"/>
          <w:color w:val="auto"/>
          <w:sz w:val="24"/>
          <w:szCs w:val="24"/>
        </w:rPr>
        <w:t xml:space="preserve"> tone/an.</w:t>
      </w:r>
    </w:p>
    <w:p w14:paraId="08A0EF9D" w14:textId="6413CC5E"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p>
    <w:p w14:paraId="6DF20D8A" w14:textId="3CD34A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CA5413"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întreaga cantitate de reziduuri rezultată din procesul de sortare.</w:t>
      </w:r>
    </w:p>
    <w:p w14:paraId="2F05E90B" w14:textId="2E5FC7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 reprezentând </w:t>
      </w:r>
      <w:r w:rsidR="00CA5413" w:rsidRPr="00A15970">
        <w:rPr>
          <w:rFonts w:asciiTheme="majorHAnsi" w:hAnsiTheme="majorHAnsi" w:cstheme="majorHAnsi"/>
          <w:color w:val="auto"/>
          <w:sz w:val="24"/>
          <w:szCs w:val="24"/>
        </w:rPr>
        <w:t>5</w:t>
      </w:r>
      <w:r w:rsidRPr="00A15970">
        <w:rPr>
          <w:rFonts w:asciiTheme="majorHAnsi" w:hAnsiTheme="majorHAnsi" w:cstheme="majorHAnsi"/>
          <w:color w:val="auto"/>
          <w:sz w:val="24"/>
          <w:szCs w:val="24"/>
        </w:rPr>
        <w:t xml:space="preserve"> %  din cantitatea totală de deşeuri reciclabile estimată a fi sortată, respectiv ... tone/an de RDF. Restul de reziduuri de ... tone/an, vor fi transportate la depozitul de deşeuri </w:t>
      </w:r>
      <w:r w:rsidR="00CA5413" w:rsidRPr="00A15970">
        <w:rPr>
          <w:rFonts w:asciiTheme="majorHAnsi" w:hAnsiTheme="majorHAnsi" w:cstheme="majorHAnsi"/>
          <w:color w:val="auto"/>
          <w:sz w:val="24"/>
          <w:szCs w:val="24"/>
        </w:rPr>
        <w:t xml:space="preserve"> CMID Ciocănești  </w:t>
      </w:r>
      <w:r w:rsidRPr="00A15970">
        <w:rPr>
          <w:rFonts w:asciiTheme="majorHAnsi" w:hAnsiTheme="majorHAnsi" w:cstheme="majorHAnsi"/>
          <w:color w:val="auto"/>
          <w:sz w:val="24"/>
          <w:szCs w:val="24"/>
        </w:rPr>
        <w:t>.</w:t>
      </w:r>
    </w:p>
    <w:p w14:paraId="10CA1900" w14:textId="129695A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valorificarea energetică, care cuprind cheltuielile cu transportul deşeurilor cu potenţial de valorificare energetică de la staţia de sortare la instalaţiile de incinerare/coincinerare şi cheltuielile cu incinerarea acestora, stabilite conform contractului încheiat între operator şi operatorul economic autorizat să desfăşoare activităţi de incinerare/coincinerare a deşeurilor, se includ în tariful de sortare.</w:t>
      </w:r>
    </w:p>
    <w:p w14:paraId="342DCBD9" w14:textId="0B0D53F9" w:rsidR="00171FFF" w:rsidRPr="00A15970" w:rsidRDefault="00171FFF" w:rsidP="004A3BE9">
      <w:pPr>
        <w:pStyle w:val="stilascuns"/>
        <w:spacing w:before="0" w:after="0"/>
        <w:rPr>
          <w:rFonts w:asciiTheme="majorHAnsi" w:hAnsiTheme="majorHAnsi" w:cstheme="majorHAnsi"/>
          <w:color w:val="auto"/>
          <w:sz w:val="24"/>
          <w:szCs w:val="24"/>
        </w:rPr>
      </w:pPr>
    </w:p>
    <w:p w14:paraId="5BF21C2C" w14:textId="01F691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sortare se fundamentează/stabileşte un tarif de sortare prin raportare la cantitatea totală anuală de deşeuri reciclabile de hârtie, metal, plastic şi sticlă estimată a fi sortată, în primul an de operare, în staţia de sortare. În structura tarifului se includ numai cheltuielile aferente prestării activităţii.</w:t>
      </w:r>
    </w:p>
    <w:p w14:paraId="17F0E9B2" w14:textId="6BFFCE57"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41E0C89C" w14:textId="401CC4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sortate către operatorii economici autorizaţi să desfăşoare activităţi de reciclare, inclusiv a cantităţilor şi tipurilor de materiale de ambalaje contractate de către delegatar cu organizaţiile care implementează obligaţiile privind răspunderea extinsă a producătorului, în vederea acoperirii costurilor de gestionare a deşeurilor de ambalaje din deşeurile municipale.</w:t>
      </w:r>
    </w:p>
    <w:p w14:paraId="677CED00" w14:textId="280AA87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sortate nu se includ în structura tarifului, în caz contrar oferta fiind considerată neconformă.</w:t>
      </w:r>
    </w:p>
    <w:p w14:paraId="3E9CFB28" w14:textId="7BDC0D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sortate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275C056D" w14:textId="2748182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Spaţiile în care se realizează sortarea deşeurilor de hârtie, carton, metal, plastic şi sticlă trebuie să îndeplinească următoarele cerinţe minime:</w:t>
      </w:r>
    </w:p>
    <w:p w14:paraId="1048DC8D" w14:textId="32C7272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dispună de o platformă betonată cu o suprafaţă suficientă pentru primirea deşeurilor şi pentru stocarea temporară, separată, a fiecărui tip de deşeu reciclabil;</w:t>
      </w:r>
    </w:p>
    <w:p w14:paraId="5641B84E" w14:textId="5D58B54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sortare a autospecialelor de transport deşeuri;</w:t>
      </w:r>
    </w:p>
    <w:p w14:paraId="3248732F" w14:textId="37EF359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şi apelor pluviale;</w:t>
      </w:r>
    </w:p>
    <w:p w14:paraId="2077ACAA" w14:textId="674677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aibă instalaţie de spălare şi dezinfectare;</w:t>
      </w:r>
    </w:p>
    <w:p w14:paraId="2A27C063" w14:textId="10AA779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a probelor apelor uzate colectate;</w:t>
      </w:r>
    </w:p>
    <w:p w14:paraId="520C6C82" w14:textId="45C269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a autospecialelor în fiecare zonă de stocare;</w:t>
      </w:r>
    </w:p>
    <w:p w14:paraId="41AB8933" w14:textId="222373A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6CBB386D" w14:textId="48A2800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57091B3" w14:textId="3211A9B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autorităţilor competente;</w:t>
      </w:r>
    </w:p>
    <w:p w14:paraId="2A9273A5" w14:textId="20BE350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presare şi balotare pentru diferite tipuri de materiale reciclabile.</w:t>
      </w:r>
    </w:p>
    <w:p w14:paraId="4F6B3ED5" w14:textId="480EA74E" w:rsidR="00171FFF" w:rsidRPr="00A15970" w:rsidRDefault="0050241B"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Caracteristicile tehnice principale, procesele tehnologice şi parametrii de funcţionare ai staţiei de sortare sunt prezentate în anexa nr.</w:t>
      </w:r>
      <w:r w:rsidR="00866410" w:rsidRPr="00A15970">
        <w:rPr>
          <w:rFonts w:asciiTheme="majorHAnsi" w:hAnsiTheme="majorHAnsi" w:cstheme="majorHAnsi"/>
          <w:color w:val="auto"/>
          <w:sz w:val="24"/>
          <w:szCs w:val="24"/>
        </w:rPr>
        <w:t>4</w:t>
      </w:r>
      <w:r w:rsidRPr="00A15970">
        <w:rPr>
          <w:rFonts w:asciiTheme="majorHAnsi" w:hAnsiTheme="majorHAnsi" w:cstheme="majorHAnsi"/>
          <w:color w:val="auto"/>
          <w:sz w:val="24"/>
          <w:szCs w:val="24"/>
        </w:rPr>
        <w:t>.</w:t>
      </w:r>
      <w:r w:rsidR="005F53B1" w:rsidRPr="00A15970">
        <w:rPr>
          <w:rFonts w:asciiTheme="majorHAnsi" w:hAnsiTheme="majorHAnsi" w:cstheme="majorHAnsi"/>
          <w:color w:val="auto"/>
          <w:sz w:val="24"/>
          <w:szCs w:val="24"/>
        </w:rPr>
        <w:t xml:space="preserve"> </w:t>
      </w:r>
    </w:p>
    <w:p w14:paraId="60564C91" w14:textId="29BBD2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 de sortare . . . . . . . . . . (se va completa cu numele şi locaţia fiecărei staţii de sortare concesionată/predată) se regăseşte în anexa nr. ... (se precizează numărul anexei) la caietul de sarcini.</w:t>
      </w:r>
    </w:p>
    <w:p w14:paraId="79FB1276" w14:textId="2031EEE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staţia/staţiile de sortare) </w:t>
      </w:r>
    </w:p>
    <w:p w14:paraId="69C432AF" w14:textId="7ED225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7.4 din Anexa  la caietul de sarcini-cadru).</w:t>
      </w:r>
    </w:p>
    <w:p w14:paraId="26D965E0" w14:textId="3EC9D78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D261757" w14:textId="2BFC00F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395A640F" w14:textId="5EC31D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BBD6C3D"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0CEE435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b w:val="0"/>
          <w:bCs w:val="0"/>
          <w:color w:val="auto"/>
          <w:sz w:val="24"/>
          <w:szCs w:val="24"/>
          <w:lang w:val="ro-RO"/>
        </w:rPr>
        <w:t>CAPITOLUL VIII</w:t>
      </w:r>
      <w:r w:rsidRPr="00A15970">
        <w:rPr>
          <w:rFonts w:cstheme="majorHAnsi"/>
          <w:b w:val="0"/>
          <w:bCs w:val="0"/>
          <w:color w:val="auto"/>
          <w:sz w:val="24"/>
          <w:szCs w:val="24"/>
          <w:lang w:val="ro-RO"/>
        </w:rPr>
        <w:br/>
      </w:r>
      <w:r w:rsidRPr="00A15970">
        <w:rPr>
          <w:rFonts w:cstheme="majorHAnsi"/>
          <w:color w:val="auto"/>
          <w:sz w:val="24"/>
          <w:szCs w:val="24"/>
          <w:lang w:val="ro-RO"/>
        </w:rPr>
        <w:t>Tratarea aerobă a biodeşeurilor colectate separat în instalaţii de compostare, inclusiv transportul reziduurilor la depozitele de deşeuri şi/sau la instalaţiile de valorificare energetică</w:t>
      </w:r>
    </w:p>
    <w:p w14:paraId="1DFB59B1" w14:textId="77777777" w:rsidR="00C7458C" w:rsidRPr="00A15970" w:rsidRDefault="00C7458C" w:rsidP="004A3BE9">
      <w:pPr>
        <w:spacing w:after="0" w:line="240" w:lineRule="auto"/>
        <w:rPr>
          <w:rFonts w:asciiTheme="majorHAnsi" w:hAnsiTheme="majorHAnsi" w:cstheme="majorHAnsi"/>
          <w:sz w:val="24"/>
          <w:szCs w:val="24"/>
          <w:lang w:val="ro-RO"/>
        </w:rPr>
      </w:pPr>
    </w:p>
    <w:p w14:paraId="7E599C14" w14:textId="77777777" w:rsidR="00D14729" w:rsidRPr="00A15970" w:rsidRDefault="00D14729" w:rsidP="004A3BE9">
      <w:pPr>
        <w:pStyle w:val="stilascuns"/>
        <w:spacing w:before="0" w:after="0"/>
        <w:rPr>
          <w:rFonts w:asciiTheme="majorHAnsi" w:hAnsiTheme="majorHAnsi" w:cstheme="majorHAnsi"/>
          <w:color w:val="auto"/>
          <w:sz w:val="24"/>
          <w:szCs w:val="24"/>
        </w:rPr>
      </w:pPr>
    </w:p>
    <w:p w14:paraId="7C13CB34" w14:textId="6FA605C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tratare aerobă a biodeşeurilor colectate separat, inclusiv transportul reziduurilor la depozitele de deşeuri şi/sau la instalaţiile de valorificare energetică, în condiţiile legii, în instalaţiile de compostare </w:t>
      </w:r>
      <w:r w:rsidR="00ED5256" w:rsidRPr="00A15970">
        <w:rPr>
          <w:rFonts w:asciiTheme="majorHAnsi" w:hAnsiTheme="majorHAnsi" w:cstheme="majorHAnsi"/>
          <w:color w:val="auto"/>
          <w:sz w:val="24"/>
          <w:szCs w:val="24"/>
        </w:rPr>
        <w:t>CMID Ciocanesti</w:t>
      </w:r>
    </w:p>
    <w:p w14:paraId="0E71322F" w14:textId="4DDCE79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w:t>
      </w:r>
    </w:p>
    <w:p w14:paraId="279EEF72" w14:textId="0DFA7F6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staţia/instalaţiile de compostare </w:t>
      </w:r>
      <w:r w:rsidR="00ED5256"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vor fi tratate biodeşeurile colectate separat de pe raza teritorială a </w:t>
      </w:r>
      <w:r w:rsidR="00ED5256" w:rsidRPr="00A15970">
        <w:rPr>
          <w:rFonts w:asciiTheme="majorHAnsi" w:hAnsiTheme="majorHAnsi" w:cstheme="majorHAnsi"/>
          <w:color w:val="auto"/>
          <w:sz w:val="24"/>
          <w:szCs w:val="24"/>
        </w:rPr>
        <w:t>Judetului Călărași</w:t>
      </w:r>
    </w:p>
    <w:p w14:paraId="3999C102" w14:textId="1D0F5AB4" w:rsidR="00171FFF" w:rsidRPr="00A15970" w:rsidRDefault="00171FFF" w:rsidP="004A3BE9">
      <w:pPr>
        <w:pStyle w:val="stilascuns"/>
        <w:spacing w:before="0" w:after="0"/>
        <w:rPr>
          <w:rFonts w:asciiTheme="majorHAnsi" w:hAnsiTheme="majorHAnsi" w:cstheme="majorHAnsi"/>
          <w:color w:val="auto"/>
          <w:sz w:val="24"/>
          <w:szCs w:val="24"/>
        </w:rPr>
      </w:pPr>
    </w:p>
    <w:p w14:paraId="5A8E4AC2" w14:textId="12FA404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biodeşeuri estimată a fi tratată, în primul an de operare, În instalaţiile de compostare este de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din care: </w:t>
      </w:r>
    </w:p>
    <w:p w14:paraId="1FD6D6EF" w14:textId="0B62E07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1)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în staţia/instalaţiile de compostare </w:t>
      </w:r>
      <w:r w:rsidR="00ED5256" w:rsidRPr="00A15970">
        <w:rPr>
          <w:rFonts w:asciiTheme="majorHAnsi" w:hAnsiTheme="majorHAnsi" w:cstheme="majorHAnsi"/>
          <w:color w:val="auto"/>
          <w:sz w:val="24"/>
          <w:szCs w:val="24"/>
        </w:rPr>
        <w:t xml:space="preserve">CMID Ciocănești  </w:t>
      </w:r>
    </w:p>
    <w:p w14:paraId="63B01B06" w14:textId="00F3BD6B" w:rsidR="00D14729"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8BD601A" w14:textId="2FEE0B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compostare este de </w:t>
      </w:r>
      <w:r w:rsidR="00ED5256" w:rsidRPr="00A15970">
        <w:rPr>
          <w:rFonts w:asciiTheme="majorHAnsi" w:hAnsiTheme="majorHAnsi" w:cstheme="majorHAnsi"/>
          <w:color w:val="auto"/>
          <w:sz w:val="24"/>
          <w:szCs w:val="24"/>
        </w:rPr>
        <w:t>10</w:t>
      </w:r>
      <w:r w:rsidRPr="00A15970">
        <w:rPr>
          <w:rFonts w:asciiTheme="majorHAnsi" w:hAnsiTheme="majorHAnsi" w:cstheme="majorHAnsi"/>
          <w:color w:val="auto"/>
          <w:sz w:val="24"/>
          <w:szCs w:val="24"/>
        </w:rPr>
        <w:t xml:space="preserve"> % reziduuri destinate a fi eliminate prin depozitare din cantitatea totală de biodeşeuri intrată în instalaţiile de compostare.</w:t>
      </w:r>
    </w:p>
    <w:p w14:paraId="441CB9CF" w14:textId="29D72CC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primul an de operare, în instalaţiile de compostare este de </w:t>
      </w:r>
      <w:r w:rsidR="00ED5256" w:rsidRPr="00A15970">
        <w:rPr>
          <w:rFonts w:asciiTheme="majorHAnsi" w:hAnsiTheme="majorHAnsi" w:cstheme="majorHAnsi"/>
          <w:color w:val="auto"/>
          <w:sz w:val="24"/>
          <w:szCs w:val="24"/>
        </w:rPr>
        <w:t>135</w:t>
      </w:r>
      <w:r w:rsidRPr="00A15970">
        <w:rPr>
          <w:rFonts w:asciiTheme="majorHAnsi" w:hAnsiTheme="majorHAnsi" w:cstheme="majorHAnsi"/>
          <w:color w:val="auto"/>
          <w:sz w:val="24"/>
          <w:szCs w:val="24"/>
        </w:rPr>
        <w:t xml:space="preserve"> tone/an.</w:t>
      </w:r>
    </w:p>
    <w:p w14:paraId="042239F2" w14:textId="6C27FB91"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D11176A" w14:textId="6B429A4E" w:rsidR="00171FFF" w:rsidRPr="00A15970" w:rsidRDefault="00171FFF" w:rsidP="004A3BE9">
      <w:pPr>
        <w:pStyle w:val="stilascuns"/>
        <w:spacing w:before="0" w:after="0"/>
        <w:rPr>
          <w:rFonts w:asciiTheme="majorHAnsi" w:hAnsiTheme="majorHAnsi" w:cstheme="majorHAnsi"/>
          <w:color w:val="auto"/>
          <w:sz w:val="24"/>
          <w:szCs w:val="24"/>
        </w:rPr>
      </w:pPr>
    </w:p>
    <w:p w14:paraId="33BBEF7C" w14:textId="69BACE2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ED5256" w:rsidRPr="00A15970">
        <w:rPr>
          <w:rFonts w:asciiTheme="majorHAnsi" w:hAnsiTheme="majorHAnsi" w:cstheme="majorHAnsi"/>
          <w:color w:val="auto"/>
          <w:sz w:val="24"/>
          <w:szCs w:val="24"/>
        </w:rPr>
        <w:t>CMID Ciocănești</w:t>
      </w:r>
      <w:r w:rsidRPr="00A15970">
        <w:rPr>
          <w:rFonts w:asciiTheme="majorHAnsi" w:hAnsiTheme="majorHAnsi" w:cstheme="majorHAnsi"/>
          <w:color w:val="auto"/>
          <w:sz w:val="24"/>
          <w:szCs w:val="24"/>
        </w:rPr>
        <w:t xml:space="preserve"> întreaga cantitate de reziduuri rezultată din procesul de compostare.</w:t>
      </w:r>
    </w:p>
    <w:p w14:paraId="5ADB8C77" w14:textId="08115182" w:rsidR="00171FFF" w:rsidRPr="00A15970" w:rsidRDefault="00171FFF" w:rsidP="004A3BE9">
      <w:pPr>
        <w:pStyle w:val="stilascuns"/>
        <w:spacing w:before="0" w:after="0"/>
        <w:rPr>
          <w:rFonts w:asciiTheme="majorHAnsi" w:hAnsiTheme="majorHAnsi" w:cstheme="majorHAnsi"/>
          <w:color w:val="auto"/>
          <w:sz w:val="24"/>
          <w:szCs w:val="24"/>
        </w:rPr>
      </w:pPr>
    </w:p>
    <w:p w14:paraId="33A89D0E" w14:textId="6EFFCA3E" w:rsidR="00171FFF" w:rsidRPr="00A15970" w:rsidRDefault="00171FFF" w:rsidP="004A3BE9">
      <w:pPr>
        <w:pStyle w:val="stilascuns"/>
        <w:spacing w:before="0" w:after="0"/>
        <w:rPr>
          <w:rFonts w:asciiTheme="majorHAnsi" w:hAnsiTheme="majorHAnsi" w:cstheme="majorHAnsi"/>
          <w:color w:val="auto"/>
          <w:sz w:val="24"/>
          <w:szCs w:val="24"/>
        </w:rPr>
      </w:pPr>
    </w:p>
    <w:p w14:paraId="669DE42C" w14:textId="6FC72D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compostare se fundamentează/stabileşte un tarif de compostare prin raportare la cantitatea totală anuală de biodeşeuri estimată a fi tratată, în primul an de operare, la staţia/instalaţiile de compostare. În structura tarifului se includ numai cheltuielile aferente prestării activităţii.</w:t>
      </w:r>
    </w:p>
    <w:p w14:paraId="7513DE28" w14:textId="6A7A7F5F" w:rsidR="00D14729" w:rsidRPr="00A15970" w:rsidRDefault="00D14729" w:rsidP="004A3BE9">
      <w:pPr>
        <w:pStyle w:val="stilascuns"/>
        <w:spacing w:before="0" w:after="0"/>
        <w:rPr>
          <w:rFonts w:asciiTheme="majorHAnsi" w:hAnsiTheme="majorHAnsi" w:cstheme="majorHAnsi"/>
          <w:color w:val="auto"/>
          <w:sz w:val="24"/>
          <w:szCs w:val="24"/>
        </w:rPr>
      </w:pPr>
    </w:p>
    <w:p w14:paraId="6EA0A636" w14:textId="42E2FF4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de a comercializa/valorifica compostul rezultat în urma procesului de compostare, cu respectarea tuturor regulilor şi reglementărilor referitoare la calitatea şi conţinutul compostului.</w:t>
      </w:r>
    </w:p>
    <w:p w14:paraId="2415623A" w14:textId="2B5411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compostare nu îndeplineşte cerinţele categoriilor de folosinţă pentru a fi comercializat/valorificat va fi supus din nou compostării. Dacă după repetarea operaţiunii acesta este neconform, este eliminat la depozitul de deşeuri </w:t>
      </w:r>
      <w:r w:rsidR="00ED5256" w:rsidRPr="00A15970">
        <w:rPr>
          <w:rFonts w:asciiTheme="majorHAnsi" w:hAnsiTheme="majorHAnsi" w:cstheme="majorHAnsi"/>
          <w:color w:val="auto"/>
          <w:sz w:val="24"/>
          <w:szCs w:val="24"/>
        </w:rPr>
        <w:t xml:space="preserve"> CMID Ciocanesti </w:t>
      </w:r>
      <w:r w:rsidRPr="00A15970">
        <w:rPr>
          <w:rFonts w:asciiTheme="majorHAnsi" w:hAnsiTheme="majorHAnsi" w:cstheme="majorHAnsi"/>
          <w:color w:val="auto"/>
          <w:sz w:val="24"/>
          <w:szCs w:val="24"/>
        </w:rPr>
        <w:t>pentru a fi utilizat ca strat de suport şi/sau strat de acoperire a depozitului.</w:t>
      </w:r>
    </w:p>
    <w:p w14:paraId="6366013E" w14:textId="523217A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compostului nu se includ în structura tarifului, în caz contrar oferta fiind considerată neconformă.</w:t>
      </w:r>
    </w:p>
    <w:p w14:paraId="5B4A8DE0" w14:textId="2046FC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compostului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631A8DC" w14:textId="2A1B489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aerobă a biodeşeurilor trebuie să îndeplinească următoarele cerinţe minime:</w:t>
      </w:r>
    </w:p>
    <w:p w14:paraId="4A27DBA2" w14:textId="6340D62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biodeşeurilor şi pentru stocarea temporară a acestora, în vederea tratării;</w:t>
      </w:r>
    </w:p>
    <w:p w14:paraId="7621BC47" w14:textId="41AB94A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staţia/instalaţiile de compostare a autospecialelor de transport biodeşeuri;</w:t>
      </w:r>
    </w:p>
    <w:p w14:paraId="0740D540" w14:textId="0B1CF8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a apelor pluviale şi a levigatului;</w:t>
      </w:r>
    </w:p>
    <w:p w14:paraId="5D41A9A0" w14:textId="6264396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spălare şi dezinfectare;</w:t>
      </w:r>
    </w:p>
    <w:p w14:paraId="3B1553DD" w14:textId="4413B27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probe ape uzate;</w:t>
      </w:r>
    </w:p>
    <w:p w14:paraId="3C3F1EFA" w14:textId="228D925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grupuri sanitare şi vestiare conform normativelor în vigoare;</w:t>
      </w:r>
    </w:p>
    <w:p w14:paraId="5C94208E" w14:textId="37779D8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39B1C938" w14:textId="3F27D1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748136D1" w14:textId="5EDCDB9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asigure, conform specificaţiilor tehnice ale instalaţiei, captarea şi dirijarea emisiilor rezultate din procesele de tratare biologică spre instalaţii adecvate de tratare şi neutralizare.</w:t>
      </w:r>
    </w:p>
    <w:p w14:paraId="1C20E916" w14:textId="5D9E5FD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staţiei/instalaţiilor de compostare  sunt prezentate în anexa nr. </w:t>
      </w:r>
      <w:r w:rsidR="00866410" w:rsidRPr="00A15970">
        <w:rPr>
          <w:rFonts w:asciiTheme="majorHAnsi" w:hAnsiTheme="majorHAnsi" w:cstheme="majorHAnsi"/>
          <w:color w:val="auto"/>
          <w:sz w:val="24"/>
          <w:szCs w:val="24"/>
        </w:rPr>
        <w:t>5</w:t>
      </w:r>
    </w:p>
    <w:p w14:paraId="359ABFE5" w14:textId="61796CE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staţiei/instalaţiilor de compostare se regăseşte în anexa nr</w:t>
      </w:r>
      <w:r w:rsidR="00866410" w:rsidRPr="00A15970">
        <w:rPr>
          <w:rFonts w:asciiTheme="majorHAnsi" w:hAnsiTheme="majorHAnsi" w:cstheme="majorHAnsi"/>
          <w:color w:val="auto"/>
          <w:sz w:val="24"/>
          <w:szCs w:val="24"/>
        </w:rPr>
        <w:t xml:space="preserve">.5 </w:t>
      </w:r>
      <w:r w:rsidRPr="00A15970">
        <w:rPr>
          <w:rFonts w:asciiTheme="majorHAnsi" w:hAnsiTheme="majorHAnsi" w:cstheme="majorHAnsi"/>
          <w:color w:val="auto"/>
          <w:sz w:val="24"/>
          <w:szCs w:val="24"/>
        </w:rPr>
        <w:t xml:space="preserve"> la caietul de sarcini.</w:t>
      </w:r>
    </w:p>
    <w:p w14:paraId="1104AA15" w14:textId="7F83D22B"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0CC071F0" w14:textId="21A13E3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w:t>
      </w:r>
      <w:r w:rsidR="00AE6331" w:rsidRPr="00A15970">
        <w:rPr>
          <w:rFonts w:asciiTheme="majorHAnsi" w:hAnsiTheme="majorHAnsi" w:cstheme="majorHAnsi"/>
          <w:color w:val="auto"/>
          <w:sz w:val="24"/>
          <w:szCs w:val="24"/>
        </w:rPr>
        <w:t>-</w:t>
      </w:r>
      <w:r w:rsidR="00AE6331" w:rsidRPr="00A15970">
        <w:rPr>
          <w:rFonts w:asciiTheme="majorHAnsi" w:hAnsiTheme="majorHAnsi" w:cstheme="majorHAnsi"/>
          <w:b/>
          <w:color w:val="auto"/>
          <w:sz w:val="24"/>
          <w:szCs w:val="24"/>
        </w:rPr>
        <w:t>NU este cazul</w:t>
      </w:r>
    </w:p>
    <w:p w14:paraId="4DDFAB13" w14:textId="4F5AA2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8B2DC29" w14:textId="78A03F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20B4C5B9" w14:textId="15D9E2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Alte cerinţe/date necesare definirii activităţii</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45C321D"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211FFDB"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1791508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IX</w:t>
      </w:r>
      <w:r w:rsidRPr="00A15970">
        <w:rPr>
          <w:rFonts w:cstheme="majorHAnsi"/>
          <w:color w:val="auto"/>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p w14:paraId="67C0BCA7"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9F5DA33" w14:textId="77777777" w:rsidR="00842BB7" w:rsidRPr="00A15970" w:rsidRDefault="00842BB7" w:rsidP="004A3BE9">
      <w:pPr>
        <w:spacing w:after="0" w:line="240" w:lineRule="auto"/>
        <w:rPr>
          <w:rFonts w:asciiTheme="majorHAnsi" w:hAnsiTheme="majorHAnsi" w:cstheme="majorHAnsi"/>
          <w:sz w:val="24"/>
          <w:szCs w:val="24"/>
          <w:lang w:val="ro-RO"/>
        </w:rPr>
      </w:pPr>
    </w:p>
    <w:p w14:paraId="3CC9ED1B" w14:textId="3C57D3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staţia/instalaţiile de digestie anaerobă ale delegatarului, inclusiv din cadrul instalaţiei integrate de tratare)</w:t>
      </w:r>
    </w:p>
    <w:p w14:paraId="2999FDE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inclusiv transportul materialului semisolid stabilizat şi al reziduurilor la depozitele de deşeuri şi/sau la instalaţiile de valorificare energetică, în condiţiile legii, în instalaţiile de digestie anaerobă ... (se va completa şi enumera, dace este cazul, numele şi locaţia fiecărei staţii/instalaţii de digestie anaerobă concesionate/predate).</w:t>
      </w:r>
    </w:p>
    <w:p w14:paraId="13AE39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staţia/instalaţiile de digestie anaerobă ale operatorului)</w:t>
      </w:r>
    </w:p>
    <w:p w14:paraId="1DD7E8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în instalaţiile de digestie anaerobă ale acestuia, inclusiv transportul materialului semisolid stabilizat şi al reziduurilor la depozitele de deşeuri şi/sau la instalaţiile de valorificare energetică, în condiţiile legii.</w:t>
      </w:r>
    </w:p>
    <w:p w14:paraId="7EF7C2D0" w14:textId="45D04C2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staţiile/instalaţiile de digestie anaerobă a/ale delegatarului, inclusiv din cadrul instalaţiei integrate de tratare)</w:t>
      </w:r>
    </w:p>
    <w:p w14:paraId="01F9948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pentru fiecare staţie/instalaţie de digestie anaerobă concesionată/predată) La staţia/instalaţiile de digestie anaerobă . . . . . . . . . . (se completează cu numele şi locaţia staţiei/instalaţiilor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5EC3FFB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203524C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31D10AB0" w14:textId="647DBE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la staţiile/instalaţiile de digestie anaerobă ale delegatarului)</w:t>
      </w:r>
    </w:p>
    <w:p w14:paraId="3B93C9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este de . . . . . . . . . . tone/an, din care: (se adaptează corespunzător, în funcţie de numărul de staţii/instalaţii de digestie anaerobă concesionate/predate )</w:t>
      </w:r>
    </w:p>
    <w:p w14:paraId="2FA012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digestie anaerobă ... (se completează cu numele şi locaţia staţiei/instalaţiilor de digestie anaerobă)</w:t>
      </w:r>
    </w:p>
    <w:p w14:paraId="2AFD460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digestie anaerobă... (se completează cu numele şi locaţia staţiei/instalaţiilor de digestie anaerobă)</w:t>
      </w:r>
    </w:p>
    <w:p w14:paraId="5173E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6748D86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70A2453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ale operatorului este de . . . . . . . . . . tone/an.</w:t>
      </w:r>
    </w:p>
    <w:p w14:paraId="7762D915" w14:textId="06836A1A"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C4788AF" w14:textId="5F0173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digestie anaerobă este de ... % (conform specificaţiilor tehnice sau, în cazul care digestia anaerobă se face în staţia/instalaţiile operatorului, se trece procentul prevăzut în Planul naţional de gestionare a deşeurilor) reziduuri destinate a fi eliminate prin depozitare din cantitatea totală de biodeşeuri intrată în instalaţiile de digestie anaerobă.</w:t>
      </w:r>
    </w:p>
    <w:p w14:paraId="7F5372B8" w14:textId="23DFBBB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instalaţiile de digestie anaerobă, în primul an de operare, este de . . . . . . . . . . tone/an (se va calcula de către delegatar cantitatea de reziduuri destinată a fi eliminată prin depozitare).</w:t>
      </w:r>
    </w:p>
    <w:p w14:paraId="3F64F22F" w14:textId="1CC21DB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întreaga cantitate de reziduuri este transportată la depozit)</w:t>
      </w:r>
    </w:p>
    <w:p w14:paraId="1EABB9F0" w14:textId="602AE0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 . . . . . . . . . (se completează cu numele şi locaţia depozitului de deşeuri) întreaga cantitate de reziduuri rezultată din procesul de digestie anaerobă.</w:t>
      </w:r>
    </w:p>
    <w:p w14:paraId="3D08DCE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o parte dintre reziduuri este transportată la instalaţii de incinerare/coincinerare)</w:t>
      </w:r>
    </w:p>
    <w:p w14:paraId="180EF338" w14:textId="0BD0DD0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rezultate din procesul de digestie anaerobă, reprezentând ... % din cantitatea totală de biodeşeuri estimată a fi tratată, respectiv ... tone/an (se va calcula şi completa de către delegatar) de deşeuri cu potenţial de valorificare energetică. Restul de reziduuri de ... tone/an (se va calcula şi completa de către delegatar), vor fi transportate la depozitul de deşeuri . . . . . . . . . . (se completează cu numele şi locaţia depozitului de deşeuri).</w:t>
      </w:r>
    </w:p>
    <w:p w14:paraId="10955D66" w14:textId="579E8B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deşeuri la instalaţiile de incinerare/coincinerare) Cheltuielile cu valorificarea energetică, care cuprind cheltuielile cu transportul deşeurilor cu potenţial de valorificare energetică de la staţia/instalaţiile de digestie anaerobă la instalaţiile de incinerare/coincinerare şi cheltuielile cu incinerarea acestora, stabilite conform contractului încheiat între operator şi operatorul economic autorizat să desfăşoare activităţi de incinerare/coincinerare a deşeurilor, se includ în tariful de digestie anaerobă.</w:t>
      </w:r>
    </w:p>
    <w:p w14:paraId="4D2CD26B" w14:textId="0E2665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într-o singură staţie/instalaţie de digestie anaerobă)</w:t>
      </w:r>
    </w:p>
    <w:p w14:paraId="4B912DD5" w14:textId="787601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digestie anaerobă se fundamentează/stabileşte un tarif de digestie anaerobă prin raportare la cantitatea totală anuală de biodeşeuri estimată a fi tratată, în primul an de operare, la staţia/instalaţiile de digestie anaerobă. În structura tarifului se includ numai cheltuielile aferente prestării activităţii.</w:t>
      </w:r>
    </w:p>
    <w:p w14:paraId="1B9831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mai multe staţii/instalaţii de digestie anaerobă)</w:t>
      </w:r>
    </w:p>
    <w:p w14:paraId="38BD3A22" w14:textId="273D28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digestie anaerobă se fundamentează/stabileşte un tarif de digestie anaerobă prin raportare la cantitatea totală anuală de biodeşeuri estimată a fi tratată, în primul an de operare, în toate staţiile/instalaţiile de digestie anaerobă. În structura tarifului se includ numai cheltuielile aferente prestării activităţii.</w:t>
      </w:r>
    </w:p>
    <w:p w14:paraId="4E6BFE32" w14:textId="1D89E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BA191FD" w14:textId="0735452F"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03A7D2" w14:textId="551870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4749ED18" w14:textId="23B6264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7A198855" w14:textId="6401920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4090242F" w14:textId="1A0FBF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74C8E9ED" w14:textId="49D8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AC3148B" w14:textId="59908B8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anaerobă a biodeşeurilor trebuie să îndeplinească următoarele cerinţe minime:</w:t>
      </w:r>
    </w:p>
    <w:p w14:paraId="08F8049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biodeşeurilor şi pentru stocarea temporară a acestora, în vederea tratării;</w:t>
      </w:r>
    </w:p>
    <w:p w14:paraId="2DD5FF5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digestie anarebă a autospecialelor de transport biodeşeuri;</w:t>
      </w:r>
    </w:p>
    <w:p w14:paraId="05B23D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1F698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0C4F06F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4ECA3BC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3F64B85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160069B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28E3C3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44C39C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1F5E27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7A225D31" w14:textId="06B55A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digestie anaerobă concesionată/predată) Componentele, caracteristicile tehnice principale, procesele tehnologice şi parametrii de funcţionare ai staţiei/instalaţiilor de digestie anaerobă ... (se completează cu numele şi locaţia staţiei/instalaţiilor de digestie anaerobă) sunt prezentate în anexa nr. ... (se va preciza numărul anexei).</w:t>
      </w:r>
    </w:p>
    <w:p w14:paraId="135E129F" w14:textId="4629F7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de digestie anaerobă . . . . . . . . . . (se va completa cu numele şi locaţia fiecărei staţii/instalaţii de digestie anaerobă concesionată/predată) se regăseşte în anexa nr. ... (se precizează numărul anexei) la caietul de sarcini.</w:t>
      </w:r>
    </w:p>
    <w:p w14:paraId="753D1A51" w14:textId="4E184307"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digestie anaerobă) </w:t>
      </w:r>
    </w:p>
    <w:p w14:paraId="1AFD0DF1" w14:textId="4F1032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7.6 din Anexa  la caietul de sarcini-cadru).</w:t>
      </w:r>
    </w:p>
    <w:p w14:paraId="790CA885" w14:textId="627D7C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5A9EB94" w14:textId="35CCF5E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12BF70F3" w14:textId="7024CC4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55CC8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79805A"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w:t>
      </w:r>
      <w:r w:rsidRPr="00A15970">
        <w:rPr>
          <w:rFonts w:cstheme="majorHAnsi"/>
          <w:color w:val="auto"/>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473DFA80"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75DE895"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F95229F" w14:textId="77777777" w:rsidR="00842BB7" w:rsidRPr="00A15970" w:rsidRDefault="00842BB7" w:rsidP="004A3BE9">
      <w:pPr>
        <w:spacing w:after="0" w:line="240" w:lineRule="auto"/>
        <w:jc w:val="both"/>
        <w:rPr>
          <w:rFonts w:asciiTheme="majorHAnsi" w:hAnsiTheme="majorHAnsi" w:cstheme="majorHAnsi"/>
          <w:sz w:val="24"/>
          <w:szCs w:val="24"/>
          <w:lang w:val="ro-RO"/>
        </w:rPr>
      </w:pPr>
    </w:p>
    <w:p w14:paraId="2FBFD95E"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Tratarea mecano-biologică a deşeurilor reziduale în instalaţii de tratare mecano-biologică cu biostabilizare/biouscare</w:t>
      </w:r>
    </w:p>
    <w:p w14:paraId="4FDB6D3F"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21A8E8D" w14:textId="77777777" w:rsidR="000121B2" w:rsidRPr="00A15970" w:rsidRDefault="000121B2" w:rsidP="004A3BE9">
      <w:pPr>
        <w:spacing w:after="0" w:line="240" w:lineRule="auto"/>
        <w:rPr>
          <w:rFonts w:asciiTheme="majorHAnsi" w:hAnsiTheme="majorHAnsi" w:cstheme="majorHAnsi"/>
          <w:sz w:val="24"/>
          <w:szCs w:val="24"/>
          <w:lang w:val="ro-RO"/>
        </w:rPr>
      </w:pPr>
    </w:p>
    <w:p w14:paraId="6E02AEF5" w14:textId="48E13B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77FED59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065564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503A1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474475A2" w14:textId="2ABA1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2861B2A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470E77B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114A9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vor fi tratate deşeurile reziduale colectate separat de pe raza teritorială a . . . . . . . . . . (se completează cu denumirea unităţii/subdiviziunii administrativ- teritoriale sau cu denumirea tuturor unităţilor/subdiviziunilor administrativ-teritoriale care au calitatea de delegatar).</w:t>
      </w:r>
    </w:p>
    <w:p w14:paraId="60A979E1" w14:textId="694F721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60B5A89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aerob, în primul an de operare, în instalaţiile de tratare mecano-biologică este de . . . . . . . . . . tone/an, din care: (se adaptează corespunzător, în funcţie de numărul de staţii/instalaţii de digestie anaerobă concesionate/predate )</w:t>
      </w:r>
    </w:p>
    <w:p w14:paraId="3411B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2602457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02EB8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B6AAB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staţiile/instalaţiile de tratare mecano-biologică ale operatorului)</w:t>
      </w:r>
    </w:p>
    <w:p w14:paraId="2630E3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7A0AC6EF" w14:textId="5C9F821D"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C9632D3" w14:textId="28796F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privind cantitatea de deşeuri reciclabile rezultată din procesele de tratare a deşeurilor reziduale este de... % (conform specificaţiilor tehnice sau, în cazul în care tratarea mecano-biologică se face în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69288EA2" w14:textId="347A3AF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în instalaţiile de tratare mecano-biologică este de . . . . . . . . . . tone/an (se va calcula de către delegatar cantitatea de deşeuri reciclabile predate la reciclare).</w:t>
      </w:r>
    </w:p>
    <w:p w14:paraId="53F4CFB7" w14:textId="358AE6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tratarea deşeurilor reziduale se face în staţia/instalaţiile de tratare mecano-biologică a/ale delegatarului) Indicatorul de performanţă pentru operarea instalaţiilor de tratare mecano-biologică ... (se trece tipul de tratare biologică, cu biostabilizare sau cu biouscare)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71D18AC6" w14:textId="581ED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tratarea deşeurilor reziduale se face în staţia/instalaţiile de tratare mecano-biologică ale operatorului) Indicatorul de performanţă pentru operarea instalaţiilor de tratare mecano-biologică ... (se trece tipul de tratare biologică, cu biostabilizare sau cu biouscare) este de ... % (se trece procentul prevăzut în Planul naţional de gestionare a deşeurilor) reziduuri şi deşeuri tratate destinate a fi eliminate prin depozitare din cantitatea totală de deşeuri reziduale intrată în instalaţiile de tratare mecano-biologică.</w:t>
      </w:r>
    </w:p>
    <w:p w14:paraId="0EC5D255" w14:textId="16FFB9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la instalaţiile de tratare mecano-biologică este de . . . . . . . . . . tone/an (se va calcula de către delegatar cantitatea de reziduuri şi deşeuri tratate destinată a fi eliminată prin depozitare).</w:t>
      </w:r>
    </w:p>
    <w:p w14:paraId="6C9F0047" w14:textId="7A9572AB"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622B8DB" w14:textId="47454B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0D1A8952" w14:textId="502257A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4E12C782" w14:textId="59AE032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RDF/SRF, reprezentând ... % (conform specificaţiilor tehnice sau, dacă tratarea mecano-biologică se face la staţia/instalaţiile operatorului, se trece procentul prevăzut în Planul naţional de gestionare a deşeurilor) din cantitatea totală de deşeuri reziduale estimată a fi tratată, respectiv ... tone/an (se va calcula şi completa de către delegatar) de RDF/SRF. Restul de reziduuri şi deşeuri tratate de ... tone/an (se va calcula şi completa de către delegatar), vor fi transportate la depozitul de deşeuri . . . . . . . . . . (se completează cu numele şi locaţia depozitului de deşeuri).</w:t>
      </w:r>
    </w:p>
    <w:p w14:paraId="417CB353" w14:textId="63EFDB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67F83C9C" w14:textId="541E3D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 biologică.</w:t>
      </w:r>
    </w:p>
    <w:p w14:paraId="393A151F" w14:textId="576498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0449280C" w14:textId="489F37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staţiei/instalaţiei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059209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4E7FCBB3" w14:textId="3E3FC9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17B6619B" w14:textId="5B2E2B1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ACB270A" w14:textId="1F92E35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6EA579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5D25DB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10556F7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38A1EB3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instalaţii de spălare şi dezinfectare;</w:t>
      </w:r>
    </w:p>
    <w:p w14:paraId="36C985A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ape uzate;</w:t>
      </w:r>
    </w:p>
    <w:p w14:paraId="6C194E5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grupuri sanitare şi vestiare conform normativelor în vigoare;</w:t>
      </w:r>
    </w:p>
    <w:p w14:paraId="21DFC81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dotate cu instalaţie de iluminat corespunzătoare desfăşurării activităţii în orice perioadă a zilei;</w:t>
      </w:r>
    </w:p>
    <w:p w14:paraId="210CA5E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mijloace tehnice de apărare împotriva incendiilor destinate prevenirii, limitării şi stingerii acestora, conform cerinţelor impuse prin avize/autorizaţii de către autorităţile competente;</w:t>
      </w:r>
    </w:p>
    <w:p w14:paraId="7D46411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asigure, conform specificaţiilor tehnice ale instalaţiei, captarea şi dirijarea emisiilor rezultate din procesele de tratare biologică spre instalaţii adecvate de tratare şi neutralizare.</w:t>
      </w:r>
    </w:p>
    <w:p w14:paraId="69E3FF86" w14:textId="0311D4CC"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există instalaţii pentru tratarea unor tipuri/categorii speciale de deşeuri: textile, voluminoase, etc.) </w:t>
      </w:r>
    </w:p>
    <w:p w14:paraId="0B3B56CA" w14:textId="4B899A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7E7D31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23E530A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 c) ...</w:t>
      </w:r>
    </w:p>
    <w:p w14:paraId="2A881743" w14:textId="3664A6F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41F13FB4" w14:textId="4E9A30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5F25B87A" w14:textId="24D92E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4523033A" w14:textId="0593E81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15C7BDEB" w14:textId="7F5EE827"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6B3F98EA" w14:textId="7861E1B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01DA48D7" w14:textId="7A1AA2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2E290F16" w14:textId="67F7EC7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7834948F" w14:textId="292BC20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434336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1A5B1A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Tratarea anaerobă a deşeurilor reziduale în instalaţii de tratare mecano-biologică cu digestie anaerobă</w:t>
      </w:r>
    </w:p>
    <w:p w14:paraId="00D24CE0" w14:textId="77777777" w:rsidR="00CD46F0" w:rsidRPr="00A15970" w:rsidRDefault="00CD46F0" w:rsidP="004A3BE9">
      <w:pPr>
        <w:spacing w:after="0" w:line="240" w:lineRule="auto"/>
        <w:jc w:val="both"/>
        <w:rPr>
          <w:rFonts w:asciiTheme="majorHAnsi" w:hAnsiTheme="majorHAnsi" w:cstheme="majorHAnsi"/>
          <w:sz w:val="24"/>
          <w:szCs w:val="24"/>
          <w:lang w:val="ro-RO"/>
        </w:rPr>
      </w:pPr>
    </w:p>
    <w:p w14:paraId="27BA4D91"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8CE91BF"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C9CC0A3" w14:textId="088F813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a/ale delegatarului, inclusiv din cadrul instalaţiei integrate de tratare)</w:t>
      </w:r>
    </w:p>
    <w:p w14:paraId="649701C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102D3ED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a/ale operatorului)</w:t>
      </w:r>
    </w:p>
    <w:p w14:paraId="32CF78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5C4F60AE" w14:textId="7E879E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mecano-biologică ale delegatarului, inclusiv din cadrul instalaţiei integrate de tratare)</w:t>
      </w:r>
    </w:p>
    <w:p w14:paraId="6C3CCF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cu digestie anaerobă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3E979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deşeurilor reziduale se face în staţia/instalaţiile de tratare mecano- biologică ale operatorului)</w:t>
      </w:r>
    </w:p>
    <w:p w14:paraId="5EE78D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cu digestie anaerobă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437CB02" w14:textId="3EB64C8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1B740E4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este de . . . . . . . . . . tone/an, din care: (se adaptează corespunzător, în funcţie de numărul de staţii/instalaţii de digestie anaerobă concesionate/predate )</w:t>
      </w:r>
    </w:p>
    <w:p w14:paraId="4E5397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77DF331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8B7F15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3B182E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la staţiile/instalaţiile de tratare mecano-biologică ale operatorului)</w:t>
      </w:r>
    </w:p>
    <w:p w14:paraId="5BF871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183BAA22" w14:textId="52F31FE5"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p>
    <w:p w14:paraId="6515C6FA" w14:textId="293684C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reciclabile rezultată din procesele de tratare a deşeurilor reziduale este de... % (conform specificaţiilor tehnice sau, în cazul în care tratarea mecano-biologică se face la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0F7F5B0F" w14:textId="51EC756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la instalaţiile de tratare mecano-biologică este de . . . . . . . . . . tone/an (se va calcula de către delegatar cantitatea de deşeuri reciclabile predate la reciclare).</w:t>
      </w:r>
    </w:p>
    <w:p w14:paraId="23D51A0E" w14:textId="4E96BB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41554920" w14:textId="29F182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în instalaţiile de tratare mecano-biologică este de . . . . . . . . . . tone/an (se va calcula de către delegatar cantitatea de reziduuri şi deşeuri tratate destinată a fi eliminată prin depozitare).</w:t>
      </w:r>
    </w:p>
    <w:p w14:paraId="110F75F7" w14:textId="3C39307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FE339BF" w14:textId="6DC66E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4B2B4E85" w14:textId="712504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57702127" w14:textId="17FA8A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reprezentând ... % (conform specificaţiilor tehnice) din cantitatea totală de deşeuri reziduale estimată a fi tratată, respectiv ... tone/an (se va calcula şi completa de către delegatar) de deşeuri valorificate energetic. Restul de reziduuri şi deşeuri tratate de ... tone/an (se va calcula şi completa de către delegatar), vor fi transportate la depozitul de deşeuri . . . . . . . . . . (se completează cu numele şi locaţia depozitului de deşeuri).</w:t>
      </w:r>
    </w:p>
    <w:p w14:paraId="03B4B109" w14:textId="767F50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45F84DE8" w14:textId="60C96D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 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mecano-biologică.</w:t>
      </w:r>
    </w:p>
    <w:p w14:paraId="61D19A7E" w14:textId="7A85119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4120AC1D" w14:textId="15924B7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1D77B4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144C8055" w14:textId="1269C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55E4039C" w14:textId="5C5AC64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0520E2B4" w14:textId="402CD4E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6B637F" w14:textId="0B39A6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5DD4C139" w14:textId="0D9FC15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4605897D" w14:textId="679FB21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5D785BD2" w14:textId="7383983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6D677834" w14:textId="5F918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357B58D4" w14:textId="5F53073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pentru tratarea unor tipuri/categorii speciale de deşeuri: textile, voluminoase, etc.)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580B934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4F1D277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w:t>
      </w:r>
    </w:p>
    <w:p w14:paraId="2C7ED31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18743C26" w14:textId="2195AF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3E3432C8" w14:textId="1F310E2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738CE63D" w14:textId="159578D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7F69AC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1400B6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7A5835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514F88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3090157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22941A5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26C390F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379C21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7BBA3A9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3265B7D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0349E9E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459F0B00" w14:textId="08023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0175CECE" w14:textId="4406EF5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664D5E6C" w14:textId="2002D44B"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1F8B6A1D" w14:textId="7658EF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427293A2" w14:textId="093CC94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40967C90" w14:textId="665981D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358636" w14:textId="38E72FB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86AC704"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61D8E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w:t>
      </w:r>
      <w:r w:rsidRPr="00A15970">
        <w:rPr>
          <w:rFonts w:cstheme="majorHAnsi"/>
          <w:color w:val="auto"/>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06D1C486"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8D4CD39" w14:textId="77777777" w:rsidR="000121B2" w:rsidRPr="00A15970" w:rsidRDefault="000121B2" w:rsidP="004A3BE9">
      <w:pPr>
        <w:spacing w:after="0" w:line="240" w:lineRule="auto"/>
        <w:rPr>
          <w:rFonts w:asciiTheme="majorHAnsi" w:hAnsiTheme="majorHAnsi" w:cstheme="majorHAnsi"/>
          <w:sz w:val="24"/>
          <w:szCs w:val="24"/>
          <w:lang w:val="ro-RO"/>
        </w:rPr>
      </w:pPr>
    </w:p>
    <w:p w14:paraId="63AA2BF2" w14:textId="46D9543F"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eliminare, prin depozitare, a deşeurilor reziduale şi a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în condiţiile legii, la depozitul de deşeuri</w:t>
      </w:r>
      <w:r w:rsidR="0028644A" w:rsidRPr="00A15970">
        <w:rPr>
          <w:rFonts w:asciiTheme="majorHAnsi" w:hAnsiTheme="majorHAnsi" w:cstheme="majorHAnsi"/>
          <w:color w:val="auto"/>
          <w:sz w:val="24"/>
          <w:szCs w:val="24"/>
        </w:rPr>
        <w:t xml:space="preserve"> CMID Ciocanesti- Celula1</w:t>
      </w:r>
      <w:r w:rsidRPr="00A15970">
        <w:rPr>
          <w:rFonts w:asciiTheme="majorHAnsi" w:hAnsiTheme="majorHAnsi" w:cstheme="majorHAnsi"/>
          <w:color w:val="auto"/>
          <w:sz w:val="24"/>
          <w:szCs w:val="24"/>
        </w:rPr>
        <w:t>.</w:t>
      </w:r>
    </w:p>
    <w:p w14:paraId="19B90468" w14:textId="33EDF5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La depozitul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vor fi eliminate, prin depozitare, deşeurile provenite de pe raza teritorială a </w:t>
      </w:r>
      <w:r w:rsidR="0028644A"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5D17F5DA" w14:textId="5FC76EB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estimată a fi depozitată, în primul an de operare, la depozitul de deşeuri </w:t>
      </w:r>
      <w:r w:rsidR="0028644A" w:rsidRPr="00A15970">
        <w:rPr>
          <w:rFonts w:asciiTheme="majorHAnsi" w:hAnsiTheme="majorHAnsi" w:cstheme="majorHAnsi"/>
          <w:color w:val="auto"/>
          <w:sz w:val="24"/>
          <w:szCs w:val="24"/>
        </w:rPr>
        <w:t xml:space="preserve">CMID Ciocanesti- Celula1 </w:t>
      </w:r>
      <w:r w:rsidRPr="00A15970">
        <w:rPr>
          <w:rFonts w:asciiTheme="majorHAnsi" w:hAnsiTheme="majorHAnsi" w:cstheme="majorHAnsi"/>
          <w:color w:val="auto"/>
          <w:sz w:val="24"/>
          <w:szCs w:val="24"/>
        </w:rPr>
        <w:t xml:space="preserve">este de </w:t>
      </w:r>
      <w:r w:rsidR="0028644A" w:rsidRPr="00A15970">
        <w:rPr>
          <w:rFonts w:asciiTheme="majorHAnsi" w:hAnsiTheme="majorHAnsi" w:cstheme="majorHAnsi"/>
          <w:color w:val="auto"/>
          <w:sz w:val="24"/>
          <w:szCs w:val="24"/>
        </w:rPr>
        <w:t>75445</w:t>
      </w:r>
      <w:r w:rsidRPr="00A15970">
        <w:rPr>
          <w:rFonts w:asciiTheme="majorHAnsi" w:hAnsiTheme="majorHAnsi" w:cstheme="majorHAnsi"/>
          <w:color w:val="auto"/>
          <w:sz w:val="24"/>
          <w:szCs w:val="24"/>
        </w:rPr>
        <w:t xml:space="preserve"> tone/an.</w:t>
      </w:r>
    </w:p>
    <w:p w14:paraId="70DD6DCA" w14:textId="635471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w:t>
      </w:r>
    </w:p>
    <w:p w14:paraId="79C9C422" w14:textId="113900D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depozitului de deşeuri se fundamentează/stabileşte un tarif de depozitare prin raportare la cantitatea totală anuală de deşeuri estimată a fi depozitată, în primul an de operare. În structura tarifului se includ numai cheltuielile aferente prestării activităţii.</w:t>
      </w:r>
    </w:p>
    <w:p w14:paraId="6F80CB0F" w14:textId="24BCE723" w:rsidR="00171FFF" w:rsidRPr="00A15970" w:rsidRDefault="00171FFF" w:rsidP="004A3BE9">
      <w:pPr>
        <w:pStyle w:val="stilascuns"/>
        <w:spacing w:before="0" w:after="0"/>
        <w:rPr>
          <w:rFonts w:asciiTheme="majorHAnsi" w:hAnsiTheme="majorHAnsi" w:cstheme="majorHAnsi"/>
          <w:color w:val="auto"/>
          <w:sz w:val="24"/>
          <w:szCs w:val="24"/>
        </w:rPr>
      </w:pPr>
    </w:p>
    <w:p w14:paraId="3AFAE09B" w14:textId="0A25E7F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Fondul pentru închiderea şi monitorizarea postînchidere a depozitului, precum şi garanţia financiară pentru mediu, constituite conform prevederilor din O.G. , se includ obligatoriu în structura tarifului de depozitare.</w:t>
      </w:r>
    </w:p>
    <w:p w14:paraId="45877259" w14:textId="12ADE5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783AAA94" w14:textId="11767C9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sunt prezentate în anexa nr</w:t>
      </w:r>
      <w:r w:rsidR="00866410" w:rsidRPr="00A15970">
        <w:rPr>
          <w:rFonts w:asciiTheme="majorHAnsi" w:hAnsiTheme="majorHAnsi" w:cstheme="majorHAnsi"/>
          <w:color w:val="auto"/>
          <w:sz w:val="24"/>
          <w:szCs w:val="24"/>
        </w:rPr>
        <w:t>. 6</w:t>
      </w:r>
    </w:p>
    <w:p w14:paraId="7DAEDF55" w14:textId="56B9B60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se regăseşte în anexa nr</w:t>
      </w:r>
      <w:r w:rsidR="00866410" w:rsidRPr="00A15970">
        <w:rPr>
          <w:rFonts w:asciiTheme="majorHAnsi" w:hAnsiTheme="majorHAnsi" w:cstheme="majorHAnsi"/>
          <w:color w:val="auto"/>
          <w:sz w:val="24"/>
          <w:szCs w:val="24"/>
        </w:rPr>
        <w:t xml:space="preserve">.6 </w:t>
      </w:r>
      <w:r w:rsidRPr="00A15970">
        <w:rPr>
          <w:rFonts w:asciiTheme="majorHAnsi" w:hAnsiTheme="majorHAnsi" w:cstheme="majorHAnsi"/>
          <w:color w:val="auto"/>
          <w:sz w:val="24"/>
          <w:szCs w:val="24"/>
        </w:rPr>
        <w:t xml:space="preserve">  la caietul de sarcini.</w:t>
      </w:r>
    </w:p>
    <w:p w14:paraId="0104AC91" w14:textId="19AB939A"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38BAAB8D" w14:textId="48F227B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6C541ACF" w14:textId="6C9842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71956830" w14:textId="283CC5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0BCAF659" w14:textId="11D2DFA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0459600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3C54F51"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XII</w:t>
      </w:r>
      <w:r w:rsidRPr="00A15970">
        <w:rPr>
          <w:rFonts w:cstheme="majorHAnsi"/>
          <w:color w:val="auto"/>
          <w:sz w:val="24"/>
          <w:szCs w:val="24"/>
          <w:lang w:val="ro-RO"/>
        </w:rPr>
        <w:br/>
        <w:t>Tratarea deşeurilor municipale cu potenţial energetic în instalaţii de incinerare cu eficienţă energetică ridicată, inclusiv transportul reziduurilor rezultate din incinerare la depozitele de deşeuri</w:t>
      </w:r>
    </w:p>
    <w:p w14:paraId="0777FDAB"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24BF80E" w14:textId="77777777" w:rsidR="00842BB7" w:rsidRPr="00A15970" w:rsidRDefault="00842BB7" w:rsidP="004A3BE9">
      <w:pPr>
        <w:spacing w:after="0" w:line="240" w:lineRule="auto"/>
        <w:rPr>
          <w:rFonts w:asciiTheme="majorHAnsi" w:hAnsiTheme="majorHAnsi" w:cstheme="majorHAnsi"/>
          <w:sz w:val="24"/>
          <w:szCs w:val="24"/>
          <w:lang w:val="ro-RO"/>
        </w:rPr>
      </w:pPr>
    </w:p>
    <w:p w14:paraId="7380DCC5" w14:textId="15C821C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eliminare, prin incinerare, a deşeurilor municipale cu potenţial energetic, inclusiv transportul reziduurilor rezultate din incinerare la depozitele de deşeuri, în condiţiile legii, în instalaţiile de incinerare cu eficienţă energetică ridicată ... (se va completa cu numele şi locaţia instalaţiilor de incinerare cu eficienţă energetică ridicată).</w:t>
      </w:r>
    </w:p>
    <w:p w14:paraId="31A265A2" w14:textId="51ABE68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instalaţiile de incinerare cu eficienţă energetică ridicată vor fi eliminate, prin incinerare, deşeurile provenite de pe raza teritorială a . . . . . . . . . . (se completează cu denumirea unităţii/subdiviziunii administrativ-teritoriale sau, după caz, cu denumirea tuturor unităţilor administrativ-teritoriale care au calitatea de delegatar).</w:t>
      </w:r>
    </w:p>
    <w:p w14:paraId="3E21B944" w14:textId="030A3D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Cantitatea totală anuală de deşeuri estimată a fi incinerată, în primul an de operare, în instalaţiile de incinerare cu eficienţă energetică ridicată ... (se completează cu numele şi locaţia instalaţiilor de incinerare cu eficienţă energetică ridicată) este de . . . . . . . . . . tone/an.</w:t>
      </w:r>
    </w:p>
    <w:p w14:paraId="03021865" w14:textId="5E80ADE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CD2F22" w14:textId="74C281C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incinerare cu eficienţă energetică ridicată este de ... % (conform specificaţiilor tehnice) reziduuri destinate a fi eliminate prin depozitare din cantitatea totală de deşeuri intrată în instalaţiile de incinerare cu eficienţă energetică.</w:t>
      </w:r>
    </w:p>
    <w:p w14:paraId="1096057E" w14:textId="52C6FDD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estimată a fi incinerată, în primul an de operare, în instalaţiile de tratare de incinerare cu eficienţă energetică ridicată este de . . . . . . . . . . tone/an (se va calcula de către delegatar cantitatea de reziduuri/cenuşă destinată a fi eliminată prin depozitare).</w:t>
      </w:r>
    </w:p>
    <w:p w14:paraId="665D79F4" w14:textId="57802C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transporte la depozitul de deşeuri ... (se completează cu numele şi locaţia depozitului de deşeuri) întreaga cantitate de reziduuri rezultată din procesul de incinerare a deşeurilor.</w:t>
      </w:r>
    </w:p>
    <w:p w14:paraId="3389301B" w14:textId="372FCD5C"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B1C74E9" w14:textId="3947ED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instalaţiilor de incinerare cu eficienţă energetică ridicată se fundamentează/stabileşte un tarif de incinerare prin raportare la cantitatea totală anuală de deşeuri estimată a fi incinerată, în primul an de operare, în instalaţiile de incinerare cu eficienţă energetică ridicată. În structura tarifului se includ numai cheltuielile aferente prestării activităţii.</w:t>
      </w:r>
    </w:p>
    <w:p w14:paraId="7DBDDE5D" w14:textId="34D689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depozitarea reziduurilor rezultate din procesul de incinerare, precum şi contravaloarea contribuţiei pentru economia circulară nu se includ în tarif şi se vor evidenţia distinct, alături de tarif, pe factura emisă de operator.</w:t>
      </w:r>
    </w:p>
    <w:p w14:paraId="7808A02D" w14:textId="79C8A8A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Componentele, caracteristicile tehnice principale, procesele tehnologice şi parametrii de funcţionare ai instalaţiilor de incinerare cu eficienţă energetică ridicată ... (se completează cu numele şi locaţia staţiei/instalaţiilor de incinerare) sunt prezentate în anexa nr. ... (se va preciza numărul anexei).</w:t>
      </w:r>
    </w:p>
    <w:p w14:paraId="7DF5CB11" w14:textId="3A7B8FE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instalaţiilor de incinerare cu eficienţă energetică ridicată . . . . . . . . . . (se va completa cu numele şi locaţia instalaţiei de incinerare concesionată/predată) se regăseşte în anexa nr. ... (se precizează numărul anexei) la caietul de sarcini.</w:t>
      </w:r>
    </w:p>
    <w:p w14:paraId="2582FC58" w14:textId="50B0048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în instalaţiile de incinerare cu eficienţă energetică ridicată) </w:t>
      </w:r>
    </w:p>
    <w:p w14:paraId="597C3A98" w14:textId="1920A21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7.9 din Anexa  la caietul de sarcini-cadru).</w:t>
      </w:r>
    </w:p>
    <w:p w14:paraId="0DE0B6F5" w14:textId="7EB9F1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00D79166" w14:textId="7FBACB4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F1B8F7" w14:textId="2317EB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C51BD7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6DD5199"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CAPITOLUL XIII</w:t>
      </w:r>
      <w:r w:rsidRPr="00A15970">
        <w:rPr>
          <w:rFonts w:cstheme="majorHAnsi"/>
          <w:color w:val="auto"/>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19A226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C49E34F" w14:textId="77777777" w:rsidR="00842BB7" w:rsidRPr="00A15970" w:rsidRDefault="00842BB7" w:rsidP="004A3BE9">
      <w:pPr>
        <w:spacing w:after="0" w:line="240" w:lineRule="auto"/>
        <w:rPr>
          <w:rFonts w:asciiTheme="majorHAnsi" w:hAnsiTheme="majorHAnsi" w:cstheme="majorHAnsi"/>
          <w:sz w:val="24"/>
          <w:szCs w:val="24"/>
          <w:lang w:val="ro-RO"/>
        </w:rPr>
      </w:pPr>
    </w:p>
    <w:p w14:paraId="7390213D" w14:textId="52E0AF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măturat, spălat şi stropit a căilor publice rutiere şi pietonale, în aria administrativ-teritorială a … (se completează cu denumirea unităţii/subdiviziunii administrativ-teritoriale sau, după caz, cu denumirea tuturor unităţilor/ subdiviziunilor administrativ-teritoriale care au calitatea de delegatar).</w:t>
      </w:r>
    </w:p>
    <w:p w14:paraId="7841F659" w14:textId="2D11F7A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B580603" w14:textId="79D183E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mecanizat, incluzând podurile, pasajele, parcările şi staţiile publice sunt prezentate în anexa nr. … (se va preciza numărul anexei şi se va completa tabelul din Anexa  la caietul de sarcini-cadru).</w:t>
      </w:r>
    </w:p>
    <w:p w14:paraId="7AEB8DCF" w14:textId="18E407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mecanizat/zi este de ... mp/zi (se va completa cu valoarea cea mai mare a suprafeţei totale măturată mecanic/zi prevăzută în tabelul din anexa privind Căile publice rutiere pe care se execută operaţiunea de măturat mecanizat, incluzând podurile, pasajele, parcările şi staţiile publice).</w:t>
      </w:r>
    </w:p>
    <w:p w14:paraId="39AC2D9E" w14:textId="148196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măturat mecanizat, incluzând podurile, pasajele, parcările şi staţiile publice).</w:t>
      </w:r>
    </w:p>
    <w:p w14:paraId="1D5EE423" w14:textId="3CB534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mecanizat/an este de ... mp/an (se va calcula şi completa cu produsul dintre suprafaţa totală carosabil măturată mecanizat/săptămână şi numărul de săptămâni din an, respectiv 52,14 săptămâni/an).</w:t>
      </w:r>
    </w:p>
    <w:p w14:paraId="02B28B9F" w14:textId="183C70BB"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măturat mecanizat carosabil) </w:t>
      </w:r>
    </w:p>
    <w:p w14:paraId="5C62CF1B" w14:textId="4EFF3C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măturat mecanizat pe căile publice rutiere cu autospecialele, deţinute în proprietate, leasing sau care fac obiectul unor contracte de închiriere şi/sau antecontracte de vânzare-cumpărare, conform necesarului prevăzut în anexa nr. ... (se va preciza numărul anexei şi se va detalia, în anexă, necesarul de autospeciale/utilaje de măturat mecanic carosabil).</w:t>
      </w:r>
    </w:p>
    <w:p w14:paraId="55B02815" w14:textId="7EE1EFB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operaţiunea de măturat mecanizat carosabil şi care vor rămâne în posesia/folosinţa sa după data încetării contractului de delegare, inclusiv dovezile privind modul de deţinere al acestora, în caz contrar oferta fiind considerată neconformă.</w:t>
      </w:r>
    </w:p>
    <w:p w14:paraId="04E8BE39" w14:textId="3BD203B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măturat mecanizat carosabil) </w:t>
      </w:r>
    </w:p>
    <w:p w14:paraId="61FE8F55" w14:textId="352940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pentru executarea operaţiunii de măturat mecanizat pe căile publice rutiere, prevăzute în lista de investiţii în sarcina operatorului, conform cerinţelor din anexa nr. ... (se va preciza numărul anexei şi se va completa tabelul 17.3 din Anexa . Investiţii în autospeciale şi echipamente destinate prestării activităţii de măturat, spălat şi stropit căi publice în sarcina operatorului, la caietul de sarcini-cadru).</w:t>
      </w:r>
    </w:p>
    <w:p w14:paraId="7DCDAAAF" w14:textId="3FDD5F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5619F09C" w14:textId="204C34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3C308663" w14:textId="75ABF0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măturat mecanizat ofertate este suficient, ofertantul va prezenta, în oferta tehnică, modul de calcul al necesarului minim de autospeciale/utilaje, din care să rezulte că este îndeplinită următoarea relaţie:</w:t>
      </w:r>
    </w:p>
    <w:p w14:paraId="2CA0452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B89C40F"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F33339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3A4EEDE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măturată mecanizat/zi (mp);</w:t>
      </w:r>
    </w:p>
    <w:p w14:paraId="0109FD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6,5 (ore) - timpul efectiv de măturat al autospecialei în cadrul programului de lucru de 8 ore;</w:t>
      </w:r>
    </w:p>
    <w:p w14:paraId="774E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 de măturat mecanizat cu aceleaşi caracteristici tehnice;</w:t>
      </w:r>
    </w:p>
    <w:p w14:paraId="0A0E9E8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6DE541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acţiune/măturat a utilajului i (m);</w:t>
      </w:r>
    </w:p>
    <w:p w14:paraId="0F00EB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5E18886" w14:textId="08A5FA6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15A5D04" w14:textId="4391017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manual, incluzând podurile, pasajele, staţiile publice, parcările publice şi parcările de reşedinţă sunt prezentate în anexa nr. … (se va preciza numărul anexei şi se va completa tabelul din Anexa nr. 9 la caietul de sarcini-cadru).</w:t>
      </w:r>
    </w:p>
    <w:p w14:paraId="72AF2A88" w14:textId="5E8EEBA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manual/zi este de ... mp/zi (se va completa cu valoarea cea mai mare a suprafeţei totale măturată manual/zi prevăzută în tabelul din anexa privind Căile publice rutiere pe care se execută operaţiunea de măturat manual, incluzând podurile, pasajele, parcările şi staţiile publice).</w:t>
      </w:r>
    </w:p>
    <w:p w14:paraId="44FF9991" w14:textId="2791583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manual/săptămână este de ... mp/săptămână (se va calcula şi completa cu suma suprafeţelor totale/zi, aferente zilelor din săptămână, prevăzute în tabelul din anexa privind Căile publice rutiere pe care se execută operaţiunea de măturat manual, incluzând podurile, pasajele, parcările şi staţiile publice).</w:t>
      </w:r>
    </w:p>
    <w:p w14:paraId="1CB33AC0" w14:textId="780DE7C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manual/an este de ... mp/an (se va calcula şi completa cu produsul dintre suprafaţa totală carosabil măturată manual/săptămână şi numărul de săptămâni din an, respectiv 52,14 săptămâni/an).</w:t>
      </w:r>
    </w:p>
    <w:p w14:paraId="5819873D" w14:textId="583A524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este cazul) </w:t>
      </w:r>
    </w:p>
    <w:p w14:paraId="22E1A0E2" w14:textId="45411FA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mecanizat sunt prezentate în anexa nr. … (se va preciza numărul anexei şi se va completa tabelul din Anexa  la caietul de sarcini-cadru).</w:t>
      </w:r>
    </w:p>
    <w:p w14:paraId="44E5BC5E" w14:textId="3142E9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mecanizat/săptămână este de ... mp/săptămână (se va calcula şi completa cu suma suprafeţelor totale/zi, aferente zilelor din săptămână, prevăzute în tabelul din anexa privind Căile publice pietonale pe care se execută operaţiunea de măturat mecanizat).</w:t>
      </w:r>
    </w:p>
    <w:p w14:paraId="3C7839D1" w14:textId="12BEE94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mecanizat/an este de ... mp/an (se va calcula şi completa cu produsul dintre suprafaţa totală pietonală măturată mecanizat/săptămână şi numărul de săptămâni din an, respectiv 52,14 săptămâni/an).</w:t>
      </w:r>
    </w:p>
    <w:p w14:paraId="74ECA5BA" w14:textId="56525D4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B4ECE55" w14:textId="634186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manual sunt trotuarele şi, dacă este cazul, punctele/locurile speciale, cu trafic pietonal intens, în care sunt necesare mai multe operaţiuni de măturat manual pe zi, pentru menţinerea curăţeniei.</w:t>
      </w:r>
    </w:p>
    <w:p w14:paraId="494E70B0" w14:textId="4FB2C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pe care se execută operaţiunea de măturat manual sunt prezentate în anexa nr. … (se va preciza numărul anexei şi se va completa tabelul 11.1 din Anexa  la caietul de sarcini- cadru).</w:t>
      </w:r>
    </w:p>
    <w:p w14:paraId="6145F9A9" w14:textId="0CDAF4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trotuare măturată manual/zi este de ... mp/zi (se va completa cu valoarea cea mai mare a suprafeţei totale măturată manual/zi prevăzută în tabelul din anexa privind anexa privind Trotuarele pe care se execută operaţiunea de măturat manual).</w:t>
      </w:r>
    </w:p>
    <w:p w14:paraId="5487AD8C" w14:textId="5AFF8E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manual/săptămână este de ... mp/săptămână (se va calcula şi completa cu suma suprafeţelor totale/zi, aferente zilelor din săptămână, prevăzute în tabelul din anexa privind Trotuarele pe care se execută operaţiunea de măturat manual)</w:t>
      </w:r>
    </w:p>
    <w:p w14:paraId="7419B5F0" w14:textId="7E747C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manual/an este de ... mp/an (se va calcula şi completa cu produsul dintre suprafaţa totală trotuare măturată manual/săptămână şi numărul de săptămâni din an, respectiv 52,14 săptămâni/an).</w:t>
      </w:r>
    </w:p>
    <w:p w14:paraId="1965AF7A" w14:textId="2D1C12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Punctele/spaţiile speciale, cu trafic pietonal intens, în care se execută mai multe treceri/zi de măturat manual, sunt prezentate în anexa nr. … (se va preciza numărul anexei şi se va completa tabelul 11.2 din Anexa  la caietul de sarcini-cadru).</w:t>
      </w:r>
    </w:p>
    <w:p w14:paraId="6D099563" w14:textId="735A9E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Suprafaţa totală puncte/spaţii speciale măturată manual/zi este de ... mp/zi (se va completa cu suprafaţa totală puncte/locuri speciale măturată manual/zi prevăzută în tabelul din anexa privind Punctele/spaţiile speciale, cu trafic pietonal intens, în care se execută mai multe treceri/zi de măturat manual)</w:t>
      </w:r>
    </w:p>
    <w:p w14:paraId="23B4EE67" w14:textId="62151F2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puncte/spaţii speciale măturată manual/an este de ... mp/an (se va completa cu suprafaţa totală puncte/locuri speciale măturată manual/an prevăzută în tabelul din anexa privind Punctele/spaţiile speciale, cu trafic pietonal intens, în care se execută mai multe treceri/zi de măturat manual)</w:t>
      </w:r>
    </w:p>
    <w:p w14:paraId="6F2AAD92" w14:textId="7A9844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măturată manual/an, care includ trotuarele şi punctele/spaţiile speciale cu trafic pietonal intens, este ... mp/săptămână (se va completa cu suma dintre suprafaţa totală trotuare măturată manual/an şi suprafaţa totală puncte/spaţii speciale măturată manual/an).</w:t>
      </w:r>
    </w:p>
    <w:p w14:paraId="42C286C0" w14:textId="59BA25D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351B72B" w14:textId="3FA4E2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pietonale măturată manual/zi, care includ trotuarele şi punctele/spaţiile speciale cu trafic pietonal intens, este de ... mp/zi (se va completa cu suma dintre suprafaţa maximă totală trotuare măturată manual/zi şi suprafaţa totală puncte/spaţii speciale măturată manual/zi).</w:t>
      </w:r>
    </w:p>
    <w:p w14:paraId="00ECD3A7" w14:textId="65E59C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rutiere şi pietonale măturată manual/zi este de ... mp/zi (se va completa cu suma dintre suprafaţa maximă totală carosabil măturată manual/zi şi suprafaţa maximă totală a căilor publice pietonale măturată manual/zi).</w:t>
      </w:r>
    </w:p>
    <w:p w14:paraId="188057C8" w14:textId="385592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şi pietonale măturată manual/an este de ... mp/săptămână (se va calcula şi completa cu suma dintre suprafaţa totală carosabil măturată manual/an şi suprafaţa totală a căilor publice pietonale măturată manual/an).</w:t>
      </w:r>
    </w:p>
    <w:p w14:paraId="0EB44A49" w14:textId="50B503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oferta tehnică, modul de calcul al personalului necesar ofertat şi se va asigura că acesta este suficient pentru a executa operaţiunea de măturat manual pe suprafaţa maximă totală/zi aferentă căilor publice rutiere şi pietonale în timpul efectiv de măturat în cadrul programului de lucru de 8 ore, inclusiv cu respectarea prevederilor privind timpul de muncă şi timpul de odihnă din  adoptat prin Legea , republicată, cu modificările şi completările ulterioare, în caz contrar oferta fiind considerată neconformă.</w:t>
      </w:r>
    </w:p>
    <w:p w14:paraId="3FC25BF4" w14:textId="39B632F5"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5927B18" w14:textId="7FCF82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stropit, incluzând podurile, pasajele, parcările şi staţiile publice sunt prezentate în anexa nr. … (se va preciza numărul anexei şi se va completa tabelul din Anexa  la caietul de sarcini-cadru).</w:t>
      </w:r>
    </w:p>
    <w:p w14:paraId="4F891C20" w14:textId="674086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stropită/zi este de ... mp/zi (se va completa cu valoarea cea mai mare a suprafeţei totale stropită/zi prevăzută în tabelul din anexa privind Căile publice rutiere pe care se execută operaţiunea de stropit, incluzând podurile, pasajele, parcările şi staţiile publice).</w:t>
      </w:r>
    </w:p>
    <w:p w14:paraId="5A08D609" w14:textId="5E4DB3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stropit, incluzând podurile, pasajele, parcările şi staţiile publice).</w:t>
      </w:r>
    </w:p>
    <w:p w14:paraId="2007EC04" w14:textId="7C8E5AB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stropită/an este de ... mp/an (se va calcula şi completa cu produsul dintre suprafaţa totală carosabil stropită/săptămână şi numărul de săptămâni din an, respectiv 52,14 săptămâni/an).</w:t>
      </w:r>
    </w:p>
    <w:p w14:paraId="1055E954" w14:textId="76F3543E"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stropit căi publice) </w:t>
      </w:r>
    </w:p>
    <w:p w14:paraId="6AF619A3" w14:textId="7CEAD8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stropit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stropit).</w:t>
      </w:r>
    </w:p>
    <w:p w14:paraId="7E42674A" w14:textId="3B7241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stropit căi publice şi care vor rămâne în posesia/folosinţa sa după încetarea contractului de delegare, inclusiv dovezile privind modul de deţinere al acestora, în caz contrar oferta fiind considerată neconformă.</w:t>
      </w:r>
    </w:p>
    <w:p w14:paraId="4D522531" w14:textId="7776C58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stropit căi publice) </w:t>
      </w:r>
    </w:p>
    <w:p w14:paraId="5481836F" w14:textId="5018CE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executării operaţiunii de spălat căi publice de stropit, prevăzute în lista de investiţii în sarcina operatorului, conform cerinţelor din anexa nr. ... (se va preciza numărul anexei şi se va completa tabelul 17.4 din Anexa . Investiţii în autospeciale şi echipamente destinate prestării activităţii de măturat, spălat şi stropit căi publice în sarcina operatorului, la caietul de sarcini-cadru).</w:t>
      </w:r>
    </w:p>
    <w:p w14:paraId="079C156A" w14:textId="745476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9EE400E" w14:textId="4D79EF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41C0393" w14:textId="7513E48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stropit ofertate este suficient, ofertantul va prezenta, în oferta tehnică, modul de calcul al necesarului minim de autospeciale/utilaje, din care să rezulte că este îndeplinită următoarea relaţie:</w:t>
      </w:r>
    </w:p>
    <w:p w14:paraId="11C1D18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38F170E"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74621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2E38B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stropită/zi (mp);</w:t>
      </w:r>
    </w:p>
    <w:p w14:paraId="3E7DF98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stropit al autospecialei în cadrul programului de lucru de 8 ore;</w:t>
      </w:r>
    </w:p>
    <w:p w14:paraId="01DB2FC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stropit cu aceleaşi caracteristici tehnice;</w:t>
      </w:r>
    </w:p>
    <w:p w14:paraId="50C4967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20CC734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acţiune/stropit a autospecialei/utilajului i (m);</w:t>
      </w:r>
    </w:p>
    <w:p w14:paraId="5E6E34F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0E9A04AC" w14:textId="373541E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4F1E176" w14:textId="1B41A8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spălat, incluzând podurile, pasajele, parcările şi staţiile publice sunt prezentate în anexa nr. … (se va preciza numărul anexei şi se va completa tabelul din Anexa  la caietul de sarcini-cadru).</w:t>
      </w:r>
    </w:p>
    <w:p w14:paraId="0E633287" w14:textId="5B61F2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spălată/zi este de ... mp/zi (se va completa cu valoarea cea mai mare a suprafeţei totale spălată/zi prevăzută în tabelul din anexa privind Căile publice rutiere pe care se execută operaţiunea de spălat, incluzând podurile, pasajele, parcările şi staţiile publice).</w:t>
      </w:r>
    </w:p>
    <w:p w14:paraId="0E962389" w14:textId="4185F6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spălată/săptămână este de ... mp/săptămână (se va calcula şi completa cu suma suprafeţelor totale/zi, aferente zilelor din săptămână, prevăzute în tabelul din anexa privind Căile publice rutiere pe care se execută operaţiunea de spălat, incluzând podurile, pasajele, parcările şi staţiile publice).</w:t>
      </w:r>
    </w:p>
    <w:p w14:paraId="30DE04FB" w14:textId="4B93469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spălată/an este de ... mp/an (se va calcula şi completa cu produsul dintre suprafaţa totală carosabil spălată/săptămână şi numărul de săptămâni din an, respectiv 52,14 săptămâni/an)</w:t>
      </w:r>
    </w:p>
    <w:p w14:paraId="3D2AB6B7" w14:textId="381A295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spălat căi publice) </w:t>
      </w:r>
    </w:p>
    <w:p w14:paraId="5071CC3A" w14:textId="6947F67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spălat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spălat).</w:t>
      </w:r>
    </w:p>
    <w:p w14:paraId="38B4AC01" w14:textId="471677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spălat căi publice şi care vor rămâne în posesia/folosinţa sa după data încetării contractului de delegare, inclusiv dovezile privind modul de deţinere al acestora, în caz contrar oferta fiind considerată neconformă.</w:t>
      </w:r>
    </w:p>
    <w:p w14:paraId="4A8A0088" w14:textId="51B2D80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spălat căi publice)</w:t>
      </w:r>
    </w:p>
    <w:p w14:paraId="06378187" w14:textId="07A8282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1A70BF62" w14:textId="3EA6E1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726AD3F0" w14:textId="05E16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spălat ofertate este suficient, ofertantul va prezenta, în oferta tehnică, modul de calcul al necesarului minim de autospeciale/utilaje, din care să rezulte că este îndeplinită următoarea relaţie:</w:t>
      </w:r>
    </w:p>
    <w:p w14:paraId="0751870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DB55C6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1A78F6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4341E2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spălată/zi (mp);</w:t>
      </w:r>
    </w:p>
    <w:p w14:paraId="3E76AF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spălat al autospecialei în cadrul programului de lucru de 8 ore;</w:t>
      </w:r>
    </w:p>
    <w:p w14:paraId="6A345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spălat cu aceleaşi caracteristici tehnice;</w:t>
      </w:r>
    </w:p>
    <w:p w14:paraId="748CD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597D07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acţiune/spălat a autospecialei/utilajului i (m);</w:t>
      </w:r>
    </w:p>
    <w:p w14:paraId="2C9F5D6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487CB358" w14:textId="46ED3707"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8CE9CD7" w14:textId="428B07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spălat sunt prezentate în anexa nr. … (se va preciza numărul anexei şi se va completa tabelul din Anexa nr. 14 la caietul de sarcini-cadru).</w:t>
      </w:r>
    </w:p>
    <w:p w14:paraId="2963EA4E" w14:textId="0A233ED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manual/săptămână este de ... mp/săptămână (se va calcula şi completa cu suma suprafeţelor totale/zi, aferente zilelor din săptămână, prevăzute în tabelul din anexa privind Căile publice pietonale pe care se execută operaţiunea de spălat).</w:t>
      </w:r>
    </w:p>
    <w:p w14:paraId="79207219" w14:textId="457C78B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manual/an este de ... mp/an (se va calcula şi completa cu produsul dintre suprafaţa totală trotuare spălată/săptămână şi numărul de săptămâni din an, respectiv 52,14 săptămâni/an)</w:t>
      </w:r>
    </w:p>
    <w:p w14:paraId="364E27C1" w14:textId="5A01DFF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CC61906" w14:textId="5B6B5C8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răzuit rigole sunt prezentate în anexa nr. … (se va preciza numărul anexei şi se va completa tabelul din Anexa nr. 15 la caietul de sarcini- cadru).</w:t>
      </w:r>
    </w:p>
    <w:p w14:paraId="06BAE369" w14:textId="1E67EBB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răzuită anual este de ... mp/an (se va completa cu suprafaţa totală/an prevăzută în anexa privind Căile publice rutiere pe care se execută operaţiunea de răzuită anual).</w:t>
      </w:r>
    </w:p>
    <w:p w14:paraId="064D9533" w14:textId="42201FE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contract de delegare)</w:t>
      </w:r>
    </w:p>
    <w:p w14:paraId="4AB2D9BB" w14:textId="60FE436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Pe durata derulării contractului de delegare, suprafeţele programate prevăzute în prezentul caiet de sarcini vor putea suferi modificări şi completări cauzate de reactualizări ale măsurătorilor şi/sau de lucrări de refacere, modernizare şi extindere a căilor publice.</w:t>
      </w:r>
    </w:p>
    <w:p w14:paraId="4A57C9AD" w14:textId="0BBE74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5B0FF12C" w14:textId="26AF2EF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hotărâre de dare în administrare) </w:t>
      </w:r>
    </w:p>
    <w:p w14:paraId="24E0DD86" w14:textId="7D1185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prestării activităţii, suprafeţele programate prevăzute în prezentul caiet de sarcini vor putea suferi modificări şi completări cauzate de reactualizări ale măsurătorilor şi/sau de lucrări de refacere, modernizare şi extindere a căilor publice.</w:t>
      </w:r>
    </w:p>
    <w:p w14:paraId="619F11D4" w14:textId="53DD53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hotărâri de modificare a hotărârii de dare în administrare a activităţii.</w:t>
      </w:r>
    </w:p>
    <w:p w14:paraId="69E65A21" w14:textId="4FF8207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7BDC0A" w14:textId="40A01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Coşurile stradale concesionate/predate şi frecvenţa de colectare sunt prezentate în anexa nr. … (se va preciza numărul anexei şi se va completa tabelul din Anexa nr. 16 la caietul de sarcini-cadru).</w:t>
      </w:r>
    </w:p>
    <w:p w14:paraId="60B5464B" w14:textId="45F221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delegatarul a atribuit activitatea de tratare mecano-biologică a deşeurilor reziduale) Deşeurile reziduale colectate din coşurile stradale şi de pe căile publice vor fi transportate la staţia/instalaţia de tratare mecano-biologică … (se completează cu numele şi locaţia instalaţiei de tratare).</w:t>
      </w:r>
    </w:p>
    <w:p w14:paraId="2556A335" w14:textId="612EB1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delegatarul nu a atribuit activitatea de tratare mecano-biologică a deşeurilor reziduale) Deşeurile reziduale colectate din coşurile stradale şi de pe căile publice vor fi transportate la depozitul de deşeuri … (se completează cu numele şi locaţia depozitului de deşeuri).</w:t>
      </w:r>
    </w:p>
    <w:p w14:paraId="07BFFAAE" w14:textId="760C331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reziduale estimată a fi colectată, în primul an de operare, din coşurile stradale şi de pe căile publice este de ... tone/an (se stabileşte pe baza datelor istorice sau, în lipsa acestora, în funcţie de capacitatea/volumul coşurilor stradale), respectiv de ... tone/zi (se va completa cu valoarea rezultată din împărţirea cantităţii anuale la 365 de zile).</w:t>
      </w:r>
    </w:p>
    <w:p w14:paraId="5AD0CC06" w14:textId="3EBF2F5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compactoare pentru prestarea operaţiunii de colectare şi transport al deşeurilor din coşurile stradale şi de pe căile publice) </w:t>
      </w:r>
    </w:p>
    <w:p w14:paraId="6B009131" w14:textId="0F6DAB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transportul deşeurilor reziduale colectate din coşurile stradale şi de pe căile publice cu autospeciale compactoare, deţinute în proprietate, leasing sau care fac obiectul unor contracte de închiriere şi/sau antecontracte de vânzare-cumpărare, conform necesarului prevăzut în anexa nr. ... (se va preciza numărul anexei şi se va detalia, în anexă, necesarul de autospeciale compactoare de colectare şi transport deşeuri din coşurile stradale).</w:t>
      </w:r>
    </w:p>
    <w:p w14:paraId="0FCEF68C" w14:textId="434B7F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compactoare pe care le va utiliza în operaţiunea de transport deşeuri reziduale colectate din coşurile stradale şi de pe căile publice şi care vor rămâne în posesia/folosinţa sa după încetarea contractului de delegare, inclusiv dovezile privind modul de deţinere al acestora, în caz contrar oferta fiind considerată neconformă.</w:t>
      </w:r>
    </w:p>
    <w:p w14:paraId="11D50226" w14:textId="5EF1378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colectate din coşurile stradale şi de pe căile publice vor fi altele decât cele utilizate la activitatea de colectare şi transport deşeuri municipale, în caz contrar oferta fiind considerată neconformă.</w:t>
      </w:r>
    </w:p>
    <w:p w14:paraId="2229BCB7" w14:textId="509A0B4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compactoare/echipamente pentru colectarea şi transportul deşeurilor reziduale din coşurile stradale şi de pe căile publice) </w:t>
      </w:r>
    </w:p>
    <w:p w14:paraId="33C02281" w14:textId="29E269E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compactoare şi/sau coşurile stradale, prevăzute în lista de investiţii în sarcina operatorului, conform cerinţelor din anexa nr. ... (se va preciza numărul anexei şi se vor completa tabelul 17.1 din Anexa . Investiţii în autospeciale şi echipamente destinate prestării activităţii de măturat, spălat şi stropit căi publice în sarcina operatorului, la caietul de sarcini-cadru).</w:t>
      </w:r>
    </w:p>
    <w:p w14:paraId="6CF87944" w14:textId="7F2109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compactoare ofertate sunt deţinute în proprietate, leasing financiar sau fac obiectul unor antecontracte de vânzare-cumpărare, în caz contrar oferta fiind considerată neconformă.</w:t>
      </w:r>
    </w:p>
    <w:p w14:paraId="13510DB5" w14:textId="4B37F6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 compactoare de natura bunurilor de retur, în conformitate cu prevederile art. 37  şi  din Legea nr. 101/2006, republicată, cu modificările şi completările ulterioare.</w:t>
      </w:r>
    </w:p>
    <w:p w14:paraId="278790BA" w14:textId="24819D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din coşurile stradale şi de pe căile publice vor fi altele decât cele utilizate la activitatea de colectare şi transport deşeuri municipale, în caz contrar oferta fiind considerată neconformă.</w:t>
      </w:r>
    </w:p>
    <w:p w14:paraId="16C7FD59" w14:textId="4661248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compactoare ofertate pentru colectarea şi transportul deşeurilor reziduale din coşurile stradale şi de pe căile publice este suficient, ofertantul va prezenta, în oferta tehnică, modul de calcul al necesarului minim de autospeciale, din care să rezulte că este îndeplinită următoarea relaţie:</w:t>
      </w:r>
    </w:p>
    <w:p w14:paraId="114F07A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FE4DCE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29FC02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43E5CA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Qreziduale - cantitatea anuală de deşeuri reziduale estimată a fi colectată din coşurile stradale şi de pe căile publice (tone);</w:t>
      </w:r>
    </w:p>
    <w:p w14:paraId="6183B3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365 - numărul de zile din an;</w:t>
      </w:r>
    </w:p>
    <w:p w14:paraId="14816AA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ρ - densitatea medie a fracţiei de deşeuri reziduale se ia egală cu 0,350 tone/mc, dacă la nivelul ariei de delegare nu a fost stabilită prin determinări o altă greutate specifică;</w:t>
      </w:r>
    </w:p>
    <w:p w14:paraId="43E4996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 şi grad de compactare;</w:t>
      </w:r>
    </w:p>
    <w:p w14:paraId="33DDC2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5D68AC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gradul de compactare;</w:t>
      </w:r>
    </w:p>
    <w:p w14:paraId="13AAD7E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curse efectuate/schimb;</w:t>
      </w:r>
    </w:p>
    <w:p w14:paraId="1C2A067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ei - numărul de schimburi/zi.</w:t>
      </w:r>
    </w:p>
    <w:p w14:paraId="13462679" w14:textId="5E30FD8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stabilirea gradului de compactare, ofertantul se va asigura că nu este depăşită masa utilă maximă autorizată de transport a autospecialelor compactoare, în caz contrar oferta fiind considerată neconformă.</w:t>
      </w:r>
    </w:p>
    <w:p w14:paraId="053EA862" w14:textId="4D546F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estimată a fi colectată/zi din coşurile stradale şi de pe căile publice poate fi colectată şi transportată în timpul programului zilnic de lucru, în caz contrar oferta fiind considerată neconformă.</w:t>
      </w:r>
    </w:p>
    <w:p w14:paraId="5E7AF4EA" w14:textId="0F233AD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FCE6276" w14:textId="6B7B282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stradale de pământ şi pietre provenite din măturatul manual al căilor publice şi din răzuitul rigolelor vor fi transportate la depozitul deşeuri … (se completează cu numele depozitului de deşeuri) şi/sau vor fi valorificate material, prin operaţiuni de umplere/rambleiere a unor terenuri ce vor fi comunicate de către delegatar, pe durata derulării contractului.</w:t>
      </w:r>
    </w:p>
    <w:p w14:paraId="3BA41ECF" w14:textId="5B1A42F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stradale de pământ şi pietre provenite din măturatul manual al căilor publice şi din răzuitul rigolelor estimată a fi colectată, în primul an de operare, este de ... tone/an (se stabileşte pe baza datelor istorice), respectiv de ... tone/zi (se va completa cu valoarea rezultată din împărţirea cantităţii anuale la 365 de zile) .</w:t>
      </w:r>
    </w:p>
    <w:p w14:paraId="77BC297C" w14:textId="4AFD0669"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pentru prestarea operaţiunii de colectare şi transport al deşeurilor stradale de pământ şi pietre) </w:t>
      </w:r>
    </w:p>
    <w:p w14:paraId="223ED227" w14:textId="0B5A4E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colecta şi transporta deşeurile stradale de pământ şi pietre provenite din măturatul manual al căilor publice şi din răzuitul rigolelor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colectare şi transport deşeuri stradale de pământ şi pietre).</w:t>
      </w:r>
    </w:p>
    <w:p w14:paraId="5F10EBAC" w14:textId="6E6340A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pentru colectarea şi transportul deşeurilor stradale de pământ şi pietre şi care vor rămâne în posesia/folosinţa sa după data încetării contractului de delegare, inclusiv dovezile privind modul de deţinere al acestora, în caz contrar oferta fiind considerată neconformă.</w:t>
      </w:r>
    </w:p>
    <w:p w14:paraId="2A7DB1B0" w14:textId="5BD2E05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pentru colectarea şi transportul deşeurilor stradale de pământ şi pietre) </w:t>
      </w:r>
    </w:p>
    <w:p w14:paraId="272E0698" w14:textId="3810B3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şi/sau recipientele necesare pentru colectarea şi transportul întregii cantităţi de deşeuri stradale de pământ şi pietre provenite din măturatul manual al căilor publice şi din răzuitul rigolelor, prevăzute în lista de investiţii în sarcina operatorului, conform cerinţelor din anexa nr. ... (se va preciza numărul anexei şi se vor completa tabelul 17.2 din Anexa . Investiţii în autospeciale şi echipamente destinate prestării activităţii de măturat, spălat şi stropit căi publice în sarcina operatorului, la caietul de sarcini-cadru).</w:t>
      </w:r>
    </w:p>
    <w:p w14:paraId="2BBFB848" w14:textId="4AA580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750D6B6F" w14:textId="3ABAFC6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EDF73E4" w14:textId="1705C2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EFE9756" w14:textId="6C9580B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6DC153" w14:textId="2DC50F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operaţiune aferentă activităţii se stabileşte/fundamentează un tarif.</w:t>
      </w:r>
    </w:p>
    <w:p w14:paraId="769E82A3" w14:textId="2FE3A2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amortizarea utilajelor multifuncţionale/autospecialelor utilizate în mai multe operaţiuni specifice activităţii, inclusiv în operaţiunile de deszăpezire/combatere a poleiului de pe căile publice, se vor repartiza proporţional cu timpul de utilizare al utilajelor/autospecialelor în operaţiunile respective ori cu alte elemente relevante.</w:t>
      </w:r>
    </w:p>
    <w:p w14:paraId="3A06A03A" w14:textId="7C1563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memoriul tehnico-economic justificativ al tarifelor ofertate, modul de repartizare al cheltuielilor cu amortizarea aferente utilajelor multifuncţionale/autospecialelor utilizate în mai multe operaţiuni specifice activităţii, inclusiv în operaţiunile de deszăpezire/combatere a poleiului de pe căile publice, în caz contrar oferta fiind considerată neconformă.</w:t>
      </w:r>
    </w:p>
    <w:p w14:paraId="2B3D9209" w14:textId="00E146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1B015747" w14:textId="75642A1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în cazul în care colectarea deşeurilor abandonate de pe căile publice nu a fost atribuită operatorului care prestează activitatea de colectare şi transport deşeuri municipale)</w:t>
      </w:r>
    </w:p>
    <w:p w14:paraId="74182940" w14:textId="0CF1E87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presteze colectarea separată şi transportul separat al deşeurilor municipale abandonate pe căile publice, precum şi al deşeurilor din construcţii abandonate pe căile publice, la solicitarea delegatarului şi/sau în conformitate cu Procedura de colectare a deşeurilor abandonate ocazional pe căile publice convenită cu acesta.</w:t>
      </w:r>
    </w:p>
    <w:p w14:paraId="5DF36F1D" w14:textId="5270BD6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Abandonarea de către utilizatori a deşeurilor pe domeniul public şi privat al unităţii administrativ-teritoriale constituie contravenţie, a căror număr, frecvenţă şi regularitate nu pot fi estimate.</w:t>
      </w:r>
    </w:p>
    <w:p w14:paraId="5EFA96E8" w14:textId="4D4759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municipale abandonate pe căile publice estimată a fi colectată, în primul an de operare, este de . . . . . . . . . . tone (se completează, pe baza datelor istorice din anul anterior).</w:t>
      </w:r>
    </w:p>
    <w:p w14:paraId="4E7C2749" w14:textId="63D1D3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din construcţii abandonate pe căile publice estimată a fi colectată, în primul an de operare, este de . . . . . . . . . . tone (se completează, pe baza datelor istorice din anul anterior).</w:t>
      </w:r>
    </w:p>
    <w:p w14:paraId="0BFBEFAB" w14:textId="329ABA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categorie de deşeuri abandonate, municipale sau din construcţii, se stabileşte/fundamentează un tarif de colectare şi transport deşeuri abandonate pe căile publice, în conformitate cu prevederile art. 43  din Legea nr. 51/2006, republicată, cu modificările şi completările ulterioare. În structura tarifului se includ numai cheltuielile aferente prestaţiei.</w:t>
      </w:r>
    </w:p>
    <w:p w14:paraId="5B2625EC" w14:textId="71C718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gestionarea deşeurilor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6189AE6B" w14:textId="3EB28C5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F516F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A7FB2C3"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XIV</w:t>
      </w:r>
      <w:r w:rsidRPr="00A15970">
        <w:rPr>
          <w:rFonts w:cstheme="majorHAnsi"/>
          <w:color w:val="auto"/>
          <w:sz w:val="24"/>
          <w:szCs w:val="24"/>
          <w:lang w:val="ro-RO"/>
        </w:rPr>
        <w:br/>
        <w:t>Curăţarea şi transportul zăpezii de pe căile publice din localitate şi menţinerea în funcţiune a acestora pe timp de polei sau de îngheţ</w:t>
      </w:r>
    </w:p>
    <w:p w14:paraId="5F34CE20"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AE5DBF9" w14:textId="77777777" w:rsidR="00842BB7" w:rsidRPr="00A15970" w:rsidRDefault="00842BB7" w:rsidP="004A3BE9">
      <w:pPr>
        <w:spacing w:after="0" w:line="240" w:lineRule="auto"/>
        <w:rPr>
          <w:rFonts w:asciiTheme="majorHAnsi" w:hAnsiTheme="majorHAnsi" w:cstheme="majorHAnsi"/>
          <w:sz w:val="24"/>
          <w:szCs w:val="24"/>
          <w:lang w:val="ro-RO"/>
        </w:rPr>
      </w:pPr>
    </w:p>
    <w:p w14:paraId="1FF9CE5D" w14:textId="5B532B5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curăţarea şi transportul zăpezii de pe căile publice şi menţinerea în funcţiune a acestora pe timp de polei sau de îngheţ, în aria teritorială a … (se completează cu denumirea unităţii/subdiviziunii administrativ-teritoriale sau, după caz, cu denumirea tuturor unităţilor/ subdiviziunilor administrativ-teritoriale care au calitatea de delegatar).</w:t>
      </w:r>
    </w:p>
    <w:p w14:paraId="2BCC5639" w14:textId="6D2023E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D6E925D" w14:textId="3C5E79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curăţarea mecanizată a zăpezii, incluzând podurile, pasajele, parcările şi staţiile publice, sunt prevăzute în anexa nr. . . . . . . . . . . (se va preciza numărul anexei şi se va completa tabelul din Anexa nr. 18 la caietul de sarcini-cadru).</w:t>
      </w:r>
    </w:p>
    <w:p w14:paraId="25F1C5B0" w14:textId="6C36C9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deszăpezită a căilor publice rutiere/trecere este de ... mp/trecere (se va calcula şi completa cu suma dintre suprafaţa totală deszăpezită/trecere aferentă căilor publice rutiere cu grad de prioritate 1 şi suprafaţa totală deszăpezită/trecere aferentă căilor publice rutiere cu grad de prioritate 2), din care:</w:t>
      </w:r>
    </w:p>
    <w:p w14:paraId="4739CA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mp/trecere, suprafaţa totală a căilor publice rutiere, cu grad de prioritate 1, deszăpezită/trecere (se va completa cu suprafaţa totală deszăpezită/trecere prevăzută în  privind Căile publice rutiere, cu grad de prioritate 1, pe care se execută curăţarea mecanizată a zăpezii);</w:t>
      </w:r>
    </w:p>
    <w:p w14:paraId="0F27E5D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mp/trecere, suprafaţa totală a căilor publice rutiere, cu grad de prioritate 2, deszăpezită//trecere (se va completa cu suprafaţa totală deszăpezită/trecere prevăzută în  privind Căile publice rutiere, cu grad de prioritate 1, pe care se execută curăţarea mecanizată a zăpezii).</w:t>
      </w:r>
    </w:p>
    <w:p w14:paraId="08A91804" w14:textId="7513E36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cu grad de prioritate 1 cuprind toate arterele/străzile şi podurile/pasajele pe care circulă mijloacele de transport în comun, la care intervenţiile de curăţare a zăpezii trebuie să înceapă în cel mult o oră de apariţia zăpezii, iar cele cu grad de prioritate 2, restul căilor publice rutiere.</w:t>
      </w:r>
    </w:p>
    <w:p w14:paraId="5A0AF9B0" w14:textId="420B46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zile/an în care se estimează că va ninge este de ... zile/an (se va calcula şi completa cu media zilelor din ultimii 3 ani în care a nins).</w:t>
      </w:r>
    </w:p>
    <w:p w14:paraId="7219C387" w14:textId="24900E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estimată a fi deszăpezită/an este de ... mp/an (se va calcula şi completa cu produsul dintre suprafaţa totală deszăpezită a căilor publice rutiere/trecere şi numărul total de zile/an în care se estimează că ninge).</w:t>
      </w:r>
    </w:p>
    <w:p w14:paraId="20D9FED7" w14:textId="133A68B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curăţat zăpada) </w:t>
      </w:r>
    </w:p>
    <w:p w14:paraId="616F1624" w14:textId="47E9B0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curăţare mecanizată a zăpezii de pe căile publice rutiere cu autospeciale/utilaje, deţinute în proprietate, leasing sau care fac obiectul unor contracte de închiriere şi/sau antecontracte de vânzare-cumpărare, conform necesarului prevăzut în anexa nr. ... (se va preciza numărul anexei şi se va detalia, în anexă, necesarul de autospeciale/utilaje de curăţat zăpada).</w:t>
      </w:r>
    </w:p>
    <w:p w14:paraId="7DB145E8" w14:textId="60CE2C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curăţare mecanizată a zăpezii şi care vor rămâne în posesia/folosinţa sa după data încetării contractului de delegare, inclusiv dovezile privind modul de deţinere al acestora, în caz contrar oferta fiind considerată neconformă.</w:t>
      </w:r>
    </w:p>
    <w:p w14:paraId="6394AC55" w14:textId="2388391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curăţat zăpada) </w:t>
      </w:r>
    </w:p>
    <w:p w14:paraId="14D3C587" w14:textId="4D265B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curăţare mecanizată a zăpezii de pe căile publice rutiere, prevăzute în lista de investiţii în sarcina operatorului, conform cerinţelor din anexa nr. ... (se va preciza numărul anexei şi se va completa tabelul 23.1 din Anexa  la caietul de sarcini-cadru).</w:t>
      </w:r>
    </w:p>
    <w:p w14:paraId="1B4D836B" w14:textId="021AE2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7B75C44" w14:textId="6EB4C2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205B5F9E" w14:textId="38AF67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curăţat zăpada ofertate este suficient, ofertantul va prezenta, în oferta tehnică, modul de calcul al necesarului minim de autospeciale/utilaje, din care să rezulte că este îndeplinită următoarea relaţie:</w:t>
      </w:r>
    </w:p>
    <w:p w14:paraId="6C6FEBBD"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CB3AC7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EC46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A537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deszăpezită a căilor publice rutiere, cu grad de prioritate 1/trecere (mp);</w:t>
      </w:r>
    </w:p>
    <w:p w14:paraId="3E9B383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7,5 (ore) - timpul efectiv de curăţat zăpada al autospecialei în cadrul programului de lucru de 8 ore;</w:t>
      </w:r>
    </w:p>
    <w:p w14:paraId="63C82C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curăţat zăpada cu aceleaşi caracteristici tehnice;</w:t>
      </w:r>
    </w:p>
    <w:p w14:paraId="1169F0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medie de lucru a utilajului i (km/h);</w:t>
      </w:r>
    </w:p>
    <w:p w14:paraId="28442E9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5ABD153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548C22AC" w14:textId="01004F5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2E423E5" w14:textId="16D8F2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Staţiile mijloacelor de transport în comun şi refugiile pentru călători, inclusiv intrările la staţiile de metrou la care se asigură curăţarea manuală a zăpezii sunt prevăzute în anexa nr. . . . . . . . . . . (se va preciza numărul anexei şi se va completa tabelul din Anexa nr. 19 la caietul de sarcini-cadru).</w:t>
      </w:r>
    </w:p>
    <w:p w14:paraId="2541C928" w14:textId="1707F15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deszăpezită manual/trecere este de ... mp/trecere (se va completa cu suprafaţa totală prevăzută în tabelul din anexa privind Staţiile mijloacelor de transport în comun şi refugiile pentru călători, inclusiv intrările la staţiile de metrou).</w:t>
      </w:r>
    </w:p>
    <w:p w14:paraId="67CEC983" w14:textId="2BE54C1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estimată a fi deszăpezită manual/an este de ... mp/an (se va calcula şi completa cu produsul dintre suprafaţa totală a staţiilor mijloacelor de transport în comun, inclusiv a intrărilor la staţiile de metrou, deszăpezită manual/trecere şi numărul total de zile/an în care se estimează că ninge).</w:t>
      </w:r>
    </w:p>
    <w:p w14:paraId="46A81EFB" w14:textId="11549C1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3159975" w14:textId="2F8BE6F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adiacente trecerilor de pietoni, unităţilor sanitare, unităţilor de învăţământ şi altor instituţii publice de interes local şi/sau naţional la care se asigură curăţarea manuală a zăpezii sunt prevăzute în anexa nr. . . . . . . . . . . (se va preciza numărul anexei şi se va completa tabelul din Anexa  la caietul de sarcini-cadru).</w:t>
      </w:r>
    </w:p>
    <w:p w14:paraId="6EACE26F" w14:textId="42B564E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deszăpezită manual/trecere este de ... mp/trecere (se va completa suprafaţa totală deszăpezită manual/trecere prevăzută în tabelul din anexa privind Trotuarele adiacente trecerilor de pietoni, unităţilor sanitare, unităţilor de învăţământ şi altor instituţii publice de interes local şi/sau naţional).</w:t>
      </w:r>
    </w:p>
    <w:p w14:paraId="7977C0B9" w14:textId="0C77A7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estimată a fi deszăpezită manual/an este de ... mp/an (se va calcula şi completa cu produsul dintre suprafaţa totală a trotuarelor adiacente trecerilor de pietoni şi instituţiilor publice deszăpezită manual/trecere şi numărul total de zile/an în care se estimează că ninge).</w:t>
      </w:r>
    </w:p>
    <w:p w14:paraId="50BD1511" w14:textId="6CDC3324"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229687B" w14:textId="4947F6D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deszăpezită manual/trecere este de ... mp/trecere (se va calcula şi completa cu suma dintre suprafaţa totală a staţiilor mijloacelor de transport în comun, inclusiv a intrărilor la staţiile de metrou, deszăpezită manual/trecere şi suprafaţa totală a trotuarelor adiacente trecerilor de pietoni, inclusiv a trotuarelor adiacente instituţiilor de interes local şi/sau naţional, deszăpezită manual/trecere).</w:t>
      </w:r>
    </w:p>
    <w:p w14:paraId="0999E01F" w14:textId="3D9ECB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estimată a fi deszăpezită manual/an este de ... mp/an (se va calcula şi completa cu suma dintre suprafaţa totală a staţiilor mijloacelor de transport în comun, inclusiv a intrărilor la staţiile de metrou, estimată a fi deszăpezită manual/an şi suprafaţa totală a trotuarelor adiacente trecerilor de pietoni, inclusiv a trotuarelor adiacente instituţiilor de interes local şi/sau naţional, estimată a fi deszăpezită manual/an).</w:t>
      </w:r>
    </w:p>
    <w:p w14:paraId="31092010" w14:textId="41722D5F"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F37C9E5" w14:textId="35A66C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transporta la spaţiile de depozitare zăpada curăţată de pe căile publice.</w:t>
      </w:r>
    </w:p>
    <w:p w14:paraId="4A4955B6" w14:textId="4EDE9A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Amplasamentele spaţiilor de depozitare a zăpezii rezultate din operaţiunile de deszăpezire sunt prezentate în anexa nr. . . . . . . . . . . (se va preciza numărul anexei şi se va completa tabelul din Anexa  la caietul de sarcini-cadru).</w:t>
      </w:r>
    </w:p>
    <w:p w14:paraId="60E504CF" w14:textId="3A16813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A69F7A9" w14:textId="0FD8AD4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rutiere, cu grad de prioritate 1, deszăpezite mecanizat, calculat potrivit formulei:</w:t>
      </w:r>
    </w:p>
    <w:p w14:paraId="4E4F18B6"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B73E3F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7FC8E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F062BB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rutiere/trecere, (mp);</w:t>
      </w:r>
    </w:p>
    <w:p w14:paraId="5AC8FBD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6B71CB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gradul de compactare al zăpezii în cazul deszăpezirii mecanice,</w:t>
      </w:r>
    </w:p>
    <w:p w14:paraId="07A29F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04DB480A" w14:textId="4AA9AB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pietonale deszăpezite mecanizat, calculat potrivit formulei:</w:t>
      </w:r>
    </w:p>
    <w:p w14:paraId="6B6752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5E5C0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A27AB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2EF89CF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pietonale/trecere (mp);</w:t>
      </w:r>
    </w:p>
    <w:p w14:paraId="12AB8B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5A041B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4 - gradul de compactare al zăpezii în cazul deszăpezirii manuale,</w:t>
      </w:r>
    </w:p>
    <w:p w14:paraId="6A9504B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71E2C45B" w14:textId="6833036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zăpadă/trecere transportată la spaţiile de depozitare, provenită din deszăpezirea căilor publice rutiere şi căilor publice pietonale, este de ... mc/trecere (se va calcula şi completa cu suma dintre Vzăpadă CR/trecere şi Vzăpadă CP/trecere).</w:t>
      </w:r>
    </w:p>
    <w:p w14:paraId="2393DC22" w14:textId="38F69A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 estimat a fi transportat/an la spaţiile de depozitare este de . . . . . . . . . . mc/an (se va calcula şi completa cu produsul dintre volumul total de zăpadă/trecere şi numărul total de zile/an în care se estimează că ninge).</w:t>
      </w:r>
    </w:p>
    <w:p w14:paraId="5CAE5C1F" w14:textId="2CF7089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transport zăpadă) </w:t>
      </w:r>
    </w:p>
    <w:p w14:paraId="7A70CE9A" w14:textId="061829B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transport a zăpezii cu autospeciale, deţinute în proprietate, leasing sau care fac obiectul unor contracte de închiriere şi/sau antecontracte de vânzare-cumpărare, conform necesarului prevăzut în anexa nr. ... (se va preciza numărul anexei şi se va detalia, în anexă, necesarul de autospeciale/utilaje de transport zăpadă).</w:t>
      </w:r>
    </w:p>
    <w:p w14:paraId="54B2EA5F" w14:textId="0CFBE1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transport zăpadă şi care vor rămâne în posesia/folosinţa sa după încetarea contractului de delegare, inclusiv dovezile privind modul de deţinere al acestora, în caz contrar oferta fiind considerată neconformă.</w:t>
      </w:r>
    </w:p>
    <w:p w14:paraId="30456602" w14:textId="3722663B"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transport zăpadă) </w:t>
      </w:r>
    </w:p>
    <w:p w14:paraId="6ED6253C" w14:textId="66697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transport a zăpezii, prevăzute în lista de investiţii în sarcina operatorului, conform cerinţelor din anexa nr. ... (se va preciza numărul anexei şi se va completa tabelul 23.3 din Anexa  la caietul de sarcini- cadru).</w:t>
      </w:r>
    </w:p>
    <w:p w14:paraId="285F7020" w14:textId="1042D7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705D42E1" w14:textId="5601F8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44DBA7FA" w14:textId="330DD6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ofertate pentru transportul zăpezii provenite din deszăpezirea căile publice este suficient, ofertantul va prezenta, în oferta tehnică, modul de calcul al necesarului minim de autospeciale/utilaje de transport, din care să rezulte că este îndeplinită următoarea relaţie:</w:t>
      </w:r>
    </w:p>
    <w:p w14:paraId="39C7ED93"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5F1EC61"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6D06261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FF147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CR/trecere - volumul de zăpadă/trecere provenită de pe căile publice rutiere, cu grad de prioritate 1, deszăpezite mecanizat (mc);</w:t>
      </w:r>
    </w:p>
    <w:p w14:paraId="065B99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CP/trecere - volumul de zăpadă/trecere provenită de pe căile publice pietonale deszăpezite manual (mc);</w:t>
      </w:r>
    </w:p>
    <w:p w14:paraId="0314EA0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w:t>
      </w:r>
    </w:p>
    <w:p w14:paraId="5463C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13FDFBB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numărul de curse efectuate/schimb;</w:t>
      </w:r>
    </w:p>
    <w:p w14:paraId="11AEF6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schimburi/zi;</w:t>
      </w:r>
    </w:p>
    <w:p w14:paraId="003BDD1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numărul de zile alocat pentru transportul zăpezii după terminarea deszăpezirii.</w:t>
      </w:r>
    </w:p>
    <w:p w14:paraId="7EFFA111" w14:textId="74E4C2B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9E8D6F" w14:textId="02A17E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ce trebuie menţinute în funcţiune prin combaterea poleiului şi a îngheţului sunt prezentate în anexa nr. ….. (se va preciza numărul anexei şi se va completa tabelul din Anexa  la caietul de sarcini-cadru).</w:t>
      </w:r>
    </w:p>
    <w:p w14:paraId="44A4A461" w14:textId="1B79593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mp/trecere (se va completa cu suprafaţa totală combatere polei/trecere prevăzută în tabelul din anexa privind Căile publice rutiere ce trebuie menţinute în funcţiune prin combaterea poleiului şi a îngheţului).</w:t>
      </w:r>
    </w:p>
    <w:p w14:paraId="7B430943" w14:textId="0B929A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mp/an (se va calcula şi completa cu produsul dintre suprafaţa totală combatere polei/trecere şi numărul total de zile/an în care se estimează că ninge).</w:t>
      </w:r>
    </w:p>
    <w:p w14:paraId="45E48281" w14:textId="5762F01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pentru combaterea poleiului) </w:t>
      </w:r>
    </w:p>
    <w:p w14:paraId="55C75490" w14:textId="4B7093A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operaţiunile necesare pentru combaterea poleiului cu autospeciale/utilaje de împrăştiat material antiderapant, deţinute în proprietate, leasing sau care fac obiectul unor contracte de închiriere şi/sau antecontracte de vânzare-cumpărare, conform necesarului prevăzut în anexa nr. ... (se va preciza numărul anexei şi se va detalia, în anexă, necesarul de autospeciale/utilaje de împrăştiat material antiderapant).</w:t>
      </w:r>
    </w:p>
    <w:p w14:paraId="5B03F0A7" w14:textId="4A6592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combatere a poleiului şi a îngheţului şi care vor rămâne în posesia/folosinţa sa după încetarea contractului de delegare, inclusiv dovezile privind modul de deţinere al acestora, în caz contrar oferta fiind considerată neconformă.</w:t>
      </w:r>
    </w:p>
    <w:p w14:paraId="5146D996" w14:textId="1CF98AA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împrăştiat material antiderapant)</w:t>
      </w:r>
    </w:p>
    <w:p w14:paraId="4134166D" w14:textId="7E8D830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autospecialele/utilajele de împrăştiat material antiderapant necesare combaterii poleiului, prevăzute în lista de investiţii în sarcina operatorului, conform cerinţelor din anexa nr. ... (se va preciza numărul anexei şi se va completa tabelul nr. 23.3. din Anexa  la caietul de sarcini-cadru).</w:t>
      </w:r>
    </w:p>
    <w:p w14:paraId="064D32AF" w14:textId="6F2AC87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5A9E2A4E" w14:textId="03357F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00C9DE29" w14:textId="73D7F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împrăştiat material antiderapant ofertate este suficient, ofertantul va prezenta, în oferta tehnică, modul de calcul al necesarului minim de autospeciale/utilaje, din care să rezulte că este îndeplinită următoarea relaţie:</w:t>
      </w:r>
    </w:p>
    <w:p w14:paraId="5B5C8CFB"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8995AF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E439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2DBCF3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combatere polei/trecere (mp);</w:t>
      </w:r>
    </w:p>
    <w:p w14:paraId="45A909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împrăştiere material antiderapant în cadrul programului de lucru de 8 ore;</w:t>
      </w:r>
    </w:p>
    <w:p w14:paraId="00DD9C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pentru combaterea poleiului cu aceleaşi caracteristici tehnice;</w:t>
      </w:r>
    </w:p>
    <w:p w14:paraId="50D2BC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utilajului i (km/h);</w:t>
      </w:r>
    </w:p>
    <w:p w14:paraId="3F8709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3A78504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4AC8577" w14:textId="2A67DA0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asigura până la data de … (se va completa cu o dată anterioară începerii sezonului rece) a fiecărui an, stocurile tampon de materiale antiderapante, prevăzute în anexa nr. …. (se va preciza numărul anexei). Pe măsură ce stocurile de materiale scad la jumătate, acestea vor fi refăcute, în maximum 10 zile de la constatare, prin achiziţionarea cantităţilor necesare.</w:t>
      </w:r>
    </w:p>
    <w:p w14:paraId="5988FF9E" w14:textId="7093566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7C344FC" w14:textId="2319B72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93A69A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0F46ACF"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w:t>
      </w:r>
      <w:r w:rsidRPr="00A15970">
        <w:rPr>
          <w:rFonts w:cstheme="majorHAnsi"/>
          <w:color w:val="auto"/>
          <w:sz w:val="24"/>
          <w:szCs w:val="24"/>
          <w:lang w:val="ro-RO"/>
        </w:rPr>
        <w:br/>
        <w:t>Dezinsecţia, dezinfecţia şi deratizarea, la obiectivele din domeniul public şi domeniul privat al unităţii administrativ-teritoriale</w:t>
      </w:r>
    </w:p>
    <w:p w14:paraId="2FC1BC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F350304" w14:textId="77777777" w:rsidR="00842BB7" w:rsidRPr="00A15970" w:rsidRDefault="00842BB7" w:rsidP="004A3BE9">
      <w:pPr>
        <w:spacing w:after="0" w:line="240" w:lineRule="auto"/>
        <w:rPr>
          <w:rFonts w:asciiTheme="majorHAnsi" w:hAnsiTheme="majorHAnsi" w:cstheme="majorHAnsi"/>
          <w:sz w:val="24"/>
          <w:szCs w:val="24"/>
          <w:lang w:val="ro-RO"/>
        </w:rPr>
      </w:pPr>
    </w:p>
    <w:p w14:paraId="6BB26F0C" w14:textId="633247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14:textId="4761277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p>
    <w:p w14:paraId="375B1645" w14:textId="6C2A093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14:textId="21BFB15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14:textId="6F60BF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Tratamentele de dezinsecţie pe spaţiile deschise se vor executa în perioada ... (se completează cu perioada corespunzătoare lunilor din sezonul cald).</w:t>
      </w:r>
    </w:p>
    <w:p w14:paraId="349CEA29" w14:textId="093E0E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14:textId="71D04E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14:textId="5DCF3DEA"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0DE5C4B" w14:textId="4A94DA9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14:textId="7448F1A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se calculează potrivit formulei:</w:t>
      </w:r>
    </w:p>
    <w:p w14:paraId="7AA448E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B8DBAE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2 × L × 25 (mp/trecere)</w:t>
      </w:r>
    </w:p>
    <w:p w14:paraId="5747386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24BD27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 numărul de treceri al utilajului pe aceiaşi stradă;</w:t>
      </w:r>
    </w:p>
    <w:p w14:paraId="11D6BDA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 - lungimea totală a străzilor din zona de case/proprietăţi individuale (m);</w:t>
      </w:r>
    </w:p>
    <w:p w14:paraId="7637A5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25 - lăţimea de acţiune/pulverizare a utilajului (m).</w:t>
      </w:r>
    </w:p>
    <w:p w14:paraId="4FE2C71B" w14:textId="041170B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14:textId="3C984BA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14:textId="7A4BDF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14:textId="42E33F9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60CF70F" w14:textId="5E3081F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14:textId="6A9EA8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14:textId="6D6DE35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AA7777A" w14:textId="584D3F2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14:textId="0791F3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14:textId="1358FC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14:textId="741A1F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14:textId="0E07979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14:textId="29ECBA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14:textId="2DAF22E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4184208" w14:textId="11A06E5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14:textId="4E0967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14:textId="39AFA8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14:textId="7EEC14D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6BD4A012" w14:textId="69BCE62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situaţia în care este necesară executarea de tratamente de dezinsecţie pentru combaterea căpuşelor) </w:t>
      </w:r>
    </w:p>
    <w:p w14:paraId="1CA853D7" w14:textId="259E6F7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14:textId="57C9043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14:textId="664F4E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14:textId="7B849FD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14:textId="3AF2473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7D6DAA2" w14:textId="5315AC9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14:textId="36CB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14:textId="3FE12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14:textId="630683B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14:textId="5A1180B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FC31F67" w14:textId="179469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14:textId="4E6037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14:textId="2F97C3F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14:textId="20E366B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14:textId="3FB9AD0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BED75B" w14:textId="5B637A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14:textId="65123C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14:textId="7279F11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14:textId="22A5B0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5C18D0A9" w14:textId="2B7E15F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D4F8BD" w14:textId="54C4EE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14:textId="3B2DF6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14:textId="42817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14:textId="566C78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14:textId="0150C81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14:textId="20371A9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14:textId="1CEE3A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FD93F79" w14:textId="16733A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aferentă fiecărui obiectiv pe care se execută tratamentele de dezinsecţie, dezinfecţie şi deratizare este stabilită la nivelul suprafeţei înregistrate în planurile/documentele cadastrale.</w:t>
      </w:r>
    </w:p>
    <w:p w14:paraId="2C64FA72" w14:textId="40F147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14:textId="0873211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2131EFE4" w14:textId="7453BE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336B8B3" w14:textId="6E50E3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14:textId="20A4F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14:textId="0A6C7BC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14:textId="6BF34B4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6A7858" w14:textId="361F9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Toate produsele folosite pentru efectuarea tratamentelor de deratizare, dezinsecţie şi dezinfecţie trebuie să fie avizate de către Comisia Naţională pentru Produse Biocide.</w:t>
      </w:r>
    </w:p>
    <w:p w14:paraId="2F97832A" w14:textId="3756C4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Produsele raticide folosite la deratizare vor fi utilizate în condiţii de siguranţă, în conformitate cu normativele europene şi naţionale a produselor biocide.</w:t>
      </w:r>
    </w:p>
    <w:p w14:paraId="628FA8C3" w14:textId="15BD22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14:textId="3B3E52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14:textId="791BC0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prevenirea şi combaterea bolilor infecţioase transmisibile se vor utiliza dezinfectanţi şi mijloace de dezinfecţie adecvate pentru neutralizarea agentului patogen vizat.</w:t>
      </w:r>
    </w:p>
    <w:p w14:paraId="6FA19BC6" w14:textId="5B8E1D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14:textId="33D9E5D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asigure un număr de personal şi o dotare minimă cu aparate/utilaje şi autovehicule necesare prestării activităţii)</w:t>
      </w:r>
    </w:p>
    <w:p w14:paraId="25E1E0E9" w14:textId="5B131F9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14:textId="5D8287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autovehicule = ... buc, folosite pentru transportul echipelor, a echipamentului de lucru şi a produselor biocide;</w:t>
      </w:r>
    </w:p>
    <w:p w14:paraId="20C076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autospecială pentru transportul cadavrelor de rozătoare colectate = 1 buc, în vederea eliminării acestora la firmele autorizate să desfăşoare activităţi de incinerare;</w:t>
      </w:r>
    </w:p>
    <w:p w14:paraId="1282E0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utilaje de mare capacitate generatoare de ceaţă rece tip ULV (Ultra Low Volume) = ... buc, folosite la tratamentele de dezinsecţie pe spaţiile deschise, executate de pe aliniamentul stradal;</w:t>
      </w:r>
    </w:p>
    <w:p w14:paraId="41EBC99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autoutilitare/platforme ULV = ... buc, pentru transportul utilajelor de mare capacitate generatoare de ceaţă</w:t>
      </w:r>
    </w:p>
    <w:p w14:paraId="0DA1BB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aparate portabile generatoare de ceaţă caldă (termonebulizatoare) = ... buc, folosite, în principal, în zonele cu vegetaţie abundentă unde nu ajung/acţionează utilajele de mare capacitate;</w:t>
      </w:r>
    </w:p>
    <w:p w14:paraId="109F9A4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aparate portabile pentru pulverizare fină (atomizoare) = ... buc, folosite, în principal, pentru dezinsecţie la nivelul solului, în parcuri şi alte spaţii verzi unde nu ajung/acţionează utilajele de mare capacitate generatoare de ceaţă;</w:t>
      </w:r>
    </w:p>
    <w:p w14:paraId="55EDE47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alte dotări (dacă este cazul).</w:t>
      </w:r>
    </w:p>
    <w:p w14:paraId="22637BAF" w14:textId="6FB0D8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14:textId="6CD269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14:textId="79A0A60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asigure următorul necesar de personal:</w:t>
      </w:r>
    </w:p>
    <w:p w14:paraId="176D5BB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personal de specialitate: (se va completa cu numărul necesar şi specializarea profesională: manager de contract, biolog, medic veterinar, inginer mecanic, inginer agronom, după caz)</w:t>
      </w:r>
    </w:p>
    <w:p w14:paraId="5964F0D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personalul de execuţie calificat: ... de agenţi dezinsecţie, dezinfecţie, deratizare (se va completa cu numărul necesar şi, după caz, cu alte categorii de personal calificat).</w:t>
      </w:r>
    </w:p>
    <w:p w14:paraId="10796FFC" w14:textId="4E8CA9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14:textId="715F035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14:textId="7009B597"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14:textId="119A031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14:textId="7FBB48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14:textId="3E7901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14:textId="5D253A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14:textId="6DD4A7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14:textId="6C4F40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14:textId="7832E6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EDCE85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BCB4C98"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w:t>
      </w:r>
      <w:r w:rsidRPr="00A15970">
        <w:rPr>
          <w:rFonts w:cstheme="majorHAnsi"/>
          <w:color w:val="auto"/>
          <w:sz w:val="24"/>
          <w:szCs w:val="24"/>
          <w:lang w:val="ro-RO"/>
        </w:rPr>
        <w:br/>
        <w:t>Dispoziţii tranzitorii şi finale</w:t>
      </w:r>
    </w:p>
    <w:p w14:paraId="264CEFEA" w14:textId="4D7E8F89" w:rsidR="005A29A0" w:rsidRPr="00A15970" w:rsidRDefault="00F7257E" w:rsidP="004A3BE9">
      <w:pPr>
        <w:pStyle w:val="ListParagraph"/>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5A29A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A1380E0" w14:textId="4298AB78" w:rsidR="00885D44" w:rsidRPr="00A15970" w:rsidRDefault="00885D44" w:rsidP="004A3BE9">
      <w:pPr>
        <w:pStyle w:val="ListParagraph"/>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prezenta în mod obligatoriu, în oferta financiară, tarife de operare propuse pentru toate activitățile care fac parte din serviciul care se deleagă, respectiv:</w:t>
      </w:r>
    </w:p>
    <w:p w14:paraId="49418156"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T1- tarif pentru colectarea separată şi transportul separat al deşeurilor de hârtie, metal, plastic şi sticlă din deşeurile municipale - Tcs reciclabile;</w:t>
      </w:r>
    </w:p>
    <w:p w14:paraId="710B9F4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Tarifele T1 si T2 vor fi evidentiate distinct pentru mediul Urban si Rural, cheia de repartitie in cadrul tarifului centralizator T1 si T2 fiind populatia din mediul urban si rural </w:t>
      </w:r>
    </w:p>
    <w:p w14:paraId="7AAB23D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T4</w:t>
      </w:r>
      <w:r w:rsidRPr="00A15970">
        <w:rPr>
          <w:rStyle w:val="FootnoteReference"/>
          <w:rFonts w:asciiTheme="majorHAnsi" w:hAnsiTheme="majorHAnsi" w:cstheme="majorHAnsi"/>
          <w:sz w:val="24"/>
          <w:szCs w:val="24"/>
          <w:lang w:val="ro-RO"/>
        </w:rPr>
        <w:footnoteReference w:id="1"/>
      </w:r>
      <w:r w:rsidRPr="00A15970">
        <w:rPr>
          <w:rFonts w:asciiTheme="majorHAnsi" w:hAnsiTheme="majorHAnsi" w:cstheme="majorHAnsi"/>
          <w:sz w:val="24"/>
          <w:szCs w:val="24"/>
          <w:lang w:val="ro-RO"/>
        </w:rPr>
        <w:t xml:space="preserve"> = tarifului pentru activitatea de colectare și transport a deșeurilor voluminoase: ______________________ lei/tonă; </w:t>
      </w:r>
    </w:p>
    <w:p w14:paraId="128C0332"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T5</w:t>
      </w:r>
      <w:r w:rsidRPr="00A15970">
        <w:rPr>
          <w:rStyle w:val="FootnoteReference"/>
          <w:rFonts w:asciiTheme="majorHAnsi" w:hAnsiTheme="majorHAnsi" w:cstheme="majorHAnsi"/>
          <w:sz w:val="24"/>
          <w:szCs w:val="24"/>
          <w:lang w:val="ro-RO"/>
        </w:rPr>
        <w:footnoteReference w:id="2"/>
      </w:r>
      <w:r w:rsidRPr="00A15970">
        <w:rPr>
          <w:rFonts w:asciiTheme="majorHAnsi" w:hAnsiTheme="majorHAnsi" w:cstheme="majorHAnsi"/>
          <w:sz w:val="24"/>
          <w:szCs w:val="24"/>
          <w:lang w:val="ro-RO"/>
        </w:rPr>
        <w:t xml:space="preserve"> = Colectarea și transportul deșeurilor din construcții și desființări: _______________ lei/tonă, în zona delegata sistem „la cerere”.</w:t>
      </w:r>
    </w:p>
    <w:p w14:paraId="20635F4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T6</w:t>
      </w:r>
      <w:r w:rsidRPr="00A15970">
        <w:rPr>
          <w:rStyle w:val="FootnoteReference"/>
          <w:rFonts w:asciiTheme="majorHAnsi" w:hAnsiTheme="majorHAnsi" w:cstheme="majorHAnsi"/>
          <w:sz w:val="24"/>
          <w:szCs w:val="24"/>
          <w:lang w:val="ro-RO"/>
        </w:rPr>
        <w:footnoteReference w:id="3"/>
      </w:r>
      <w:r w:rsidRPr="00A15970">
        <w:rPr>
          <w:rFonts w:asciiTheme="majorHAnsi" w:hAnsiTheme="majorHAnsi" w:cstheme="majorHAnsi"/>
          <w:sz w:val="24"/>
          <w:szCs w:val="24"/>
          <w:lang w:val="ro-RO"/>
        </w:rPr>
        <w:t xml:space="preserve"> = Colectarea și transportul deșeurilor abandonate pe domeniul public : _______________ lei/tonă, în zona delegata.</w:t>
      </w:r>
    </w:p>
    <w:p w14:paraId="1F4AA632" w14:textId="454CDD35"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T7</w:t>
      </w:r>
      <w:r w:rsidRPr="00A15970">
        <w:rPr>
          <w:rStyle w:val="FootnoteReference"/>
          <w:rFonts w:asciiTheme="majorHAnsi" w:hAnsiTheme="majorHAnsi" w:cstheme="majorHAnsi"/>
          <w:sz w:val="24"/>
          <w:szCs w:val="24"/>
          <w:lang w:val="ro-RO"/>
        </w:rPr>
        <w:footnoteReference w:id="4"/>
      </w:r>
      <w:r w:rsidRPr="00A15970">
        <w:rPr>
          <w:rFonts w:asciiTheme="majorHAnsi" w:hAnsiTheme="majorHAnsi" w:cstheme="majorHAnsi"/>
          <w:sz w:val="24"/>
          <w:szCs w:val="24"/>
          <w:lang w:val="ro-RO"/>
        </w:rPr>
        <w:t xml:space="preserve"> = Colectarea și transportul deșeurilor verzi sistem „la cerere” : _______________ lei/tonă, în zona delegata.</w:t>
      </w:r>
    </w:p>
    <w:p w14:paraId="5B4A2636" w14:textId="743A77C3" w:rsidR="0016625D" w:rsidRPr="00A15970" w:rsidRDefault="0016625D" w:rsidP="004A3BE9">
      <w:pPr>
        <w:widowControl w:val="0"/>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estimarea tarifului pentru activitatea de colectare și transport a deșeurilor menajere și similare prevăzute la art.17 alin.(5) lit.a) din Ordonanța de urgenta nr.92/2021 privind regimul deșeurilor se vor lua  în considerare costurile aferente:</w:t>
      </w:r>
    </w:p>
    <w:p w14:paraId="46A8C48D"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și transportului deșeurilor menajere și similare reciclabile (hârtie/carton, </w:t>
      </w:r>
      <w:r w:rsidRPr="00A15970">
        <w:rPr>
          <w:rFonts w:asciiTheme="majorHAnsi" w:hAnsiTheme="majorHAnsi" w:cstheme="majorHAnsi"/>
          <w:sz w:val="24"/>
          <w:szCs w:val="24"/>
          <w:lang w:val="ro-RO"/>
        </w:rPr>
        <w:lastRenderedPageBreak/>
        <w:t>plastic/metal, sticlă);</w:t>
      </w:r>
    </w:p>
    <w:p w14:paraId="53893461"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și transportul deșeurilor similare din piețe reciclabile (hârtie/carton, plastic/metal, sticlă);</w:t>
      </w:r>
    </w:p>
    <w:p w14:paraId="51AB614D" w14:textId="0F29DBF8"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36C0AEAD" w14:textId="77777777"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biodeșeurilor menajere și similare și a deșeurilor verzi se vor lua  în considerare costurile aferente:</w:t>
      </w:r>
    </w:p>
    <w:p w14:paraId="18F9E550"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biodeșeurilor menajere si similare din mediul urban;</w:t>
      </w:r>
    </w:p>
    <w:p w14:paraId="45DEE5F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si transferului biodeșeurilor din piețe;</w:t>
      </w:r>
    </w:p>
    <w:p w14:paraId="1328D52D" w14:textId="401D1400"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și transportul </w:t>
      </w:r>
      <w:r w:rsidR="00E021E0" w:rsidRPr="00A15970">
        <w:rPr>
          <w:rFonts w:asciiTheme="majorHAnsi" w:hAnsiTheme="majorHAnsi" w:cstheme="majorHAnsi"/>
          <w:sz w:val="24"/>
          <w:szCs w:val="24"/>
          <w:lang w:val="ro-RO"/>
        </w:rPr>
        <w:t xml:space="preserve">biodeșeurilor menajere si similare </w:t>
      </w:r>
      <w:r w:rsidRPr="00A15970">
        <w:rPr>
          <w:rFonts w:asciiTheme="majorHAnsi" w:hAnsiTheme="majorHAnsi" w:cstheme="majorHAnsi"/>
          <w:sz w:val="24"/>
          <w:szCs w:val="24"/>
          <w:lang w:val="ro-RO"/>
        </w:rPr>
        <w:t>din mediul urban de la case;</w:t>
      </w:r>
    </w:p>
    <w:p w14:paraId="2086EBC7" w14:textId="05344498"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deșeurilor menajere și similare altele decât cele prevăzute la art.</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17 alin.(5) </w:t>
      </w:r>
      <w:r w:rsidR="000A6ECE">
        <w:rPr>
          <w:rFonts w:asciiTheme="majorHAnsi" w:hAnsiTheme="majorHAnsi" w:cstheme="majorHAnsi"/>
          <w:sz w:val="24"/>
          <w:szCs w:val="24"/>
          <w:lang w:val="ro-RO"/>
        </w:rPr>
        <w:t>lit.a) din Ordonanța de urgenț</w:t>
      </w:r>
      <w:r w:rsidRPr="00A15970">
        <w:rPr>
          <w:rFonts w:asciiTheme="majorHAnsi" w:hAnsiTheme="majorHAnsi" w:cstheme="majorHAnsi"/>
          <w:sz w:val="24"/>
          <w:szCs w:val="24"/>
          <w:lang w:val="ro-RO"/>
        </w:rPr>
        <w:t>a nr.</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92/2021 privind regimul deșeurilor se vor lua în considerare costurile aferente:</w:t>
      </w:r>
    </w:p>
    <w:p w14:paraId="730FEF4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si transportului deșeurilor menajere și similare reziduale;</w:t>
      </w:r>
    </w:p>
    <w:p w14:paraId="455A992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 deșeurilor similare din piețe reziduale;</w:t>
      </w:r>
    </w:p>
    <w:p w14:paraId="3FB18565" w14:textId="33691194"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transportul </w:t>
      </w:r>
      <w:r w:rsidR="000A6ECE">
        <w:rPr>
          <w:rFonts w:asciiTheme="majorHAnsi" w:hAnsiTheme="majorHAnsi" w:cstheme="majorHAnsi"/>
          <w:sz w:val="24"/>
          <w:szCs w:val="24"/>
          <w:lang w:val="ro-RO"/>
        </w:rPr>
        <w:t>ș</w:t>
      </w:r>
      <w:r w:rsidRPr="00A15970">
        <w:rPr>
          <w:rFonts w:asciiTheme="majorHAnsi" w:hAnsiTheme="majorHAnsi" w:cstheme="majorHAnsi"/>
          <w:sz w:val="24"/>
          <w:szCs w:val="24"/>
          <w:lang w:val="ro-RO"/>
        </w:rPr>
        <w:t xml:space="preserve">i transferului, stocării, tratării și depozitării deșeurilor </w:t>
      </w:r>
      <w:r w:rsidRPr="007B465E">
        <w:rPr>
          <w:rFonts w:asciiTheme="majorHAnsi" w:hAnsiTheme="majorHAnsi" w:cstheme="majorHAnsi"/>
          <w:sz w:val="24"/>
          <w:szCs w:val="24"/>
          <w:lang w:val="ro-RO"/>
        </w:rPr>
        <w:t xml:space="preserve">voluminoase </w:t>
      </w:r>
      <w:r w:rsidR="000A6ECE" w:rsidRPr="007B465E">
        <w:rPr>
          <w:rFonts w:asciiTheme="majorHAnsi" w:hAnsiTheme="majorHAnsi" w:cstheme="majorHAnsi"/>
          <w:sz w:val="24"/>
          <w:szCs w:val="24"/>
          <w:lang w:val="ro-RO"/>
        </w:rPr>
        <w:t>menajere și similare colectate î</w:t>
      </w:r>
      <w:r w:rsidRPr="007B465E">
        <w:rPr>
          <w:rFonts w:asciiTheme="majorHAnsi" w:hAnsiTheme="majorHAnsi" w:cstheme="majorHAnsi"/>
          <w:sz w:val="24"/>
          <w:szCs w:val="24"/>
          <w:lang w:val="ro-RO"/>
        </w:rPr>
        <w:t>n cadrul campaniilor;</w:t>
      </w:r>
    </w:p>
    <w:p w14:paraId="18573794" w14:textId="3CBBE8C1"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colec</w:t>
      </w:r>
      <w:r w:rsidR="000A6ECE" w:rsidRPr="007B465E">
        <w:rPr>
          <w:rFonts w:asciiTheme="majorHAnsi" w:hAnsiTheme="majorHAnsi" w:cstheme="majorHAnsi"/>
          <w:sz w:val="24"/>
          <w:szCs w:val="24"/>
          <w:lang w:val="ro-RO"/>
        </w:rPr>
        <w:t>tării separate, a transportului</w:t>
      </w:r>
      <w:r w:rsidRPr="007B465E">
        <w:rPr>
          <w:rFonts w:asciiTheme="majorHAnsi" w:hAnsiTheme="majorHAnsi" w:cstheme="majorHAnsi"/>
          <w:sz w:val="24"/>
          <w:szCs w:val="24"/>
          <w:lang w:val="ro-RO"/>
        </w:rPr>
        <w:t xml:space="preserve"> și eliminării deșeurilor periculoase </w:t>
      </w:r>
      <w:r w:rsidR="00400EC7" w:rsidRPr="007B465E">
        <w:rPr>
          <w:rFonts w:asciiTheme="majorHAnsi" w:hAnsiTheme="majorHAnsi" w:cstheme="majorHAnsi"/>
          <w:sz w:val="24"/>
          <w:szCs w:val="24"/>
          <w:lang w:val="ro-RO"/>
        </w:rPr>
        <w:t>menajere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64FBF1F8" w14:textId="48564718"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colectării separate și transportul, stocării, tratării și depozitării deșeurilor textile (care include și costul cu depozitarea rez</w:t>
      </w:r>
      <w:r w:rsidR="00E03D2B" w:rsidRPr="007B465E">
        <w:rPr>
          <w:rFonts w:asciiTheme="majorHAnsi" w:hAnsiTheme="majorHAnsi" w:cstheme="majorHAnsi"/>
          <w:sz w:val="24"/>
          <w:szCs w:val="24"/>
          <w:lang w:val="ro-RO"/>
        </w:rPr>
        <w:t>iduurilor rezultate)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307EA2B1" w14:textId="5D8739DC"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096C1C27" w14:textId="6380E818" w:rsidR="0016625D" w:rsidRPr="00A15970" w:rsidRDefault="007520F4" w:rsidP="00F44385">
      <w:pPr>
        <w:widowControl w:val="0"/>
        <w:numPr>
          <w:ilvl w:val="0"/>
          <w:numId w:val="16"/>
        </w:numPr>
        <w:tabs>
          <w:tab w:val="left" w:pos="540"/>
          <w:tab w:val="left" w:pos="810"/>
          <w:tab w:val="num"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r w:rsidR="0016625D" w:rsidRPr="00A15970">
        <w:rPr>
          <w:rFonts w:asciiTheme="majorHAnsi" w:hAnsiTheme="majorHAnsi" w:cstheme="majorHAnsi"/>
          <w:sz w:val="24"/>
          <w:szCs w:val="24"/>
          <w:lang w:val="ro-RO"/>
        </w:rPr>
        <w:t>Facturarea serviciilor prestate se va efectua in conformitate cu prevederile capitolului VI din Ordinul 640/2022 după cum urmează:</w:t>
      </w:r>
    </w:p>
    <w:p w14:paraId="1380BAA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Colectarea separată și transportul deșeurilor menajere și similare contravaloarea prestării serviciului va fi acoperită prin facturarea </w:t>
      </w:r>
    </w:p>
    <w:p w14:paraId="4C850171"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dintre UAT urile membre ADI din zona delegata care adopta mecanismul de plata taxa locala</w:t>
      </w:r>
      <w:r w:rsidRPr="00A15970">
        <w:rPr>
          <w:rFonts w:asciiTheme="majorHAnsi" w:eastAsia="Calibri" w:hAnsiTheme="majorHAnsi" w:cstheme="majorHAnsi"/>
          <w:bCs/>
          <w:sz w:val="24"/>
          <w:szCs w:val="24"/>
          <w:lang w:val="ro-RO"/>
        </w:rPr>
        <w:t>;</w:t>
      </w:r>
    </w:p>
    <w:p w14:paraId="25951A0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deșeurile similare facturile urmând a fi emise către fiecare utilizator în baza contractului individual;</w:t>
      </w:r>
    </w:p>
    <w:p w14:paraId="641541EE"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Pentru colectarea deșeurilor abandonate pe domeniul public contravaloarea prestării serviciului va fi acoperită prin facturarea către UAT ul de pe raza căruia au fost colectate deșeurile în conditiile.</w:t>
      </w:r>
    </w:p>
    <w:p w14:paraId="1E8F462B"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w:t>
      </w:r>
      <w:r w:rsidRPr="00A15970">
        <w:rPr>
          <w:rFonts w:asciiTheme="majorHAnsi" w:hAnsiTheme="majorHAnsi" w:cstheme="majorHAnsi"/>
          <w:strike/>
          <w:sz w:val="24"/>
          <w:szCs w:val="24"/>
          <w:lang w:val="ro-RO"/>
        </w:rPr>
        <w:t>,</w:t>
      </w:r>
      <w:r w:rsidRPr="00A15970">
        <w:rPr>
          <w:rFonts w:asciiTheme="majorHAnsi" w:hAnsiTheme="majorHAnsi" w:cstheme="majorHAnsi"/>
          <w:sz w:val="24"/>
          <w:szCs w:val="24"/>
          <w:lang w:val="ro-RO"/>
        </w:rPr>
        <w:t xml:space="preserve"> generate de activități de reamenajare și reabilitare interioară și/sau exterioară a acestora facturile urmând a fi emise către utilizatori casnici si non casnici - „sistem la cerere”</w:t>
      </w:r>
    </w:p>
    <w:p w14:paraId="48920D89" w14:textId="41BA274D"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 verzi, facturile  urmând a fi emise către fiecare utilizator în baza contractului</w:t>
      </w:r>
      <w:r w:rsidR="00E41874" w:rsidRPr="00A15970">
        <w:rPr>
          <w:rFonts w:asciiTheme="majorHAnsi" w:hAnsiTheme="majorHAnsi" w:cstheme="majorHAnsi"/>
          <w:sz w:val="24"/>
          <w:szCs w:val="24"/>
          <w:lang w:val="ro-RO"/>
        </w:rPr>
        <w:t xml:space="preserve"> individual.</w:t>
      </w:r>
    </w:p>
    <w:p w14:paraId="1B31F8D9" w14:textId="77777777" w:rsidR="00885D44" w:rsidRPr="00A15970" w:rsidRDefault="00885D44" w:rsidP="004A3BE9">
      <w:pPr>
        <w:pStyle w:val="ListParagraph"/>
        <w:spacing w:after="0" w:line="240" w:lineRule="auto"/>
        <w:ind w:left="1080"/>
        <w:jc w:val="both"/>
        <w:rPr>
          <w:rFonts w:asciiTheme="majorHAnsi" w:hAnsiTheme="majorHAnsi" w:cstheme="majorHAnsi"/>
          <w:sz w:val="24"/>
          <w:szCs w:val="24"/>
          <w:lang w:val="ro-RO"/>
        </w:rPr>
      </w:pPr>
    </w:p>
    <w:p w14:paraId="02CBBA80" w14:textId="412AC2B0" w:rsidR="007956BB" w:rsidRPr="007956BB" w:rsidRDefault="00FA2F81" w:rsidP="007956BB">
      <w:pPr>
        <w:pStyle w:val="ListParagraph"/>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w:t>
      </w:r>
      <w:r w:rsidR="00560FD5" w:rsidRPr="00A15970">
        <w:rPr>
          <w:rFonts w:asciiTheme="majorHAnsi" w:hAnsiTheme="majorHAnsi" w:cstheme="majorHAnsi"/>
          <w:sz w:val="24"/>
          <w:szCs w:val="24"/>
          <w:lang w:val="ro-RO"/>
        </w:rPr>
        <w:t xml:space="preserve">Valoarea redevenţei este </w:t>
      </w:r>
      <w:r w:rsidR="00CD2179">
        <w:rPr>
          <w:rFonts w:asciiTheme="majorHAnsi" w:hAnsiTheme="majorHAnsi" w:cstheme="majorHAnsi"/>
          <w:sz w:val="24"/>
          <w:szCs w:val="24"/>
          <w:lang w:val="ro-RO"/>
        </w:rPr>
        <w:t xml:space="preserve">de </w:t>
      </w:r>
      <w:r w:rsidR="00A26956" w:rsidRPr="002347DA">
        <w:rPr>
          <w:rFonts w:asciiTheme="majorHAnsi" w:hAnsiTheme="majorHAnsi" w:cstheme="majorHAnsi"/>
          <w:sz w:val="24"/>
          <w:szCs w:val="24"/>
          <w:lang w:val="ro-RO"/>
        </w:rPr>
        <w:t>1</w:t>
      </w:r>
      <w:r w:rsidR="002347DA" w:rsidRPr="002347DA">
        <w:rPr>
          <w:rFonts w:asciiTheme="majorHAnsi" w:hAnsiTheme="majorHAnsi" w:cstheme="majorHAnsi"/>
          <w:sz w:val="24"/>
          <w:szCs w:val="24"/>
          <w:lang w:val="ro-RO"/>
        </w:rPr>
        <w:t>8</w:t>
      </w:r>
      <w:r w:rsidR="00A26956" w:rsidRPr="002347DA">
        <w:rPr>
          <w:rFonts w:asciiTheme="majorHAnsi" w:hAnsiTheme="majorHAnsi" w:cstheme="majorHAnsi"/>
          <w:sz w:val="24"/>
          <w:szCs w:val="24"/>
          <w:lang w:val="ro-RO"/>
        </w:rPr>
        <w:t>1.</w:t>
      </w:r>
      <w:r w:rsidR="002347DA" w:rsidRPr="002347DA">
        <w:rPr>
          <w:rFonts w:asciiTheme="majorHAnsi" w:hAnsiTheme="majorHAnsi" w:cstheme="majorHAnsi"/>
          <w:sz w:val="24"/>
          <w:szCs w:val="24"/>
          <w:lang w:val="ro-RO"/>
        </w:rPr>
        <w:t>307,09</w:t>
      </w:r>
      <w:r w:rsidR="00A26956" w:rsidRPr="002347DA">
        <w:rPr>
          <w:rFonts w:ascii="Arial" w:hAnsi="Arial" w:cs="Arial"/>
          <w:bCs/>
        </w:rPr>
        <w:t xml:space="preserve"> </w:t>
      </w:r>
      <w:r w:rsidR="00560FD5" w:rsidRPr="002347DA">
        <w:rPr>
          <w:rFonts w:asciiTheme="majorHAnsi" w:hAnsiTheme="majorHAnsi" w:cstheme="majorHAnsi"/>
          <w:sz w:val="24"/>
          <w:szCs w:val="24"/>
          <w:lang w:val="ro-RO"/>
        </w:rPr>
        <w:t xml:space="preserve">lei/ an </w:t>
      </w:r>
      <w:r w:rsidR="00F926FC" w:rsidRPr="002347DA">
        <w:rPr>
          <w:rFonts w:asciiTheme="majorHAnsi" w:hAnsiTheme="majorHAnsi" w:cstheme="majorHAnsi"/>
          <w:sz w:val="24"/>
          <w:szCs w:val="24"/>
          <w:lang w:val="ro-RO"/>
        </w:rPr>
        <w:t>și va fi plătită în</w:t>
      </w:r>
      <w:r w:rsidR="00F926FC" w:rsidRPr="00F926FC">
        <w:rPr>
          <w:rFonts w:asciiTheme="majorHAnsi" w:hAnsiTheme="majorHAnsi" w:cstheme="majorHAnsi"/>
          <w:sz w:val="24"/>
          <w:szCs w:val="24"/>
          <w:lang w:val="ro-RO"/>
        </w:rPr>
        <w:t xml:space="preserve">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r w:rsidR="00F926FC">
        <w:rPr>
          <w:rFonts w:asciiTheme="majorHAnsi" w:hAnsiTheme="majorHAnsi" w:cstheme="majorHAnsi"/>
          <w:sz w:val="24"/>
          <w:szCs w:val="24"/>
          <w:lang w:val="ro-RO"/>
        </w:rPr>
        <w:t xml:space="preserve"> </w:t>
      </w:r>
      <w:r w:rsidR="007956BB" w:rsidRPr="007956BB">
        <w:rPr>
          <w:rFonts w:asciiTheme="majorHAnsi" w:hAnsiTheme="majorHAnsi" w:cstheme="majorHAnsi"/>
          <w:sz w:val="24"/>
          <w:szCs w:val="24"/>
          <w:lang w:val="ro-RO"/>
        </w:rPr>
        <w:t xml:space="preserve">În cazul în care Delegatul nu efectuează plata redevenței datorată Delegatarului în termenul </w:t>
      </w:r>
      <w:r w:rsidR="007956BB" w:rsidRPr="007956BB">
        <w:rPr>
          <w:rFonts w:asciiTheme="majorHAnsi" w:hAnsiTheme="majorHAnsi" w:cstheme="majorHAnsi"/>
          <w:sz w:val="24"/>
          <w:szCs w:val="24"/>
          <w:lang w:val="ro-RO"/>
        </w:rPr>
        <w:lastRenderedPageBreak/>
        <w:t xml:space="preserve">prevăzut mai sus Delegatul va plăti penalități de întârziere în cuantum de 0,01% din suma datorată pentru fiecare zi de întârziere. </w:t>
      </w:r>
      <w:r w:rsidR="00F926FC" w:rsidRPr="00F926FC">
        <w:rPr>
          <w:rFonts w:asciiTheme="majorHAnsi" w:hAnsiTheme="majorHAnsi" w:cstheme="majorHAnsi"/>
          <w:sz w:val="24"/>
          <w:szCs w:val="24"/>
          <w:lang w:val="ro-RO"/>
        </w:rPr>
        <w:t>Cuantumul redevenței se va actualiza anual cu indicele prețurilor de consum  (”IPC”) comunicat de In</w:t>
      </w:r>
      <w:r w:rsidR="00C27F29">
        <w:rPr>
          <w:rFonts w:asciiTheme="majorHAnsi" w:hAnsiTheme="majorHAnsi" w:cstheme="majorHAnsi"/>
          <w:sz w:val="24"/>
          <w:szCs w:val="24"/>
          <w:lang w:val="ro-RO"/>
        </w:rPr>
        <w:t>stitutul Naţional de Statistică și nu depinde de cantitățile colectate.</w:t>
      </w:r>
      <w:r w:rsidR="007956BB">
        <w:rPr>
          <w:rFonts w:asciiTheme="majorHAnsi" w:hAnsiTheme="majorHAnsi" w:cstheme="majorHAnsi"/>
          <w:sz w:val="24"/>
          <w:szCs w:val="24"/>
          <w:lang w:val="ro-RO"/>
        </w:rPr>
        <w:t xml:space="preserve"> </w:t>
      </w:r>
    </w:p>
    <w:p w14:paraId="4C749B4E" w14:textId="77777777" w:rsidR="00C27F29" w:rsidRPr="00F926FC" w:rsidRDefault="00C27F29" w:rsidP="00C27F29">
      <w:pPr>
        <w:pStyle w:val="ListParagraph"/>
        <w:spacing w:after="0" w:line="240" w:lineRule="auto"/>
        <w:ind w:left="360"/>
        <w:jc w:val="both"/>
        <w:rPr>
          <w:rFonts w:asciiTheme="majorHAnsi" w:hAnsiTheme="majorHAnsi" w:cstheme="majorHAnsi"/>
          <w:sz w:val="24"/>
          <w:szCs w:val="24"/>
          <w:lang w:val="ro-RO"/>
        </w:rPr>
      </w:pPr>
    </w:p>
    <w:p w14:paraId="1281C10C" w14:textId="55FA5E4D" w:rsidR="009B686A" w:rsidRPr="009B686A" w:rsidRDefault="009B686A" w:rsidP="009B686A">
      <w:pPr>
        <w:pStyle w:val="ListParagraph"/>
        <w:numPr>
          <w:ilvl w:val="0"/>
          <w:numId w:val="16"/>
        </w:numPr>
        <w:spacing w:after="0" w:line="240" w:lineRule="auto"/>
        <w:jc w:val="both"/>
        <w:rPr>
          <w:rFonts w:asciiTheme="majorHAnsi" w:hAnsiTheme="majorHAnsi" w:cstheme="majorHAnsi"/>
          <w:sz w:val="24"/>
          <w:szCs w:val="24"/>
          <w:lang w:val="ro-RO"/>
        </w:rPr>
      </w:pPr>
      <w:r>
        <w:rPr>
          <w:rFonts w:ascii="Times New Roman" w:hAnsi="Times New Roman" w:cs="Times New Roman"/>
          <w:sz w:val="24"/>
          <w:szCs w:val="24"/>
          <w:lang w:val="ro-RO"/>
        </w:rPr>
        <w:t xml:space="preserve">- </w:t>
      </w:r>
      <w:r w:rsidRPr="009B686A">
        <w:rPr>
          <w:rFonts w:ascii="Times New Roman" w:hAnsi="Times New Roman" w:cs="Times New Roman"/>
          <w:sz w:val="24"/>
          <w:szCs w:val="24"/>
          <w:lang w:val="ro-RO"/>
        </w:rPr>
        <w:t>Dupa actualizarea listei bunurilor de retur, delegatarul va proceda la actualizarea valorii redeventei in conformitate cu prevederile legale in vigoare si va instiinta delegatul in acest sens;</w:t>
      </w:r>
    </w:p>
    <w:p w14:paraId="0043CA35" w14:textId="2781DB9B" w:rsidR="00171FFF" w:rsidRPr="00A15970" w:rsidRDefault="00F7257E" w:rsidP="009B686A">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Anexele </w:t>
      </w:r>
      <w:r w:rsidR="00EB1471" w:rsidRPr="00A15970">
        <w:rPr>
          <w:rFonts w:asciiTheme="majorHAnsi" w:hAnsiTheme="majorHAnsi" w:cstheme="majorHAnsi"/>
          <w:sz w:val="24"/>
          <w:szCs w:val="24"/>
          <w:lang w:val="ro-RO"/>
        </w:rPr>
        <w:t>1-</w:t>
      </w:r>
      <w:r w:rsidR="0016625D" w:rsidRPr="00A15970">
        <w:rPr>
          <w:rFonts w:asciiTheme="majorHAnsi" w:hAnsiTheme="majorHAnsi" w:cstheme="majorHAnsi"/>
          <w:sz w:val="24"/>
          <w:szCs w:val="24"/>
          <w:lang w:val="ro-RO"/>
        </w:rPr>
        <w:t>7</w:t>
      </w:r>
      <w:r w:rsidR="00EB1471"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  fac parte integrantă din prezentul Caiet de sarcini-cadru.</w:t>
      </w:r>
    </w:p>
    <w:p w14:paraId="09322FE2" w14:textId="77777777" w:rsidR="005A29A0" w:rsidRPr="00A15970" w:rsidRDefault="005A29A0" w:rsidP="004A3BE9">
      <w:pPr>
        <w:spacing w:after="0" w:line="240" w:lineRule="auto"/>
        <w:jc w:val="both"/>
        <w:rPr>
          <w:rFonts w:asciiTheme="majorHAnsi" w:hAnsiTheme="majorHAnsi" w:cstheme="majorHAnsi"/>
          <w:sz w:val="24"/>
          <w:szCs w:val="24"/>
          <w:lang w:val="ro-RO"/>
        </w:rPr>
      </w:pPr>
    </w:p>
    <w:p w14:paraId="7E157BF9"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1538D9DD" w14:textId="3A8008F9" w:rsidR="00B75FC3" w:rsidRPr="00A15970" w:rsidRDefault="00B75FC3"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 Riscuri</w:t>
      </w:r>
    </w:p>
    <w:p w14:paraId="6B9020C4"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53FE913C" w14:textId="54F28060" w:rsidR="00B75FC3" w:rsidRPr="00A15970" w:rsidRDefault="00B75FC3" w:rsidP="004A3BE9">
      <w:pPr>
        <w:pStyle w:val="ListParagraph"/>
        <w:spacing w:after="0" w:line="240" w:lineRule="auto"/>
        <w:ind w:left="360"/>
        <w:rPr>
          <w:rFonts w:asciiTheme="majorHAnsi" w:hAnsiTheme="majorHAnsi" w:cstheme="majorHAnsi"/>
          <w:sz w:val="24"/>
          <w:szCs w:val="24"/>
        </w:rPr>
      </w:pPr>
      <w:bookmarkStart w:id="2" w:name="_Toc163646234"/>
      <w:r w:rsidRPr="00A15970">
        <w:rPr>
          <w:rFonts w:asciiTheme="majorHAnsi" w:hAnsiTheme="majorHAnsi" w:cstheme="majorHAnsi"/>
          <w:sz w:val="24"/>
          <w:szCs w:val="24"/>
        </w:rPr>
        <w:t>Riscuri ( Conform H</w:t>
      </w:r>
      <w:r w:rsidR="0063580F">
        <w:rPr>
          <w:rFonts w:asciiTheme="majorHAnsi" w:hAnsiTheme="majorHAnsi" w:cstheme="majorHAnsi"/>
          <w:sz w:val="24"/>
          <w:szCs w:val="24"/>
        </w:rPr>
        <w:t>.</w:t>
      </w:r>
      <w:r w:rsidRPr="00A15970">
        <w:rPr>
          <w:rFonts w:asciiTheme="majorHAnsi" w:hAnsiTheme="majorHAnsi" w:cstheme="majorHAnsi"/>
          <w:sz w:val="24"/>
          <w:szCs w:val="24"/>
        </w:rPr>
        <w:t>G</w:t>
      </w:r>
      <w:r w:rsidR="0063580F">
        <w:rPr>
          <w:rFonts w:asciiTheme="majorHAnsi" w:hAnsiTheme="majorHAnsi" w:cstheme="majorHAnsi"/>
          <w:sz w:val="24"/>
          <w:szCs w:val="24"/>
        </w:rPr>
        <w:t>. nr.</w:t>
      </w:r>
      <w:r w:rsidRPr="00A15970">
        <w:rPr>
          <w:rFonts w:asciiTheme="majorHAnsi" w:hAnsiTheme="majorHAnsi" w:cstheme="majorHAnsi"/>
          <w:sz w:val="24"/>
          <w:szCs w:val="24"/>
        </w:rPr>
        <w:t xml:space="preserve"> 71/2007)</w:t>
      </w:r>
      <w:bookmarkEnd w:id="2"/>
    </w:p>
    <w:p w14:paraId="35DA3DFD"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bookmarkStart w:id="3" w:name="_Toc328464714"/>
      <w:r w:rsidRPr="00A15970">
        <w:rPr>
          <w:rFonts w:asciiTheme="majorHAnsi" w:hAnsiTheme="majorHAnsi" w:cstheme="majorHAnsi"/>
          <w:sz w:val="24"/>
          <w:szCs w:val="24"/>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identificate și modul de alocare a acestora.</w:t>
      </w:r>
    </w:p>
    <w:p w14:paraId="6D5FF0E8"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Trebuie precizat ca sunt excluse riscurile prevăzute în contractul dintre părți și pentru care există prevederi contractuale.</w:t>
      </w:r>
    </w:p>
    <w:p w14:paraId="14A9E08E"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54186D32"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asociate activității delegate.</w:t>
      </w:r>
    </w:p>
    <w:p w14:paraId="698ECAA8" w14:textId="77777777" w:rsidR="00B75FC3" w:rsidRPr="00A15970" w:rsidRDefault="00B75FC3" w:rsidP="004A3BE9">
      <w:pPr>
        <w:spacing w:after="0" w:line="240" w:lineRule="auto"/>
        <w:rPr>
          <w:rFonts w:asciiTheme="majorHAnsi" w:hAnsiTheme="majorHAnsi" w:cstheme="majorHAnsi"/>
          <w:b/>
          <w:bCs/>
          <w:sz w:val="24"/>
          <w:szCs w:val="24"/>
          <w:lang w:eastAsia="en-GB"/>
        </w:rPr>
      </w:pPr>
    </w:p>
    <w:p w14:paraId="26018F89" w14:textId="77777777" w:rsidR="00B75FC3" w:rsidRPr="00A15970" w:rsidRDefault="00B75FC3" w:rsidP="004A3BE9">
      <w:pPr>
        <w:spacing w:after="0" w:line="240" w:lineRule="auto"/>
        <w:rPr>
          <w:rFonts w:asciiTheme="majorHAnsi" w:hAnsiTheme="majorHAnsi" w:cstheme="majorHAnsi"/>
          <w:b/>
          <w:sz w:val="24"/>
          <w:szCs w:val="24"/>
        </w:rPr>
        <w:sectPr w:rsidR="00B75FC3" w:rsidRPr="00A15970" w:rsidSect="00290ACA">
          <w:footerReference w:type="default" r:id="rId10"/>
          <w:pgSz w:w="11906" w:h="16838"/>
          <w:pgMar w:top="900" w:right="851" w:bottom="851" w:left="1134" w:header="709" w:footer="408" w:gutter="0"/>
          <w:cols w:space="720"/>
          <w:docGrid w:linePitch="360"/>
        </w:sectPr>
      </w:pPr>
    </w:p>
    <w:p w14:paraId="4472560F" w14:textId="77777777" w:rsidR="00B13FE6" w:rsidRPr="00A15970" w:rsidRDefault="00B13FE6" w:rsidP="004A3BE9">
      <w:pPr>
        <w:spacing w:after="0" w:line="240" w:lineRule="auto"/>
        <w:rPr>
          <w:rFonts w:asciiTheme="majorHAnsi" w:hAnsiTheme="majorHAnsi" w:cstheme="majorHAnsi"/>
          <w:sz w:val="24"/>
          <w:szCs w:val="24"/>
          <w:lang w:eastAsia="en-GB"/>
        </w:r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592"/>
        <w:gridCol w:w="4168"/>
        <w:gridCol w:w="2045"/>
        <w:gridCol w:w="1074"/>
        <w:gridCol w:w="4283"/>
      </w:tblGrid>
      <w:tr w:rsidR="00E41879" w:rsidRPr="00A15970" w14:paraId="1F91E9EF" w14:textId="77777777" w:rsidTr="00D061CF">
        <w:trPr>
          <w:tblHeader/>
        </w:trPr>
        <w:tc>
          <w:tcPr>
            <w:tcW w:w="627" w:type="dxa"/>
            <w:vMerge w:val="restart"/>
            <w:shd w:val="clear" w:color="auto" w:fill="B6DDE8" w:themeFill="accent5" w:themeFillTint="66"/>
            <w:vAlign w:val="center"/>
          </w:tcPr>
          <w:p w14:paraId="715C6419"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Nr.</w:t>
            </w:r>
          </w:p>
        </w:tc>
        <w:tc>
          <w:tcPr>
            <w:tcW w:w="2606" w:type="dxa"/>
            <w:vMerge w:val="restart"/>
            <w:shd w:val="clear" w:color="auto" w:fill="B6DDE8" w:themeFill="accent5" w:themeFillTint="66"/>
            <w:vAlign w:val="center"/>
          </w:tcPr>
          <w:p w14:paraId="00790D72"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Denumirea riscului</w:t>
            </w:r>
          </w:p>
        </w:tc>
        <w:tc>
          <w:tcPr>
            <w:tcW w:w="4221" w:type="dxa"/>
            <w:vMerge w:val="restart"/>
            <w:shd w:val="clear" w:color="auto" w:fill="B6DDE8" w:themeFill="accent5" w:themeFillTint="66"/>
            <w:vAlign w:val="center"/>
          </w:tcPr>
          <w:p w14:paraId="3F05735B"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Descrierea riscului</w:t>
            </w:r>
          </w:p>
        </w:tc>
        <w:tc>
          <w:tcPr>
            <w:tcW w:w="2994" w:type="dxa"/>
            <w:gridSpan w:val="2"/>
            <w:shd w:val="clear" w:color="auto" w:fill="B6DDE8" w:themeFill="accent5" w:themeFillTint="66"/>
            <w:vAlign w:val="center"/>
          </w:tcPr>
          <w:p w14:paraId="4F2732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b/>
                <w:sz w:val="24"/>
                <w:szCs w:val="24"/>
                <w:lang w:val="ro-RO"/>
              </w:rPr>
              <w:t>Alocare</w:t>
            </w:r>
          </w:p>
        </w:tc>
        <w:tc>
          <w:tcPr>
            <w:tcW w:w="4339" w:type="dxa"/>
            <w:vMerge w:val="restart"/>
            <w:shd w:val="clear" w:color="auto" w:fill="B6DDE8" w:themeFill="accent5" w:themeFillTint="66"/>
            <w:vAlign w:val="center"/>
          </w:tcPr>
          <w:p w14:paraId="2DCCA991"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Managementul riscului</w:t>
            </w:r>
          </w:p>
        </w:tc>
      </w:tr>
      <w:tr w:rsidR="00E41879" w:rsidRPr="00A15970" w14:paraId="662CE13A" w14:textId="77777777" w:rsidTr="00D061CF">
        <w:trPr>
          <w:tblHeader/>
        </w:trPr>
        <w:tc>
          <w:tcPr>
            <w:tcW w:w="627" w:type="dxa"/>
            <w:vMerge/>
            <w:vAlign w:val="center"/>
          </w:tcPr>
          <w:p w14:paraId="3BC82986"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2606" w:type="dxa"/>
            <w:vMerge/>
            <w:vAlign w:val="center"/>
          </w:tcPr>
          <w:p w14:paraId="08EDE043"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vMerge/>
          </w:tcPr>
          <w:p w14:paraId="28C11101"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shd w:val="clear" w:color="auto" w:fill="B6DDE8" w:themeFill="accent5" w:themeFillTint="66"/>
            <w:vAlign w:val="center"/>
          </w:tcPr>
          <w:p w14:paraId="11B622B7"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Autoritatea Contractanta/UAT</w:t>
            </w:r>
          </w:p>
        </w:tc>
        <w:tc>
          <w:tcPr>
            <w:tcW w:w="1077" w:type="dxa"/>
            <w:shd w:val="clear" w:color="auto" w:fill="B6DDE8" w:themeFill="accent5" w:themeFillTint="66"/>
            <w:vAlign w:val="center"/>
          </w:tcPr>
          <w:p w14:paraId="135E87AC"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Delegat</w:t>
            </w:r>
          </w:p>
        </w:tc>
        <w:tc>
          <w:tcPr>
            <w:tcW w:w="4339" w:type="dxa"/>
            <w:vMerge/>
          </w:tcPr>
          <w:p w14:paraId="2C878603" w14:textId="77777777" w:rsidR="00B13FE6" w:rsidRPr="00A15970" w:rsidRDefault="00B13FE6" w:rsidP="004A3BE9">
            <w:pPr>
              <w:spacing w:after="0" w:line="240" w:lineRule="auto"/>
              <w:rPr>
                <w:rFonts w:asciiTheme="majorHAnsi" w:hAnsiTheme="majorHAnsi" w:cstheme="majorHAnsi"/>
                <w:sz w:val="24"/>
                <w:szCs w:val="24"/>
                <w:lang w:val="ro-RO"/>
              </w:rPr>
            </w:pPr>
          </w:p>
        </w:tc>
      </w:tr>
      <w:tr w:rsidR="00E41879" w:rsidRPr="00A15970" w14:paraId="61A1673E" w14:textId="77777777" w:rsidTr="00D061CF">
        <w:tc>
          <w:tcPr>
            <w:tcW w:w="14787" w:type="dxa"/>
            <w:gridSpan w:val="6"/>
          </w:tcPr>
          <w:p w14:paraId="62C95A7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PUNERII în EXECUTARE A CONTRACTULUI</w:t>
            </w:r>
          </w:p>
        </w:tc>
      </w:tr>
      <w:tr w:rsidR="00E41879" w:rsidRPr="00A15970" w14:paraId="17627FC1" w14:textId="77777777" w:rsidTr="00D061CF">
        <w:tc>
          <w:tcPr>
            <w:tcW w:w="627" w:type="dxa"/>
          </w:tcPr>
          <w:p w14:paraId="08029CB4"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425D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Dificultăți financiare ale Operatorului  - risc de ofertă </w:t>
            </w:r>
          </w:p>
        </w:tc>
        <w:tc>
          <w:tcPr>
            <w:tcW w:w="4221" w:type="dxa"/>
          </w:tcPr>
          <w:p w14:paraId="7807666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nu poate efectua prestațiile conform contractului, ceea ce conduce la imposibilitatea efectuării activităților</w:t>
            </w:r>
          </w:p>
        </w:tc>
        <w:tc>
          <w:tcPr>
            <w:tcW w:w="1917" w:type="dxa"/>
            <w:vAlign w:val="center"/>
          </w:tcPr>
          <w:p w14:paraId="4EF1748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00F847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E593F32" w14:textId="09AFBD54"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contractantă trebuie să examineze în detaliu, în faza de ofertare, capacitatea viitorului Delegat de a îndeplini cu succes </w:t>
            </w:r>
            <w:r w:rsidRPr="00D34FA4">
              <w:rPr>
                <w:rFonts w:asciiTheme="majorHAnsi" w:hAnsiTheme="majorHAnsi" w:cstheme="majorHAnsi"/>
                <w:sz w:val="24"/>
                <w:szCs w:val="24"/>
                <w:lang w:val="ro-RO"/>
              </w:rPr>
              <w:t>contractul.</w:t>
            </w:r>
          </w:p>
          <w:p w14:paraId="10DA079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După începerea contractului, este obligația operatorului să-și asigure stabilitatea financiară</w:t>
            </w:r>
          </w:p>
        </w:tc>
      </w:tr>
      <w:tr w:rsidR="00E41879" w:rsidRPr="00A15970" w14:paraId="688D31F0" w14:textId="77777777" w:rsidTr="00D061CF">
        <w:tc>
          <w:tcPr>
            <w:tcW w:w="627" w:type="dxa"/>
          </w:tcPr>
          <w:p w14:paraId="38CBDCAA"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FDD3F8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Întârzieri la autorizarea activității – risc de ofertă </w:t>
            </w:r>
          </w:p>
        </w:tc>
        <w:tc>
          <w:tcPr>
            <w:tcW w:w="4221" w:type="dxa"/>
          </w:tcPr>
          <w:p w14:paraId="65DAC262"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Activitatea de colectare deșeurilor necesită obținerea unor autorizări cel puțin din punct de vedere al protecției mediului. </w:t>
            </w:r>
          </w:p>
          <w:p w14:paraId="1460073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7D15C2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5C83EF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Analizând toate posibilele implicații, reglementările la nivel local, Operatorul trebuie sa analizeze cu atenție amplasamentele zonei de operare. </w:t>
            </w:r>
          </w:p>
          <w:p w14:paraId="6E23A56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Eventualele costuri suplimentare vor fi suportate în întregime de către Operator, fără a fi îndreptățit de a solicita o ajustare de tarif. </w:t>
            </w:r>
          </w:p>
        </w:tc>
      </w:tr>
      <w:tr w:rsidR="00E41879" w:rsidRPr="00A15970" w14:paraId="06AE7460" w14:textId="77777777" w:rsidTr="00D061CF">
        <w:tc>
          <w:tcPr>
            <w:tcW w:w="627" w:type="dxa"/>
          </w:tcPr>
          <w:p w14:paraId="0BC1B60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1701A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Traseele de colectare stabilite în perioada de mobilizare necesita ajustări</w:t>
            </w:r>
          </w:p>
        </w:tc>
        <w:tc>
          <w:tcPr>
            <w:tcW w:w="4221" w:type="dxa"/>
          </w:tcPr>
          <w:p w14:paraId="64C228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5568597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1F3E078C"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Documentația de atribuire va cuprinde informații detaliate privind punctele de colectare de unde Delegatul va colecta deșeurile</w:t>
            </w:r>
          </w:p>
          <w:p w14:paraId="29B4585B"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0526B28E" w14:textId="77777777" w:rsidTr="00D061CF">
        <w:tc>
          <w:tcPr>
            <w:tcW w:w="627" w:type="dxa"/>
          </w:tcPr>
          <w:p w14:paraId="6DB34E21"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93E3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Incompatibilități intre echipamentele de colectare și condițiile din teren</w:t>
            </w:r>
          </w:p>
        </w:tc>
        <w:tc>
          <w:tcPr>
            <w:tcW w:w="4221" w:type="dxa"/>
          </w:tcPr>
          <w:p w14:paraId="4D6502D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Datorita incompatibilității dintre vehiculele de colectare și condițiile din teren (condițiile drumurilor, dimensiunile parții carosabile) serviciul </w:t>
            </w:r>
            <w:r w:rsidRPr="00A15970">
              <w:rPr>
                <w:rFonts w:asciiTheme="majorHAnsi" w:hAnsiTheme="majorHAnsi" w:cstheme="majorHAnsi"/>
                <w:color w:val="auto"/>
                <w:lang w:val="ro-RO"/>
              </w:rPr>
              <w:lastRenderedPageBreak/>
              <w:t>nu poate fi prestat la standardele stabilite</w:t>
            </w:r>
          </w:p>
        </w:tc>
        <w:tc>
          <w:tcPr>
            <w:tcW w:w="1917" w:type="dxa"/>
            <w:vAlign w:val="center"/>
          </w:tcPr>
          <w:p w14:paraId="372A24A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66CC155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E5CB208"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6A3EE1F6" w14:textId="77777777" w:rsidTr="00D061CF">
        <w:tc>
          <w:tcPr>
            <w:tcW w:w="14787" w:type="dxa"/>
            <w:gridSpan w:val="6"/>
          </w:tcPr>
          <w:p w14:paraId="389C964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PERIOADEI DE OPERARE</w:t>
            </w:r>
          </w:p>
        </w:tc>
      </w:tr>
      <w:tr w:rsidR="00E41879" w:rsidRPr="00A15970" w14:paraId="352DA735" w14:textId="77777777" w:rsidTr="00D061CF">
        <w:tc>
          <w:tcPr>
            <w:tcW w:w="627" w:type="dxa"/>
          </w:tcPr>
          <w:p w14:paraId="096F79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73CF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w:t>
            </w:r>
          </w:p>
        </w:tc>
        <w:tc>
          <w:tcPr>
            <w:tcW w:w="4221" w:type="dxa"/>
          </w:tcPr>
          <w:p w14:paraId="6EDAC5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Resursele necesare pentru operare costa mai mult decât estimările inițiale</w:t>
            </w:r>
          </w:p>
        </w:tc>
        <w:tc>
          <w:tcPr>
            <w:tcW w:w="1917" w:type="dxa"/>
            <w:vAlign w:val="center"/>
          </w:tcPr>
          <w:p w14:paraId="59C7083F"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3944874"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2AAC75B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costurilor cu celeritate, astfel încât sa evite eventualele pierderi</w:t>
            </w:r>
          </w:p>
        </w:tc>
      </w:tr>
      <w:tr w:rsidR="00E41879" w:rsidRPr="00A15970" w14:paraId="5C5B9541" w14:textId="77777777" w:rsidTr="00D061CF">
        <w:tc>
          <w:tcPr>
            <w:tcW w:w="627" w:type="dxa"/>
          </w:tcPr>
          <w:p w14:paraId="33746409"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2E879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Întreținere și reparare echipamente</w:t>
            </w:r>
          </w:p>
        </w:tc>
        <w:tc>
          <w:tcPr>
            <w:tcW w:w="4221" w:type="dxa"/>
          </w:tcPr>
          <w:p w14:paraId="7B134E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Calitatea echipamentelor este necorespunzătoare având ca rezultat creșterea peste estimări a costurilor de întreținere și reparații</w:t>
            </w:r>
          </w:p>
        </w:tc>
        <w:tc>
          <w:tcPr>
            <w:tcW w:w="1917" w:type="dxa"/>
            <w:vAlign w:val="center"/>
          </w:tcPr>
          <w:p w14:paraId="2EA6C934"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81A07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AF4CC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dreptul sa încheie contracte cu terți pentru întreținerea și repararea echipamentelor utilizate pentru prestarea serviciilor</w:t>
            </w:r>
          </w:p>
        </w:tc>
      </w:tr>
      <w:tr w:rsidR="00E41879" w:rsidRPr="00A15970" w14:paraId="474D9BED" w14:textId="77777777" w:rsidTr="00D061CF">
        <w:tc>
          <w:tcPr>
            <w:tcW w:w="627" w:type="dxa"/>
          </w:tcPr>
          <w:p w14:paraId="4079CB1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B71CB9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Distrugeri a infrastructurii de colectare a deșeurilor</w:t>
            </w:r>
          </w:p>
        </w:tc>
        <w:tc>
          <w:tcPr>
            <w:tcW w:w="4221" w:type="dxa"/>
          </w:tcPr>
          <w:p w14:paraId="779D02B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Populația distruge un număr semnificativ de recipiente de colectare, delegatul nemaiputând sa-si deruleze activitatea respectând indicatorii prevăzuți în contract</w:t>
            </w:r>
          </w:p>
        </w:tc>
        <w:tc>
          <w:tcPr>
            <w:tcW w:w="1917" w:type="dxa"/>
            <w:vAlign w:val="center"/>
          </w:tcPr>
          <w:p w14:paraId="5D7E785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100% - UAT</w:t>
            </w:r>
          </w:p>
        </w:tc>
        <w:tc>
          <w:tcPr>
            <w:tcW w:w="1077" w:type="dxa"/>
            <w:vAlign w:val="center"/>
          </w:tcPr>
          <w:p w14:paraId="57DC0C5B"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2FD2D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aceste situații delegatul asigura înlocuirea recipientelor distruse fiind îndreptățit la solicitarea recuperării costurilor suplimentare intervenite.</w:t>
            </w:r>
          </w:p>
        </w:tc>
      </w:tr>
      <w:tr w:rsidR="00E41879" w:rsidRPr="00A15970" w14:paraId="2B708C79" w14:textId="77777777" w:rsidTr="00D061CF">
        <w:tc>
          <w:tcPr>
            <w:tcW w:w="627" w:type="dxa"/>
          </w:tcPr>
          <w:p w14:paraId="07639C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8A006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Colectorii informali</w:t>
            </w:r>
          </w:p>
        </w:tc>
        <w:tc>
          <w:tcPr>
            <w:tcW w:w="4221" w:type="dxa"/>
          </w:tcPr>
          <w:p w14:paraId="303E6A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 informali care extrag deșeurile reciclabile din recipientele de colectare</w:t>
            </w:r>
          </w:p>
        </w:tc>
        <w:tc>
          <w:tcPr>
            <w:tcW w:w="1917" w:type="dxa"/>
            <w:vAlign w:val="center"/>
          </w:tcPr>
          <w:p w14:paraId="658C61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50% - UAT</w:t>
            </w:r>
          </w:p>
        </w:tc>
        <w:tc>
          <w:tcPr>
            <w:tcW w:w="1077" w:type="dxa"/>
            <w:vAlign w:val="center"/>
          </w:tcPr>
          <w:p w14:paraId="5575DD0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25ADA41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Operațiuni cu impact semnificativ asupra sistemului de colectare și a mecanismelor financiare ale SMID;</w:t>
            </w:r>
          </w:p>
          <w:p w14:paraId="117E0AC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practica se perpetuează Delegatul are obligația de a anunța în scris Delegatarul, pentru ca acesta sa transmita UAT-ului in vederea luarii masurilor necesare  stopării fenomenului</w:t>
            </w:r>
          </w:p>
        </w:tc>
      </w:tr>
      <w:tr w:rsidR="00E41879" w:rsidRPr="00A15970" w14:paraId="77556F99" w14:textId="77777777" w:rsidTr="00D061CF">
        <w:tc>
          <w:tcPr>
            <w:tcW w:w="627" w:type="dxa"/>
          </w:tcPr>
          <w:p w14:paraId="17C9D46D"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4E724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Fluctuații ale populației</w:t>
            </w:r>
          </w:p>
          <w:p w14:paraId="2273FAF8"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tcPr>
          <w:p w14:paraId="566FB9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Modificarea   semnificativă   a   numărului   de locuitori, cu impact asupra cantităților de deșeuri și a numărului recipientelor sau a frecvenței de colectare în conformitate cu documentatia de atribuire, față de </w:t>
            </w:r>
            <w:r w:rsidRPr="00A15970">
              <w:rPr>
                <w:rFonts w:asciiTheme="majorHAnsi" w:hAnsiTheme="majorHAnsi" w:cstheme="majorHAnsi"/>
                <w:sz w:val="24"/>
                <w:szCs w:val="24"/>
                <w:lang w:val="ro-RO"/>
              </w:rPr>
              <w:lastRenderedPageBreak/>
              <w:t xml:space="preserve">datele    avute    în    vedere la întocmirea acesteia  </w:t>
            </w:r>
          </w:p>
        </w:tc>
        <w:tc>
          <w:tcPr>
            <w:tcW w:w="1917" w:type="dxa"/>
            <w:vAlign w:val="center"/>
          </w:tcPr>
          <w:p w14:paraId="172AB4A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100%- UAT</w:t>
            </w:r>
          </w:p>
        </w:tc>
        <w:tc>
          <w:tcPr>
            <w:tcW w:w="1077" w:type="dxa"/>
            <w:vAlign w:val="center"/>
          </w:tcPr>
          <w:p w14:paraId="5C60CA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0%</w:t>
            </w:r>
          </w:p>
        </w:tc>
        <w:tc>
          <w:tcPr>
            <w:tcW w:w="4339" w:type="dxa"/>
          </w:tcPr>
          <w:p w14:paraId="0835143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este îndreptățit sa solicite modificarea tarifului în conformitate cu prevederile legislative privind modificările de tarif – Ordinul  ANRSC 640/2022</w:t>
            </w:r>
          </w:p>
        </w:tc>
      </w:tr>
      <w:tr w:rsidR="00E41879" w:rsidRPr="00A15970" w14:paraId="324E8E6F" w14:textId="77777777" w:rsidTr="00D061CF">
        <w:tc>
          <w:tcPr>
            <w:tcW w:w="627" w:type="dxa"/>
          </w:tcPr>
          <w:p w14:paraId="23A736D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0EEE20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deșeuri la intrarea în sistem este mai mica decât cea planificata – Risc de cerere </w:t>
            </w:r>
          </w:p>
        </w:tc>
        <w:tc>
          <w:tcPr>
            <w:tcW w:w="4221" w:type="dxa"/>
          </w:tcPr>
          <w:p w14:paraId="47628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considerabil mai mici decât estimările pe baza cărora s-a bazat oferta de servicii și calcularea tarifului.</w:t>
            </w:r>
          </w:p>
          <w:p w14:paraId="2AA0B057" w14:textId="77777777" w:rsidR="00B13FE6" w:rsidRPr="00A15970" w:rsidRDefault="00B13FE6" w:rsidP="004A3BE9">
            <w:pPr>
              <w:spacing w:after="0" w:line="240" w:lineRule="auto"/>
              <w:rPr>
                <w:rFonts w:asciiTheme="majorHAnsi" w:hAnsiTheme="majorHAnsi" w:cstheme="majorHAnsi"/>
                <w:sz w:val="24"/>
                <w:szCs w:val="24"/>
                <w:lang w:val="ro-RO"/>
              </w:rPr>
            </w:pPr>
          </w:p>
          <w:p w14:paraId="7199CE1F"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vAlign w:val="center"/>
          </w:tcPr>
          <w:p w14:paraId="3485774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w:t>
            </w:r>
          </w:p>
        </w:tc>
        <w:tc>
          <w:tcPr>
            <w:tcW w:w="1077" w:type="dxa"/>
            <w:vAlign w:val="center"/>
          </w:tcPr>
          <w:p w14:paraId="7F3D5D3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702E0E4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in corelare cu actualizarea datelor privind generarea deseurilor si cu prevederile Ordinului 640/2022.</w:t>
            </w:r>
          </w:p>
          <w:p w14:paraId="187DEF3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Potentiala pierdere suportata de Delegat pe prcursul celor 6 luni calendaristice nu poate fi recuperata contractual, modificarea tarifului neavand caracter retroactiv.</w:t>
            </w:r>
          </w:p>
        </w:tc>
      </w:tr>
      <w:tr w:rsidR="00E41879" w:rsidRPr="00A15970" w14:paraId="002E2F74" w14:textId="77777777" w:rsidTr="00D061CF">
        <w:tc>
          <w:tcPr>
            <w:tcW w:w="627" w:type="dxa"/>
          </w:tcPr>
          <w:p w14:paraId="0ABB0B6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4B1F29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deșeuri la intrarea în sistem este mai mare decât cea planificata – Risc de cerere</w:t>
            </w:r>
          </w:p>
        </w:tc>
        <w:tc>
          <w:tcPr>
            <w:tcW w:w="4221" w:type="dxa"/>
          </w:tcPr>
          <w:p w14:paraId="79B397B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mai mari decât estimările pe baza cărora s-a bazat oferta de servicii și calcularea tarifului.</w:t>
            </w:r>
          </w:p>
          <w:p w14:paraId="79CF342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a) cantitatea de deșeuri este mai mare dar se încadrează în limita capacitații maxime de colectare a delegatului.</w:t>
            </w:r>
          </w:p>
          <w:p w14:paraId="1D1151E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cantitatea de deșeuri depășește limita capacitații maxime de colectare a delegatului. (cu mai mult de 20%)</w:t>
            </w:r>
          </w:p>
          <w:p w14:paraId="3C80D82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Creșterea cantității de deșeuri duce în mod direct la creșterea cheltuielilor de operare.</w:t>
            </w:r>
          </w:p>
        </w:tc>
        <w:tc>
          <w:tcPr>
            <w:tcW w:w="1917" w:type="dxa"/>
            <w:vAlign w:val="center"/>
          </w:tcPr>
          <w:p w14:paraId="35F014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50%</w:t>
            </w:r>
          </w:p>
        </w:tc>
        <w:tc>
          <w:tcPr>
            <w:tcW w:w="1077" w:type="dxa"/>
            <w:vAlign w:val="center"/>
          </w:tcPr>
          <w:p w14:paraId="563FE011"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6B83D5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Operatorul este îndreptățit sa solicite majorarea tarifului în conformitate cu prevederile legislative privind modificările de tarif existente la momentul respectiv; modificarea tarifului ( In limita planului tarifar) se va realiza </w:t>
            </w:r>
            <w:r w:rsidRPr="00A15970">
              <w:rPr>
                <w:rFonts w:asciiTheme="majorHAnsi" w:hAnsiTheme="majorHAnsi" w:cstheme="majorHAnsi"/>
                <w:sz w:val="24"/>
                <w:szCs w:val="24"/>
                <w:lang w:val="ro-RO"/>
              </w:rPr>
              <w:lastRenderedPageBreak/>
              <w:t>obligatoriu în corelație cu actualizarea datelor privind generarea, colectarea separate, tratarea și valorificarea deșeurilor</w:t>
            </w:r>
          </w:p>
          <w:p w14:paraId="3BB49D9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Aceasta situație poate constitui un motiv de modificare a tarifului. ( In limita planului tarifar)</w:t>
            </w:r>
          </w:p>
          <w:p w14:paraId="0640D4B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în corelație cu actualizarea datelor privind generarea, colectarea separata, tratarea și valorificarea deșeurilor.</w:t>
            </w:r>
          </w:p>
        </w:tc>
      </w:tr>
      <w:tr w:rsidR="00E41879" w:rsidRPr="00A15970" w14:paraId="5307C4D0" w14:textId="77777777" w:rsidTr="00D061CF">
        <w:tc>
          <w:tcPr>
            <w:tcW w:w="627" w:type="dxa"/>
          </w:tcPr>
          <w:p w14:paraId="06DF31F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B8D56E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de impurificare ridicat al deșeurilor colectate separate</w:t>
            </w:r>
          </w:p>
        </w:tc>
        <w:tc>
          <w:tcPr>
            <w:tcW w:w="4221" w:type="dxa"/>
          </w:tcPr>
          <w:p w14:paraId="384BD9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gradul de impurificare este foarte mare, conduce la reducerea semnificativa a cantității de deșeuri valorificate</w:t>
            </w:r>
          </w:p>
        </w:tc>
        <w:tc>
          <w:tcPr>
            <w:tcW w:w="1917" w:type="dxa"/>
            <w:vAlign w:val="center"/>
          </w:tcPr>
          <w:p w14:paraId="50E92B3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 UAT</w:t>
            </w:r>
          </w:p>
        </w:tc>
        <w:tc>
          <w:tcPr>
            <w:tcW w:w="1077" w:type="dxa"/>
            <w:vAlign w:val="center"/>
          </w:tcPr>
          <w:p w14:paraId="1C2ABC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2E9377C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Risc împărțit intre UAT și delegat. În vederea corectării situației în urma anunțării acesteia de către Delegat,UAT-ul </w:t>
            </w:r>
            <w:r w:rsidRPr="00A15970">
              <w:rPr>
                <w:rFonts w:asciiTheme="majorHAnsi" w:hAnsiTheme="majorHAnsi" w:cstheme="majorHAnsi"/>
                <w:strike/>
                <w:sz w:val="24"/>
                <w:szCs w:val="24"/>
                <w:lang w:val="ro-RO"/>
              </w:rPr>
              <w:t>l</w:t>
            </w:r>
            <w:r w:rsidRPr="00A15970">
              <w:rPr>
                <w:rFonts w:asciiTheme="majorHAnsi" w:hAnsiTheme="majorHAnsi" w:cstheme="majorHAnsi"/>
                <w:sz w:val="24"/>
                <w:szCs w:val="24"/>
                <w:lang w:val="ro-RO"/>
              </w:rPr>
              <w:t xml:space="preserve"> are obligația de aplicare a penalităților stabilite prin Regulamentul de salubrizare generatorilor de deșeuri; </w:t>
            </w:r>
          </w:p>
          <w:p w14:paraId="6A6700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obligația intensificării acțiunilor de informare și conștientizare a populației (inclusive identificarea și aplicarea unor instrumente mai eficiente).</w:t>
            </w:r>
          </w:p>
          <w:p w14:paraId="0C97C8A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Tariful maximal a fost calculat cu includerea cheltuielilor anuale cu actiuni de informare si constientizare a generatorilor. </w:t>
            </w:r>
          </w:p>
          <w:p w14:paraId="35FA01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nu este indreptatit sa solicite modificarea tarifului.</w:t>
            </w:r>
          </w:p>
        </w:tc>
      </w:tr>
      <w:tr w:rsidR="00E41879" w:rsidRPr="00A15970" w14:paraId="0BF797FF" w14:textId="77777777" w:rsidTr="00D061CF">
        <w:tc>
          <w:tcPr>
            <w:tcW w:w="627" w:type="dxa"/>
          </w:tcPr>
          <w:p w14:paraId="6C163F05"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C7C8C6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Cerințe tehnice suplimentare privind reglementările de mediu, inclusive taxe.</w:t>
            </w:r>
          </w:p>
        </w:tc>
        <w:tc>
          <w:tcPr>
            <w:tcW w:w="4221" w:type="dxa"/>
          </w:tcPr>
          <w:p w14:paraId="4122AF9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Pe parcursul derulării contractului de operare actele de reglementare pot suporta modificări și pot fi  introduse noi cerințe tehnice aplicabile</w:t>
            </w:r>
          </w:p>
        </w:tc>
        <w:tc>
          <w:tcPr>
            <w:tcW w:w="1917" w:type="dxa"/>
            <w:vAlign w:val="center"/>
          </w:tcPr>
          <w:p w14:paraId="6AB831B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37571F5B"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339" w:type="dxa"/>
          </w:tcPr>
          <w:p w14:paraId="245AA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este îndreptățit la recuperarea costurilor (daca este cazul) și la modificarea tarifului in limitele noilor cerinte aplicabile ( In limita planului tarifar)</w:t>
            </w:r>
          </w:p>
          <w:p w14:paraId="44DA764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Cele menționate se refera exclusive la situațiile de operare conforma a serviciului. Orice situație de practica neconforma este în sarcina delegatului.</w:t>
            </w:r>
          </w:p>
        </w:tc>
      </w:tr>
      <w:tr w:rsidR="00E41879" w:rsidRPr="00A15970" w:rsidDel="00DB58E4" w14:paraId="7D7AD31D" w14:textId="77777777" w:rsidTr="00D061CF">
        <w:tc>
          <w:tcPr>
            <w:tcW w:w="627" w:type="dxa"/>
          </w:tcPr>
          <w:p w14:paraId="348ED93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2F1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personalului</w:t>
            </w:r>
          </w:p>
        </w:tc>
        <w:tc>
          <w:tcPr>
            <w:tcW w:w="4221" w:type="dxa"/>
          </w:tcPr>
          <w:p w14:paraId="14CD945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unui personal calificat corespunzător duce la    scăderea  performanțelor  și  disponibilității</w:t>
            </w:r>
          </w:p>
          <w:p w14:paraId="2DC0B38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Serviciului.</w:t>
            </w:r>
          </w:p>
          <w:p w14:paraId="54B35D43" w14:textId="77777777" w:rsidR="00B13FE6" w:rsidRPr="00A15970" w:rsidRDefault="00B13FE6" w:rsidP="004A3BE9">
            <w:pPr>
              <w:pStyle w:val="Default"/>
              <w:spacing w:after="0" w:line="240" w:lineRule="auto"/>
              <w:rPr>
                <w:rFonts w:asciiTheme="majorHAnsi" w:hAnsiTheme="majorHAnsi" w:cstheme="majorHAnsi"/>
                <w:color w:val="auto"/>
                <w:lang w:val="ro-RO"/>
              </w:rPr>
            </w:pPr>
          </w:p>
        </w:tc>
        <w:tc>
          <w:tcPr>
            <w:tcW w:w="1917" w:type="dxa"/>
            <w:vAlign w:val="center"/>
          </w:tcPr>
          <w:p w14:paraId="000DC7C8"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BB6017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063532F" w14:textId="77777777" w:rsidR="00B13FE6" w:rsidRPr="00A15970" w:rsidDel="00DB58E4"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resurselor necesare realizării serviciului astfel încât sa evite eventualele fluctuații de personal.</w:t>
            </w:r>
          </w:p>
        </w:tc>
      </w:tr>
      <w:tr w:rsidR="00E41879" w:rsidRPr="00A15970" w14:paraId="24552EDE" w14:textId="77777777" w:rsidTr="00D061CF">
        <w:tc>
          <w:tcPr>
            <w:tcW w:w="14787" w:type="dxa"/>
            <w:gridSpan w:val="6"/>
          </w:tcPr>
          <w:p w14:paraId="6C0203B5" w14:textId="77777777" w:rsidR="00B13FE6" w:rsidRPr="00A15970" w:rsidRDefault="00B13FE6" w:rsidP="004A3BE9">
            <w:pPr>
              <w:spacing w:after="0" w:line="240" w:lineRule="auto"/>
              <w:ind w:left="113"/>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GENERALE( atribuite tuturor instalațiilor de gestionare a deșeurilor)</w:t>
            </w:r>
          </w:p>
        </w:tc>
      </w:tr>
      <w:tr w:rsidR="00E41879" w:rsidRPr="00A15970" w14:paraId="41A9A925" w14:textId="77777777" w:rsidTr="00D061CF">
        <w:tc>
          <w:tcPr>
            <w:tcW w:w="627" w:type="dxa"/>
          </w:tcPr>
          <w:p w14:paraId="72F3B4B7"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vAlign w:val="center"/>
          </w:tcPr>
          <w:p w14:paraId="0A68C7EB" w14:textId="77777777" w:rsidR="00B13FE6" w:rsidRPr="00A15970" w:rsidRDefault="00B13FE6" w:rsidP="004A3BE9">
            <w:pPr>
              <w:pStyle w:val="TableParagraph"/>
              <w:ind w:left="99" w:right="29"/>
              <w:jc w:val="center"/>
              <w:rPr>
                <w:rFonts w:asciiTheme="majorHAnsi" w:hAnsiTheme="majorHAnsi" w:cstheme="majorHAnsi"/>
                <w:spacing w:val="1"/>
                <w:w w:val="105"/>
                <w:sz w:val="24"/>
                <w:szCs w:val="24"/>
              </w:rPr>
            </w:pPr>
            <w:r w:rsidRPr="00A15970">
              <w:rPr>
                <w:rFonts w:asciiTheme="majorHAnsi" w:hAnsiTheme="majorHAnsi" w:cstheme="majorHAnsi"/>
                <w:w w:val="105"/>
                <w:sz w:val="24"/>
                <w:szCs w:val="24"/>
              </w:rPr>
              <w:t>UAT-uri</w:t>
            </w:r>
            <w:r w:rsidRPr="00A15970">
              <w:rPr>
                <w:rFonts w:asciiTheme="majorHAnsi" w:hAnsiTheme="majorHAnsi" w:cstheme="majorHAnsi"/>
                <w:spacing w:val="-6"/>
                <w:w w:val="105"/>
                <w:sz w:val="24"/>
                <w:szCs w:val="24"/>
              </w:rPr>
              <w:t xml:space="preserve"> </w:t>
            </w:r>
            <w:r w:rsidRPr="00A15970">
              <w:rPr>
                <w:rFonts w:asciiTheme="majorHAnsi" w:hAnsiTheme="majorHAnsi" w:cstheme="majorHAnsi"/>
                <w:w w:val="105"/>
                <w:sz w:val="24"/>
                <w:szCs w:val="24"/>
              </w:rPr>
              <w:t>în</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incapacitate</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47"/>
                <w:w w:val="105"/>
                <w:sz w:val="24"/>
                <w:szCs w:val="24"/>
              </w:rPr>
              <w:t xml:space="preserve"> </w:t>
            </w:r>
            <w:r w:rsidRPr="00A15970">
              <w:rPr>
                <w:rFonts w:asciiTheme="majorHAnsi" w:hAnsiTheme="majorHAnsi" w:cstheme="majorHAnsi"/>
                <w:w w:val="105"/>
                <w:sz w:val="24"/>
                <w:szCs w:val="24"/>
              </w:rPr>
              <w:t>a plăti la timp și integral</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facturile operatorului</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(plătite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prin</w:t>
            </w:r>
            <w:r w:rsidRPr="00A15970">
              <w:rPr>
                <w:rFonts w:asciiTheme="majorHAnsi" w:hAnsiTheme="majorHAnsi" w:cstheme="majorHAnsi"/>
                <w:spacing w:val="2"/>
                <w:w w:val="105"/>
                <w:sz w:val="24"/>
                <w:szCs w:val="24"/>
              </w:rPr>
              <w:t xml:space="preserve"> </w:t>
            </w:r>
            <w:r w:rsidRPr="00A15970">
              <w:rPr>
                <w:rFonts w:asciiTheme="majorHAnsi" w:hAnsiTheme="majorHAnsi" w:cstheme="majorHAnsi"/>
                <w:w w:val="105"/>
                <w:sz w:val="24"/>
                <w:szCs w:val="24"/>
              </w:rPr>
              <w:t>taxe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salubrizare), care duce la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încasarea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parțială</w:t>
            </w:r>
            <w:r w:rsidRPr="00A15970">
              <w:rPr>
                <w:rFonts w:asciiTheme="majorHAnsi" w:hAnsiTheme="majorHAnsi" w:cstheme="majorHAnsi"/>
                <w:spacing w:val="3"/>
                <w:w w:val="105"/>
                <w:sz w:val="24"/>
                <w:szCs w:val="24"/>
              </w:rPr>
              <w:t xml:space="preserve"> </w:t>
            </w:r>
            <w:r w:rsidRPr="00A15970">
              <w:rPr>
                <w:rFonts w:asciiTheme="majorHAnsi" w:hAnsiTheme="majorHAnsi" w:cstheme="majorHAnsi"/>
                <w:w w:val="105"/>
                <w:sz w:val="24"/>
                <w:szCs w:val="24"/>
              </w:rPr>
              <w:t>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sumelor contractate de</w:t>
            </w:r>
            <w:r w:rsidRPr="00A15970">
              <w:rPr>
                <w:rFonts w:asciiTheme="majorHAnsi" w:hAnsiTheme="majorHAnsi" w:cstheme="majorHAnsi"/>
                <w:spacing w:val="1"/>
                <w:w w:val="105"/>
                <w:sz w:val="24"/>
                <w:szCs w:val="24"/>
              </w:rPr>
              <w:t xml:space="preserve"> </w:t>
            </w:r>
          </w:p>
          <w:p w14:paraId="70CA4A86" w14:textId="77777777" w:rsidR="00B13FE6" w:rsidRPr="00A15970" w:rsidRDefault="00B13FE6" w:rsidP="00892629">
            <w:pPr>
              <w:pStyle w:val="TableParagraph"/>
              <w:ind w:left="99" w:right="29"/>
              <w:rPr>
                <w:rFonts w:asciiTheme="majorHAnsi" w:hAnsiTheme="majorHAnsi" w:cstheme="majorHAnsi"/>
                <w:spacing w:val="-3"/>
                <w:w w:val="105"/>
                <w:sz w:val="24"/>
                <w:szCs w:val="24"/>
              </w:rPr>
            </w:pPr>
            <w:r w:rsidRPr="00A15970">
              <w:rPr>
                <w:rFonts w:asciiTheme="majorHAnsi" w:hAnsiTheme="majorHAnsi" w:cstheme="majorHAnsi"/>
                <w:w w:val="105"/>
                <w:sz w:val="24"/>
                <w:szCs w:val="24"/>
              </w:rPr>
              <w:lastRenderedPageBreak/>
              <w:t>Operator-</w:t>
            </w:r>
            <w:r w:rsidRPr="00A15970">
              <w:rPr>
                <w:rFonts w:asciiTheme="majorHAnsi" w:hAnsiTheme="majorHAnsi" w:cstheme="majorHAnsi"/>
                <w:spacing w:val="-3"/>
                <w:w w:val="105"/>
                <w:sz w:val="24"/>
                <w:szCs w:val="24"/>
              </w:rPr>
              <w:t xml:space="preserve"> </w:t>
            </w:r>
          </w:p>
          <w:p w14:paraId="1B99F3D0" w14:textId="77777777" w:rsidR="00B13FE6" w:rsidRPr="00A15970" w:rsidRDefault="00B13FE6" w:rsidP="004A3BE9">
            <w:pPr>
              <w:spacing w:after="0" w:line="240" w:lineRule="auto"/>
              <w:rPr>
                <w:rFonts w:asciiTheme="majorHAnsi" w:hAnsiTheme="majorHAnsi" w:cstheme="majorHAnsi"/>
                <w:spacing w:val="1"/>
                <w:w w:val="105"/>
                <w:sz w:val="24"/>
                <w:szCs w:val="24"/>
                <w:lang w:val="ro-RO"/>
              </w:rPr>
            </w:pPr>
            <w:r w:rsidRPr="00A15970">
              <w:rPr>
                <w:rFonts w:asciiTheme="majorHAnsi" w:hAnsiTheme="majorHAnsi" w:cstheme="majorHAnsi"/>
                <w:spacing w:val="1"/>
                <w:w w:val="105"/>
                <w:sz w:val="24"/>
                <w:szCs w:val="24"/>
                <w:lang w:val="ro-RO"/>
              </w:rPr>
              <w:t>Pentru utilizatorii fără contract</w:t>
            </w:r>
          </w:p>
          <w:p w14:paraId="7C2B333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pacing w:val="1"/>
                <w:w w:val="105"/>
                <w:sz w:val="24"/>
                <w:szCs w:val="24"/>
                <w:lang w:val="ro-RO"/>
              </w:rPr>
              <w:t xml:space="preserve"> </w:t>
            </w:r>
            <w:r w:rsidRPr="00A15970">
              <w:rPr>
                <w:rFonts w:asciiTheme="majorHAnsi" w:hAnsiTheme="majorHAnsi" w:cstheme="majorHAnsi"/>
                <w:w w:val="105"/>
                <w:sz w:val="24"/>
                <w:szCs w:val="24"/>
                <w:lang w:val="ro-RO"/>
              </w:rPr>
              <w:t>Risc</w:t>
            </w:r>
            <w:r w:rsidRPr="00A15970">
              <w:rPr>
                <w:rFonts w:asciiTheme="majorHAnsi" w:hAnsiTheme="majorHAnsi" w:cstheme="majorHAnsi"/>
                <w:spacing w:val="-2"/>
                <w:w w:val="105"/>
                <w:sz w:val="24"/>
                <w:szCs w:val="24"/>
                <w:lang w:val="ro-RO"/>
              </w:rPr>
              <w:t xml:space="preserve"> </w:t>
            </w:r>
            <w:r w:rsidRPr="00A15970">
              <w:rPr>
                <w:rFonts w:asciiTheme="majorHAnsi" w:hAnsiTheme="majorHAnsi" w:cstheme="majorHAnsi"/>
                <w:w w:val="105"/>
                <w:sz w:val="24"/>
                <w:szCs w:val="24"/>
                <w:lang w:val="ro-RO"/>
              </w:rPr>
              <w:t>de</w:t>
            </w:r>
            <w:r w:rsidRPr="00A15970">
              <w:rPr>
                <w:rFonts w:asciiTheme="majorHAnsi" w:hAnsiTheme="majorHAnsi" w:cstheme="majorHAnsi"/>
                <w:spacing w:val="-3"/>
                <w:w w:val="105"/>
                <w:sz w:val="24"/>
                <w:szCs w:val="24"/>
                <w:lang w:val="ro-RO"/>
              </w:rPr>
              <w:t xml:space="preserve"> </w:t>
            </w:r>
            <w:r w:rsidRPr="00A15970">
              <w:rPr>
                <w:rFonts w:asciiTheme="majorHAnsi" w:hAnsiTheme="majorHAnsi" w:cstheme="majorHAnsi"/>
                <w:w w:val="105"/>
                <w:sz w:val="24"/>
                <w:szCs w:val="24"/>
                <w:lang w:val="ro-RO"/>
              </w:rPr>
              <w:t>ofertă</w:t>
            </w:r>
          </w:p>
        </w:tc>
        <w:tc>
          <w:tcPr>
            <w:tcW w:w="4221" w:type="dxa"/>
          </w:tcPr>
          <w:p w14:paraId="20590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 - UAT</w:t>
            </w:r>
          </w:p>
        </w:tc>
        <w:tc>
          <w:tcPr>
            <w:tcW w:w="1077" w:type="dxa"/>
            <w:vAlign w:val="center"/>
          </w:tcPr>
          <w:p w14:paraId="0F77AD3A"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D3D479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nu poate fi făcut responsabil de încasarea taxelor de salubrizare de la populație</w:t>
            </w:r>
          </w:p>
          <w:p w14:paraId="32F02434" w14:textId="77777777" w:rsidR="00B13FE6" w:rsidRPr="00A15970" w:rsidRDefault="00B13FE6" w:rsidP="004A3BE9">
            <w:pPr>
              <w:pStyle w:val="Default"/>
              <w:spacing w:after="0" w:line="240" w:lineRule="auto"/>
              <w:rPr>
                <w:rFonts w:asciiTheme="majorHAnsi" w:hAnsiTheme="majorHAnsi" w:cstheme="majorHAnsi"/>
                <w:strike/>
                <w:color w:val="auto"/>
                <w:lang w:val="ro-RO"/>
              </w:rPr>
            </w:pPr>
          </w:p>
        </w:tc>
      </w:tr>
      <w:tr w:rsidR="00E41879" w:rsidRPr="00A15970" w14:paraId="002E1B2A" w14:textId="77777777" w:rsidTr="00D061CF">
        <w:tc>
          <w:tcPr>
            <w:tcW w:w="627" w:type="dxa"/>
          </w:tcPr>
          <w:p w14:paraId="24CACA8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79D7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Risc de neîncasare contravaloare serviciu de la utilizatorii cu contract de prestare serviciu</w:t>
            </w:r>
          </w:p>
        </w:tc>
        <w:tc>
          <w:tcPr>
            <w:tcW w:w="4221" w:type="dxa"/>
          </w:tcPr>
          <w:p w14:paraId="0EEFC51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Neîncasarea facturilor de la utilizatorii cu contract de prestare serviciu utilizatori casnici si non casnici </w:t>
            </w:r>
          </w:p>
        </w:tc>
        <w:tc>
          <w:tcPr>
            <w:tcW w:w="1917" w:type="dxa"/>
            <w:vAlign w:val="center"/>
          </w:tcPr>
          <w:p w14:paraId="1F685F9E"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228F1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77C8E2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sa implementeze politici adecvate pentru încasarea facturilor/recuperarea creanțelor.</w:t>
            </w:r>
          </w:p>
          <w:p w14:paraId="70A189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02AD9CB5" w14:textId="77777777" w:rsidTr="00D061CF">
        <w:tc>
          <w:tcPr>
            <w:tcW w:w="627" w:type="dxa"/>
          </w:tcPr>
          <w:p w14:paraId="03D4C558"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385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Sustenabilitate</w:t>
            </w:r>
          </w:p>
        </w:tc>
        <w:tc>
          <w:tcPr>
            <w:tcW w:w="4221" w:type="dxa"/>
          </w:tcPr>
          <w:p w14:paraId="60439C1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Veniturile  obținute  din  prestarea  Serviciului sunt insuficiente pentru a acoperi toate plățile datorate de către Delegat conform Contractului</w:t>
            </w:r>
          </w:p>
        </w:tc>
        <w:tc>
          <w:tcPr>
            <w:tcW w:w="1917" w:type="dxa"/>
            <w:vAlign w:val="center"/>
          </w:tcPr>
          <w:p w14:paraId="1CC866C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1AB90D"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4F3A17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Delegatul trebuie sa facă estimarea raportului de venituri/cheltuieli  necesare realizării serviciului încă din faza de ofertare;</w:t>
            </w:r>
          </w:p>
        </w:tc>
      </w:tr>
      <w:tr w:rsidR="00E41879" w:rsidRPr="00A15970" w14:paraId="645540FC" w14:textId="77777777" w:rsidTr="00D061CF">
        <w:tc>
          <w:tcPr>
            <w:tcW w:w="627" w:type="dxa"/>
          </w:tcPr>
          <w:p w14:paraId="5961869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D747F7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Grad redus de colectare  a tarifului de la utilizatorii non casnici colectat de către  operatorul de colectare/transport – Risc de ofertă </w:t>
            </w:r>
          </w:p>
        </w:tc>
        <w:tc>
          <w:tcPr>
            <w:tcW w:w="4221" w:type="dxa"/>
          </w:tcPr>
          <w:p w14:paraId="4949A17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8015976"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56D1DDB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să implementeze politici adecvate pentru încasarea facturilor/recuperarea creanțelor</w:t>
            </w:r>
          </w:p>
          <w:p w14:paraId="4C333A6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53CD26C2" w14:textId="77777777" w:rsidTr="00D061CF">
        <w:tc>
          <w:tcPr>
            <w:tcW w:w="627" w:type="dxa"/>
          </w:tcPr>
          <w:p w14:paraId="35AAF82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AFE227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Cresterea inflatiei peste nivelul prognozat de Comisia Nationala de Strategie si Prognoza </w:t>
            </w:r>
          </w:p>
        </w:tc>
        <w:tc>
          <w:tcPr>
            <w:tcW w:w="4221" w:type="dxa"/>
          </w:tcPr>
          <w:p w14:paraId="027D219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1417F80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691D60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justificate, tariful se poate ajusta la solicitarea operatorului conform prevederilor Ordinului ANRSC nr. 640/2022 ( In limita planului tarifar)</w:t>
            </w:r>
          </w:p>
        </w:tc>
      </w:tr>
      <w:tr w:rsidR="00E41879" w:rsidRPr="00A15970" w14:paraId="665024E1" w14:textId="77777777" w:rsidTr="00D061CF">
        <w:tc>
          <w:tcPr>
            <w:tcW w:w="627" w:type="dxa"/>
          </w:tcPr>
          <w:p w14:paraId="0054B45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C96917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Creșteri salariale generale ca urmare a </w:t>
            </w:r>
            <w:r w:rsidRPr="00A15970">
              <w:rPr>
                <w:rFonts w:asciiTheme="majorHAnsi" w:hAnsiTheme="majorHAnsi" w:cstheme="majorHAnsi"/>
                <w:color w:val="auto"/>
              </w:rPr>
              <w:lastRenderedPageBreak/>
              <w:t>aplicării unor politici publice</w:t>
            </w:r>
          </w:p>
        </w:tc>
        <w:tc>
          <w:tcPr>
            <w:tcW w:w="4221" w:type="dxa"/>
          </w:tcPr>
          <w:p w14:paraId="47568C38"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lastRenderedPageBreak/>
              <w:t>Salariul minim pe economie creste foarte mult (mai mult de 10% pe an) datorită aplicării unor politici publice</w:t>
            </w:r>
          </w:p>
        </w:tc>
        <w:tc>
          <w:tcPr>
            <w:tcW w:w="1917" w:type="dxa"/>
            <w:vAlign w:val="center"/>
          </w:tcPr>
          <w:p w14:paraId="5E4E255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76FB9B79" w14:textId="77777777" w:rsidR="00B13FE6" w:rsidRPr="00A15970" w:rsidRDefault="00B13FE6" w:rsidP="004A3BE9">
            <w:pPr>
              <w:pStyle w:val="NormalWeb1"/>
              <w:rPr>
                <w:rFonts w:asciiTheme="majorHAnsi" w:hAnsiTheme="majorHAnsi" w:cstheme="majorHAnsi"/>
                <w:color w:val="auto"/>
              </w:rPr>
            </w:pPr>
          </w:p>
        </w:tc>
        <w:tc>
          <w:tcPr>
            <w:tcW w:w="4339" w:type="dxa"/>
          </w:tcPr>
          <w:p w14:paraId="2D88707D"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În cazuri bine justificate, tariful se poate ajusta la solicitarea Delegatului, conform </w:t>
            </w:r>
            <w:r w:rsidRPr="00A15970">
              <w:rPr>
                <w:rFonts w:asciiTheme="majorHAnsi" w:hAnsiTheme="majorHAnsi" w:cstheme="majorHAnsi"/>
                <w:color w:val="auto"/>
              </w:rPr>
              <w:lastRenderedPageBreak/>
              <w:t>prevederilor Ordinului ANRSC nr. 640/2022 (In limita planului tarifar)</w:t>
            </w:r>
          </w:p>
        </w:tc>
      </w:tr>
      <w:tr w:rsidR="00E41879" w:rsidRPr="00A15970" w14:paraId="3970CCE0" w14:textId="77777777" w:rsidTr="00D061CF">
        <w:tc>
          <w:tcPr>
            <w:tcW w:w="627" w:type="dxa"/>
          </w:tcPr>
          <w:p w14:paraId="2BA3B1C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1E87B5C"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Creșteri de preț la carburanți din cauza unor evenimente externe neașteptate</w:t>
            </w:r>
          </w:p>
        </w:tc>
        <w:tc>
          <w:tcPr>
            <w:tcW w:w="4221" w:type="dxa"/>
          </w:tcPr>
          <w:p w14:paraId="0ED13E42"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Preturile la carburanți cresc foarte mult (mai mult de 10% pe an) din cauza aplicării unor politici fiscale sau din cauza unor evenimente internaționale neașteptate</w:t>
            </w:r>
          </w:p>
        </w:tc>
        <w:tc>
          <w:tcPr>
            <w:tcW w:w="1917" w:type="dxa"/>
            <w:vAlign w:val="center"/>
          </w:tcPr>
          <w:p w14:paraId="0C4E288C"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2D7629AC" w14:textId="77777777" w:rsidR="00B13FE6" w:rsidRPr="00A15970" w:rsidRDefault="00B13FE6" w:rsidP="004A3BE9">
            <w:pPr>
              <w:pStyle w:val="NormalWeb1"/>
              <w:rPr>
                <w:rFonts w:asciiTheme="majorHAnsi" w:hAnsiTheme="majorHAnsi" w:cstheme="majorHAnsi"/>
                <w:color w:val="auto"/>
              </w:rPr>
            </w:pPr>
          </w:p>
        </w:tc>
        <w:tc>
          <w:tcPr>
            <w:tcW w:w="4339" w:type="dxa"/>
          </w:tcPr>
          <w:p w14:paraId="292988C6"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bine justificate, tariful se poate ajusta la solicitarea Delegatului, conform prevederilor Ordinului ANRSC nr. 640/2022 (In limita planului tarifar)</w:t>
            </w:r>
          </w:p>
        </w:tc>
      </w:tr>
      <w:tr w:rsidR="00E41879" w:rsidRPr="00A15970" w14:paraId="68676DF5" w14:textId="77777777" w:rsidTr="00D061CF">
        <w:tc>
          <w:tcPr>
            <w:tcW w:w="627" w:type="dxa"/>
          </w:tcPr>
          <w:p w14:paraId="3770890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3451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Insolventa Operatorului – </w:t>
            </w:r>
          </w:p>
        </w:tc>
        <w:tc>
          <w:tcPr>
            <w:tcW w:w="4221" w:type="dxa"/>
          </w:tcPr>
          <w:p w14:paraId="3CA53F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Constatarea intrării în incapacitate de plata a Operatorului. Serviciul nu mai poate fi prestat.</w:t>
            </w:r>
          </w:p>
        </w:tc>
        <w:tc>
          <w:tcPr>
            <w:tcW w:w="1917" w:type="dxa"/>
            <w:vAlign w:val="center"/>
          </w:tcPr>
          <w:p w14:paraId="2A7F5C9E" w14:textId="2FD0902C"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7310E45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6A14369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Documentația de atribuire este întocmita de așa natura încât Operatorul  identificat sa fie solvabil.</w:t>
            </w:r>
          </w:p>
          <w:p w14:paraId="247E409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In cazul în care Operatorul  devine insolvabil pe durata contractului, Contractul poate fi reziliat iar Autoritatea Contractanta va incerca atribuirea contractului printr-o procedura de achizite publica.</w:t>
            </w:r>
          </w:p>
          <w:p w14:paraId="1A812B50" w14:textId="77777777" w:rsidR="00B13FE6" w:rsidRPr="00A15970" w:rsidRDefault="00B13FE6" w:rsidP="004A3BE9">
            <w:pPr>
              <w:spacing w:after="0" w:line="240" w:lineRule="auto"/>
              <w:rPr>
                <w:rFonts w:asciiTheme="majorHAnsi" w:hAnsiTheme="majorHAnsi" w:cstheme="majorHAnsi"/>
                <w:strike/>
                <w:sz w:val="24"/>
                <w:szCs w:val="24"/>
                <w:lang w:val="ro-RO"/>
              </w:rPr>
            </w:pPr>
          </w:p>
        </w:tc>
      </w:tr>
      <w:tr w:rsidR="00E41879" w:rsidRPr="00A15970" w14:paraId="36F2DA62" w14:textId="77777777" w:rsidTr="00D061CF">
        <w:tc>
          <w:tcPr>
            <w:tcW w:w="627" w:type="dxa"/>
          </w:tcPr>
          <w:p w14:paraId="62F23E4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24CD1D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Forța majora – Risc de operare </w:t>
            </w:r>
          </w:p>
        </w:tc>
        <w:tc>
          <w:tcPr>
            <w:tcW w:w="4221" w:type="dxa"/>
          </w:tcPr>
          <w:p w14:paraId="581ACB9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 - UAT Județul Arad</w:t>
            </w:r>
          </w:p>
        </w:tc>
        <w:tc>
          <w:tcPr>
            <w:tcW w:w="1077" w:type="dxa"/>
            <w:vAlign w:val="center"/>
          </w:tcPr>
          <w:p w14:paraId="4F6422C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F9723B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Bunurile mobile și imobile vor fi asigurate în baza viitorului contract.</w:t>
            </w:r>
          </w:p>
          <w:p w14:paraId="744284F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Fondurile acumulate atât de Autoritatea Contractanta cat și de Delegat pentru dezvoltare și retehnologizare vor fi utilizate pentru a asigura continuitatea operării.</w:t>
            </w:r>
          </w:p>
        </w:tc>
      </w:tr>
      <w:tr w:rsidR="00B13FE6" w:rsidRPr="00A15970" w14:paraId="799B0310" w14:textId="77777777" w:rsidTr="00D061CF">
        <w:tc>
          <w:tcPr>
            <w:tcW w:w="627" w:type="dxa"/>
          </w:tcPr>
          <w:p w14:paraId="1DB0AA5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D844D3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legislative</w:t>
            </w:r>
          </w:p>
        </w:tc>
        <w:tc>
          <w:tcPr>
            <w:tcW w:w="4221" w:type="dxa"/>
          </w:tcPr>
          <w:p w14:paraId="7792D68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1077" w:type="dxa"/>
          </w:tcPr>
          <w:p w14:paraId="5067FCD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05AE1F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14:textId="77777777" w:rsidR="00B13FE6" w:rsidRPr="00A15970" w:rsidRDefault="00B13FE6" w:rsidP="004A3BE9">
      <w:pPr>
        <w:spacing w:after="0" w:line="240" w:lineRule="auto"/>
        <w:rPr>
          <w:rFonts w:asciiTheme="majorHAnsi" w:hAnsiTheme="majorHAnsi" w:cstheme="majorHAnsi"/>
          <w:sz w:val="24"/>
          <w:szCs w:val="24"/>
          <w:lang w:eastAsia="en-GB"/>
        </w:rPr>
        <w:sectPr w:rsidR="00B13FE6" w:rsidRPr="00A15970" w:rsidSect="00B75FC3">
          <w:pgSz w:w="16838" w:h="11906" w:orient="landscape"/>
          <w:pgMar w:top="1134" w:right="851" w:bottom="851" w:left="1134" w:header="709" w:footer="408" w:gutter="0"/>
          <w:cols w:space="720"/>
          <w:docGrid w:linePitch="360"/>
        </w:sectPr>
      </w:pPr>
    </w:p>
    <w:bookmarkEnd w:id="3"/>
    <w:p w14:paraId="7CF166B8"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73BE70BF" w14:textId="6EC2DBD7" w:rsidR="0039235D"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XVIII Informații privind oferta tehnica</w:t>
      </w:r>
    </w:p>
    <w:p w14:paraId="53C8CFAB"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C735EF1"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33C3C43"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Managementul si organizarea activității </w:t>
      </w:r>
    </w:p>
    <w:p w14:paraId="58E08E1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va trebui sa conțină următoarele elemente: </w:t>
      </w:r>
    </w:p>
    <w:p w14:paraId="39B7C13A"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Organigrama cuprinzând toate posturile de lucru necesare desfășurării activității. </w:t>
      </w:r>
    </w:p>
    <w:p w14:paraId="597CA2BD"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Atribuțiile specifice aferente fiecărui post de lucru cuprins in organigrama. </w:t>
      </w:r>
    </w:p>
    <w:p w14:paraId="1D7C103E"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Detalierea atribuțiilor specifice aferente personalului de conducere, prezentate sub forma „Fisei de post”.</w:t>
      </w:r>
    </w:p>
    <w:p w14:paraId="3B87DD5C"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6643ED28"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Mobilizarea si operaționalizarea activității </w:t>
      </w:r>
    </w:p>
    <w:p w14:paraId="56EE167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6E07B2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perioada de mobilizare vor fi desfășurate minim următoarele activități: </w:t>
      </w:r>
    </w:p>
    <w:p w14:paraId="6CE1F35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procurarea utilajelor si echipamentelor necesare (pentru categoriile de deșeuri care fac obiectul contractului) si amplasarea lor in teritoriu – cumpărare, închiriere, leasing; </w:t>
      </w:r>
    </w:p>
    <w:p w14:paraId="691405FB"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amenajarea si autorizarea activităților in conformitate cu cerințele legale pentru toate punctele de lucru (inclusiv bazele de lucru); </w:t>
      </w:r>
    </w:p>
    <w:p w14:paraId="40366C83" w14:textId="522F4284"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amenajarea si autorizarea unor baze de lucru</w:t>
      </w:r>
      <w:r w:rsidR="003300FE" w:rsidRPr="00A15970">
        <w:rPr>
          <w:rFonts w:asciiTheme="majorHAnsi" w:hAnsiTheme="majorHAnsi" w:cstheme="majorHAnsi"/>
          <w:sz w:val="24"/>
          <w:szCs w:val="24"/>
          <w:lang w:val="ro-RO"/>
        </w:rPr>
        <w:t xml:space="preserve"> aferenta fiecarei zone de colectare </w:t>
      </w:r>
      <w:r w:rsidRPr="00A15970">
        <w:rPr>
          <w:rFonts w:asciiTheme="majorHAnsi" w:hAnsiTheme="majorHAnsi" w:cstheme="majorHAnsi"/>
          <w:sz w:val="24"/>
          <w:szCs w:val="24"/>
          <w:lang w:val="ro-RO"/>
        </w:rPr>
        <w:t xml:space="preserve">care să permită gararea autospecialelor, întreținerea acestora și să faciliteze accesul mai rapid spre UAT-urile din care se va face colectarea si transportul deșeurilor municipale; </w:t>
      </w:r>
    </w:p>
    <w:p w14:paraId="02EDC0E0"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preluarea de la CJ Arad a bunurilor de retur date în administrare (inclusiv testarea acestora, daca este cazul) </w:t>
      </w:r>
    </w:p>
    <w:p w14:paraId="760CF85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6A9FE67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1359514E" w14:textId="77777777" w:rsidR="00B13FE6"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tuturor avizelor/autorizațiilor/licențelor necesare pentru desfășurarea activităților contractului; </w:t>
      </w:r>
    </w:p>
    <w:p w14:paraId="0F848A1D" w14:textId="18DA8A75" w:rsidR="004833A7" w:rsidRPr="00A15970" w:rsidRDefault="004833A7" w:rsidP="004A3BE9">
      <w:pPr>
        <w:pStyle w:val="ListParagraph"/>
        <w:numPr>
          <w:ilvl w:val="0"/>
          <w:numId w:val="23"/>
        </w:numPr>
        <w:spacing w:after="0" w:line="240" w:lineRule="auto"/>
        <w:jc w:val="both"/>
        <w:rPr>
          <w:rFonts w:asciiTheme="majorHAnsi" w:hAnsiTheme="majorHAnsi" w:cstheme="majorHAnsi"/>
          <w:sz w:val="24"/>
          <w:szCs w:val="24"/>
          <w:lang w:val="ro-RO"/>
        </w:rPr>
      </w:pPr>
      <w:r w:rsidRPr="004833A7">
        <w:rPr>
          <w:rFonts w:asciiTheme="majorHAnsi" w:hAnsiTheme="majorHAnsi" w:cstheme="majorHAnsi"/>
          <w:sz w:val="24"/>
          <w:szCs w:val="24"/>
          <w:lang w:val="ro-RO"/>
        </w:rPr>
        <w:t>încheierea tuturor poliţelor de asigurare și a taxelor legale obligatorii pentru bunurile de retur</w:t>
      </w:r>
      <w:r>
        <w:rPr>
          <w:rFonts w:asciiTheme="majorHAnsi" w:hAnsiTheme="majorHAnsi" w:cstheme="majorHAnsi"/>
          <w:sz w:val="24"/>
          <w:szCs w:val="24"/>
          <w:lang w:val="ro-RO"/>
        </w:rPr>
        <w:t>;</w:t>
      </w:r>
    </w:p>
    <w:p w14:paraId="6490CA4A"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16F413B4"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campanii de informare și conștientizare a beneficiarilor privind colectarea separată a deșeurilor. </w:t>
      </w:r>
    </w:p>
    <w:p w14:paraId="2CA48E0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alte măsuri prevăzute a fi îndeplinite în perioada de mobilizare, conform contractului de delegare a gestiunii. </w:t>
      </w:r>
    </w:p>
    <w:p w14:paraId="3FE94768"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36548B4" w14:textId="7745BD3B"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Se convine ca sfârșitul perioadei de mobilizare (Data începerii activității) este la data la care toate condițiile de la literele a) – m) din paragraful de mai sus sunt îndeplinite in mod cumulativ, dar nu mai mult de </w:t>
      </w:r>
      <w:r w:rsidR="00BA2CC2" w:rsidRPr="00A15970">
        <w:rPr>
          <w:rFonts w:asciiTheme="majorHAnsi" w:hAnsiTheme="majorHAnsi" w:cstheme="majorHAnsi"/>
          <w:sz w:val="24"/>
          <w:szCs w:val="24"/>
          <w:lang w:val="ro-RO"/>
        </w:rPr>
        <w:t>150</w:t>
      </w:r>
      <w:r w:rsidRPr="00A15970">
        <w:rPr>
          <w:rFonts w:asciiTheme="majorHAnsi" w:hAnsiTheme="majorHAnsi" w:cstheme="majorHAnsi"/>
          <w:sz w:val="24"/>
          <w:szCs w:val="24"/>
          <w:lang w:val="ro-RO"/>
        </w:rPr>
        <w:t xml:space="preserve">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0FA31F20"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FEDBA4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va cuprinde descrierea detaliata a activităților aferente etapei de mobilizare in mod distinct pentru fiecare activitate in parte. </w:t>
      </w:r>
    </w:p>
    <w:p w14:paraId="5E113E9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69A20C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 este necesar ca aceste documente sa fie atașate ofertei. În cazul în care oferta este declarată câștigătoare, ofertantul câștigător va prezenta aceste documente până la sfârșitul perioadei de mobilizare. </w:t>
      </w:r>
    </w:p>
    <w:p w14:paraId="71E980C2"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25FD9155"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Eventualele testări trebuie incluse in graficul detaliat al activităților aferente etapei de mobilizare.</w:t>
      </w:r>
    </w:p>
    <w:p w14:paraId="0BBD314A"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4189B5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organizare a activații </w:t>
      </w:r>
    </w:p>
    <w:p w14:paraId="6F0BCF3D" w14:textId="77777777" w:rsidR="00B13FE6" w:rsidRPr="00A15970" w:rsidRDefault="00B13FE6" w:rsidP="004A3BE9">
      <w:pPr>
        <w:autoSpaceDE w:val="0"/>
        <w:autoSpaceDN w:val="0"/>
        <w:adjustRightInd w:val="0"/>
        <w:spacing w:after="0" w:line="240" w:lineRule="auto"/>
        <w:rPr>
          <w:rFonts w:asciiTheme="majorHAnsi" w:hAnsiTheme="majorHAnsi" w:cstheme="majorHAnsi"/>
          <w:sz w:val="24"/>
          <w:szCs w:val="24"/>
          <w:lang w:val="ro-RO"/>
        </w:rPr>
      </w:pPr>
    </w:p>
    <w:p w14:paraId="331A3C64" w14:textId="77777777" w:rsidR="00B13FE6" w:rsidRPr="00A15970" w:rsidRDefault="00B13FE6" w:rsidP="004A3BE9">
      <w:p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organizare a activității detaliat si coerent, care sa prezinte cel puțin: </w:t>
      </w:r>
    </w:p>
    <w:p w14:paraId="108B8B18"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alocarea de resurse pentru fiecare categorie de deșeuri (vehicule, echipamente, unelte, personal); </w:t>
      </w:r>
    </w:p>
    <w:p w14:paraId="5463C52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organizarea calendaristica a activității pe parcursul unui an – pentru fiecare UAT si categorie de deșeuri; </w:t>
      </w:r>
    </w:p>
    <w:p w14:paraId="128E395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75397FFC"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un grafic de colectare pentru deșeurile menajere și similare, și rutele aferente cu respectarea frecvenței de colectare impusă prin prezentul caiet de sarcini; </w:t>
      </w:r>
    </w:p>
    <w:p w14:paraId="42EA2BB4"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din piețe; </w:t>
      </w:r>
    </w:p>
    <w:p w14:paraId="2C9B7EBF"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abandonate pe domeniul public; </w:t>
      </w:r>
    </w:p>
    <w:p w14:paraId="645A1D82"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modalități propuse pentru asigurarea punctelor de colectare de pe domeniul public împotriva acțiunilor de vandalism și furt; </w:t>
      </w:r>
    </w:p>
    <w:p w14:paraId="702ADFF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37DDE09E"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și resursele de realizare a campaniilor de informare și conștientizare pentru eficientizarea activităților de salubrizare. </w:t>
      </w:r>
    </w:p>
    <w:p w14:paraId="55FECC9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2AFA8EE0"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Daca este cazul, se va evidenția si contribuția adusa de partenerii din asociere si/sau de subcontractanți: activitățile ce urmează a fi derulate, planificarea in timp, etc. </w:t>
      </w:r>
    </w:p>
    <w:p w14:paraId="6947E3B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Compoziția deșeurilor va fi determinata semestrial, in mediul rural se va realiza o proba medie pe fiecare zona in parte care sa reprezinte deșeurile generate in toate unitățile administrativ – teritoriale arondate. </w:t>
      </w:r>
    </w:p>
    <w:p w14:paraId="6AED2322"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2669C9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Luând în considerare cerințele prezentate în Caietul de sarcini, ofertanții vor calcula necesarul de echipamente pentru prestarea activităților contractului, separat pentru fiecare activitate în parte. </w:t>
      </w:r>
    </w:p>
    <w:p w14:paraId="436EF65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Calculele vor fi prezentate explicit în cadrul Ofertei tehnice, specificându-se toți parametrii principali pentru fiecare tip de mijloc de transport, respectiv pentru fiecare tip de utilaj în parte. </w:t>
      </w:r>
    </w:p>
    <w:p w14:paraId="12EE3F8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fiecare tip mijloc de transport/utilaj în parte se vor prezenta copii ale documentelor care să ateste veridicitatea parametrilor utilizați în formule.</w:t>
      </w:r>
    </w:p>
    <w:p w14:paraId="2030BC9F"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8C0F269"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investiții </w:t>
      </w:r>
    </w:p>
    <w:p w14:paraId="6D20670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F1D834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prezenta, în cadrul Ofertei tehnice, planul de recuperare al investițiilor, pe baza căruia au inclus amortizarea în structura și justificarea tarifului ofertat;</w:t>
      </w:r>
    </w:p>
    <w:p w14:paraId="7A425837"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5E3F27DF" w14:textId="27341EE4"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evaluarea unitara, toti ofertantii vor utiliza pentru </w:t>
      </w:r>
      <w:r w:rsidR="00757037">
        <w:rPr>
          <w:rFonts w:asciiTheme="majorHAnsi" w:hAnsiTheme="majorHAnsi" w:cstheme="majorHAnsi"/>
          <w:sz w:val="24"/>
          <w:szCs w:val="24"/>
          <w:lang w:val="ro-RO"/>
        </w:rPr>
        <w:t>bunurile din planul de investiții</w:t>
      </w:r>
      <w:r w:rsidRPr="00A15970">
        <w:rPr>
          <w:rFonts w:asciiTheme="majorHAnsi" w:hAnsiTheme="majorHAnsi" w:cstheme="majorHAnsi"/>
          <w:sz w:val="24"/>
          <w:szCs w:val="24"/>
          <w:lang w:val="ro-RO"/>
        </w:rPr>
        <w:t xml:space="preserve"> durata de amortizare </w:t>
      </w:r>
      <w:r w:rsidR="00CA695C">
        <w:rPr>
          <w:rFonts w:asciiTheme="majorHAnsi" w:hAnsiTheme="majorHAnsi" w:cstheme="majorHAnsi"/>
          <w:sz w:val="24"/>
          <w:szCs w:val="24"/>
          <w:lang w:val="ro-RO"/>
        </w:rPr>
        <w:t xml:space="preserve"> egală cu</w:t>
      </w:r>
      <w:r w:rsidR="00992A4E">
        <w:rPr>
          <w:rFonts w:asciiTheme="majorHAnsi" w:hAnsiTheme="majorHAnsi" w:cstheme="majorHAnsi"/>
          <w:sz w:val="24"/>
          <w:szCs w:val="24"/>
          <w:lang w:val="ro-RO"/>
        </w:rPr>
        <w:t xml:space="preserve">  </w:t>
      </w:r>
      <w:r w:rsidR="005F0CC3">
        <w:rPr>
          <w:rFonts w:asciiTheme="majorHAnsi" w:hAnsiTheme="majorHAnsi" w:cstheme="majorHAnsi"/>
          <w:sz w:val="24"/>
          <w:szCs w:val="24"/>
          <w:lang w:val="ro-RO"/>
        </w:rPr>
        <w:t xml:space="preserve">durata </w:t>
      </w:r>
      <w:r w:rsidR="009B0033">
        <w:rPr>
          <w:rFonts w:asciiTheme="majorHAnsi" w:hAnsiTheme="majorHAnsi" w:cstheme="majorHAnsi"/>
          <w:sz w:val="24"/>
          <w:szCs w:val="24"/>
          <w:lang w:val="ro-RO"/>
        </w:rPr>
        <w:t xml:space="preserve">de execuție a </w:t>
      </w:r>
      <w:r w:rsidR="005F0CC3">
        <w:rPr>
          <w:rFonts w:asciiTheme="majorHAnsi" w:hAnsiTheme="majorHAnsi" w:cstheme="majorHAnsi"/>
          <w:sz w:val="24"/>
          <w:szCs w:val="24"/>
          <w:lang w:val="ro-RO"/>
        </w:rPr>
        <w:t>contractului</w:t>
      </w:r>
      <w:r w:rsidRPr="00A15970">
        <w:rPr>
          <w:rFonts w:asciiTheme="majorHAnsi" w:hAnsiTheme="majorHAnsi" w:cstheme="majorHAnsi"/>
          <w:sz w:val="24"/>
          <w:szCs w:val="24"/>
          <w:lang w:val="ro-RO"/>
        </w:rPr>
        <w:t>.</w:t>
      </w:r>
    </w:p>
    <w:p w14:paraId="11FEC9A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68B2B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va completa Formularul Planul de investiții  (Anexa 9)</w:t>
      </w:r>
    </w:p>
    <w:p w14:paraId="541BC497"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Controlul proceselor. Monitorizarea performantei </w:t>
      </w:r>
    </w:p>
    <w:p w14:paraId="4851B76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1F52557"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oferta tehnică va prezenta modalitățile de monitorizare și stimulare a realizării colectării separate a deșeurilor menajere, inclusiv a deșeurilor biodegradabile. </w:t>
      </w:r>
    </w:p>
    <w:p w14:paraId="34A61BF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638B0C9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Oferta tehnică trebuie să prezinte o descriere a sistemului de monitorizare GPS folosit de ofertant pentru vehiculele ofertate cat si a sistemului de raportare.</w:t>
      </w:r>
    </w:p>
    <w:p w14:paraId="686F39D3"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E0A313E"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Auditul de conformitate </w:t>
      </w:r>
    </w:p>
    <w:p w14:paraId="380FC5FB"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contractanta își rezerva dreptul de a desfășura periodic, un audit propriu privind conformitatea activităților desfășurate in aria delegarii in raport cu toate cerințele legale aplicabile. </w:t>
      </w:r>
    </w:p>
    <w:p w14:paraId="502AF95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trebuie sa precizeze perioada necesara pentru îndeplinirea condițiilor in vederea realizării auditului de conformitate (exprimata in număr de zile calendaristice de la Data începerii activității).</w:t>
      </w:r>
    </w:p>
    <w:p w14:paraId="1BAC3934"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91B350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Norme de poluare a autogunoierelor/autovehiculelor de colectare</w:t>
      </w:r>
    </w:p>
    <w:p w14:paraId="63CDABF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Se vor prezenta documente relevante care sa ateste norma de poluare a </w:t>
      </w:r>
      <w:r w:rsidRPr="00645138">
        <w:rPr>
          <w:rFonts w:asciiTheme="majorHAnsi" w:hAnsiTheme="majorHAnsi" w:cstheme="majorHAnsi"/>
          <w:sz w:val="24"/>
          <w:szCs w:val="24"/>
          <w:lang w:val="ro-RO"/>
        </w:rPr>
        <w:t>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644B614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ADF90E6" w14:textId="77777777" w:rsidR="00B13FE6" w:rsidRPr="00A15970" w:rsidRDefault="00B13FE6" w:rsidP="004A3BE9">
      <w:pPr>
        <w:widowControl w:val="0"/>
        <w:numPr>
          <w:ilvl w:val="0"/>
          <w:numId w:val="19"/>
        </w:numPr>
        <w:tabs>
          <w:tab w:val="clear" w:pos="1712"/>
          <w:tab w:val="num" w:pos="1560"/>
          <w:tab w:val="num" w:pos="3242"/>
        </w:tabs>
        <w:spacing w:after="0" w:line="240" w:lineRule="auto"/>
        <w:ind w:left="835" w:hanging="835"/>
        <w:jc w:val="both"/>
        <w:rPr>
          <w:rFonts w:asciiTheme="majorHAnsi" w:hAnsiTheme="majorHAnsi" w:cstheme="majorHAnsi"/>
          <w:sz w:val="24"/>
          <w:szCs w:val="24"/>
          <w:lang w:val="ro-RO"/>
        </w:rPr>
      </w:pPr>
      <w:bookmarkStart w:id="4" w:name="_Toc61369379"/>
      <w:r w:rsidRPr="00A15970">
        <w:rPr>
          <w:rFonts w:asciiTheme="majorHAnsi" w:hAnsiTheme="majorHAnsi" w:cstheme="majorHAnsi"/>
          <w:sz w:val="24"/>
          <w:szCs w:val="24"/>
          <w:lang w:val="ro-RO"/>
        </w:rPr>
        <w:t>Conținutul ofertei financiare</w:t>
      </w:r>
      <w:bookmarkEnd w:id="4"/>
    </w:p>
    <w:p w14:paraId="2DC6928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Elaborarea ofertei financiare se va face pe baza: </w:t>
      </w:r>
    </w:p>
    <w:p w14:paraId="35F14AF9" w14:textId="3D96DCA4"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 fișei de fundamentare anexă la formularul de oferta- câte o fișă de fundamentare pentru fiecare tarif ofertat,  ținând cont de costuril</w:t>
      </w:r>
      <w:r w:rsidR="00A26956">
        <w:rPr>
          <w:rFonts w:asciiTheme="majorHAnsi" w:hAnsiTheme="majorHAnsi" w:cstheme="majorHAnsi"/>
          <w:sz w:val="24"/>
          <w:szCs w:val="24"/>
          <w:lang w:val="ro-RO"/>
        </w:rPr>
        <w:t>e reale aferente fiecărui tarif</w:t>
      </w:r>
      <w:r w:rsidRPr="00A15970">
        <w:rPr>
          <w:rFonts w:asciiTheme="majorHAnsi" w:hAnsiTheme="majorHAnsi" w:cstheme="majorHAnsi"/>
          <w:sz w:val="24"/>
          <w:szCs w:val="24"/>
          <w:lang w:val="ro-RO"/>
        </w:rPr>
        <w:t>, conform Ordonanței de urgenta nr. 92/2021, art.17 alin.(5), lit.c) si a ordinului 640/2022</w:t>
      </w:r>
    </w:p>
    <w:p w14:paraId="04D5EFD4" w14:textId="3AF322C8" w:rsidR="00B13FE6" w:rsidRPr="00A15970" w:rsidRDefault="00B13FE6" w:rsidP="004A3BE9">
      <w:pPr>
        <w:spacing w:after="0" w:line="240" w:lineRule="auto"/>
        <w:jc w:val="both"/>
        <w:rPr>
          <w:rFonts w:asciiTheme="majorHAnsi" w:hAnsiTheme="majorHAnsi" w:cstheme="majorHAnsi"/>
          <w:sz w:val="24"/>
          <w:szCs w:val="24"/>
          <w:lang w:val="ro-RO"/>
        </w:rPr>
      </w:pPr>
      <w:bookmarkStart w:id="5" w:name="_Hlk89185573"/>
      <w:r w:rsidRPr="00A15970">
        <w:rPr>
          <w:rFonts w:asciiTheme="majorHAnsi" w:hAnsiTheme="majorHAnsi" w:cstheme="majorHAnsi"/>
          <w:sz w:val="24"/>
          <w:szCs w:val="24"/>
          <w:lang w:val="ro-RO"/>
        </w:rPr>
        <w:t xml:space="preserve">Cuantumul anual al redevenței </w:t>
      </w:r>
      <w:bookmarkEnd w:id="5"/>
      <w:r w:rsidR="00767047">
        <w:rPr>
          <w:rFonts w:asciiTheme="majorHAnsi" w:hAnsiTheme="majorHAnsi" w:cstheme="majorHAnsi"/>
          <w:sz w:val="24"/>
          <w:szCs w:val="24"/>
          <w:lang w:val="ro-RO"/>
        </w:rPr>
        <w:t>va fi plătit</w:t>
      </w:r>
      <w:r w:rsidRPr="00A15970">
        <w:rPr>
          <w:rFonts w:asciiTheme="majorHAnsi" w:hAnsiTheme="majorHAnsi" w:cstheme="majorHAnsi"/>
          <w:sz w:val="24"/>
          <w:szCs w:val="24"/>
          <w:lang w:val="ro-RO"/>
        </w:rPr>
        <w:t xml:space="preserve"> către UAT Județul Arad- trimestrial in transe egale. Pe durata fiecarui an contractual redeventa este fixa, aceasta actualizandu-se cu IPC anual. </w:t>
      </w:r>
    </w:p>
    <w:p w14:paraId="1E5E426D"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elaborarea ofertei financiare se vor avea în vedere cantitățile de deșeuri menționate în documentație pentru primul an de executare a contractului în caz contrar oferta urmează a fi declarată ca neconformă.</w:t>
      </w:r>
    </w:p>
    <w:p w14:paraId="21272219"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553CC08" w14:textId="77777777" w:rsidR="00B13FE6" w:rsidRPr="00A15970" w:rsidRDefault="00B13FE6" w:rsidP="004A3BE9">
      <w:pPr>
        <w:spacing w:after="0" w:line="240" w:lineRule="auto"/>
        <w:jc w:val="both"/>
        <w:rPr>
          <w:rFonts w:asciiTheme="majorHAnsi" w:hAnsiTheme="majorHAnsi" w:cstheme="majorHAnsi"/>
          <w:sz w:val="24"/>
          <w:szCs w:val="24"/>
          <w:u w:val="single"/>
          <w:lang w:val="ro-RO"/>
        </w:rPr>
      </w:pPr>
      <w:r w:rsidRPr="00A15970">
        <w:rPr>
          <w:rFonts w:asciiTheme="majorHAnsi" w:hAnsiTheme="majorHAnsi" w:cstheme="majorHAnsi"/>
          <w:sz w:val="24"/>
          <w:szCs w:val="24"/>
          <w:u w:val="single"/>
          <w:lang w:val="ro-RO"/>
        </w:rPr>
        <w:t xml:space="preserve">Pentru fiecare activitate și fiecare tip de tarif se va întocmi câte o fișă de fundamentare. </w:t>
      </w:r>
    </w:p>
    <w:p w14:paraId="2AC73C87" w14:textId="4FE41D9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fiecare element de cost din fișa de fundamentare pe fiecare fractie se va prezenta modalitatea detaliată de determinare/cuantificare a acestuia. </w:t>
      </w:r>
    </w:p>
    <w:p w14:paraId="3869D6F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Investițiile operatorului se vor amortiza integral în perioada contractului. In conformitate cu prevederile Art. 28 din Legea 101/2006.</w:t>
      </w:r>
    </w:p>
    <w:p w14:paraId="7AEB4618" w14:textId="4F69A0D8" w:rsidR="0039235D"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este responsabil pentru corelarea ofertei tehnice și a cele financiare.</w:t>
      </w:r>
    </w:p>
    <w:p w14:paraId="41748C7E" w14:textId="6C0072B6"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83DAD8C"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5321DC30" w14:textId="308267B8" w:rsidR="00B75FC3"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Anexe</w:t>
      </w:r>
    </w:p>
    <w:p w14:paraId="2F321BE7"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678E9E83"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1E2860CA" w14:textId="5DF7CBD4" w:rsidR="00885D44" w:rsidRPr="00A15970" w:rsidRDefault="00885D44"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Lista anexe:</w:t>
      </w:r>
    </w:p>
    <w:p w14:paraId="5232726A" w14:textId="549A95B8" w:rsidR="00885D44" w:rsidRPr="00A15970" w:rsidRDefault="00C77FEE" w:rsidP="004A3BE9">
      <w:pPr>
        <w:pStyle w:val="Heading3"/>
        <w:spacing w:before="0" w:line="240" w:lineRule="auto"/>
        <w:rPr>
          <w:rFonts w:cstheme="majorHAnsi"/>
          <w:color w:val="auto"/>
          <w:sz w:val="24"/>
          <w:szCs w:val="24"/>
        </w:rPr>
      </w:pPr>
      <w:r w:rsidRPr="00A15970">
        <w:rPr>
          <w:rFonts w:cstheme="majorHAnsi"/>
          <w:color w:val="auto"/>
          <w:sz w:val="24"/>
          <w:szCs w:val="24"/>
        </w:rPr>
        <w:t>ANEXA Nr. 1 la caietul de sarcini</w:t>
      </w:r>
    </w:p>
    <w:p w14:paraId="3317E8FB" w14:textId="77777777" w:rsidR="00C77FEE" w:rsidRPr="00A15970" w:rsidRDefault="00C77FEE" w:rsidP="004A3BE9">
      <w:pPr>
        <w:spacing w:after="0" w:line="240" w:lineRule="auto"/>
        <w:jc w:val="both"/>
        <w:rPr>
          <w:rFonts w:asciiTheme="majorHAnsi" w:eastAsia="Times New Roman" w:hAnsiTheme="majorHAnsi" w:cstheme="majorHAnsi"/>
          <w:sz w:val="24"/>
          <w:szCs w:val="24"/>
        </w:rPr>
      </w:pPr>
    </w:p>
    <w:p w14:paraId="538AB856" w14:textId="4E9BE727" w:rsidR="00C77FEE" w:rsidRPr="00A15970" w:rsidRDefault="00C77FEE"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Numărul de utilizatori şi numărul de gospodării individuale/locuinţe în blocuri din aria de delegare</w:t>
      </w:r>
    </w:p>
    <w:p w14:paraId="0DD888E3" w14:textId="77777777" w:rsidR="00C77FEE" w:rsidRPr="00A15970" w:rsidRDefault="00C77FEE" w:rsidP="004A3BE9">
      <w:pPr>
        <w:spacing w:after="0" w:line="240" w:lineRule="auto"/>
        <w:jc w:val="both"/>
        <w:rPr>
          <w:rFonts w:asciiTheme="majorHAnsi" w:eastAsia="Times New Roman" w:hAnsiTheme="majorHAnsi" w:cstheme="majorHAnsi"/>
          <w:b/>
          <w:bCs/>
          <w:sz w:val="24"/>
          <w:szCs w:val="24"/>
        </w:rPr>
      </w:pPr>
    </w:p>
    <w:p w14:paraId="1CE3BC0E" w14:textId="07002744"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 xml:space="preserve">Sistemul de colectare al deșeurilor conceput pentru a fi implementat in Zona </w:t>
      </w:r>
      <w:r w:rsidR="003F70A6" w:rsidRPr="00A15970">
        <w:rPr>
          <w:rFonts w:asciiTheme="majorHAnsi" w:eastAsia="Calibri" w:hAnsiTheme="majorHAnsi" w:cstheme="majorHAnsi"/>
          <w:sz w:val="24"/>
          <w:szCs w:val="24"/>
          <w:lang w:val="ro-RO"/>
        </w:rPr>
        <w:t>5</w:t>
      </w:r>
      <w:r w:rsidR="00BA2CC2" w:rsidRPr="00A15970">
        <w:rPr>
          <w:rFonts w:asciiTheme="majorHAnsi" w:eastAsia="Calibri" w:hAnsiTheme="majorHAnsi" w:cstheme="majorHAnsi"/>
          <w:sz w:val="24"/>
          <w:szCs w:val="24"/>
          <w:lang w:val="ro-RO"/>
        </w:rPr>
        <w:t xml:space="preserve"> </w:t>
      </w:r>
      <w:r w:rsidRPr="00A15970">
        <w:rPr>
          <w:rFonts w:asciiTheme="majorHAnsi" w:eastAsia="Calibri" w:hAnsiTheme="majorHAnsi" w:cstheme="majorHAnsi"/>
          <w:sz w:val="24"/>
          <w:szCs w:val="24"/>
          <w:lang w:val="ro-RO"/>
        </w:rPr>
        <w:t xml:space="preserve"> a Județului Arad,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p>
    <w:p w14:paraId="3F5D0F2F"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Compozitia deseurilor este conform Planului Judetean de Gestiune a deseurilor Arad:</w:t>
      </w:r>
    </w:p>
    <w:p w14:paraId="701C65B3"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4140" w:type="dxa"/>
        <w:jc w:val="center"/>
        <w:tblLook w:val="04A0" w:firstRow="1" w:lastRow="0" w:firstColumn="1" w:lastColumn="0" w:noHBand="0" w:noVBand="1"/>
      </w:tblPr>
      <w:tblGrid>
        <w:gridCol w:w="1488"/>
        <w:gridCol w:w="884"/>
        <w:gridCol w:w="884"/>
        <w:gridCol w:w="884"/>
      </w:tblGrid>
      <w:tr w:rsidR="00E41879" w:rsidRPr="00A15970" w14:paraId="334DE7E7" w14:textId="77777777" w:rsidTr="00D061CF">
        <w:trPr>
          <w:trHeight w:val="465"/>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0C7665E3"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Tip deșeu </w:t>
            </w:r>
          </w:p>
        </w:tc>
        <w:tc>
          <w:tcPr>
            <w:tcW w:w="2880" w:type="dxa"/>
            <w:gridSpan w:val="3"/>
            <w:tcBorders>
              <w:top w:val="single" w:sz="8" w:space="0" w:color="auto"/>
              <w:left w:val="nil"/>
              <w:bottom w:val="single" w:sz="8" w:space="0" w:color="auto"/>
              <w:right w:val="single" w:sz="8" w:space="0" w:color="auto"/>
            </w:tcBorders>
            <w:shd w:val="clear" w:color="000000" w:fill="BDD6EE"/>
            <w:vAlign w:val="center"/>
            <w:hideMark/>
          </w:tcPr>
          <w:p w14:paraId="352F71A2"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Ponderea %</w:t>
            </w:r>
          </w:p>
          <w:p w14:paraId="78272838"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p w14:paraId="113EDA6B"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tc>
      </w:tr>
      <w:tr w:rsidR="00E41879" w:rsidRPr="00A15970" w14:paraId="5EAE7F72" w14:textId="77777777" w:rsidTr="00D061CF">
        <w:trPr>
          <w:trHeight w:val="315"/>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EC66920"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p>
        </w:tc>
        <w:tc>
          <w:tcPr>
            <w:tcW w:w="960" w:type="dxa"/>
            <w:tcBorders>
              <w:top w:val="nil"/>
              <w:left w:val="nil"/>
              <w:bottom w:val="single" w:sz="8" w:space="0" w:color="auto"/>
              <w:right w:val="single" w:sz="8" w:space="0" w:color="auto"/>
            </w:tcBorders>
            <w:shd w:val="clear" w:color="000000" w:fill="BDD6EE"/>
            <w:vAlign w:val="center"/>
            <w:hideMark/>
          </w:tcPr>
          <w:p w14:paraId="2CBBD32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2023 </w:t>
            </w:r>
          </w:p>
        </w:tc>
        <w:tc>
          <w:tcPr>
            <w:tcW w:w="960" w:type="dxa"/>
            <w:tcBorders>
              <w:top w:val="nil"/>
              <w:left w:val="nil"/>
              <w:bottom w:val="single" w:sz="8" w:space="0" w:color="auto"/>
              <w:right w:val="single" w:sz="8" w:space="0" w:color="auto"/>
            </w:tcBorders>
            <w:shd w:val="clear" w:color="000000" w:fill="BDD6EE"/>
            <w:vAlign w:val="center"/>
            <w:hideMark/>
          </w:tcPr>
          <w:p w14:paraId="3CA079E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2024 </w:t>
            </w:r>
          </w:p>
        </w:tc>
        <w:tc>
          <w:tcPr>
            <w:tcW w:w="960" w:type="dxa"/>
            <w:tcBorders>
              <w:top w:val="nil"/>
              <w:left w:val="nil"/>
              <w:bottom w:val="single" w:sz="8" w:space="0" w:color="auto"/>
              <w:right w:val="single" w:sz="8" w:space="0" w:color="auto"/>
            </w:tcBorders>
            <w:shd w:val="clear" w:color="000000" w:fill="BDD6EE"/>
            <w:vAlign w:val="center"/>
            <w:hideMark/>
          </w:tcPr>
          <w:p w14:paraId="73715A9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2025 </w:t>
            </w:r>
          </w:p>
        </w:tc>
      </w:tr>
      <w:tr w:rsidR="00E41879" w:rsidRPr="00A15970" w14:paraId="5970A1D0"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675C11A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Hârtie și carton </w:t>
            </w:r>
          </w:p>
        </w:tc>
        <w:tc>
          <w:tcPr>
            <w:tcW w:w="960" w:type="dxa"/>
            <w:tcBorders>
              <w:top w:val="nil"/>
              <w:left w:val="nil"/>
              <w:bottom w:val="single" w:sz="8" w:space="0" w:color="auto"/>
              <w:right w:val="single" w:sz="8" w:space="0" w:color="auto"/>
            </w:tcBorders>
            <w:vAlign w:val="center"/>
            <w:hideMark/>
          </w:tcPr>
          <w:p w14:paraId="521E1A5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w:t>
            </w:r>
          </w:p>
        </w:tc>
        <w:tc>
          <w:tcPr>
            <w:tcW w:w="960" w:type="dxa"/>
            <w:tcBorders>
              <w:top w:val="nil"/>
              <w:left w:val="nil"/>
              <w:bottom w:val="single" w:sz="8" w:space="0" w:color="auto"/>
              <w:right w:val="single" w:sz="8" w:space="0" w:color="auto"/>
            </w:tcBorders>
            <w:vAlign w:val="center"/>
            <w:hideMark/>
          </w:tcPr>
          <w:p w14:paraId="67E48FC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13.3</w:t>
            </w:r>
          </w:p>
        </w:tc>
        <w:tc>
          <w:tcPr>
            <w:tcW w:w="960" w:type="dxa"/>
            <w:tcBorders>
              <w:top w:val="nil"/>
              <w:left w:val="nil"/>
              <w:bottom w:val="single" w:sz="8" w:space="0" w:color="auto"/>
              <w:right w:val="single" w:sz="8" w:space="0" w:color="auto"/>
            </w:tcBorders>
            <w:vAlign w:val="center"/>
            <w:hideMark/>
          </w:tcPr>
          <w:p w14:paraId="466CDD3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13.5</w:t>
            </w:r>
          </w:p>
        </w:tc>
      </w:tr>
      <w:tr w:rsidR="00E41879" w:rsidRPr="00A15970" w14:paraId="2496899E"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0FC7FEE"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Metale </w:t>
            </w:r>
          </w:p>
        </w:tc>
        <w:tc>
          <w:tcPr>
            <w:tcW w:w="960" w:type="dxa"/>
            <w:tcBorders>
              <w:top w:val="nil"/>
              <w:left w:val="nil"/>
              <w:bottom w:val="single" w:sz="8" w:space="0" w:color="auto"/>
              <w:right w:val="single" w:sz="8" w:space="0" w:color="auto"/>
            </w:tcBorders>
            <w:vAlign w:val="center"/>
            <w:hideMark/>
          </w:tcPr>
          <w:p w14:paraId="01C49F5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c>
          <w:tcPr>
            <w:tcW w:w="960" w:type="dxa"/>
            <w:tcBorders>
              <w:top w:val="nil"/>
              <w:left w:val="nil"/>
              <w:bottom w:val="single" w:sz="8" w:space="0" w:color="auto"/>
              <w:right w:val="single" w:sz="8" w:space="0" w:color="auto"/>
            </w:tcBorders>
            <w:vAlign w:val="center"/>
            <w:hideMark/>
          </w:tcPr>
          <w:p w14:paraId="6F22545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3.2</w:t>
            </w:r>
          </w:p>
        </w:tc>
        <w:tc>
          <w:tcPr>
            <w:tcW w:w="960" w:type="dxa"/>
            <w:tcBorders>
              <w:top w:val="nil"/>
              <w:left w:val="nil"/>
              <w:bottom w:val="single" w:sz="8" w:space="0" w:color="auto"/>
              <w:right w:val="single" w:sz="8" w:space="0" w:color="auto"/>
            </w:tcBorders>
            <w:vAlign w:val="center"/>
            <w:hideMark/>
          </w:tcPr>
          <w:p w14:paraId="130AE8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3.5</w:t>
            </w:r>
          </w:p>
        </w:tc>
      </w:tr>
      <w:tr w:rsidR="00E41879" w:rsidRPr="00A15970" w14:paraId="30D6C94D"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E2A2AB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Plastic </w:t>
            </w:r>
          </w:p>
        </w:tc>
        <w:tc>
          <w:tcPr>
            <w:tcW w:w="960" w:type="dxa"/>
            <w:tcBorders>
              <w:top w:val="nil"/>
              <w:left w:val="nil"/>
              <w:bottom w:val="single" w:sz="8" w:space="0" w:color="auto"/>
              <w:right w:val="single" w:sz="8" w:space="0" w:color="auto"/>
            </w:tcBorders>
            <w:vAlign w:val="center"/>
            <w:hideMark/>
          </w:tcPr>
          <w:p w14:paraId="72B6ABA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10.4</w:t>
            </w:r>
          </w:p>
        </w:tc>
        <w:tc>
          <w:tcPr>
            <w:tcW w:w="960" w:type="dxa"/>
            <w:tcBorders>
              <w:top w:val="nil"/>
              <w:left w:val="nil"/>
              <w:bottom w:val="single" w:sz="8" w:space="0" w:color="auto"/>
              <w:right w:val="single" w:sz="8" w:space="0" w:color="auto"/>
            </w:tcBorders>
            <w:vAlign w:val="center"/>
            <w:hideMark/>
          </w:tcPr>
          <w:p w14:paraId="64E38CA4"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10.2</w:t>
            </w:r>
          </w:p>
        </w:tc>
        <w:tc>
          <w:tcPr>
            <w:tcW w:w="960" w:type="dxa"/>
            <w:tcBorders>
              <w:top w:val="nil"/>
              <w:left w:val="nil"/>
              <w:bottom w:val="single" w:sz="8" w:space="0" w:color="auto"/>
              <w:right w:val="single" w:sz="8" w:space="0" w:color="auto"/>
            </w:tcBorders>
            <w:vAlign w:val="center"/>
            <w:hideMark/>
          </w:tcPr>
          <w:p w14:paraId="0897564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w:t>
            </w:r>
          </w:p>
        </w:tc>
      </w:tr>
      <w:tr w:rsidR="00E41879" w:rsidRPr="00A15970" w14:paraId="08CB1E23"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AF55615"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Sticlă </w:t>
            </w:r>
          </w:p>
        </w:tc>
        <w:tc>
          <w:tcPr>
            <w:tcW w:w="960" w:type="dxa"/>
            <w:tcBorders>
              <w:top w:val="nil"/>
              <w:left w:val="nil"/>
              <w:bottom w:val="single" w:sz="8" w:space="0" w:color="auto"/>
              <w:right w:val="single" w:sz="8" w:space="0" w:color="auto"/>
            </w:tcBorders>
            <w:vAlign w:val="center"/>
            <w:hideMark/>
          </w:tcPr>
          <w:p w14:paraId="70F4259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4.7</w:t>
            </w:r>
          </w:p>
        </w:tc>
        <w:tc>
          <w:tcPr>
            <w:tcW w:w="960" w:type="dxa"/>
            <w:tcBorders>
              <w:top w:val="nil"/>
              <w:left w:val="nil"/>
              <w:bottom w:val="single" w:sz="8" w:space="0" w:color="auto"/>
              <w:right w:val="single" w:sz="8" w:space="0" w:color="auto"/>
            </w:tcBorders>
            <w:vAlign w:val="center"/>
            <w:hideMark/>
          </w:tcPr>
          <w:p w14:paraId="6151FF8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4.6</w:t>
            </w:r>
          </w:p>
        </w:tc>
        <w:tc>
          <w:tcPr>
            <w:tcW w:w="960" w:type="dxa"/>
            <w:tcBorders>
              <w:top w:val="nil"/>
              <w:left w:val="nil"/>
              <w:bottom w:val="single" w:sz="8" w:space="0" w:color="auto"/>
              <w:right w:val="single" w:sz="8" w:space="0" w:color="auto"/>
            </w:tcBorders>
            <w:vAlign w:val="center"/>
            <w:hideMark/>
          </w:tcPr>
          <w:p w14:paraId="21C4750C"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4.5</w:t>
            </w:r>
          </w:p>
        </w:tc>
      </w:tr>
      <w:tr w:rsidR="00E41879" w:rsidRPr="00A15970" w14:paraId="118D138B"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734FD0D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Lemn </w:t>
            </w:r>
          </w:p>
        </w:tc>
        <w:tc>
          <w:tcPr>
            <w:tcW w:w="960" w:type="dxa"/>
            <w:tcBorders>
              <w:top w:val="nil"/>
              <w:left w:val="nil"/>
              <w:bottom w:val="single" w:sz="8" w:space="0" w:color="auto"/>
              <w:right w:val="single" w:sz="8" w:space="0" w:color="auto"/>
            </w:tcBorders>
            <w:vAlign w:val="center"/>
            <w:hideMark/>
          </w:tcPr>
          <w:p w14:paraId="580BEE2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5CBBEF0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30CF08B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r>
      <w:tr w:rsidR="00E41879" w:rsidRPr="00A15970" w14:paraId="70751FE6"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6C3379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Biodeșeuri </w:t>
            </w:r>
          </w:p>
        </w:tc>
        <w:tc>
          <w:tcPr>
            <w:tcW w:w="960" w:type="dxa"/>
            <w:tcBorders>
              <w:top w:val="nil"/>
              <w:left w:val="nil"/>
              <w:bottom w:val="single" w:sz="8" w:space="0" w:color="auto"/>
              <w:right w:val="single" w:sz="8" w:space="0" w:color="auto"/>
            </w:tcBorders>
            <w:vAlign w:val="center"/>
            <w:hideMark/>
          </w:tcPr>
          <w:p w14:paraId="0DCA65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56</w:t>
            </w:r>
          </w:p>
        </w:tc>
        <w:tc>
          <w:tcPr>
            <w:tcW w:w="960" w:type="dxa"/>
            <w:tcBorders>
              <w:top w:val="nil"/>
              <w:left w:val="nil"/>
              <w:bottom w:val="single" w:sz="8" w:space="0" w:color="auto"/>
              <w:right w:val="single" w:sz="8" w:space="0" w:color="auto"/>
            </w:tcBorders>
            <w:vAlign w:val="center"/>
            <w:hideMark/>
          </w:tcPr>
          <w:p w14:paraId="28B3D60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55.5</w:t>
            </w:r>
          </w:p>
        </w:tc>
        <w:tc>
          <w:tcPr>
            <w:tcW w:w="960" w:type="dxa"/>
            <w:tcBorders>
              <w:top w:val="nil"/>
              <w:left w:val="nil"/>
              <w:bottom w:val="single" w:sz="8" w:space="0" w:color="auto"/>
              <w:right w:val="single" w:sz="8" w:space="0" w:color="auto"/>
            </w:tcBorders>
            <w:vAlign w:val="center"/>
            <w:hideMark/>
          </w:tcPr>
          <w:p w14:paraId="1626FA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w:t>
            </w:r>
          </w:p>
        </w:tc>
      </w:tr>
      <w:tr w:rsidR="00E41879" w:rsidRPr="00A15970" w14:paraId="08B767F5"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855B7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Textile </w:t>
            </w:r>
          </w:p>
        </w:tc>
        <w:tc>
          <w:tcPr>
            <w:tcW w:w="960" w:type="dxa"/>
            <w:tcBorders>
              <w:top w:val="nil"/>
              <w:left w:val="nil"/>
              <w:bottom w:val="single" w:sz="8" w:space="0" w:color="auto"/>
              <w:right w:val="single" w:sz="8" w:space="0" w:color="auto"/>
            </w:tcBorders>
            <w:vAlign w:val="center"/>
            <w:hideMark/>
          </w:tcPr>
          <w:p w14:paraId="6B6EDBB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16EF9F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01D5F8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r>
      <w:tr w:rsidR="00E41879" w:rsidRPr="00A15970" w14:paraId="59FB639E"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7F1BE96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Voluminoase </w:t>
            </w:r>
          </w:p>
        </w:tc>
        <w:tc>
          <w:tcPr>
            <w:tcW w:w="960" w:type="dxa"/>
            <w:tcBorders>
              <w:top w:val="nil"/>
              <w:left w:val="nil"/>
              <w:bottom w:val="single" w:sz="8" w:space="0" w:color="auto"/>
              <w:right w:val="single" w:sz="8" w:space="0" w:color="auto"/>
            </w:tcBorders>
            <w:vAlign w:val="center"/>
            <w:hideMark/>
          </w:tcPr>
          <w:p w14:paraId="6CD655F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2.6</w:t>
            </w:r>
          </w:p>
        </w:tc>
        <w:tc>
          <w:tcPr>
            <w:tcW w:w="960" w:type="dxa"/>
            <w:tcBorders>
              <w:top w:val="nil"/>
              <w:left w:val="nil"/>
              <w:bottom w:val="single" w:sz="8" w:space="0" w:color="auto"/>
              <w:right w:val="single" w:sz="8" w:space="0" w:color="auto"/>
            </w:tcBorders>
            <w:vAlign w:val="center"/>
            <w:hideMark/>
          </w:tcPr>
          <w:p w14:paraId="75AC1CB9"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2.8</w:t>
            </w:r>
          </w:p>
        </w:tc>
        <w:tc>
          <w:tcPr>
            <w:tcW w:w="960" w:type="dxa"/>
            <w:tcBorders>
              <w:top w:val="nil"/>
              <w:left w:val="nil"/>
              <w:bottom w:val="single" w:sz="8" w:space="0" w:color="auto"/>
              <w:right w:val="single" w:sz="8" w:space="0" w:color="auto"/>
            </w:tcBorders>
            <w:vAlign w:val="center"/>
            <w:hideMark/>
          </w:tcPr>
          <w:p w14:paraId="66D6D021"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r>
      <w:tr w:rsidR="00C77FEE" w:rsidRPr="00A15970" w14:paraId="6A22ED8A"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1C29983D"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Alte deșeuri </w:t>
            </w:r>
          </w:p>
        </w:tc>
        <w:tc>
          <w:tcPr>
            <w:tcW w:w="960" w:type="dxa"/>
            <w:tcBorders>
              <w:top w:val="nil"/>
              <w:left w:val="nil"/>
              <w:bottom w:val="single" w:sz="8" w:space="0" w:color="auto"/>
              <w:right w:val="single" w:sz="8" w:space="0" w:color="auto"/>
            </w:tcBorders>
            <w:vAlign w:val="center"/>
            <w:hideMark/>
          </w:tcPr>
          <w:p w14:paraId="02C22EF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6.6</w:t>
            </w:r>
          </w:p>
        </w:tc>
        <w:tc>
          <w:tcPr>
            <w:tcW w:w="960" w:type="dxa"/>
            <w:tcBorders>
              <w:top w:val="nil"/>
              <w:left w:val="nil"/>
              <w:bottom w:val="single" w:sz="8" w:space="0" w:color="auto"/>
              <w:right w:val="single" w:sz="8" w:space="0" w:color="auto"/>
            </w:tcBorders>
            <w:vAlign w:val="center"/>
            <w:hideMark/>
          </w:tcPr>
          <w:p w14:paraId="6E903B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6.7</w:t>
            </w:r>
          </w:p>
        </w:tc>
        <w:tc>
          <w:tcPr>
            <w:tcW w:w="960" w:type="dxa"/>
            <w:tcBorders>
              <w:top w:val="nil"/>
              <w:left w:val="nil"/>
              <w:bottom w:val="single" w:sz="8" w:space="0" w:color="auto"/>
              <w:right w:val="single" w:sz="8" w:space="0" w:color="auto"/>
            </w:tcBorders>
            <w:vAlign w:val="center"/>
            <w:hideMark/>
          </w:tcPr>
          <w:p w14:paraId="2E54112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6.8</w:t>
            </w:r>
          </w:p>
        </w:tc>
      </w:tr>
    </w:tbl>
    <w:p w14:paraId="58FFC84F"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9625" w:type="dxa"/>
        <w:tblLook w:val="04A0" w:firstRow="1" w:lastRow="0" w:firstColumn="1" w:lastColumn="0" w:noHBand="0" w:noVBand="1"/>
      </w:tblPr>
      <w:tblGrid>
        <w:gridCol w:w="1960"/>
        <w:gridCol w:w="620"/>
        <w:gridCol w:w="1375"/>
        <w:gridCol w:w="1506"/>
        <w:gridCol w:w="1554"/>
        <w:gridCol w:w="1260"/>
        <w:gridCol w:w="1350"/>
      </w:tblGrid>
      <w:tr w:rsidR="003F70A6" w:rsidRPr="00A15970" w14:paraId="7E9465EE" w14:textId="77777777" w:rsidTr="00C043F1">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5BA2F62D"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15CAFF6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375" w:type="dxa"/>
            <w:tcBorders>
              <w:top w:val="single" w:sz="4" w:space="0" w:color="auto"/>
              <w:left w:val="nil"/>
              <w:bottom w:val="single" w:sz="4" w:space="0" w:color="auto"/>
              <w:right w:val="single" w:sz="4" w:space="0" w:color="auto"/>
            </w:tcBorders>
            <w:vAlign w:val="center"/>
            <w:hideMark/>
          </w:tcPr>
          <w:p w14:paraId="27B4F134"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locuitori (populaţia rezidentă) </w:t>
            </w:r>
          </w:p>
        </w:tc>
        <w:tc>
          <w:tcPr>
            <w:tcW w:w="1506" w:type="dxa"/>
            <w:tcBorders>
              <w:top w:val="single" w:sz="4" w:space="0" w:color="auto"/>
              <w:left w:val="nil"/>
              <w:bottom w:val="single" w:sz="4" w:space="0" w:color="auto"/>
              <w:right w:val="single" w:sz="4" w:space="0" w:color="auto"/>
            </w:tcBorders>
            <w:vAlign w:val="center"/>
            <w:hideMark/>
          </w:tcPr>
          <w:p w14:paraId="6396291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persoane juridice </w:t>
            </w:r>
          </w:p>
        </w:tc>
        <w:tc>
          <w:tcPr>
            <w:tcW w:w="1554" w:type="dxa"/>
            <w:tcBorders>
              <w:top w:val="single" w:sz="4" w:space="0" w:color="auto"/>
              <w:left w:val="nil"/>
              <w:bottom w:val="single" w:sz="4" w:space="0" w:color="auto"/>
              <w:right w:val="single" w:sz="4" w:space="0" w:color="auto"/>
            </w:tcBorders>
            <w:vAlign w:val="center"/>
            <w:hideMark/>
          </w:tcPr>
          <w:p w14:paraId="12B4137B"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gospodării individuale (case) </w:t>
            </w:r>
          </w:p>
        </w:tc>
        <w:tc>
          <w:tcPr>
            <w:tcW w:w="1260" w:type="dxa"/>
            <w:tcBorders>
              <w:top w:val="single" w:sz="4" w:space="0" w:color="auto"/>
              <w:left w:val="nil"/>
              <w:bottom w:val="single" w:sz="4" w:space="0" w:color="auto"/>
              <w:right w:val="single" w:sz="4" w:space="0" w:color="auto"/>
            </w:tcBorders>
            <w:vAlign w:val="center"/>
            <w:hideMark/>
          </w:tcPr>
          <w:p w14:paraId="215C1646"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locuinţe în blocuri </w:t>
            </w:r>
          </w:p>
        </w:tc>
        <w:tc>
          <w:tcPr>
            <w:tcW w:w="1350" w:type="dxa"/>
            <w:tcBorders>
              <w:top w:val="single" w:sz="4" w:space="0" w:color="auto"/>
              <w:left w:val="nil"/>
              <w:bottom w:val="single" w:sz="4" w:space="0" w:color="auto"/>
              <w:right w:val="single" w:sz="4" w:space="0" w:color="auto"/>
            </w:tcBorders>
            <w:vAlign w:val="center"/>
            <w:hideMark/>
          </w:tcPr>
          <w:p w14:paraId="64CF44EF"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Distanta pana la ST</w:t>
            </w:r>
          </w:p>
        </w:tc>
      </w:tr>
      <w:tr w:rsidR="003F70A6" w:rsidRPr="00A15970" w14:paraId="7F2F4E90" w14:textId="77777777" w:rsidTr="00C043F1">
        <w:trPr>
          <w:trHeight w:val="300"/>
        </w:trPr>
        <w:tc>
          <w:tcPr>
            <w:tcW w:w="1960" w:type="dxa"/>
            <w:tcBorders>
              <w:top w:val="nil"/>
              <w:left w:val="single" w:sz="4" w:space="0" w:color="auto"/>
              <w:bottom w:val="single" w:sz="4" w:space="0" w:color="auto"/>
              <w:right w:val="single" w:sz="4" w:space="0" w:color="auto"/>
            </w:tcBorders>
            <w:noWrap/>
            <w:vAlign w:val="bottom"/>
            <w:hideMark/>
          </w:tcPr>
          <w:p w14:paraId="1E1744E3"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7DBA81D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713287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06" w:type="dxa"/>
            <w:tcBorders>
              <w:top w:val="nil"/>
              <w:left w:val="nil"/>
              <w:bottom w:val="single" w:sz="4" w:space="0" w:color="auto"/>
              <w:right w:val="single" w:sz="4" w:space="0" w:color="auto"/>
            </w:tcBorders>
            <w:noWrap/>
            <w:vAlign w:val="bottom"/>
            <w:hideMark/>
          </w:tcPr>
          <w:p w14:paraId="3504025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75D9DA5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4199C0D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2883A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7EC6F1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E5D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0437FA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88504C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hideMark/>
          </w:tcPr>
          <w:p w14:paraId="721541B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1383</w:t>
            </w:r>
          </w:p>
        </w:tc>
        <w:tc>
          <w:tcPr>
            <w:tcW w:w="1554" w:type="dxa"/>
            <w:tcBorders>
              <w:top w:val="nil"/>
              <w:left w:val="nil"/>
              <w:bottom w:val="single" w:sz="4" w:space="0" w:color="auto"/>
              <w:right w:val="single" w:sz="4" w:space="0" w:color="auto"/>
            </w:tcBorders>
            <w:hideMark/>
          </w:tcPr>
          <w:p w14:paraId="348650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3464</w:t>
            </w:r>
          </w:p>
        </w:tc>
        <w:tc>
          <w:tcPr>
            <w:tcW w:w="1260" w:type="dxa"/>
            <w:tcBorders>
              <w:top w:val="nil"/>
              <w:left w:val="nil"/>
              <w:bottom w:val="single" w:sz="4" w:space="0" w:color="auto"/>
              <w:right w:val="single" w:sz="4" w:space="0" w:color="auto"/>
            </w:tcBorders>
            <w:noWrap/>
            <w:vAlign w:val="bottom"/>
            <w:hideMark/>
          </w:tcPr>
          <w:p w14:paraId="1FBB30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B4986D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r>
      <w:tr w:rsidR="003F70A6" w:rsidRPr="00A15970" w14:paraId="2A7E56DD"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312D630C"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53D9F7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81ABB5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noWrap/>
            <w:vAlign w:val="bottom"/>
            <w:hideMark/>
          </w:tcPr>
          <w:p w14:paraId="549109A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5B2B8B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309A67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2E7DC86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582474B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BD7134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150B97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8BD5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2605</w:t>
            </w:r>
          </w:p>
        </w:tc>
        <w:tc>
          <w:tcPr>
            <w:tcW w:w="1506" w:type="dxa"/>
            <w:tcBorders>
              <w:top w:val="nil"/>
              <w:left w:val="nil"/>
              <w:bottom w:val="single" w:sz="4" w:space="0" w:color="auto"/>
              <w:right w:val="single" w:sz="4" w:space="0" w:color="auto"/>
            </w:tcBorders>
            <w:hideMark/>
          </w:tcPr>
          <w:p w14:paraId="126C9BF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213</w:t>
            </w:r>
          </w:p>
        </w:tc>
        <w:tc>
          <w:tcPr>
            <w:tcW w:w="1554" w:type="dxa"/>
            <w:tcBorders>
              <w:top w:val="nil"/>
              <w:left w:val="nil"/>
              <w:bottom w:val="single" w:sz="4" w:space="0" w:color="auto"/>
              <w:right w:val="single" w:sz="4" w:space="0" w:color="auto"/>
            </w:tcBorders>
            <w:hideMark/>
          </w:tcPr>
          <w:p w14:paraId="6BA72C5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951</w:t>
            </w:r>
          </w:p>
        </w:tc>
        <w:tc>
          <w:tcPr>
            <w:tcW w:w="1260" w:type="dxa"/>
            <w:tcBorders>
              <w:top w:val="nil"/>
              <w:left w:val="nil"/>
              <w:bottom w:val="single" w:sz="4" w:space="0" w:color="auto"/>
              <w:right w:val="single" w:sz="4" w:space="0" w:color="auto"/>
            </w:tcBorders>
            <w:noWrap/>
            <w:vAlign w:val="bottom"/>
            <w:hideMark/>
          </w:tcPr>
          <w:p w14:paraId="075BE9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C06B39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0.2</w:t>
            </w:r>
          </w:p>
        </w:tc>
      </w:tr>
      <w:tr w:rsidR="003F70A6" w:rsidRPr="00A15970" w14:paraId="6EA89430"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99F11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367CFC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3E774C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1058</w:t>
            </w:r>
          </w:p>
        </w:tc>
        <w:tc>
          <w:tcPr>
            <w:tcW w:w="1506" w:type="dxa"/>
            <w:tcBorders>
              <w:top w:val="nil"/>
              <w:left w:val="nil"/>
              <w:bottom w:val="single" w:sz="4" w:space="0" w:color="auto"/>
              <w:right w:val="single" w:sz="4" w:space="0" w:color="auto"/>
            </w:tcBorders>
            <w:hideMark/>
          </w:tcPr>
          <w:p w14:paraId="1177E49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85</w:t>
            </w:r>
          </w:p>
        </w:tc>
        <w:tc>
          <w:tcPr>
            <w:tcW w:w="1554" w:type="dxa"/>
            <w:tcBorders>
              <w:top w:val="nil"/>
              <w:left w:val="nil"/>
              <w:bottom w:val="single" w:sz="4" w:space="0" w:color="auto"/>
              <w:right w:val="single" w:sz="4" w:space="0" w:color="auto"/>
            </w:tcBorders>
            <w:hideMark/>
          </w:tcPr>
          <w:p w14:paraId="3F8936B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418</w:t>
            </w:r>
          </w:p>
        </w:tc>
        <w:tc>
          <w:tcPr>
            <w:tcW w:w="1260" w:type="dxa"/>
            <w:tcBorders>
              <w:top w:val="nil"/>
              <w:left w:val="nil"/>
              <w:bottom w:val="single" w:sz="4" w:space="0" w:color="auto"/>
              <w:right w:val="single" w:sz="4" w:space="0" w:color="auto"/>
            </w:tcBorders>
            <w:noWrap/>
            <w:vAlign w:val="bottom"/>
            <w:hideMark/>
          </w:tcPr>
          <w:p w14:paraId="0E04F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7086639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49.7</w:t>
            </w:r>
          </w:p>
        </w:tc>
      </w:tr>
      <w:tr w:rsidR="003F70A6" w:rsidRPr="00A15970" w14:paraId="542263D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49F5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346CE5C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0B9061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1727</w:t>
            </w:r>
          </w:p>
        </w:tc>
        <w:tc>
          <w:tcPr>
            <w:tcW w:w="1506" w:type="dxa"/>
            <w:tcBorders>
              <w:top w:val="nil"/>
              <w:left w:val="nil"/>
              <w:bottom w:val="single" w:sz="4" w:space="0" w:color="auto"/>
              <w:right w:val="single" w:sz="4" w:space="0" w:color="auto"/>
            </w:tcBorders>
            <w:hideMark/>
          </w:tcPr>
          <w:p w14:paraId="652AD28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117</w:t>
            </w:r>
          </w:p>
        </w:tc>
        <w:tc>
          <w:tcPr>
            <w:tcW w:w="1554" w:type="dxa"/>
            <w:tcBorders>
              <w:top w:val="nil"/>
              <w:left w:val="nil"/>
              <w:bottom w:val="single" w:sz="4" w:space="0" w:color="auto"/>
              <w:right w:val="single" w:sz="4" w:space="0" w:color="auto"/>
            </w:tcBorders>
            <w:hideMark/>
          </w:tcPr>
          <w:p w14:paraId="36DA834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615</w:t>
            </w:r>
          </w:p>
        </w:tc>
        <w:tc>
          <w:tcPr>
            <w:tcW w:w="1260" w:type="dxa"/>
            <w:tcBorders>
              <w:top w:val="nil"/>
              <w:left w:val="nil"/>
              <w:bottom w:val="single" w:sz="4" w:space="0" w:color="auto"/>
              <w:right w:val="single" w:sz="4" w:space="0" w:color="auto"/>
            </w:tcBorders>
            <w:noWrap/>
            <w:vAlign w:val="bottom"/>
            <w:hideMark/>
          </w:tcPr>
          <w:p w14:paraId="77EAB0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18E88C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36.7</w:t>
            </w:r>
          </w:p>
        </w:tc>
      </w:tr>
      <w:tr w:rsidR="003F70A6" w:rsidRPr="00A15970" w14:paraId="6FE23778"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65DA46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11799C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17D543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2121</w:t>
            </w:r>
          </w:p>
        </w:tc>
        <w:tc>
          <w:tcPr>
            <w:tcW w:w="1506" w:type="dxa"/>
            <w:tcBorders>
              <w:top w:val="nil"/>
              <w:left w:val="nil"/>
              <w:bottom w:val="single" w:sz="4" w:space="0" w:color="auto"/>
              <w:right w:val="single" w:sz="4" w:space="0" w:color="auto"/>
            </w:tcBorders>
            <w:hideMark/>
          </w:tcPr>
          <w:p w14:paraId="4014D65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135</w:t>
            </w:r>
          </w:p>
        </w:tc>
        <w:tc>
          <w:tcPr>
            <w:tcW w:w="1554" w:type="dxa"/>
            <w:tcBorders>
              <w:top w:val="nil"/>
              <w:left w:val="nil"/>
              <w:bottom w:val="single" w:sz="4" w:space="0" w:color="auto"/>
              <w:right w:val="single" w:sz="4" w:space="0" w:color="auto"/>
            </w:tcBorders>
            <w:hideMark/>
          </w:tcPr>
          <w:p w14:paraId="7A6F93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731</w:t>
            </w:r>
          </w:p>
        </w:tc>
        <w:tc>
          <w:tcPr>
            <w:tcW w:w="1260" w:type="dxa"/>
            <w:tcBorders>
              <w:top w:val="nil"/>
              <w:left w:val="nil"/>
              <w:bottom w:val="single" w:sz="4" w:space="0" w:color="auto"/>
              <w:right w:val="single" w:sz="4" w:space="0" w:color="auto"/>
            </w:tcBorders>
            <w:noWrap/>
            <w:vAlign w:val="bottom"/>
            <w:hideMark/>
          </w:tcPr>
          <w:p w14:paraId="258C06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7EED15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r>
      <w:tr w:rsidR="003F70A6" w:rsidRPr="00A15970" w14:paraId="6E9C1049"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76E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GHIOROC</w:t>
            </w:r>
          </w:p>
        </w:tc>
        <w:tc>
          <w:tcPr>
            <w:tcW w:w="620" w:type="dxa"/>
            <w:tcBorders>
              <w:top w:val="nil"/>
              <w:left w:val="nil"/>
              <w:bottom w:val="single" w:sz="4" w:space="0" w:color="auto"/>
              <w:right w:val="single" w:sz="4" w:space="0" w:color="auto"/>
            </w:tcBorders>
            <w:noWrap/>
            <w:vAlign w:val="bottom"/>
            <w:hideMark/>
          </w:tcPr>
          <w:p w14:paraId="7046201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D4B04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3917</w:t>
            </w:r>
          </w:p>
        </w:tc>
        <w:tc>
          <w:tcPr>
            <w:tcW w:w="1506" w:type="dxa"/>
            <w:tcBorders>
              <w:top w:val="nil"/>
              <w:left w:val="nil"/>
              <w:bottom w:val="single" w:sz="4" w:space="0" w:color="auto"/>
              <w:right w:val="single" w:sz="4" w:space="0" w:color="auto"/>
            </w:tcBorders>
            <w:hideMark/>
          </w:tcPr>
          <w:p w14:paraId="51F888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512</w:t>
            </w:r>
          </w:p>
        </w:tc>
        <w:tc>
          <w:tcPr>
            <w:tcW w:w="1554" w:type="dxa"/>
            <w:tcBorders>
              <w:top w:val="nil"/>
              <w:left w:val="nil"/>
              <w:bottom w:val="single" w:sz="4" w:space="0" w:color="auto"/>
              <w:right w:val="single" w:sz="4" w:space="0" w:color="auto"/>
            </w:tcBorders>
            <w:hideMark/>
          </w:tcPr>
          <w:p w14:paraId="4687531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1445</w:t>
            </w:r>
          </w:p>
        </w:tc>
        <w:tc>
          <w:tcPr>
            <w:tcW w:w="1260" w:type="dxa"/>
            <w:tcBorders>
              <w:top w:val="nil"/>
              <w:left w:val="nil"/>
              <w:bottom w:val="single" w:sz="4" w:space="0" w:color="auto"/>
              <w:right w:val="single" w:sz="4" w:space="0" w:color="auto"/>
            </w:tcBorders>
            <w:noWrap/>
            <w:vAlign w:val="bottom"/>
            <w:hideMark/>
          </w:tcPr>
          <w:p w14:paraId="508BEF2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236180E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42.9</w:t>
            </w:r>
          </w:p>
        </w:tc>
      </w:tr>
      <w:tr w:rsidR="003F70A6" w:rsidRPr="00A15970" w14:paraId="72CFAB16"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7429BAF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c>
          <w:tcPr>
            <w:tcW w:w="620" w:type="dxa"/>
            <w:tcBorders>
              <w:top w:val="nil"/>
              <w:left w:val="nil"/>
              <w:bottom w:val="single" w:sz="4" w:space="0" w:color="auto"/>
              <w:right w:val="single" w:sz="4" w:space="0" w:color="auto"/>
            </w:tcBorders>
            <w:noWrap/>
            <w:vAlign w:val="bottom"/>
            <w:hideMark/>
          </w:tcPr>
          <w:p w14:paraId="7FF5F4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9C459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4284</w:t>
            </w:r>
          </w:p>
        </w:tc>
        <w:tc>
          <w:tcPr>
            <w:tcW w:w="1506" w:type="dxa"/>
            <w:tcBorders>
              <w:top w:val="nil"/>
              <w:left w:val="nil"/>
              <w:bottom w:val="single" w:sz="4" w:space="0" w:color="auto"/>
              <w:right w:val="single" w:sz="4" w:space="0" w:color="auto"/>
            </w:tcBorders>
            <w:hideMark/>
          </w:tcPr>
          <w:p w14:paraId="1CA51B5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279</w:t>
            </w:r>
          </w:p>
        </w:tc>
        <w:tc>
          <w:tcPr>
            <w:tcW w:w="1554" w:type="dxa"/>
            <w:tcBorders>
              <w:top w:val="nil"/>
              <w:left w:val="nil"/>
              <w:bottom w:val="single" w:sz="4" w:space="0" w:color="auto"/>
              <w:right w:val="single" w:sz="4" w:space="0" w:color="auto"/>
            </w:tcBorders>
            <w:hideMark/>
          </w:tcPr>
          <w:p w14:paraId="0516377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w:t>
            </w:r>
          </w:p>
        </w:tc>
        <w:tc>
          <w:tcPr>
            <w:tcW w:w="1260" w:type="dxa"/>
            <w:tcBorders>
              <w:top w:val="nil"/>
              <w:left w:val="nil"/>
              <w:bottom w:val="single" w:sz="4" w:space="0" w:color="auto"/>
              <w:right w:val="single" w:sz="4" w:space="0" w:color="auto"/>
            </w:tcBorders>
            <w:noWrap/>
            <w:vAlign w:val="bottom"/>
            <w:hideMark/>
          </w:tcPr>
          <w:p w14:paraId="405B854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2160B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28.4</w:t>
            </w:r>
          </w:p>
        </w:tc>
      </w:tr>
      <w:tr w:rsidR="003F70A6" w:rsidRPr="00A15970" w14:paraId="2D01D25F"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23E34F4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6263FF3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314317A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1298</w:t>
            </w:r>
          </w:p>
        </w:tc>
        <w:tc>
          <w:tcPr>
            <w:tcW w:w="1506" w:type="dxa"/>
            <w:tcBorders>
              <w:top w:val="nil"/>
              <w:left w:val="nil"/>
              <w:bottom w:val="single" w:sz="4" w:space="0" w:color="auto"/>
              <w:right w:val="single" w:sz="4" w:space="0" w:color="auto"/>
            </w:tcBorders>
            <w:hideMark/>
          </w:tcPr>
          <w:p w14:paraId="75EF5BB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109</w:t>
            </w:r>
          </w:p>
        </w:tc>
        <w:tc>
          <w:tcPr>
            <w:tcW w:w="1554" w:type="dxa"/>
            <w:tcBorders>
              <w:top w:val="nil"/>
              <w:left w:val="nil"/>
              <w:bottom w:val="single" w:sz="4" w:space="0" w:color="auto"/>
              <w:right w:val="single" w:sz="4" w:space="0" w:color="auto"/>
            </w:tcBorders>
            <w:hideMark/>
          </w:tcPr>
          <w:p w14:paraId="7A9EC44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564</w:t>
            </w:r>
          </w:p>
        </w:tc>
        <w:tc>
          <w:tcPr>
            <w:tcW w:w="1260" w:type="dxa"/>
            <w:tcBorders>
              <w:top w:val="nil"/>
              <w:left w:val="nil"/>
              <w:bottom w:val="single" w:sz="4" w:space="0" w:color="auto"/>
              <w:right w:val="single" w:sz="4" w:space="0" w:color="auto"/>
            </w:tcBorders>
            <w:noWrap/>
            <w:vAlign w:val="bottom"/>
            <w:hideMark/>
          </w:tcPr>
          <w:p w14:paraId="37DD1CE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8ABAC6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44.8</w:t>
            </w:r>
          </w:p>
        </w:tc>
      </w:tr>
      <w:tr w:rsidR="003F70A6" w:rsidRPr="00A15970" w14:paraId="740A998D"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9F050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533A8A8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7E2796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3025</w:t>
            </w:r>
          </w:p>
        </w:tc>
        <w:tc>
          <w:tcPr>
            <w:tcW w:w="1506" w:type="dxa"/>
            <w:tcBorders>
              <w:top w:val="nil"/>
              <w:left w:val="nil"/>
              <w:bottom w:val="single" w:sz="4" w:space="0" w:color="auto"/>
              <w:right w:val="single" w:sz="4" w:space="0" w:color="auto"/>
            </w:tcBorders>
            <w:hideMark/>
          </w:tcPr>
          <w:p w14:paraId="1657212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322</w:t>
            </w:r>
          </w:p>
        </w:tc>
        <w:tc>
          <w:tcPr>
            <w:tcW w:w="1554" w:type="dxa"/>
            <w:tcBorders>
              <w:top w:val="nil"/>
              <w:left w:val="nil"/>
              <w:bottom w:val="single" w:sz="4" w:space="0" w:color="auto"/>
              <w:right w:val="single" w:sz="4" w:space="0" w:color="auto"/>
            </w:tcBorders>
            <w:hideMark/>
          </w:tcPr>
          <w:p w14:paraId="279FC7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1003</w:t>
            </w:r>
          </w:p>
        </w:tc>
        <w:tc>
          <w:tcPr>
            <w:tcW w:w="1260" w:type="dxa"/>
            <w:tcBorders>
              <w:top w:val="nil"/>
              <w:left w:val="nil"/>
              <w:bottom w:val="single" w:sz="4" w:space="0" w:color="auto"/>
              <w:right w:val="single" w:sz="4" w:space="0" w:color="auto"/>
            </w:tcBorders>
            <w:noWrap/>
            <w:vAlign w:val="bottom"/>
            <w:hideMark/>
          </w:tcPr>
          <w:p w14:paraId="37BE46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9ABEF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26.8</w:t>
            </w:r>
          </w:p>
        </w:tc>
      </w:tr>
      <w:tr w:rsidR="003F70A6" w:rsidRPr="00A15970" w14:paraId="47FE87B2"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5B19D1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19E4B1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569524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344</w:t>
            </w:r>
          </w:p>
        </w:tc>
        <w:tc>
          <w:tcPr>
            <w:tcW w:w="1506" w:type="dxa"/>
            <w:tcBorders>
              <w:top w:val="nil"/>
              <w:left w:val="nil"/>
              <w:bottom w:val="single" w:sz="4" w:space="0" w:color="auto"/>
              <w:right w:val="single" w:sz="4" w:space="0" w:color="auto"/>
            </w:tcBorders>
            <w:hideMark/>
          </w:tcPr>
          <w:p w14:paraId="648679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w:t>
            </w:r>
          </w:p>
        </w:tc>
        <w:tc>
          <w:tcPr>
            <w:tcW w:w="1554" w:type="dxa"/>
            <w:tcBorders>
              <w:top w:val="nil"/>
              <w:left w:val="nil"/>
              <w:bottom w:val="single" w:sz="4" w:space="0" w:color="auto"/>
              <w:right w:val="single" w:sz="4" w:space="0" w:color="auto"/>
            </w:tcBorders>
            <w:hideMark/>
          </w:tcPr>
          <w:p w14:paraId="15E00E3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c>
          <w:tcPr>
            <w:tcW w:w="1260" w:type="dxa"/>
            <w:tcBorders>
              <w:top w:val="nil"/>
              <w:left w:val="nil"/>
              <w:bottom w:val="single" w:sz="4" w:space="0" w:color="auto"/>
              <w:right w:val="single" w:sz="4" w:space="0" w:color="auto"/>
            </w:tcBorders>
            <w:noWrap/>
            <w:vAlign w:val="bottom"/>
            <w:hideMark/>
          </w:tcPr>
          <w:p w14:paraId="4F8F44C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464E617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40.5</w:t>
            </w:r>
          </w:p>
        </w:tc>
      </w:tr>
      <w:tr w:rsidR="003F70A6" w:rsidRPr="00A15970" w14:paraId="571DFCC4"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AA893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0334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B8D9D1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1432</w:t>
            </w:r>
          </w:p>
        </w:tc>
        <w:tc>
          <w:tcPr>
            <w:tcW w:w="1506" w:type="dxa"/>
            <w:tcBorders>
              <w:top w:val="nil"/>
              <w:left w:val="nil"/>
              <w:bottom w:val="single" w:sz="4" w:space="0" w:color="auto"/>
              <w:right w:val="single" w:sz="4" w:space="0" w:color="auto"/>
            </w:tcBorders>
            <w:hideMark/>
          </w:tcPr>
          <w:p w14:paraId="12D0A0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141</w:t>
            </w:r>
          </w:p>
        </w:tc>
        <w:tc>
          <w:tcPr>
            <w:tcW w:w="1554" w:type="dxa"/>
            <w:tcBorders>
              <w:top w:val="nil"/>
              <w:left w:val="nil"/>
              <w:bottom w:val="single" w:sz="4" w:space="0" w:color="auto"/>
              <w:right w:val="single" w:sz="4" w:space="0" w:color="auto"/>
            </w:tcBorders>
            <w:hideMark/>
          </w:tcPr>
          <w:p w14:paraId="68B59CB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440</w:t>
            </w:r>
          </w:p>
        </w:tc>
        <w:tc>
          <w:tcPr>
            <w:tcW w:w="1260" w:type="dxa"/>
            <w:tcBorders>
              <w:top w:val="nil"/>
              <w:left w:val="nil"/>
              <w:bottom w:val="single" w:sz="4" w:space="0" w:color="auto"/>
              <w:right w:val="single" w:sz="4" w:space="0" w:color="auto"/>
            </w:tcBorders>
            <w:noWrap/>
            <w:vAlign w:val="bottom"/>
            <w:hideMark/>
          </w:tcPr>
          <w:p w14:paraId="1A4A9D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B9B7D2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44.2</w:t>
            </w:r>
          </w:p>
        </w:tc>
      </w:tr>
      <w:tr w:rsidR="003F70A6" w:rsidRPr="00A15970" w14:paraId="25310D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476C7B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4BD9840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2AA459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1629</w:t>
            </w:r>
          </w:p>
        </w:tc>
        <w:tc>
          <w:tcPr>
            <w:tcW w:w="1506" w:type="dxa"/>
            <w:tcBorders>
              <w:top w:val="nil"/>
              <w:left w:val="nil"/>
              <w:bottom w:val="single" w:sz="4" w:space="0" w:color="auto"/>
              <w:right w:val="single" w:sz="4" w:space="0" w:color="auto"/>
            </w:tcBorders>
            <w:hideMark/>
          </w:tcPr>
          <w:p w14:paraId="093BF4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w:t>
            </w:r>
          </w:p>
        </w:tc>
        <w:tc>
          <w:tcPr>
            <w:tcW w:w="1554" w:type="dxa"/>
            <w:tcBorders>
              <w:top w:val="nil"/>
              <w:left w:val="nil"/>
              <w:bottom w:val="single" w:sz="4" w:space="0" w:color="auto"/>
              <w:right w:val="single" w:sz="4" w:space="0" w:color="auto"/>
            </w:tcBorders>
            <w:hideMark/>
          </w:tcPr>
          <w:p w14:paraId="5C10E2F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610</w:t>
            </w:r>
          </w:p>
        </w:tc>
        <w:tc>
          <w:tcPr>
            <w:tcW w:w="1260" w:type="dxa"/>
            <w:tcBorders>
              <w:top w:val="nil"/>
              <w:left w:val="nil"/>
              <w:bottom w:val="single" w:sz="4" w:space="0" w:color="auto"/>
              <w:right w:val="single" w:sz="4" w:space="0" w:color="auto"/>
            </w:tcBorders>
            <w:noWrap/>
            <w:vAlign w:val="bottom"/>
            <w:hideMark/>
          </w:tcPr>
          <w:p w14:paraId="0EDFDC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273BE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20.1</w:t>
            </w:r>
          </w:p>
        </w:tc>
      </w:tr>
      <w:tr w:rsidR="003F70A6" w:rsidRPr="00A15970" w14:paraId="2EDAB66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65E1491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0EBCD42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D24119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3704</w:t>
            </w:r>
          </w:p>
        </w:tc>
        <w:tc>
          <w:tcPr>
            <w:tcW w:w="1506" w:type="dxa"/>
            <w:tcBorders>
              <w:top w:val="nil"/>
              <w:left w:val="nil"/>
              <w:bottom w:val="single" w:sz="4" w:space="0" w:color="auto"/>
              <w:right w:val="single" w:sz="4" w:space="0" w:color="auto"/>
            </w:tcBorders>
            <w:hideMark/>
          </w:tcPr>
          <w:p w14:paraId="6BC2DE5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359</w:t>
            </w:r>
          </w:p>
        </w:tc>
        <w:tc>
          <w:tcPr>
            <w:tcW w:w="1554" w:type="dxa"/>
            <w:tcBorders>
              <w:top w:val="nil"/>
              <w:left w:val="nil"/>
              <w:bottom w:val="single" w:sz="4" w:space="0" w:color="auto"/>
              <w:right w:val="single" w:sz="4" w:space="0" w:color="auto"/>
            </w:tcBorders>
            <w:hideMark/>
          </w:tcPr>
          <w:p w14:paraId="2DD96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1349</w:t>
            </w:r>
          </w:p>
        </w:tc>
        <w:tc>
          <w:tcPr>
            <w:tcW w:w="1260" w:type="dxa"/>
            <w:tcBorders>
              <w:top w:val="nil"/>
              <w:left w:val="nil"/>
              <w:bottom w:val="single" w:sz="4" w:space="0" w:color="auto"/>
              <w:right w:val="single" w:sz="4" w:space="0" w:color="auto"/>
            </w:tcBorders>
            <w:noWrap/>
            <w:vAlign w:val="bottom"/>
            <w:hideMark/>
          </w:tcPr>
          <w:p w14:paraId="07FE318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BDA11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43.9</w:t>
            </w:r>
          </w:p>
        </w:tc>
      </w:tr>
      <w:tr w:rsidR="003F70A6" w:rsidRPr="00A15970" w14:paraId="740B50AA"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1794FB6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497D00F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B9B1B8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27144</w:t>
            </w:r>
          </w:p>
        </w:tc>
        <w:tc>
          <w:tcPr>
            <w:tcW w:w="1506" w:type="dxa"/>
            <w:tcBorders>
              <w:top w:val="nil"/>
              <w:left w:val="nil"/>
              <w:bottom w:val="single" w:sz="4" w:space="0" w:color="auto"/>
              <w:right w:val="single" w:sz="4" w:space="0" w:color="auto"/>
            </w:tcBorders>
            <w:noWrap/>
            <w:vAlign w:val="bottom"/>
            <w:hideMark/>
          </w:tcPr>
          <w:p w14:paraId="687C30C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2466</w:t>
            </w:r>
          </w:p>
        </w:tc>
        <w:tc>
          <w:tcPr>
            <w:tcW w:w="1554" w:type="dxa"/>
            <w:tcBorders>
              <w:top w:val="nil"/>
              <w:left w:val="nil"/>
              <w:bottom w:val="single" w:sz="4" w:space="0" w:color="auto"/>
              <w:right w:val="single" w:sz="4" w:space="0" w:color="auto"/>
            </w:tcBorders>
            <w:noWrap/>
            <w:vAlign w:val="bottom"/>
            <w:hideMark/>
          </w:tcPr>
          <w:p w14:paraId="7F6762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8362</w:t>
            </w:r>
          </w:p>
        </w:tc>
        <w:tc>
          <w:tcPr>
            <w:tcW w:w="1260" w:type="dxa"/>
            <w:tcBorders>
              <w:top w:val="nil"/>
              <w:left w:val="nil"/>
              <w:bottom w:val="single" w:sz="4" w:space="0" w:color="auto"/>
              <w:right w:val="single" w:sz="4" w:space="0" w:color="auto"/>
            </w:tcBorders>
            <w:noWrap/>
            <w:vAlign w:val="bottom"/>
            <w:hideMark/>
          </w:tcPr>
          <w:p w14:paraId="3C2AB72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DC0AF2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bl>
    <w:p w14:paraId="36E54E3C" w14:textId="77777777" w:rsidR="0080666E" w:rsidRPr="00A15970" w:rsidRDefault="0080666E" w:rsidP="004A3BE9">
      <w:pPr>
        <w:spacing w:after="0" w:line="240" w:lineRule="auto"/>
        <w:rPr>
          <w:rFonts w:asciiTheme="majorHAnsi" w:hAnsiTheme="majorHAnsi" w:cstheme="majorHAnsi"/>
          <w:sz w:val="24"/>
          <w:szCs w:val="24"/>
          <w:lang w:val="ro-RO" w:eastAsia="en-GB"/>
        </w:rPr>
      </w:pPr>
    </w:p>
    <w:p w14:paraId="4B955769" w14:textId="77777777" w:rsidR="00DA7D39" w:rsidRDefault="00DA7D39" w:rsidP="004A3BE9">
      <w:pPr>
        <w:pStyle w:val="Heading3"/>
        <w:spacing w:before="0" w:line="240" w:lineRule="auto"/>
        <w:rPr>
          <w:rFonts w:cstheme="majorHAnsi"/>
          <w:color w:val="auto"/>
          <w:sz w:val="24"/>
          <w:szCs w:val="24"/>
        </w:rPr>
      </w:pPr>
    </w:p>
    <w:p w14:paraId="4D48C384" w14:textId="6D6D6AE2" w:rsidR="0080666E" w:rsidRPr="00A15970" w:rsidRDefault="0080666E" w:rsidP="004A3BE9">
      <w:pPr>
        <w:pStyle w:val="Heading3"/>
        <w:spacing w:before="0" w:line="240" w:lineRule="auto"/>
        <w:rPr>
          <w:rFonts w:cstheme="majorHAnsi"/>
          <w:color w:val="auto"/>
          <w:sz w:val="24"/>
          <w:szCs w:val="24"/>
        </w:rPr>
      </w:pPr>
      <w:r w:rsidRPr="00A15970">
        <w:rPr>
          <w:rFonts w:cstheme="majorHAnsi"/>
          <w:color w:val="auto"/>
          <w:sz w:val="24"/>
          <w:szCs w:val="24"/>
        </w:rPr>
        <w:t>ANEXA Nr. 2 la caietul de sarcini-</w:t>
      </w:r>
    </w:p>
    <w:p w14:paraId="70C07FB7" w14:textId="77777777" w:rsidR="0080666E" w:rsidRPr="00A15970" w:rsidRDefault="0080666E" w:rsidP="004A3BE9">
      <w:pPr>
        <w:spacing w:after="0" w:line="240" w:lineRule="auto"/>
        <w:rPr>
          <w:rFonts w:asciiTheme="majorHAnsi" w:eastAsia="Times New Roman" w:hAnsiTheme="majorHAnsi" w:cstheme="majorHAnsi"/>
          <w:sz w:val="24"/>
          <w:szCs w:val="24"/>
        </w:rPr>
      </w:pPr>
    </w:p>
    <w:p w14:paraId="5BBFC12F" w14:textId="067F57B8" w:rsidR="0080666E" w:rsidRPr="00A15970" w:rsidRDefault="0080666E" w:rsidP="004A3BE9">
      <w:pPr>
        <w:spacing w:after="0" w:line="240" w:lineRule="auto"/>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Cantităţi anuale de deşeuri menajere şi similare colectate din aria de delegare</w:t>
      </w:r>
    </w:p>
    <w:p w14:paraId="40F652F0"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49"/>
        <w:gridCol w:w="985"/>
        <w:gridCol w:w="1288"/>
      </w:tblGrid>
      <w:tr w:rsidR="003F70A6" w:rsidRPr="00A15970" w14:paraId="51C5E6DB" w14:textId="77777777" w:rsidTr="003F70A6">
        <w:trPr>
          <w:trHeight w:val="315"/>
        </w:trPr>
        <w:tc>
          <w:tcPr>
            <w:tcW w:w="1960" w:type="dxa"/>
            <w:tcBorders>
              <w:top w:val="nil"/>
              <w:left w:val="nil"/>
              <w:bottom w:val="nil"/>
              <w:right w:val="nil"/>
            </w:tcBorders>
            <w:hideMark/>
          </w:tcPr>
          <w:p w14:paraId="634091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620" w:type="dxa"/>
            <w:tcBorders>
              <w:top w:val="nil"/>
              <w:left w:val="nil"/>
              <w:bottom w:val="nil"/>
              <w:right w:val="nil"/>
            </w:tcBorders>
            <w:hideMark/>
          </w:tcPr>
          <w:p w14:paraId="3F203EC2"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3340" w:type="dxa"/>
            <w:gridSpan w:val="3"/>
            <w:tcBorders>
              <w:top w:val="single" w:sz="4" w:space="0" w:color="auto"/>
              <w:left w:val="single" w:sz="4" w:space="0" w:color="auto"/>
              <w:bottom w:val="single" w:sz="4" w:space="0" w:color="auto"/>
              <w:right w:val="single" w:sz="4" w:space="0" w:color="auto"/>
            </w:tcBorders>
            <w:noWrap/>
            <w:vAlign w:val="bottom"/>
            <w:hideMark/>
          </w:tcPr>
          <w:p w14:paraId="53146DD2"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Cantităţi de deşeuri colectate (tone/an) </w:t>
            </w:r>
          </w:p>
        </w:tc>
      </w:tr>
      <w:tr w:rsidR="003F70A6" w:rsidRPr="00A15970" w14:paraId="03B805AB" w14:textId="77777777" w:rsidTr="003F70A6">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30364A0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2DC2F30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120" w:type="dxa"/>
            <w:tcBorders>
              <w:top w:val="nil"/>
              <w:left w:val="nil"/>
              <w:bottom w:val="single" w:sz="4" w:space="0" w:color="auto"/>
              <w:right w:val="single" w:sz="4" w:space="0" w:color="auto"/>
            </w:tcBorders>
            <w:vAlign w:val="center"/>
            <w:hideMark/>
          </w:tcPr>
          <w:p w14:paraId="2AF1BFB0"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menajere </w:t>
            </w:r>
          </w:p>
        </w:tc>
        <w:tc>
          <w:tcPr>
            <w:tcW w:w="980" w:type="dxa"/>
            <w:tcBorders>
              <w:top w:val="nil"/>
              <w:left w:val="nil"/>
              <w:bottom w:val="single" w:sz="4" w:space="0" w:color="auto"/>
              <w:right w:val="single" w:sz="4" w:space="0" w:color="auto"/>
            </w:tcBorders>
            <w:vAlign w:val="center"/>
            <w:hideMark/>
          </w:tcPr>
          <w:p w14:paraId="1753979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similare </w:t>
            </w:r>
          </w:p>
        </w:tc>
        <w:tc>
          <w:tcPr>
            <w:tcW w:w="1240" w:type="dxa"/>
            <w:tcBorders>
              <w:top w:val="nil"/>
              <w:left w:val="nil"/>
              <w:bottom w:val="single" w:sz="4" w:space="0" w:color="auto"/>
              <w:right w:val="single" w:sz="4" w:space="0" w:color="auto"/>
            </w:tcBorders>
            <w:vAlign w:val="center"/>
            <w:hideMark/>
          </w:tcPr>
          <w:p w14:paraId="7CEBF8E3"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municipale </w:t>
            </w:r>
          </w:p>
        </w:tc>
      </w:tr>
      <w:tr w:rsidR="003F70A6" w:rsidRPr="00A15970" w14:paraId="2F0D5587"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45BE257F"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2AB151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F9834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D2A3D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873D70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1128B846"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2D96ED0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210800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E0CA6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6651A1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649DB4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10310795"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6232191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6F9620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8322B6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57B853E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5578A3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313716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3FC884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4A0467D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61002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214</w:t>
            </w:r>
          </w:p>
        </w:tc>
        <w:tc>
          <w:tcPr>
            <w:tcW w:w="980" w:type="dxa"/>
            <w:tcBorders>
              <w:top w:val="nil"/>
              <w:left w:val="nil"/>
              <w:bottom w:val="single" w:sz="4" w:space="0" w:color="auto"/>
              <w:right w:val="single" w:sz="4" w:space="0" w:color="auto"/>
            </w:tcBorders>
            <w:noWrap/>
            <w:vAlign w:val="bottom"/>
            <w:hideMark/>
          </w:tcPr>
          <w:p w14:paraId="4F42F4A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56B0435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225</w:t>
            </w:r>
          </w:p>
        </w:tc>
      </w:tr>
      <w:tr w:rsidR="003F70A6" w:rsidRPr="00A15970" w14:paraId="6B097EF8"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BF2B41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08F2D1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664DF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124</w:t>
            </w:r>
          </w:p>
        </w:tc>
        <w:tc>
          <w:tcPr>
            <w:tcW w:w="980" w:type="dxa"/>
            <w:tcBorders>
              <w:top w:val="nil"/>
              <w:left w:val="nil"/>
              <w:bottom w:val="single" w:sz="4" w:space="0" w:color="auto"/>
              <w:right w:val="single" w:sz="4" w:space="0" w:color="auto"/>
            </w:tcBorders>
            <w:noWrap/>
            <w:vAlign w:val="bottom"/>
            <w:hideMark/>
          </w:tcPr>
          <w:p w14:paraId="46EAB8C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w:t>
            </w:r>
          </w:p>
        </w:tc>
        <w:tc>
          <w:tcPr>
            <w:tcW w:w="1240" w:type="dxa"/>
            <w:tcBorders>
              <w:top w:val="nil"/>
              <w:left w:val="nil"/>
              <w:bottom w:val="single" w:sz="4" w:space="0" w:color="auto"/>
              <w:right w:val="single" w:sz="4" w:space="0" w:color="auto"/>
            </w:tcBorders>
            <w:noWrap/>
            <w:vAlign w:val="bottom"/>
            <w:hideMark/>
          </w:tcPr>
          <w:p w14:paraId="35BE929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130</w:t>
            </w:r>
          </w:p>
        </w:tc>
      </w:tr>
      <w:tr w:rsidR="003F70A6" w:rsidRPr="00A15970" w14:paraId="18A3997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658D6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7919529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B836EA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156</w:t>
            </w:r>
          </w:p>
        </w:tc>
        <w:tc>
          <w:tcPr>
            <w:tcW w:w="980" w:type="dxa"/>
            <w:tcBorders>
              <w:top w:val="nil"/>
              <w:left w:val="nil"/>
              <w:bottom w:val="single" w:sz="4" w:space="0" w:color="auto"/>
              <w:right w:val="single" w:sz="4" w:space="0" w:color="auto"/>
            </w:tcBorders>
            <w:noWrap/>
            <w:vAlign w:val="bottom"/>
            <w:hideMark/>
          </w:tcPr>
          <w:p w14:paraId="5C3A100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3A84ED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164</w:t>
            </w:r>
          </w:p>
        </w:tc>
      </w:tr>
      <w:tr w:rsidR="003F70A6" w:rsidRPr="00A15970" w14:paraId="62451E4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743CC8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5F09ACB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13383E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w:t>
            </w:r>
          </w:p>
        </w:tc>
        <w:tc>
          <w:tcPr>
            <w:tcW w:w="980" w:type="dxa"/>
            <w:tcBorders>
              <w:top w:val="nil"/>
              <w:left w:val="nil"/>
              <w:bottom w:val="single" w:sz="4" w:space="0" w:color="auto"/>
              <w:right w:val="single" w:sz="4" w:space="0" w:color="auto"/>
            </w:tcBorders>
            <w:noWrap/>
            <w:vAlign w:val="bottom"/>
            <w:hideMark/>
          </w:tcPr>
          <w:p w14:paraId="0058213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w:t>
            </w:r>
          </w:p>
        </w:tc>
        <w:tc>
          <w:tcPr>
            <w:tcW w:w="1240" w:type="dxa"/>
            <w:tcBorders>
              <w:top w:val="nil"/>
              <w:left w:val="nil"/>
              <w:bottom w:val="single" w:sz="4" w:space="0" w:color="auto"/>
              <w:right w:val="single" w:sz="4" w:space="0" w:color="auto"/>
            </w:tcBorders>
            <w:noWrap/>
            <w:vAlign w:val="bottom"/>
            <w:hideMark/>
          </w:tcPr>
          <w:p w14:paraId="4FFE1A5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317</w:t>
            </w:r>
          </w:p>
        </w:tc>
      </w:tr>
      <w:tr w:rsidR="003F70A6" w:rsidRPr="00A15970" w14:paraId="4748BCB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0A835A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c>
          <w:tcPr>
            <w:tcW w:w="620" w:type="dxa"/>
            <w:tcBorders>
              <w:top w:val="nil"/>
              <w:left w:val="nil"/>
              <w:bottom w:val="single" w:sz="4" w:space="0" w:color="auto"/>
              <w:right w:val="single" w:sz="4" w:space="0" w:color="auto"/>
            </w:tcBorders>
            <w:noWrap/>
            <w:vAlign w:val="bottom"/>
            <w:hideMark/>
          </w:tcPr>
          <w:p w14:paraId="201F45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AA7CC9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931</w:t>
            </w:r>
          </w:p>
        </w:tc>
        <w:tc>
          <w:tcPr>
            <w:tcW w:w="980" w:type="dxa"/>
            <w:tcBorders>
              <w:top w:val="nil"/>
              <w:left w:val="nil"/>
              <w:bottom w:val="single" w:sz="4" w:space="0" w:color="auto"/>
              <w:right w:val="single" w:sz="4" w:space="0" w:color="auto"/>
            </w:tcBorders>
            <w:noWrap/>
            <w:vAlign w:val="bottom"/>
            <w:hideMark/>
          </w:tcPr>
          <w:p w14:paraId="4260E6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47</w:t>
            </w:r>
          </w:p>
        </w:tc>
        <w:tc>
          <w:tcPr>
            <w:tcW w:w="1240" w:type="dxa"/>
            <w:tcBorders>
              <w:top w:val="nil"/>
              <w:left w:val="nil"/>
              <w:bottom w:val="single" w:sz="4" w:space="0" w:color="auto"/>
              <w:right w:val="single" w:sz="4" w:space="0" w:color="auto"/>
            </w:tcBorders>
            <w:noWrap/>
            <w:vAlign w:val="bottom"/>
            <w:hideMark/>
          </w:tcPr>
          <w:p w14:paraId="1A68F34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977</w:t>
            </w:r>
          </w:p>
        </w:tc>
      </w:tr>
      <w:tr w:rsidR="003F70A6" w:rsidRPr="00A15970" w14:paraId="5B060FD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C7D5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c>
          <w:tcPr>
            <w:tcW w:w="620" w:type="dxa"/>
            <w:tcBorders>
              <w:top w:val="nil"/>
              <w:left w:val="nil"/>
              <w:bottom w:val="single" w:sz="4" w:space="0" w:color="auto"/>
              <w:right w:val="single" w:sz="4" w:space="0" w:color="auto"/>
            </w:tcBorders>
            <w:noWrap/>
            <w:vAlign w:val="bottom"/>
            <w:hideMark/>
          </w:tcPr>
          <w:p w14:paraId="7F0CB72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5DB38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824</w:t>
            </w:r>
          </w:p>
        </w:tc>
        <w:tc>
          <w:tcPr>
            <w:tcW w:w="980" w:type="dxa"/>
            <w:tcBorders>
              <w:top w:val="nil"/>
              <w:left w:val="nil"/>
              <w:bottom w:val="single" w:sz="4" w:space="0" w:color="auto"/>
              <w:right w:val="single" w:sz="4" w:space="0" w:color="auto"/>
            </w:tcBorders>
            <w:noWrap/>
            <w:vAlign w:val="bottom"/>
            <w:hideMark/>
          </w:tcPr>
          <w:p w14:paraId="661803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w:t>
            </w:r>
          </w:p>
        </w:tc>
        <w:tc>
          <w:tcPr>
            <w:tcW w:w="1240" w:type="dxa"/>
            <w:tcBorders>
              <w:top w:val="nil"/>
              <w:left w:val="nil"/>
              <w:bottom w:val="single" w:sz="4" w:space="0" w:color="auto"/>
              <w:right w:val="single" w:sz="4" w:space="0" w:color="auto"/>
            </w:tcBorders>
            <w:noWrap/>
            <w:vAlign w:val="bottom"/>
            <w:hideMark/>
          </w:tcPr>
          <w:p w14:paraId="424B3A3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865</w:t>
            </w:r>
          </w:p>
        </w:tc>
      </w:tr>
      <w:tr w:rsidR="003F70A6" w:rsidRPr="00A15970" w14:paraId="56412EF0"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29AE1E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5ADA491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0332EB33"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157</w:t>
            </w:r>
          </w:p>
        </w:tc>
        <w:tc>
          <w:tcPr>
            <w:tcW w:w="980" w:type="dxa"/>
            <w:tcBorders>
              <w:top w:val="nil"/>
              <w:left w:val="nil"/>
              <w:bottom w:val="single" w:sz="4" w:space="0" w:color="auto"/>
              <w:right w:val="single" w:sz="4" w:space="0" w:color="auto"/>
            </w:tcBorders>
            <w:noWrap/>
            <w:vAlign w:val="bottom"/>
            <w:hideMark/>
          </w:tcPr>
          <w:p w14:paraId="5375AF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64EC3F3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165</w:t>
            </w:r>
          </w:p>
        </w:tc>
      </w:tr>
      <w:tr w:rsidR="003F70A6" w:rsidRPr="00A15970" w14:paraId="239AC27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DB29B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68120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660B9F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575</w:t>
            </w:r>
          </w:p>
        </w:tc>
        <w:tc>
          <w:tcPr>
            <w:tcW w:w="980" w:type="dxa"/>
            <w:tcBorders>
              <w:top w:val="nil"/>
              <w:left w:val="nil"/>
              <w:bottom w:val="single" w:sz="4" w:space="0" w:color="auto"/>
              <w:right w:val="single" w:sz="4" w:space="0" w:color="auto"/>
            </w:tcBorders>
            <w:noWrap/>
            <w:vAlign w:val="bottom"/>
            <w:hideMark/>
          </w:tcPr>
          <w:p w14:paraId="17CB6F1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29</w:t>
            </w:r>
          </w:p>
        </w:tc>
        <w:tc>
          <w:tcPr>
            <w:tcW w:w="1240" w:type="dxa"/>
            <w:tcBorders>
              <w:top w:val="nil"/>
              <w:left w:val="nil"/>
              <w:bottom w:val="single" w:sz="4" w:space="0" w:color="auto"/>
              <w:right w:val="single" w:sz="4" w:space="0" w:color="auto"/>
            </w:tcBorders>
            <w:noWrap/>
            <w:vAlign w:val="bottom"/>
            <w:hideMark/>
          </w:tcPr>
          <w:p w14:paraId="72723CF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604</w:t>
            </w:r>
          </w:p>
        </w:tc>
      </w:tr>
      <w:tr w:rsidR="003F70A6" w:rsidRPr="00A15970" w14:paraId="180135A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32392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06C632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C9023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w:t>
            </w:r>
          </w:p>
        </w:tc>
        <w:tc>
          <w:tcPr>
            <w:tcW w:w="980" w:type="dxa"/>
            <w:tcBorders>
              <w:top w:val="nil"/>
              <w:left w:val="nil"/>
              <w:bottom w:val="single" w:sz="4" w:space="0" w:color="auto"/>
              <w:right w:val="single" w:sz="4" w:space="0" w:color="auto"/>
            </w:tcBorders>
            <w:noWrap/>
            <w:vAlign w:val="bottom"/>
            <w:hideMark/>
          </w:tcPr>
          <w:p w14:paraId="40B38E4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w:t>
            </w:r>
          </w:p>
        </w:tc>
        <w:tc>
          <w:tcPr>
            <w:tcW w:w="1240" w:type="dxa"/>
            <w:tcBorders>
              <w:top w:val="nil"/>
              <w:left w:val="nil"/>
              <w:bottom w:val="single" w:sz="4" w:space="0" w:color="auto"/>
              <w:right w:val="single" w:sz="4" w:space="0" w:color="auto"/>
            </w:tcBorders>
            <w:noWrap/>
            <w:vAlign w:val="bottom"/>
            <w:hideMark/>
          </w:tcPr>
          <w:p w14:paraId="436515C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w:t>
            </w:r>
          </w:p>
        </w:tc>
      </w:tr>
      <w:tr w:rsidR="003F70A6" w:rsidRPr="00A15970" w14:paraId="60242E5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1752B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712BE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52E3DC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224</w:t>
            </w:r>
          </w:p>
        </w:tc>
        <w:tc>
          <w:tcPr>
            <w:tcW w:w="980" w:type="dxa"/>
            <w:tcBorders>
              <w:top w:val="nil"/>
              <w:left w:val="nil"/>
              <w:bottom w:val="single" w:sz="4" w:space="0" w:color="auto"/>
              <w:right w:val="single" w:sz="4" w:space="0" w:color="auto"/>
            </w:tcBorders>
            <w:noWrap/>
            <w:vAlign w:val="bottom"/>
            <w:hideMark/>
          </w:tcPr>
          <w:p w14:paraId="0A05AE7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1702C3F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235</w:t>
            </w:r>
          </w:p>
        </w:tc>
      </w:tr>
      <w:tr w:rsidR="003F70A6" w:rsidRPr="00A15970" w14:paraId="75F4DD0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713DE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00454B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D67B74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146</w:t>
            </w:r>
          </w:p>
        </w:tc>
        <w:tc>
          <w:tcPr>
            <w:tcW w:w="980" w:type="dxa"/>
            <w:tcBorders>
              <w:top w:val="nil"/>
              <w:left w:val="nil"/>
              <w:bottom w:val="single" w:sz="4" w:space="0" w:color="auto"/>
              <w:right w:val="single" w:sz="4" w:space="0" w:color="auto"/>
            </w:tcBorders>
            <w:noWrap/>
            <w:vAlign w:val="bottom"/>
            <w:hideMark/>
          </w:tcPr>
          <w:p w14:paraId="0EEFBA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w:t>
            </w:r>
          </w:p>
        </w:tc>
        <w:tc>
          <w:tcPr>
            <w:tcW w:w="1240" w:type="dxa"/>
            <w:tcBorders>
              <w:top w:val="nil"/>
              <w:left w:val="nil"/>
              <w:bottom w:val="single" w:sz="4" w:space="0" w:color="auto"/>
              <w:right w:val="single" w:sz="4" w:space="0" w:color="auto"/>
            </w:tcBorders>
            <w:noWrap/>
            <w:vAlign w:val="bottom"/>
            <w:hideMark/>
          </w:tcPr>
          <w:p w14:paraId="1DC0511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153</w:t>
            </w:r>
          </w:p>
        </w:tc>
      </w:tr>
      <w:tr w:rsidR="003F70A6" w:rsidRPr="00A15970" w14:paraId="756B2F1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DD0AD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598DFB5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6F00F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623</w:t>
            </w:r>
          </w:p>
        </w:tc>
        <w:tc>
          <w:tcPr>
            <w:tcW w:w="980" w:type="dxa"/>
            <w:tcBorders>
              <w:top w:val="nil"/>
              <w:left w:val="nil"/>
              <w:bottom w:val="single" w:sz="4" w:space="0" w:color="auto"/>
              <w:right w:val="single" w:sz="4" w:space="0" w:color="auto"/>
            </w:tcBorders>
            <w:noWrap/>
            <w:vAlign w:val="bottom"/>
            <w:hideMark/>
          </w:tcPr>
          <w:p w14:paraId="3284D6A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c>
          <w:tcPr>
            <w:tcW w:w="1240" w:type="dxa"/>
            <w:tcBorders>
              <w:top w:val="nil"/>
              <w:left w:val="nil"/>
              <w:bottom w:val="single" w:sz="4" w:space="0" w:color="auto"/>
              <w:right w:val="single" w:sz="4" w:space="0" w:color="auto"/>
            </w:tcBorders>
            <w:noWrap/>
            <w:vAlign w:val="bottom"/>
            <w:hideMark/>
          </w:tcPr>
          <w:p w14:paraId="2D2B69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654</w:t>
            </w:r>
          </w:p>
        </w:tc>
      </w:tr>
      <w:tr w:rsidR="003F70A6" w:rsidRPr="00A15970" w14:paraId="08C5ADE7"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2BFB0EE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5977839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8FF2E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0B0D31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2A9DF4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bl>
    <w:p w14:paraId="671C8F5E"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20"/>
        <w:gridCol w:w="980"/>
        <w:gridCol w:w="1240"/>
      </w:tblGrid>
      <w:tr w:rsidR="003F70A6" w:rsidRPr="00A15970" w14:paraId="6954DDAA" w14:textId="77777777" w:rsidTr="003F70A6">
        <w:trPr>
          <w:trHeight w:val="300"/>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6A51201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 contract</w:t>
            </w:r>
          </w:p>
        </w:tc>
        <w:tc>
          <w:tcPr>
            <w:tcW w:w="620" w:type="dxa"/>
            <w:tcBorders>
              <w:top w:val="single" w:sz="4" w:space="0" w:color="auto"/>
              <w:left w:val="nil"/>
              <w:bottom w:val="single" w:sz="4" w:space="0" w:color="auto"/>
              <w:right w:val="single" w:sz="4" w:space="0" w:color="auto"/>
            </w:tcBorders>
            <w:noWrap/>
            <w:vAlign w:val="bottom"/>
            <w:hideMark/>
          </w:tcPr>
          <w:p w14:paraId="4549F6A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single" w:sz="4" w:space="0" w:color="auto"/>
              <w:left w:val="nil"/>
              <w:bottom w:val="single" w:sz="4" w:space="0" w:color="auto"/>
              <w:right w:val="single" w:sz="4" w:space="0" w:color="auto"/>
            </w:tcBorders>
            <w:noWrap/>
            <w:vAlign w:val="bottom"/>
            <w:hideMark/>
          </w:tcPr>
          <w:p w14:paraId="4187BF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single" w:sz="4" w:space="0" w:color="auto"/>
              <w:left w:val="nil"/>
              <w:bottom w:val="single" w:sz="4" w:space="0" w:color="auto"/>
              <w:right w:val="single" w:sz="4" w:space="0" w:color="auto"/>
            </w:tcBorders>
            <w:noWrap/>
            <w:vAlign w:val="bottom"/>
            <w:hideMark/>
          </w:tcPr>
          <w:p w14:paraId="0FDBCD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single" w:sz="4" w:space="0" w:color="auto"/>
              <w:left w:val="nil"/>
              <w:bottom w:val="single" w:sz="4" w:space="0" w:color="auto"/>
              <w:right w:val="single" w:sz="4" w:space="0" w:color="auto"/>
            </w:tcBorders>
            <w:noWrap/>
            <w:vAlign w:val="bottom"/>
            <w:hideMark/>
          </w:tcPr>
          <w:p w14:paraId="7E60F99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4FAEDE7F"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77C8B6AB"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6A14BE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8D3681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214D98E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38EF4E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50B6042"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029A87AE"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lastRenderedPageBreak/>
              <w:t xml:space="preserve">Total zona rurală </w:t>
            </w:r>
          </w:p>
        </w:tc>
        <w:tc>
          <w:tcPr>
            <w:tcW w:w="620" w:type="dxa"/>
            <w:tcBorders>
              <w:top w:val="nil"/>
              <w:left w:val="nil"/>
              <w:bottom w:val="single" w:sz="4" w:space="0" w:color="auto"/>
              <w:right w:val="single" w:sz="4" w:space="0" w:color="auto"/>
            </w:tcBorders>
            <w:noWrap/>
            <w:vAlign w:val="bottom"/>
            <w:hideMark/>
          </w:tcPr>
          <w:p w14:paraId="7D53D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3F93A9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B4A09A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426202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r w:rsidR="003F70A6" w:rsidRPr="00A15970" w14:paraId="1B309705"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60789D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620" w:type="dxa"/>
            <w:tcBorders>
              <w:top w:val="nil"/>
              <w:left w:val="nil"/>
              <w:bottom w:val="single" w:sz="4" w:space="0" w:color="auto"/>
              <w:right w:val="single" w:sz="4" w:space="0" w:color="auto"/>
            </w:tcBorders>
            <w:noWrap/>
            <w:vAlign w:val="bottom"/>
            <w:hideMark/>
          </w:tcPr>
          <w:p w14:paraId="0E370D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10DDD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C0067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768659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8039</w:t>
            </w:r>
          </w:p>
        </w:tc>
      </w:tr>
    </w:tbl>
    <w:p w14:paraId="1A1CFF5F"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8420" w:type="dxa"/>
        <w:tblLook w:val="04A0" w:firstRow="1" w:lastRow="0" w:firstColumn="1" w:lastColumn="0" w:noHBand="0" w:noVBand="1"/>
      </w:tblPr>
      <w:tblGrid>
        <w:gridCol w:w="2376"/>
        <w:gridCol w:w="4356"/>
        <w:gridCol w:w="1688"/>
      </w:tblGrid>
      <w:tr w:rsidR="003F70A6" w:rsidRPr="00A15970" w14:paraId="46D7E1F4" w14:textId="77777777" w:rsidTr="003F70A6">
        <w:trPr>
          <w:trHeight w:val="300"/>
        </w:trPr>
        <w:tc>
          <w:tcPr>
            <w:tcW w:w="2376" w:type="dxa"/>
            <w:tcBorders>
              <w:top w:val="nil"/>
              <w:left w:val="nil"/>
              <w:bottom w:val="nil"/>
              <w:right w:val="nil"/>
            </w:tcBorders>
            <w:noWrap/>
            <w:vAlign w:val="bottom"/>
            <w:hideMark/>
          </w:tcPr>
          <w:p w14:paraId="500A1F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menajere</w:t>
            </w:r>
          </w:p>
        </w:tc>
        <w:tc>
          <w:tcPr>
            <w:tcW w:w="4356" w:type="dxa"/>
            <w:tcBorders>
              <w:top w:val="nil"/>
              <w:left w:val="nil"/>
              <w:bottom w:val="nil"/>
              <w:right w:val="nil"/>
            </w:tcBorders>
            <w:noWrap/>
            <w:vAlign w:val="bottom"/>
            <w:hideMark/>
          </w:tcPr>
          <w:p w14:paraId="2F5E1C3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486E3444" w14:textId="77777777" w:rsidR="003F70A6" w:rsidRPr="00A15970" w:rsidRDefault="003F70A6" w:rsidP="004A3BE9">
            <w:pPr>
              <w:spacing w:after="0" w:line="240" w:lineRule="auto"/>
              <w:rPr>
                <w:rFonts w:asciiTheme="majorHAnsi" w:eastAsia="Times New Roman" w:hAnsiTheme="majorHAnsi" w:cstheme="majorHAnsi"/>
                <w:sz w:val="24"/>
                <w:szCs w:val="24"/>
              </w:rPr>
            </w:pPr>
          </w:p>
        </w:tc>
      </w:tr>
      <w:tr w:rsidR="003F70A6" w:rsidRPr="00A15970" w14:paraId="1CEAA531"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30431E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32FAF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613DDA4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737C23C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CFF76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755329D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27A28C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724 </w:t>
            </w:r>
          </w:p>
        </w:tc>
      </w:tr>
      <w:tr w:rsidR="003F70A6" w:rsidRPr="00A15970" w14:paraId="0C68DA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C7470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1A0A63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BA7B8C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188 </w:t>
            </w:r>
          </w:p>
        </w:tc>
      </w:tr>
      <w:tr w:rsidR="003F70A6" w:rsidRPr="00A15970" w14:paraId="613A2E2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D8E692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B657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F94F9A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536 </w:t>
            </w:r>
          </w:p>
        </w:tc>
      </w:tr>
      <w:tr w:rsidR="003F70A6" w:rsidRPr="00A15970" w14:paraId="02C1BF3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00A11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D5981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DC3FCB0"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241 </w:t>
            </w:r>
          </w:p>
        </w:tc>
      </w:tr>
      <w:tr w:rsidR="003F70A6" w:rsidRPr="00A15970" w14:paraId="57A246F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DD040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9415AB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B4315A5"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1,688 </w:t>
            </w:r>
          </w:p>
        </w:tc>
      </w:tr>
      <w:tr w:rsidR="003F70A6" w:rsidRPr="00A15970" w14:paraId="7D42ED0C"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78A2F0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5B3BE9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469789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1DB29AD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B8CE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36F39B3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A95BE4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821 </w:t>
            </w:r>
          </w:p>
        </w:tc>
      </w:tr>
      <w:tr w:rsidR="003F70A6" w:rsidRPr="00A15970" w14:paraId="387594D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7EA0D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191AB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0B8B14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19 </w:t>
            </w:r>
          </w:p>
        </w:tc>
      </w:tr>
      <w:tr w:rsidR="003F70A6" w:rsidRPr="00A15970" w14:paraId="5B29E00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DB976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304B429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245CF2D"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841 </w:t>
            </w:r>
          </w:p>
        </w:tc>
      </w:tr>
      <w:tr w:rsidR="003F70A6" w:rsidRPr="00A15970" w14:paraId="0EE0415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83DE2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0DEE8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122ACBF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37BBDC5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37625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03C3DB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BB8485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310 </w:t>
            </w:r>
          </w:p>
        </w:tc>
      </w:tr>
      <w:tr w:rsidR="003F70A6" w:rsidRPr="00A15970" w14:paraId="578359A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CFFD76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3DF8862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3F754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80 </w:t>
            </w:r>
          </w:p>
        </w:tc>
      </w:tr>
      <w:tr w:rsidR="003F70A6" w:rsidRPr="00A15970" w14:paraId="4FC884B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13E16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6BABC3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4D3E36D"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5D60AC1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98628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2309C8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94B008B"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103 </w:t>
            </w:r>
          </w:p>
        </w:tc>
      </w:tr>
      <w:tr w:rsidR="003F70A6" w:rsidRPr="00A15970" w14:paraId="014DFFD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0B6AEC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B5C83A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7346D3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207 </w:t>
            </w:r>
          </w:p>
        </w:tc>
      </w:tr>
      <w:tr w:rsidR="003F70A6" w:rsidRPr="00A15970" w14:paraId="67AD46B9"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85CAB6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06296A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DD4CC4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3,389 </w:t>
            </w:r>
          </w:p>
        </w:tc>
      </w:tr>
      <w:tr w:rsidR="003F70A6" w:rsidRPr="00A15970" w14:paraId="71E4403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D7F0C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0E1866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92EC26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57 </w:t>
            </w:r>
          </w:p>
        </w:tc>
      </w:tr>
      <w:tr w:rsidR="003F70A6" w:rsidRPr="00A15970" w14:paraId="054E471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800ED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37C6230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739891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7C0204A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0A65F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54F5C2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343683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521 </w:t>
            </w:r>
          </w:p>
        </w:tc>
      </w:tr>
      <w:tr w:rsidR="003F70A6" w:rsidRPr="00A15970" w14:paraId="60DD0AA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47A8D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C8FB4E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01C184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5,127 </w:t>
            </w:r>
          </w:p>
        </w:tc>
      </w:tr>
      <w:tr w:rsidR="003F70A6" w:rsidRPr="00A15970" w14:paraId="1F280C03" w14:textId="77777777" w:rsidTr="003F70A6">
        <w:trPr>
          <w:trHeight w:val="300"/>
        </w:trPr>
        <w:tc>
          <w:tcPr>
            <w:tcW w:w="2376" w:type="dxa"/>
            <w:tcBorders>
              <w:top w:val="nil"/>
              <w:left w:val="nil"/>
              <w:bottom w:val="nil"/>
              <w:right w:val="nil"/>
            </w:tcBorders>
            <w:noWrap/>
            <w:vAlign w:val="bottom"/>
            <w:hideMark/>
          </w:tcPr>
          <w:p w14:paraId="1AEE89DA"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nil"/>
              <w:left w:val="nil"/>
              <w:bottom w:val="nil"/>
              <w:right w:val="nil"/>
            </w:tcBorders>
            <w:noWrap/>
            <w:vAlign w:val="bottom"/>
            <w:hideMark/>
          </w:tcPr>
          <w:p w14:paraId="4C2B3A39"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nil"/>
              <w:left w:val="nil"/>
              <w:bottom w:val="nil"/>
              <w:right w:val="nil"/>
            </w:tcBorders>
            <w:noWrap/>
            <w:vAlign w:val="bottom"/>
            <w:hideMark/>
          </w:tcPr>
          <w:p w14:paraId="3165883B"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8C73288" w14:textId="77777777" w:rsidTr="003F70A6">
        <w:trPr>
          <w:trHeight w:val="300"/>
        </w:trPr>
        <w:tc>
          <w:tcPr>
            <w:tcW w:w="2376" w:type="dxa"/>
            <w:tcBorders>
              <w:top w:val="nil"/>
              <w:left w:val="nil"/>
              <w:bottom w:val="nil"/>
              <w:right w:val="nil"/>
            </w:tcBorders>
            <w:vAlign w:val="center"/>
            <w:hideMark/>
          </w:tcPr>
          <w:p w14:paraId="5E619AF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similare</w:t>
            </w:r>
          </w:p>
        </w:tc>
        <w:tc>
          <w:tcPr>
            <w:tcW w:w="4356" w:type="dxa"/>
            <w:tcBorders>
              <w:top w:val="nil"/>
              <w:left w:val="nil"/>
              <w:bottom w:val="nil"/>
              <w:right w:val="nil"/>
            </w:tcBorders>
            <w:noWrap/>
            <w:vAlign w:val="bottom"/>
            <w:hideMark/>
          </w:tcPr>
          <w:p w14:paraId="6183DC3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1AA2F615"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34F74120"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0CEA805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Statie sortare</w:t>
            </w:r>
          </w:p>
        </w:tc>
        <w:tc>
          <w:tcPr>
            <w:tcW w:w="4356" w:type="dxa"/>
            <w:tcBorders>
              <w:top w:val="single" w:sz="4" w:space="0" w:color="auto"/>
              <w:left w:val="nil"/>
              <w:bottom w:val="single" w:sz="4" w:space="0" w:color="auto"/>
              <w:right w:val="single" w:sz="4" w:space="0" w:color="auto"/>
            </w:tcBorders>
            <w:noWrap/>
            <w:vAlign w:val="bottom"/>
            <w:hideMark/>
          </w:tcPr>
          <w:p w14:paraId="1B4B84D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3B332AA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42832E5"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C8A2B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2BC367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73163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36 </w:t>
            </w:r>
          </w:p>
        </w:tc>
      </w:tr>
      <w:tr w:rsidR="003F70A6" w:rsidRPr="00A15970" w14:paraId="534D04BF"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3538C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5D04D5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333BFAC"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9 </w:t>
            </w:r>
          </w:p>
        </w:tc>
      </w:tr>
      <w:tr w:rsidR="003F70A6" w:rsidRPr="00A15970" w14:paraId="785A667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BBF65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61E74BF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15A181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27 </w:t>
            </w:r>
          </w:p>
        </w:tc>
      </w:tr>
      <w:tr w:rsidR="003F70A6" w:rsidRPr="00A15970" w14:paraId="14AA0ED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F19F4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1B519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BAF71B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12 </w:t>
            </w:r>
          </w:p>
        </w:tc>
      </w:tr>
      <w:tr w:rsidR="003F70A6" w:rsidRPr="00A15970" w14:paraId="2333B39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07F8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5BDE52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AFEFCC3"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 </w:t>
            </w:r>
          </w:p>
        </w:tc>
      </w:tr>
      <w:tr w:rsidR="003F70A6" w:rsidRPr="00A15970" w14:paraId="5EF4351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7D46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0E17C0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4049815A"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7F402B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9A63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599AD82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2462D98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41 </w:t>
            </w:r>
          </w:p>
        </w:tc>
      </w:tr>
      <w:tr w:rsidR="003F70A6" w:rsidRPr="00A15970" w14:paraId="20A1093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C9C3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666C23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DABBD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 </w:t>
            </w:r>
          </w:p>
        </w:tc>
      </w:tr>
      <w:tr w:rsidR="003F70A6" w:rsidRPr="00A15970" w14:paraId="2005F13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EBECC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61E69D8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7360FB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42 </w:t>
            </w:r>
          </w:p>
        </w:tc>
      </w:tr>
      <w:tr w:rsidR="003F70A6" w:rsidRPr="00A15970" w14:paraId="6684321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F03AF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6B832A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209A17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4D7DB4C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88175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199388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DF383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 </w:t>
            </w:r>
          </w:p>
        </w:tc>
      </w:tr>
      <w:tr w:rsidR="003F70A6" w:rsidRPr="00A15970" w14:paraId="5209BE7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A8D4C1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9AC529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2E83A1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 </w:t>
            </w:r>
          </w:p>
        </w:tc>
      </w:tr>
      <w:tr w:rsidR="003F70A6" w:rsidRPr="00A15970" w14:paraId="337960C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DD2F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7279F1A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37B722"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0BB9837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28197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50AECB7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CC1A3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 </w:t>
            </w:r>
          </w:p>
        </w:tc>
      </w:tr>
      <w:tr w:rsidR="003F70A6" w:rsidRPr="00A15970" w14:paraId="5A55C5C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6F4A4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266E86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0EE203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 </w:t>
            </w:r>
          </w:p>
        </w:tc>
      </w:tr>
      <w:tr w:rsidR="003F70A6" w:rsidRPr="00A15970" w14:paraId="36F885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9226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2CE2D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6B4F3C5"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169 </w:t>
            </w:r>
          </w:p>
        </w:tc>
      </w:tr>
      <w:tr w:rsidR="003F70A6" w:rsidRPr="00A15970" w14:paraId="5B9708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71E2E9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5BEF28D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0FF421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 </w:t>
            </w:r>
          </w:p>
        </w:tc>
      </w:tr>
      <w:tr w:rsidR="003F70A6" w:rsidRPr="00A15970" w14:paraId="5F11F55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29488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66D05F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2F7FF8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2CD0624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EFEFA8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26DCFB2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69C14A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26 </w:t>
            </w:r>
          </w:p>
        </w:tc>
      </w:tr>
      <w:tr w:rsidR="003F70A6" w:rsidRPr="00A15970" w14:paraId="417ECE65" w14:textId="77777777" w:rsidTr="00955D11">
        <w:trPr>
          <w:trHeight w:val="300"/>
        </w:trPr>
        <w:tc>
          <w:tcPr>
            <w:tcW w:w="2376" w:type="dxa"/>
            <w:tcBorders>
              <w:top w:val="nil"/>
              <w:left w:val="single" w:sz="4" w:space="0" w:color="auto"/>
              <w:bottom w:val="single" w:sz="4" w:space="0" w:color="auto"/>
              <w:right w:val="single" w:sz="4" w:space="0" w:color="auto"/>
            </w:tcBorders>
            <w:vAlign w:val="center"/>
            <w:hideMark/>
          </w:tcPr>
          <w:p w14:paraId="5157B0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2C0C0C5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542749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256 </w:t>
            </w:r>
          </w:p>
        </w:tc>
      </w:tr>
      <w:tr w:rsidR="003F70A6" w:rsidRPr="00A15970" w14:paraId="56FBB636" w14:textId="77777777" w:rsidTr="00955D11">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8C0CBDD"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5759A89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5A57163"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6464C67"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118A07E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775D7A3C"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82749C7"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BE63E8F"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01EE07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din piete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3B3CAE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437C8AD1"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7 </w:t>
            </w:r>
          </w:p>
        </w:tc>
      </w:tr>
      <w:tr w:rsidR="003F70A6" w:rsidRPr="00A15970" w14:paraId="499E9F8C"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AFAA420"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C7757F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7976476A"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565DF9F3"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655BA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abandonate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087DE12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0346D9D"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191</w:t>
            </w:r>
          </w:p>
        </w:tc>
      </w:tr>
      <w:tr w:rsidR="003F70A6" w:rsidRPr="00A15970" w14:paraId="253D05A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E4AB7EA"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37E87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8266D53"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20355E9" w14:textId="77777777" w:rsidTr="00955D11">
        <w:trPr>
          <w:trHeight w:val="450"/>
        </w:trPr>
        <w:tc>
          <w:tcPr>
            <w:tcW w:w="2376" w:type="dxa"/>
            <w:tcBorders>
              <w:top w:val="single" w:sz="4" w:space="0" w:color="auto"/>
              <w:left w:val="single" w:sz="4" w:space="0" w:color="auto"/>
              <w:bottom w:val="single" w:sz="4" w:space="0" w:color="auto"/>
              <w:right w:val="single" w:sz="4" w:space="0" w:color="auto"/>
            </w:tcBorders>
            <w:vAlign w:val="center"/>
            <w:hideMark/>
          </w:tcPr>
          <w:p w14:paraId="310FE0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periculoase din deseuri menajere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4913CF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8132872"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30</w:t>
            </w:r>
          </w:p>
        </w:tc>
      </w:tr>
      <w:tr w:rsidR="003F70A6" w:rsidRPr="00A15970" w14:paraId="752D728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503A3D6"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7B11A91"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054EDA4"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83E7208"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B90CAD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DCD</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CC178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5494DE8"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688 </w:t>
            </w:r>
          </w:p>
        </w:tc>
      </w:tr>
    </w:tbl>
    <w:p w14:paraId="2EF21CD7" w14:textId="4F7A18FA" w:rsidR="00CF11C7" w:rsidRPr="00A15970" w:rsidRDefault="00CF11C7" w:rsidP="004A3BE9">
      <w:pPr>
        <w:spacing w:after="0" w:line="240" w:lineRule="auto"/>
        <w:rPr>
          <w:rFonts w:asciiTheme="majorHAnsi" w:hAnsiTheme="majorHAnsi" w:cstheme="majorHAnsi"/>
          <w:sz w:val="24"/>
          <w:szCs w:val="24"/>
          <w:lang w:val="ro-RO" w:eastAsia="en-GB"/>
        </w:rPr>
      </w:pPr>
      <w:r w:rsidRPr="00A15970">
        <w:rPr>
          <w:rFonts w:asciiTheme="majorHAnsi" w:hAnsiTheme="majorHAnsi" w:cstheme="majorHAnsi"/>
          <w:sz w:val="24"/>
          <w:szCs w:val="24"/>
          <w:lang w:val="ro-RO" w:eastAsia="en-GB"/>
        </w:rPr>
        <w:br w:type="page"/>
      </w:r>
    </w:p>
    <w:p w14:paraId="46FC1DD4" w14:textId="77777777" w:rsidR="00CF11C7" w:rsidRPr="00A15970" w:rsidRDefault="00CF11C7" w:rsidP="004A3BE9">
      <w:pPr>
        <w:spacing w:after="0" w:line="240" w:lineRule="auto"/>
        <w:rPr>
          <w:rFonts w:asciiTheme="majorHAnsi" w:hAnsiTheme="majorHAnsi" w:cstheme="majorHAnsi"/>
          <w:sz w:val="24"/>
          <w:szCs w:val="24"/>
          <w:lang w:val="ro-RO" w:eastAsia="en-GB"/>
        </w:rPr>
      </w:pPr>
    </w:p>
    <w:p w14:paraId="278CF919" w14:textId="663D0E4B" w:rsidR="00CF11C7" w:rsidRPr="00A15970" w:rsidRDefault="00CF11C7" w:rsidP="004A3BE9">
      <w:pPr>
        <w:pStyle w:val="Heading3"/>
        <w:spacing w:before="0" w:line="240" w:lineRule="auto"/>
        <w:rPr>
          <w:rFonts w:cstheme="majorHAnsi"/>
          <w:color w:val="auto"/>
          <w:sz w:val="24"/>
          <w:szCs w:val="24"/>
        </w:rPr>
      </w:pPr>
      <w:r w:rsidRPr="00A15970">
        <w:rPr>
          <w:rFonts w:cstheme="majorHAnsi"/>
          <w:color w:val="auto"/>
          <w:sz w:val="24"/>
          <w:szCs w:val="24"/>
        </w:rPr>
        <w:t>ANEXA Nr. 3 la caietul de sarcini</w:t>
      </w:r>
    </w:p>
    <w:p w14:paraId="1D188FFF" w14:textId="288BDACF" w:rsidR="0035769E" w:rsidRPr="00A15970" w:rsidRDefault="00342FE3" w:rsidP="00342FE3">
      <w:pPr>
        <w:tabs>
          <w:tab w:val="left" w:pos="1936"/>
          <w:tab w:val="left" w:pos="3872"/>
        </w:tabs>
        <w:spacing w:after="0" w:line="240" w:lineRule="auto"/>
        <w:rPr>
          <w:rFonts w:asciiTheme="majorHAnsi" w:hAnsiTheme="majorHAnsi" w:cstheme="majorHAnsi"/>
          <w:sz w:val="24"/>
          <w:szCs w:val="24"/>
          <w:lang w:val="ro-RO" w:eastAsia="en-GB"/>
        </w:rPr>
      </w:pPr>
      <w:r>
        <w:rPr>
          <w:rFonts w:asciiTheme="majorHAnsi" w:hAnsiTheme="majorHAnsi" w:cstheme="majorHAnsi"/>
          <w:sz w:val="24"/>
          <w:szCs w:val="24"/>
          <w:lang w:val="ro-RO" w:eastAsia="en-GB"/>
        </w:rPr>
        <w:tab/>
      </w:r>
      <w:r>
        <w:rPr>
          <w:rFonts w:asciiTheme="majorHAnsi" w:hAnsiTheme="majorHAnsi" w:cstheme="majorHAnsi"/>
          <w:sz w:val="24"/>
          <w:szCs w:val="24"/>
          <w:lang w:val="ro-RO" w:eastAsia="en-GB"/>
        </w:rPr>
        <w:tab/>
      </w:r>
    </w:p>
    <w:p w14:paraId="19DF71FC" w14:textId="41591FB9" w:rsidR="00CF11C7" w:rsidRPr="00A15970" w:rsidRDefault="00CF11C7"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Tipul punctelor de colectare şi capacitatea/volumul recipientelor pentru colectarea fracţiilor de deşeuri municipal</w:t>
      </w:r>
    </w:p>
    <w:p w14:paraId="10E85EB1" w14:textId="77777777" w:rsidR="00CF11C7" w:rsidRDefault="00CF11C7" w:rsidP="004A3BE9">
      <w:pPr>
        <w:spacing w:after="0" w:line="240" w:lineRule="auto"/>
        <w:rPr>
          <w:rFonts w:asciiTheme="majorHAnsi" w:eastAsia="Times New Roman" w:hAnsiTheme="majorHAnsi" w:cstheme="majorHAnsi"/>
          <w:b/>
          <w:bCs/>
          <w:sz w:val="24"/>
          <w:szCs w:val="24"/>
        </w:rPr>
      </w:pPr>
    </w:p>
    <w:p w14:paraId="0A539CC8" w14:textId="77777777" w:rsidR="00CB506B" w:rsidRDefault="00CB506B" w:rsidP="004A3BE9">
      <w:pPr>
        <w:spacing w:after="0" w:line="240" w:lineRule="auto"/>
        <w:rPr>
          <w:rFonts w:asciiTheme="majorHAnsi" w:eastAsia="Times New Roman" w:hAnsiTheme="majorHAnsi" w:cstheme="majorHAnsi"/>
          <w:b/>
          <w:bCs/>
          <w:sz w:val="24"/>
          <w:szCs w:val="24"/>
        </w:rPr>
      </w:pPr>
    </w:p>
    <w:tbl>
      <w:tblPr>
        <w:tblW w:w="10735" w:type="dxa"/>
        <w:tblInd w:w="-455" w:type="dxa"/>
        <w:tblLayout w:type="fixed"/>
        <w:tblLook w:val="04A0" w:firstRow="1" w:lastRow="0" w:firstColumn="1" w:lastColumn="0" w:noHBand="0" w:noVBand="1"/>
      </w:tblPr>
      <w:tblGrid>
        <w:gridCol w:w="1559"/>
        <w:gridCol w:w="3301"/>
        <w:gridCol w:w="2099"/>
        <w:gridCol w:w="1481"/>
        <w:gridCol w:w="1101"/>
        <w:gridCol w:w="1194"/>
      </w:tblGrid>
      <w:tr w:rsidR="00CB506B" w:rsidRPr="00E41879" w14:paraId="67C7C0FD" w14:textId="77777777" w:rsidTr="00CF6636">
        <w:trPr>
          <w:trHeight w:val="671"/>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2876FA0" w14:textId="77777777" w:rsidR="00CB506B" w:rsidRPr="00E41879" w:rsidRDefault="00CB506B" w:rsidP="00AD5EF4">
            <w:pPr>
              <w:spacing w:after="0" w:line="240" w:lineRule="auto"/>
              <w:rPr>
                <w:rFonts w:ascii="Cambria" w:eastAsia="Times New Roman" w:hAnsi="Cambria"/>
                <w:b/>
                <w:bCs/>
              </w:rPr>
            </w:pPr>
            <w:r w:rsidRPr="00E41879">
              <w:rPr>
                <w:rFonts w:ascii="Cambria" w:eastAsia="Times New Roman" w:hAnsi="Cambria"/>
                <w:b/>
                <w:bCs/>
                <w:lang w:val="ro-RO"/>
              </w:rPr>
              <w:t>Localizare</w:t>
            </w:r>
          </w:p>
        </w:tc>
        <w:tc>
          <w:tcPr>
            <w:tcW w:w="3301" w:type="dxa"/>
            <w:vMerge w:val="restart"/>
            <w:tcBorders>
              <w:top w:val="single" w:sz="4" w:space="0" w:color="auto"/>
              <w:left w:val="single" w:sz="4" w:space="0" w:color="auto"/>
              <w:bottom w:val="single" w:sz="4" w:space="0" w:color="auto"/>
              <w:right w:val="single" w:sz="4" w:space="0" w:color="auto"/>
            </w:tcBorders>
            <w:vAlign w:val="center"/>
            <w:hideMark/>
          </w:tcPr>
          <w:p w14:paraId="10D220A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Adresă amplasament</w:t>
            </w:r>
          </w:p>
        </w:tc>
        <w:tc>
          <w:tcPr>
            <w:tcW w:w="5875" w:type="dxa"/>
            <w:gridSpan w:val="4"/>
            <w:tcBorders>
              <w:top w:val="single" w:sz="4" w:space="0" w:color="auto"/>
              <w:left w:val="nil"/>
              <w:bottom w:val="single" w:sz="4" w:space="0" w:color="auto"/>
              <w:right w:val="single" w:sz="4" w:space="0" w:color="auto"/>
            </w:tcBorders>
            <w:vAlign w:val="center"/>
            <w:hideMark/>
          </w:tcPr>
          <w:p w14:paraId="683C2E43" w14:textId="77777777" w:rsidR="00CB506B" w:rsidRPr="00E41879" w:rsidRDefault="00CB506B" w:rsidP="00AD5EF4">
            <w:pPr>
              <w:spacing w:after="0" w:line="240" w:lineRule="auto"/>
              <w:jc w:val="center"/>
              <w:rPr>
                <w:rFonts w:ascii="Cambria" w:eastAsia="Times New Roman" w:hAnsi="Cambria"/>
              </w:rPr>
            </w:pPr>
            <w:r w:rsidRPr="00E41879">
              <w:rPr>
                <w:rFonts w:ascii="Cambria" w:eastAsia="Times New Roman" w:hAnsi="Cambria"/>
              </w:rPr>
              <w:t>Număr containere – 1100l</w:t>
            </w:r>
          </w:p>
        </w:tc>
      </w:tr>
      <w:tr w:rsidR="00CB506B" w:rsidRPr="00E41879" w14:paraId="533CC2B7" w14:textId="77777777" w:rsidTr="00CF6636">
        <w:trPr>
          <w:trHeight w:val="863"/>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7543A564" w14:textId="77777777" w:rsidR="00CB506B" w:rsidRPr="00E41879" w:rsidRDefault="00CB506B" w:rsidP="00AD5EF4">
            <w:pPr>
              <w:spacing w:after="0" w:line="240" w:lineRule="auto"/>
              <w:rPr>
                <w:rFonts w:ascii="Cambria" w:eastAsia="Times New Roman" w:hAnsi="Cambria"/>
                <w:b/>
                <w:bCs/>
              </w:rPr>
            </w:pPr>
          </w:p>
        </w:tc>
        <w:tc>
          <w:tcPr>
            <w:tcW w:w="3301" w:type="dxa"/>
            <w:vMerge/>
            <w:tcBorders>
              <w:top w:val="single" w:sz="4" w:space="0" w:color="auto"/>
              <w:left w:val="single" w:sz="4" w:space="0" w:color="auto"/>
              <w:bottom w:val="single" w:sz="4" w:space="0" w:color="auto"/>
              <w:right w:val="single" w:sz="4" w:space="0" w:color="auto"/>
            </w:tcBorders>
            <w:vAlign w:val="center"/>
            <w:hideMark/>
          </w:tcPr>
          <w:p w14:paraId="3F2CD45B" w14:textId="77777777" w:rsidR="00CB506B" w:rsidRPr="00E41879" w:rsidRDefault="00CB506B" w:rsidP="00AD5EF4">
            <w:pPr>
              <w:spacing w:after="0" w:line="240" w:lineRule="auto"/>
              <w:rPr>
                <w:rFonts w:ascii="Cambria" w:eastAsia="Times New Roman" w:hAnsi="Cambria"/>
                <w:b/>
                <w:bCs/>
              </w:rPr>
            </w:pPr>
          </w:p>
        </w:tc>
        <w:tc>
          <w:tcPr>
            <w:tcW w:w="2099" w:type="dxa"/>
            <w:tcBorders>
              <w:top w:val="nil"/>
              <w:left w:val="nil"/>
              <w:bottom w:val="single" w:sz="4" w:space="0" w:color="auto"/>
              <w:right w:val="single" w:sz="4" w:space="0" w:color="auto"/>
            </w:tcBorders>
            <w:vAlign w:val="center"/>
            <w:hideMark/>
          </w:tcPr>
          <w:p w14:paraId="35DB779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Hârtie şi carton</w:t>
            </w:r>
          </w:p>
        </w:tc>
        <w:tc>
          <w:tcPr>
            <w:tcW w:w="1481" w:type="dxa"/>
            <w:tcBorders>
              <w:top w:val="nil"/>
              <w:left w:val="nil"/>
              <w:bottom w:val="single" w:sz="4" w:space="0" w:color="auto"/>
              <w:right w:val="single" w:sz="4" w:space="0" w:color="auto"/>
            </w:tcBorders>
            <w:vAlign w:val="center"/>
            <w:hideMark/>
          </w:tcPr>
          <w:p w14:paraId="3F88594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Plastic şi metal</w:t>
            </w:r>
          </w:p>
        </w:tc>
        <w:tc>
          <w:tcPr>
            <w:tcW w:w="1101" w:type="dxa"/>
            <w:tcBorders>
              <w:top w:val="nil"/>
              <w:left w:val="nil"/>
              <w:bottom w:val="single" w:sz="4" w:space="0" w:color="auto"/>
              <w:right w:val="single" w:sz="4" w:space="0" w:color="auto"/>
            </w:tcBorders>
            <w:vAlign w:val="center"/>
            <w:hideMark/>
          </w:tcPr>
          <w:p w14:paraId="6CD54504"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Biodeseuri</w:t>
            </w:r>
          </w:p>
        </w:tc>
        <w:tc>
          <w:tcPr>
            <w:tcW w:w="1194" w:type="dxa"/>
            <w:tcBorders>
              <w:top w:val="nil"/>
              <w:left w:val="nil"/>
              <w:bottom w:val="single" w:sz="4" w:space="0" w:color="auto"/>
              <w:right w:val="single" w:sz="4" w:space="0" w:color="auto"/>
            </w:tcBorders>
            <w:vAlign w:val="center"/>
            <w:hideMark/>
          </w:tcPr>
          <w:p w14:paraId="4CC596F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Rezidual</w:t>
            </w:r>
          </w:p>
        </w:tc>
      </w:tr>
      <w:tr w:rsidR="00CB506B" w:rsidRPr="00E41879" w14:paraId="11972D25" w14:textId="77777777" w:rsidTr="00CF6636">
        <w:trPr>
          <w:trHeight w:val="613"/>
        </w:trPr>
        <w:tc>
          <w:tcPr>
            <w:tcW w:w="1559" w:type="dxa"/>
            <w:tcBorders>
              <w:top w:val="single" w:sz="4" w:space="0" w:color="auto"/>
              <w:left w:val="single" w:sz="4" w:space="0" w:color="auto"/>
              <w:bottom w:val="single" w:sz="4" w:space="0" w:color="auto"/>
              <w:right w:val="single" w:sz="4" w:space="0" w:color="auto"/>
            </w:tcBorders>
          </w:tcPr>
          <w:p w14:paraId="5D06C989" w14:textId="77777777" w:rsidR="00CB506B" w:rsidRPr="00E41879" w:rsidRDefault="00CB506B" w:rsidP="00AD5EF4">
            <w:pPr>
              <w:spacing w:after="0" w:line="240" w:lineRule="auto"/>
              <w:rPr>
                <w:rFonts w:ascii="Cambria" w:eastAsia="Times New Roman" w:hAnsi="Cambria"/>
                <w:b/>
                <w:bCs/>
              </w:rPr>
            </w:pPr>
            <w:r>
              <w:rPr>
                <w:rFonts w:ascii="Cambria" w:eastAsia="Times New Roman" w:hAnsi="Cambria"/>
                <w:b/>
                <w:bCs/>
              </w:rPr>
              <w:t>LIPOVA</w:t>
            </w:r>
          </w:p>
        </w:tc>
        <w:tc>
          <w:tcPr>
            <w:tcW w:w="3301" w:type="dxa"/>
            <w:tcBorders>
              <w:top w:val="single" w:sz="4" w:space="0" w:color="auto"/>
              <w:left w:val="single" w:sz="4" w:space="0" w:color="auto"/>
              <w:bottom w:val="single" w:sz="4" w:space="0" w:color="auto"/>
              <w:right w:val="single" w:sz="4" w:space="0" w:color="auto"/>
            </w:tcBorders>
          </w:tcPr>
          <w:p w14:paraId="686E6B8D" w14:textId="77777777" w:rsidR="00CB506B" w:rsidRPr="00612F66" w:rsidRDefault="00CB506B" w:rsidP="00AD5EF4">
            <w:pPr>
              <w:spacing w:after="0" w:line="240" w:lineRule="auto"/>
              <w:jc w:val="center"/>
              <w:rPr>
                <w:rFonts w:ascii="Cambria" w:eastAsia="Times New Roman" w:hAnsi="Cambria"/>
                <w:bCs/>
              </w:rPr>
            </w:pPr>
            <w:r w:rsidRPr="00612F66">
              <w:rPr>
                <w:rFonts w:ascii="Cambria" w:eastAsia="Times New Roman" w:hAnsi="Cambria"/>
                <w:bCs/>
              </w:rPr>
              <w:t>Str. Petru Maior</w:t>
            </w:r>
          </w:p>
        </w:tc>
        <w:tc>
          <w:tcPr>
            <w:tcW w:w="2099" w:type="dxa"/>
            <w:tcBorders>
              <w:top w:val="nil"/>
              <w:left w:val="nil"/>
              <w:bottom w:val="single" w:sz="4" w:space="0" w:color="auto"/>
              <w:right w:val="single" w:sz="4" w:space="0" w:color="auto"/>
            </w:tcBorders>
          </w:tcPr>
          <w:p w14:paraId="6F20F7CE"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481" w:type="dxa"/>
            <w:tcBorders>
              <w:top w:val="nil"/>
              <w:left w:val="nil"/>
              <w:bottom w:val="single" w:sz="4" w:space="0" w:color="auto"/>
              <w:right w:val="single" w:sz="4" w:space="0" w:color="auto"/>
            </w:tcBorders>
          </w:tcPr>
          <w:p w14:paraId="5ECF9624"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01" w:type="dxa"/>
            <w:tcBorders>
              <w:top w:val="nil"/>
              <w:left w:val="nil"/>
              <w:bottom w:val="single" w:sz="4" w:space="0" w:color="auto"/>
              <w:right w:val="single" w:sz="4" w:space="0" w:color="auto"/>
            </w:tcBorders>
          </w:tcPr>
          <w:p w14:paraId="5CBFCA1A"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94" w:type="dxa"/>
            <w:tcBorders>
              <w:top w:val="nil"/>
              <w:left w:val="nil"/>
              <w:bottom w:val="single" w:sz="4" w:space="0" w:color="auto"/>
              <w:right w:val="single" w:sz="4" w:space="0" w:color="auto"/>
            </w:tcBorders>
          </w:tcPr>
          <w:p w14:paraId="44B93E48"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2</w:t>
            </w:r>
          </w:p>
        </w:tc>
      </w:tr>
      <w:tr w:rsidR="00CB506B" w:rsidRPr="00E41879" w14:paraId="1EFF867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FABA7E0"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27542880"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Cambria" w:eastAsia="Times New Roman" w:hAnsi="Cambria"/>
                <w:bCs/>
              </w:rPr>
              <w:t>Str. Aurel Vlaicu( module)</w:t>
            </w:r>
          </w:p>
        </w:tc>
        <w:tc>
          <w:tcPr>
            <w:tcW w:w="2099" w:type="dxa"/>
            <w:tcBorders>
              <w:top w:val="nil"/>
              <w:left w:val="nil"/>
              <w:bottom w:val="single" w:sz="4" w:space="0" w:color="auto"/>
              <w:right w:val="single" w:sz="4" w:space="0" w:color="auto"/>
            </w:tcBorders>
            <w:noWrap/>
          </w:tcPr>
          <w:p w14:paraId="62A26E2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481" w:type="dxa"/>
            <w:tcBorders>
              <w:top w:val="nil"/>
              <w:left w:val="nil"/>
              <w:bottom w:val="single" w:sz="4" w:space="0" w:color="auto"/>
              <w:right w:val="single" w:sz="4" w:space="0" w:color="auto"/>
            </w:tcBorders>
            <w:noWrap/>
          </w:tcPr>
          <w:p w14:paraId="0C69664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01" w:type="dxa"/>
            <w:tcBorders>
              <w:top w:val="nil"/>
              <w:left w:val="nil"/>
              <w:bottom w:val="single" w:sz="4" w:space="0" w:color="auto"/>
              <w:right w:val="single" w:sz="4" w:space="0" w:color="auto"/>
            </w:tcBorders>
            <w:noWrap/>
          </w:tcPr>
          <w:p w14:paraId="42847E0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94" w:type="dxa"/>
            <w:tcBorders>
              <w:top w:val="nil"/>
              <w:left w:val="nil"/>
              <w:bottom w:val="single" w:sz="4" w:space="0" w:color="auto"/>
              <w:right w:val="single" w:sz="4" w:space="0" w:color="auto"/>
            </w:tcBorders>
            <w:noWrap/>
          </w:tcPr>
          <w:p w14:paraId="6FE428D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w:t>
            </w:r>
          </w:p>
        </w:tc>
      </w:tr>
      <w:tr w:rsidR="00CB506B" w:rsidRPr="00E41879" w14:paraId="3128365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BD64C49"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77396A2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70AB427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522EF9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84EF5A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6834157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39354AF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EBAA091"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8AED483"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361B668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43A1B9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4407C8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8F6A56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231612FE"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C8AF0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948A6B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433050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F9EB3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7661AF8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1C988AE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413B95E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0E367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4F15C34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10F1B478"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3A5171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0F74A43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08CD261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7E86AD33"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5F28C5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64FDF19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7D2B0D57"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7ABC5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13CD6BF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AB435F4"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 module+2</w:t>
            </w:r>
          </w:p>
        </w:tc>
      </w:tr>
      <w:tr w:rsidR="00CB506B" w:rsidRPr="00E41879" w14:paraId="2F7C698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0FAF7C6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A43830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Calea Timisorii</w:t>
            </w:r>
          </w:p>
        </w:tc>
        <w:tc>
          <w:tcPr>
            <w:tcW w:w="2099" w:type="dxa"/>
            <w:tcBorders>
              <w:top w:val="nil"/>
              <w:left w:val="nil"/>
              <w:bottom w:val="single" w:sz="4" w:space="0" w:color="auto"/>
              <w:right w:val="single" w:sz="4" w:space="0" w:color="auto"/>
            </w:tcBorders>
            <w:noWrap/>
          </w:tcPr>
          <w:p w14:paraId="6B05C18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6DE8E7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330D5D0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2B5B20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r w:rsidR="00CB506B" w:rsidRPr="00E41879" w14:paraId="7B14CE98"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52E91A7C"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3A9FA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1 Decembrie</w:t>
            </w:r>
          </w:p>
        </w:tc>
        <w:tc>
          <w:tcPr>
            <w:tcW w:w="2099" w:type="dxa"/>
            <w:tcBorders>
              <w:top w:val="nil"/>
              <w:left w:val="nil"/>
              <w:bottom w:val="single" w:sz="4" w:space="0" w:color="auto"/>
              <w:right w:val="single" w:sz="4" w:space="0" w:color="auto"/>
            </w:tcBorders>
            <w:noWrap/>
          </w:tcPr>
          <w:p w14:paraId="3B0D892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1152A80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2B05FE9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005016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bl>
    <w:p w14:paraId="0B6165B4" w14:textId="77777777" w:rsidR="00CB506B" w:rsidRDefault="00CB506B" w:rsidP="004A3BE9">
      <w:pPr>
        <w:spacing w:after="0" w:line="240" w:lineRule="auto"/>
        <w:rPr>
          <w:rFonts w:asciiTheme="majorHAnsi" w:eastAsia="Times New Roman" w:hAnsiTheme="majorHAnsi" w:cstheme="majorHAnsi"/>
          <w:b/>
          <w:bCs/>
          <w:sz w:val="24"/>
          <w:szCs w:val="24"/>
        </w:rPr>
      </w:pPr>
    </w:p>
    <w:p w14:paraId="7F624172" w14:textId="77777777" w:rsidR="004A4584" w:rsidRDefault="004A4584" w:rsidP="004A3BE9">
      <w:pPr>
        <w:spacing w:after="0" w:line="240" w:lineRule="auto"/>
        <w:rPr>
          <w:rFonts w:asciiTheme="majorHAnsi" w:eastAsia="Times New Roman" w:hAnsiTheme="majorHAnsi" w:cstheme="majorHAnsi"/>
          <w:b/>
          <w:bCs/>
          <w:sz w:val="24"/>
          <w:szCs w:val="24"/>
        </w:rPr>
      </w:pPr>
    </w:p>
    <w:p w14:paraId="7775A739" w14:textId="77777777" w:rsidR="004A4584" w:rsidRDefault="004A4584" w:rsidP="004A3BE9">
      <w:pPr>
        <w:spacing w:after="0" w:line="240" w:lineRule="auto"/>
        <w:rPr>
          <w:rFonts w:asciiTheme="majorHAnsi" w:eastAsia="Times New Roman" w:hAnsiTheme="majorHAnsi" w:cstheme="majorHAnsi"/>
          <w:b/>
          <w:bCs/>
          <w:sz w:val="24"/>
          <w:szCs w:val="24"/>
        </w:rPr>
      </w:pPr>
    </w:p>
    <w:p w14:paraId="779D3CCD" w14:textId="77777777" w:rsidR="004A4584" w:rsidRDefault="004A4584" w:rsidP="004A3BE9">
      <w:pPr>
        <w:spacing w:after="0" w:line="240" w:lineRule="auto"/>
        <w:rPr>
          <w:rFonts w:asciiTheme="majorHAnsi" w:eastAsia="Times New Roman" w:hAnsiTheme="majorHAnsi" w:cstheme="majorHAnsi"/>
          <w:b/>
          <w:bCs/>
          <w:sz w:val="24"/>
          <w:szCs w:val="24"/>
        </w:rPr>
      </w:pPr>
    </w:p>
    <w:p w14:paraId="6632717E" w14:textId="77777777" w:rsidR="004A4584" w:rsidRDefault="004A4584" w:rsidP="004A3BE9">
      <w:pPr>
        <w:spacing w:after="0" w:line="240" w:lineRule="auto"/>
        <w:rPr>
          <w:rFonts w:asciiTheme="majorHAnsi" w:eastAsia="Times New Roman" w:hAnsiTheme="majorHAnsi" w:cstheme="majorHAnsi"/>
          <w:b/>
          <w:bCs/>
          <w:sz w:val="24"/>
          <w:szCs w:val="24"/>
        </w:rPr>
      </w:pPr>
    </w:p>
    <w:p w14:paraId="3838D3B4" w14:textId="77777777" w:rsidR="004A4584" w:rsidRDefault="004A4584" w:rsidP="004A3BE9">
      <w:pPr>
        <w:spacing w:after="0" w:line="240" w:lineRule="auto"/>
        <w:rPr>
          <w:rFonts w:asciiTheme="majorHAnsi" w:eastAsia="Times New Roman" w:hAnsiTheme="majorHAnsi" w:cstheme="majorHAnsi"/>
          <w:b/>
          <w:bCs/>
          <w:sz w:val="24"/>
          <w:szCs w:val="24"/>
        </w:rPr>
      </w:pPr>
    </w:p>
    <w:p w14:paraId="771E6D90" w14:textId="77777777" w:rsidR="004A4584" w:rsidRDefault="004A4584" w:rsidP="004A3BE9">
      <w:pPr>
        <w:spacing w:after="0" w:line="240" w:lineRule="auto"/>
        <w:rPr>
          <w:rFonts w:asciiTheme="majorHAnsi" w:eastAsia="Times New Roman" w:hAnsiTheme="majorHAnsi" w:cstheme="majorHAnsi"/>
          <w:b/>
          <w:bCs/>
          <w:sz w:val="24"/>
          <w:szCs w:val="24"/>
        </w:rPr>
      </w:pPr>
    </w:p>
    <w:p w14:paraId="655E30F6" w14:textId="77777777" w:rsidR="004A4584" w:rsidRDefault="004A4584" w:rsidP="004A3BE9">
      <w:pPr>
        <w:spacing w:after="0" w:line="240" w:lineRule="auto"/>
        <w:rPr>
          <w:rFonts w:asciiTheme="majorHAnsi" w:eastAsia="Times New Roman" w:hAnsiTheme="majorHAnsi" w:cstheme="majorHAnsi"/>
          <w:b/>
          <w:bCs/>
          <w:sz w:val="24"/>
          <w:szCs w:val="24"/>
        </w:rPr>
      </w:pPr>
    </w:p>
    <w:p w14:paraId="69892CC0" w14:textId="77777777" w:rsidR="004A4584" w:rsidRDefault="004A4584" w:rsidP="004A3BE9">
      <w:pPr>
        <w:spacing w:after="0" w:line="240" w:lineRule="auto"/>
        <w:rPr>
          <w:rFonts w:asciiTheme="majorHAnsi" w:eastAsia="Times New Roman" w:hAnsiTheme="majorHAnsi" w:cstheme="majorHAnsi"/>
          <w:b/>
          <w:bCs/>
          <w:sz w:val="24"/>
          <w:szCs w:val="24"/>
        </w:rPr>
      </w:pPr>
    </w:p>
    <w:p w14:paraId="4E86A45B" w14:textId="77777777" w:rsidR="004A4584" w:rsidRDefault="004A4584" w:rsidP="004A3BE9">
      <w:pPr>
        <w:spacing w:after="0" w:line="240" w:lineRule="auto"/>
        <w:rPr>
          <w:rFonts w:asciiTheme="majorHAnsi" w:eastAsia="Times New Roman" w:hAnsiTheme="majorHAnsi" w:cstheme="majorHAnsi"/>
          <w:b/>
          <w:bCs/>
          <w:sz w:val="24"/>
          <w:szCs w:val="24"/>
        </w:rPr>
      </w:pPr>
    </w:p>
    <w:p w14:paraId="67C6E17C" w14:textId="77777777" w:rsidR="00CF6636" w:rsidRDefault="00CF6636" w:rsidP="004A3BE9">
      <w:pPr>
        <w:spacing w:after="0" w:line="240" w:lineRule="auto"/>
        <w:rPr>
          <w:rFonts w:asciiTheme="majorHAnsi" w:eastAsia="Times New Roman" w:hAnsiTheme="majorHAnsi" w:cstheme="majorHAnsi"/>
          <w:b/>
          <w:bCs/>
          <w:sz w:val="24"/>
          <w:szCs w:val="24"/>
        </w:rPr>
      </w:pPr>
    </w:p>
    <w:p w14:paraId="53C540F1" w14:textId="77777777" w:rsidR="00CF6636" w:rsidRDefault="00CF6636" w:rsidP="004A3BE9">
      <w:pPr>
        <w:spacing w:after="0" w:line="240" w:lineRule="auto"/>
        <w:rPr>
          <w:rFonts w:asciiTheme="majorHAnsi" w:eastAsia="Times New Roman" w:hAnsiTheme="majorHAnsi" w:cstheme="majorHAnsi"/>
          <w:b/>
          <w:bCs/>
          <w:sz w:val="24"/>
          <w:szCs w:val="24"/>
        </w:rPr>
      </w:pPr>
    </w:p>
    <w:p w14:paraId="515930CC" w14:textId="77777777" w:rsidR="00CF6636" w:rsidRDefault="00CF6636" w:rsidP="004A3BE9">
      <w:pPr>
        <w:spacing w:after="0" w:line="240" w:lineRule="auto"/>
        <w:rPr>
          <w:rFonts w:asciiTheme="majorHAnsi" w:eastAsia="Times New Roman" w:hAnsiTheme="majorHAnsi" w:cstheme="majorHAnsi"/>
          <w:b/>
          <w:bCs/>
          <w:sz w:val="24"/>
          <w:szCs w:val="24"/>
        </w:rPr>
      </w:pPr>
    </w:p>
    <w:p w14:paraId="65B1D461" w14:textId="77777777" w:rsidR="00CF6636" w:rsidRDefault="00CF6636" w:rsidP="004A3BE9">
      <w:pPr>
        <w:spacing w:after="0" w:line="240" w:lineRule="auto"/>
        <w:rPr>
          <w:rFonts w:asciiTheme="majorHAnsi" w:eastAsia="Times New Roman" w:hAnsiTheme="majorHAnsi" w:cstheme="majorHAnsi"/>
          <w:b/>
          <w:bCs/>
          <w:sz w:val="24"/>
          <w:szCs w:val="24"/>
        </w:rPr>
      </w:pPr>
    </w:p>
    <w:p w14:paraId="1E5C1266" w14:textId="77777777" w:rsidR="004A4584" w:rsidRDefault="004A4584" w:rsidP="004A3BE9">
      <w:pPr>
        <w:spacing w:after="0" w:line="240" w:lineRule="auto"/>
        <w:rPr>
          <w:rFonts w:asciiTheme="majorHAnsi" w:eastAsia="Times New Roman" w:hAnsiTheme="majorHAnsi" w:cstheme="majorHAnsi"/>
          <w:b/>
          <w:bCs/>
          <w:sz w:val="24"/>
          <w:szCs w:val="24"/>
        </w:rPr>
      </w:pPr>
    </w:p>
    <w:p w14:paraId="4D3A96A4" w14:textId="77777777" w:rsidR="004A4584" w:rsidRPr="00A15970" w:rsidRDefault="004A4584" w:rsidP="004A3BE9">
      <w:pPr>
        <w:spacing w:after="0" w:line="240" w:lineRule="auto"/>
        <w:rPr>
          <w:rFonts w:asciiTheme="majorHAnsi" w:eastAsia="Times New Roman" w:hAnsiTheme="majorHAnsi" w:cstheme="majorHAnsi"/>
          <w:b/>
          <w:bCs/>
          <w:sz w:val="24"/>
          <w:szCs w:val="24"/>
        </w:rPr>
      </w:pPr>
    </w:p>
    <w:p w14:paraId="36C775E9" w14:textId="77777777" w:rsidR="00FB34BE" w:rsidRPr="00A15970" w:rsidRDefault="00FB34BE" w:rsidP="004A3BE9">
      <w:pPr>
        <w:spacing w:after="0" w:line="240" w:lineRule="auto"/>
        <w:rPr>
          <w:rFonts w:asciiTheme="majorHAnsi" w:hAnsiTheme="majorHAnsi" w:cstheme="majorHAnsi"/>
          <w:sz w:val="24"/>
          <w:szCs w:val="24"/>
          <w:lang w:val="ro-RO" w:eastAsia="en-GB"/>
        </w:rPr>
      </w:pPr>
    </w:p>
    <w:p w14:paraId="62EF4ACF" w14:textId="1115DCFD" w:rsidR="00C77FEE"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t>ANEXA Nr. 4 la caietul de sarcini</w:t>
      </w:r>
    </w:p>
    <w:p w14:paraId="407E96A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0B5AF323" w14:textId="0A5A5396" w:rsidR="00A07ED3" w:rsidRPr="00A15970" w:rsidRDefault="00A07ED3"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Lista punctelor de colectare şi lista persoanelor juridice cu regim special pentru colectarea deşeurilor reziduale şi biodeșeurilor</w:t>
      </w:r>
    </w:p>
    <w:p w14:paraId="6C84B8FF"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6DA59695" w14:textId="15BA305E" w:rsidR="00A07ED3" w:rsidRPr="00A15970" w:rsidRDefault="00A07ED3"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22DE4D1C" w14:textId="4540DF2C" w:rsidR="00A07ED3"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lastRenderedPageBreak/>
        <w:t>ANEXA Nr. 5 la caietul de sarcini</w:t>
      </w:r>
    </w:p>
    <w:p w14:paraId="7A6E186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70D03E0B" w14:textId="74B0B54A" w:rsidR="00A07ED3" w:rsidRPr="00A15970" w:rsidRDefault="00A07ED3" w:rsidP="004A3BE9">
      <w:pPr>
        <w:spacing w:after="0" w:line="240" w:lineRule="auto"/>
        <w:jc w:val="both"/>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Frecvenţa de colectare al fracţiilor de deşeuri municipale în aria de delegare</w:t>
      </w:r>
    </w:p>
    <w:p w14:paraId="2B6D9F81"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1F7D2E51" w14:textId="3EF74D80"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deșeurilor menajere reziduale</w:t>
      </w:r>
      <w:r w:rsidRPr="00A15970">
        <w:rPr>
          <w:rFonts w:asciiTheme="majorHAnsi" w:hAnsiTheme="majorHAnsi" w:cstheme="majorHAnsi"/>
          <w:sz w:val="24"/>
          <w:szCs w:val="24"/>
          <w:lang w:val="ro-RO"/>
        </w:rPr>
        <w:t xml:space="preserve"> în mediul urban din zonele de blocuri este de </w:t>
      </w:r>
      <w:r w:rsidR="007C66EE" w:rsidRPr="00A15970">
        <w:rPr>
          <w:rFonts w:asciiTheme="majorHAnsi" w:hAnsiTheme="majorHAnsi" w:cstheme="majorHAnsi"/>
          <w:sz w:val="24"/>
          <w:szCs w:val="24"/>
          <w:lang w:val="ro-RO"/>
        </w:rPr>
        <w:t>3</w:t>
      </w:r>
      <w:r w:rsidR="00753D6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ori pe saptamana (1</w:t>
      </w:r>
      <w:r w:rsidR="007C66EE" w:rsidRPr="00A15970">
        <w:rPr>
          <w:rFonts w:asciiTheme="majorHAnsi" w:hAnsiTheme="majorHAnsi" w:cstheme="majorHAnsi"/>
          <w:sz w:val="24"/>
          <w:szCs w:val="24"/>
          <w:lang w:val="ro-RO"/>
        </w:rPr>
        <w:t>56</w:t>
      </w:r>
      <w:r w:rsidRPr="00A15970">
        <w:rPr>
          <w:rFonts w:asciiTheme="majorHAnsi" w:hAnsiTheme="majorHAnsi" w:cstheme="majorHAnsi"/>
          <w:sz w:val="24"/>
          <w:szCs w:val="24"/>
          <w:lang w:val="ro-RO"/>
        </w:rPr>
        <w:t xml:space="preserve"> ridicari/an) iar în zona de case este de 1 data pe saptamana (52 ridicari/an).</w:t>
      </w:r>
    </w:p>
    <w:p w14:paraId="2066899B" w14:textId="77777777"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reziduale în mediul rural este de 1 data pe saptamana;</w:t>
      </w:r>
    </w:p>
    <w:p w14:paraId="6518B873" w14:textId="77777777" w:rsidR="00A07ED3" w:rsidRPr="00A15970" w:rsidRDefault="00A07ED3" w:rsidP="004A3BE9">
      <w:pPr>
        <w:spacing w:after="0" w:line="240" w:lineRule="auto"/>
        <w:jc w:val="both"/>
        <w:rPr>
          <w:rFonts w:asciiTheme="majorHAnsi" w:hAnsiTheme="majorHAnsi" w:cstheme="majorHAnsi"/>
          <w:sz w:val="24"/>
          <w:szCs w:val="24"/>
          <w:lang w:val="ro-RO"/>
        </w:rPr>
      </w:pPr>
    </w:p>
    <w:p w14:paraId="5B84BDDB"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reciclabile colectate separat este de</w:t>
      </w:r>
    </w:p>
    <w:p w14:paraId="0E745E71" w14:textId="59BC3BE4"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Deșeurile de hârtie și carton de la populație din mediul urban zona </w:t>
      </w:r>
      <w:r w:rsidRPr="009670F9">
        <w:rPr>
          <w:rFonts w:asciiTheme="majorHAnsi" w:hAnsiTheme="majorHAnsi" w:cstheme="majorHAnsi"/>
          <w:sz w:val="24"/>
          <w:szCs w:val="24"/>
          <w:lang w:val="ro-RO"/>
        </w:rPr>
        <w:t xml:space="preserve">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ridicari/an)</w:t>
      </w:r>
    </w:p>
    <w:p w14:paraId="2157CD66" w14:textId="77777777"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Deșeurile de hârtie și carton de la populație din mediul urban zona case – 1 data la două saptamani  (26 ridicari/an)</w:t>
      </w:r>
    </w:p>
    <w:p w14:paraId="406F8C4F" w14:textId="47BDD9A9"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 xml:space="preserve">Deșeurile de plastic si metal de la populație din mediul urban zona de 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ridicări/an)</w:t>
      </w:r>
    </w:p>
    <w:p w14:paraId="12668CC4"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plastic si metal de la populație din mediul urban zona de case  - 1 data la 2 sapt (26 ridicări/an)</w:t>
      </w:r>
    </w:p>
    <w:p w14:paraId="0332FB6C"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hârtie și carton de la populație din mediul rural – 1 data la 4 saptamani (12 ridicari/an)</w:t>
      </w:r>
    </w:p>
    <w:p w14:paraId="55E404E5"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Deșeurile de plastic și metal de la populație din mediul rural – 1 data la 2 saptamani (24 ridicari/an)</w:t>
      </w:r>
    </w:p>
    <w:p w14:paraId="279CBAE8" w14:textId="090191D0"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urban  – 1 data la 2 saptamani (26 ridicari/an)</w:t>
      </w:r>
      <w:r w:rsidR="007C66EE" w:rsidRPr="00A15970">
        <w:rPr>
          <w:rFonts w:asciiTheme="majorHAnsi" w:hAnsiTheme="majorHAnsi" w:cstheme="majorHAnsi"/>
          <w:sz w:val="24"/>
          <w:szCs w:val="24"/>
          <w:lang w:val="ro-RO"/>
        </w:rPr>
        <w:t xml:space="preserve"> in zona de blocuri si 1 data/luna in zona de case</w:t>
      </w:r>
      <w:r w:rsidRPr="00A15970">
        <w:rPr>
          <w:rFonts w:asciiTheme="majorHAnsi" w:hAnsiTheme="majorHAnsi" w:cstheme="majorHAnsi"/>
          <w:sz w:val="24"/>
          <w:szCs w:val="24"/>
          <w:lang w:val="ro-RO"/>
        </w:rPr>
        <w:t>.Cu acordul delegatarului, Intervalul de timp poate fi micșorat/mărit de delegat în funcție de gradul de umplere a recipientelor corelat cu implementarea SGR.</w:t>
      </w:r>
    </w:p>
    <w:p w14:paraId="42BB2E79"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rural  – 1 data la 4 saptamani (12 ridicari/an)  în cazul umplerii recipientelor de colectare în acest interval. Intervalul de timp poate fi micșorat/mărit de delegat în funcție de gradul de umplere a recipientelor corelat cu implementarea SGR.</w:t>
      </w:r>
    </w:p>
    <w:p w14:paraId="21F2A9C8"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2EBD45DE"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biodeșeurilor menajere</w:t>
      </w:r>
      <w:r w:rsidRPr="00A15970">
        <w:rPr>
          <w:rFonts w:asciiTheme="majorHAnsi" w:hAnsiTheme="majorHAnsi" w:cstheme="majorHAnsi"/>
          <w:sz w:val="24"/>
          <w:szCs w:val="24"/>
          <w:lang w:val="ro-RO"/>
        </w:rPr>
        <w:t xml:space="preserve"> este de 2 ori pe saptamana (104 ridicari/an) in zona de blocuri iar in zona de case de 1 data pe saptamana (52 ridicări/an).  </w:t>
      </w:r>
    </w:p>
    <w:p w14:paraId="2E2E1989"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Biodeseurile si deșeurile verzi din mediul rural</w:t>
      </w:r>
    </w:p>
    <w:p w14:paraId="399665FA"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 xml:space="preserve">In zona rurala se promovează varianta compostării individuale pentru bio-deseuri. </w:t>
      </w:r>
    </w:p>
    <w:p w14:paraId="59D2ED0E"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va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14:textId="77777777" w:rsidR="00A07ED3" w:rsidRPr="00A15970" w:rsidRDefault="00A07ED3" w:rsidP="004A3BE9">
      <w:pPr>
        <w:spacing w:after="0" w:line="240" w:lineRule="auto"/>
        <w:jc w:val="both"/>
        <w:rPr>
          <w:rFonts w:asciiTheme="majorHAnsi" w:hAnsiTheme="majorHAnsi" w:cstheme="majorHAnsi"/>
          <w:sz w:val="24"/>
          <w:szCs w:val="24"/>
          <w:lang w:val="ro-RO"/>
        </w:rPr>
      </w:pPr>
    </w:p>
    <w:tbl>
      <w:tblPr>
        <w:tblW w:w="9880" w:type="dxa"/>
        <w:tblLook w:val="04A0" w:firstRow="1" w:lastRow="0" w:firstColumn="1" w:lastColumn="0" w:noHBand="0" w:noVBand="1"/>
      </w:tblPr>
      <w:tblGrid>
        <w:gridCol w:w="1068"/>
        <w:gridCol w:w="1365"/>
        <w:gridCol w:w="1673"/>
        <w:gridCol w:w="1455"/>
        <w:gridCol w:w="1637"/>
        <w:gridCol w:w="1225"/>
        <w:gridCol w:w="1457"/>
      </w:tblGrid>
      <w:tr w:rsidR="00E41879" w:rsidRPr="00A15970" w14:paraId="7E659CAA" w14:textId="77777777" w:rsidTr="00B10AE4">
        <w:trPr>
          <w:trHeight w:val="1440"/>
        </w:trPr>
        <w:tc>
          <w:tcPr>
            <w:tcW w:w="960" w:type="dxa"/>
            <w:tcBorders>
              <w:top w:val="single" w:sz="8" w:space="0" w:color="333333"/>
              <w:left w:val="single" w:sz="8" w:space="0" w:color="333333"/>
              <w:bottom w:val="nil"/>
              <w:right w:val="single" w:sz="8" w:space="0" w:color="333333"/>
            </w:tcBorders>
            <w:vAlign w:val="center"/>
            <w:hideMark/>
          </w:tcPr>
          <w:p w14:paraId="13F2963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Aria de delegare </w:t>
            </w:r>
          </w:p>
        </w:tc>
        <w:tc>
          <w:tcPr>
            <w:tcW w:w="3100" w:type="dxa"/>
            <w:gridSpan w:val="2"/>
            <w:tcBorders>
              <w:top w:val="single" w:sz="8" w:space="0" w:color="333333"/>
              <w:left w:val="nil"/>
              <w:bottom w:val="single" w:sz="8" w:space="0" w:color="333333"/>
              <w:right w:val="single" w:sz="8" w:space="0" w:color="333333"/>
            </w:tcBorders>
            <w:vAlign w:val="center"/>
            <w:hideMark/>
          </w:tcPr>
          <w:p w14:paraId="5C79FBCC"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aprilie - 30 septembrie </w:t>
            </w:r>
          </w:p>
        </w:tc>
        <w:tc>
          <w:tcPr>
            <w:tcW w:w="3160" w:type="dxa"/>
            <w:gridSpan w:val="2"/>
            <w:tcBorders>
              <w:top w:val="single" w:sz="8" w:space="0" w:color="333333"/>
              <w:left w:val="nil"/>
              <w:bottom w:val="single" w:sz="8" w:space="0" w:color="333333"/>
              <w:right w:val="single" w:sz="8" w:space="0" w:color="333333"/>
            </w:tcBorders>
            <w:vAlign w:val="center"/>
            <w:hideMark/>
          </w:tcPr>
          <w:p w14:paraId="4EBD9A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octombrie - 31 martie </w:t>
            </w:r>
          </w:p>
        </w:tc>
        <w:tc>
          <w:tcPr>
            <w:tcW w:w="2660" w:type="dxa"/>
            <w:gridSpan w:val="2"/>
            <w:tcBorders>
              <w:top w:val="single" w:sz="8" w:space="0" w:color="333333"/>
              <w:left w:val="nil"/>
              <w:bottom w:val="single" w:sz="8" w:space="0" w:color="333333"/>
              <w:right w:val="single" w:sz="8" w:space="0" w:color="333333"/>
            </w:tcBorders>
            <w:vAlign w:val="center"/>
            <w:hideMark/>
          </w:tcPr>
          <w:p w14:paraId="5AEE2D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"poartă în poartă", de la case/gospodării individuale </w:t>
            </w:r>
          </w:p>
        </w:tc>
      </w:tr>
      <w:tr w:rsidR="00E41879" w:rsidRPr="00A15970" w14:paraId="57C48181"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1B381A5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lastRenderedPageBreak/>
              <w:t> </w:t>
            </w:r>
          </w:p>
        </w:tc>
        <w:tc>
          <w:tcPr>
            <w:tcW w:w="1380" w:type="dxa"/>
            <w:tcBorders>
              <w:top w:val="nil"/>
              <w:left w:val="nil"/>
              <w:bottom w:val="single" w:sz="8" w:space="0" w:color="333333"/>
              <w:right w:val="single" w:sz="8" w:space="0" w:color="333333"/>
            </w:tcBorders>
            <w:vAlign w:val="center"/>
            <w:hideMark/>
          </w:tcPr>
          <w:p w14:paraId="52579415"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720" w:type="dxa"/>
            <w:tcBorders>
              <w:top w:val="nil"/>
              <w:left w:val="nil"/>
              <w:bottom w:val="single" w:sz="8" w:space="0" w:color="333333"/>
              <w:right w:val="single" w:sz="8" w:space="0" w:color="333333"/>
            </w:tcBorders>
            <w:vAlign w:val="center"/>
            <w:hideMark/>
          </w:tcPr>
          <w:p w14:paraId="04D8DBF9"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480" w:type="dxa"/>
            <w:tcBorders>
              <w:top w:val="nil"/>
              <w:left w:val="nil"/>
              <w:bottom w:val="single" w:sz="8" w:space="0" w:color="333333"/>
              <w:right w:val="single" w:sz="8" w:space="0" w:color="333333"/>
            </w:tcBorders>
            <w:vAlign w:val="center"/>
            <w:hideMark/>
          </w:tcPr>
          <w:p w14:paraId="0E7B99F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680" w:type="dxa"/>
            <w:tcBorders>
              <w:top w:val="nil"/>
              <w:left w:val="nil"/>
              <w:bottom w:val="single" w:sz="8" w:space="0" w:color="333333"/>
              <w:right w:val="single" w:sz="8" w:space="0" w:color="333333"/>
            </w:tcBorders>
            <w:vAlign w:val="center"/>
            <w:hideMark/>
          </w:tcPr>
          <w:p w14:paraId="36CEE05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180" w:type="dxa"/>
            <w:tcBorders>
              <w:top w:val="nil"/>
              <w:left w:val="nil"/>
              <w:bottom w:val="single" w:sz="8" w:space="0" w:color="333333"/>
              <w:right w:val="single" w:sz="8" w:space="0" w:color="333333"/>
            </w:tcBorders>
            <w:vAlign w:val="center"/>
            <w:hideMark/>
          </w:tcPr>
          <w:p w14:paraId="39813F4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480" w:type="dxa"/>
            <w:tcBorders>
              <w:top w:val="nil"/>
              <w:left w:val="nil"/>
              <w:bottom w:val="single" w:sz="8" w:space="0" w:color="333333"/>
              <w:right w:val="single" w:sz="8" w:space="0" w:color="333333"/>
            </w:tcBorders>
            <w:vAlign w:val="center"/>
            <w:hideMark/>
          </w:tcPr>
          <w:p w14:paraId="2E644554"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r>
      <w:tr w:rsidR="00E41879" w:rsidRPr="00A15970" w14:paraId="2CAFB145"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28A9117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Urban</w:t>
            </w:r>
          </w:p>
        </w:tc>
        <w:tc>
          <w:tcPr>
            <w:tcW w:w="1380" w:type="dxa"/>
            <w:tcBorders>
              <w:top w:val="nil"/>
              <w:left w:val="nil"/>
              <w:bottom w:val="single" w:sz="8" w:space="0" w:color="333333"/>
              <w:right w:val="single" w:sz="8" w:space="0" w:color="333333"/>
            </w:tcBorders>
            <w:vAlign w:val="center"/>
            <w:hideMark/>
          </w:tcPr>
          <w:p w14:paraId="7910201A"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720" w:type="dxa"/>
            <w:tcBorders>
              <w:top w:val="nil"/>
              <w:left w:val="nil"/>
              <w:bottom w:val="single" w:sz="8" w:space="0" w:color="333333"/>
              <w:right w:val="single" w:sz="8" w:space="0" w:color="333333"/>
            </w:tcBorders>
            <w:vAlign w:val="center"/>
            <w:hideMark/>
          </w:tcPr>
          <w:p w14:paraId="7AAC7AC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480" w:type="dxa"/>
            <w:tcBorders>
              <w:top w:val="nil"/>
              <w:left w:val="nil"/>
              <w:bottom w:val="single" w:sz="8" w:space="0" w:color="333333"/>
              <w:right w:val="single" w:sz="8" w:space="0" w:color="333333"/>
            </w:tcBorders>
            <w:vAlign w:val="center"/>
            <w:hideMark/>
          </w:tcPr>
          <w:p w14:paraId="45EF35E1"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680" w:type="dxa"/>
            <w:tcBorders>
              <w:top w:val="nil"/>
              <w:left w:val="nil"/>
              <w:bottom w:val="single" w:sz="8" w:space="0" w:color="333333"/>
              <w:right w:val="single" w:sz="8" w:space="0" w:color="333333"/>
            </w:tcBorders>
            <w:vAlign w:val="center"/>
            <w:hideMark/>
          </w:tcPr>
          <w:p w14:paraId="04F2CFE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180" w:type="dxa"/>
            <w:tcBorders>
              <w:top w:val="nil"/>
              <w:left w:val="nil"/>
              <w:bottom w:val="single" w:sz="8" w:space="0" w:color="333333"/>
              <w:right w:val="single" w:sz="8" w:space="0" w:color="333333"/>
            </w:tcBorders>
            <w:vAlign w:val="center"/>
            <w:hideMark/>
          </w:tcPr>
          <w:p w14:paraId="721DCE1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vAlign w:val="center"/>
            <w:hideMark/>
          </w:tcPr>
          <w:p w14:paraId="7C78430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r>
      <w:tr w:rsidR="00E41879" w:rsidRPr="00A15970" w14:paraId="4CD58243"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6B305C2F"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Rural</w:t>
            </w:r>
          </w:p>
        </w:tc>
        <w:tc>
          <w:tcPr>
            <w:tcW w:w="1380" w:type="dxa"/>
            <w:tcBorders>
              <w:top w:val="nil"/>
              <w:left w:val="nil"/>
              <w:bottom w:val="single" w:sz="8" w:space="0" w:color="333333"/>
              <w:right w:val="single" w:sz="8" w:space="0" w:color="333333"/>
            </w:tcBorders>
            <w:hideMark/>
          </w:tcPr>
          <w:p w14:paraId="394D792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6C2D8D3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A8FF5E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FD8DD3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vAlign w:val="center"/>
            <w:hideMark/>
          </w:tcPr>
          <w:p w14:paraId="6DAB08A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hideMark/>
          </w:tcPr>
          <w:p w14:paraId="5576E25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w:t>
            </w:r>
          </w:p>
        </w:tc>
      </w:tr>
      <w:tr w:rsidR="00B10AE4" w:rsidRPr="00A15970" w14:paraId="21127146"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35F324B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380" w:type="dxa"/>
            <w:tcBorders>
              <w:top w:val="nil"/>
              <w:left w:val="nil"/>
              <w:bottom w:val="single" w:sz="8" w:space="0" w:color="333333"/>
              <w:right w:val="single" w:sz="8" w:space="0" w:color="333333"/>
            </w:tcBorders>
            <w:hideMark/>
          </w:tcPr>
          <w:p w14:paraId="4BD3B122"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133F317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7A5A042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A5DA55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hideMark/>
          </w:tcPr>
          <w:p w14:paraId="259D6A9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30F67E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11626850"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0A72A6F"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F94491A"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7158EDE9" w14:textId="281382F9" w:rsidR="00C22F1E" w:rsidRPr="00A15970" w:rsidRDefault="00C22F1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Tabel 5.1 </w:t>
      </w:r>
      <w:r w:rsidRPr="00A15970">
        <w:rPr>
          <w:rFonts w:asciiTheme="majorHAnsi" w:hAnsiTheme="majorHAnsi" w:cstheme="majorHAnsi"/>
          <w:sz w:val="24"/>
          <w:szCs w:val="24"/>
        </w:rPr>
        <w:t>Frecvenţa de colectare al deşeurilor reziduale şi al biodeşeurilor municipale în aria de delegare</w:t>
      </w:r>
    </w:p>
    <w:p w14:paraId="4A40E460"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53020E35" w14:textId="2D50E942"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rPr>
        <w:t>Frecvenţa de colectare al deşeurilor reciclabile municipale în aria de delegare</w:t>
      </w:r>
    </w:p>
    <w:tbl>
      <w:tblPr>
        <w:tblW w:w="5000" w:type="pct"/>
        <w:tblLayout w:type="fixed"/>
        <w:tblLook w:val="04A0" w:firstRow="1" w:lastRow="0" w:firstColumn="1" w:lastColumn="0" w:noHBand="0" w:noVBand="1"/>
      </w:tblPr>
      <w:tblGrid>
        <w:gridCol w:w="966"/>
        <w:gridCol w:w="1102"/>
        <w:gridCol w:w="1102"/>
        <w:gridCol w:w="1102"/>
        <w:gridCol w:w="1536"/>
        <w:gridCol w:w="768"/>
        <w:gridCol w:w="1360"/>
        <w:gridCol w:w="1102"/>
        <w:gridCol w:w="1124"/>
      </w:tblGrid>
      <w:tr w:rsidR="00E41879" w:rsidRPr="00CF6636" w14:paraId="79021FEB" w14:textId="77777777" w:rsidTr="00CF6636">
        <w:trPr>
          <w:trHeight w:val="692"/>
        </w:trPr>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71BDE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Aria de delegare </w:t>
            </w:r>
          </w:p>
        </w:tc>
        <w:tc>
          <w:tcPr>
            <w:tcW w:w="2382" w:type="pct"/>
            <w:gridSpan w:val="4"/>
            <w:tcBorders>
              <w:top w:val="single" w:sz="4" w:space="0" w:color="auto"/>
              <w:left w:val="nil"/>
              <w:bottom w:val="single" w:sz="4" w:space="0" w:color="auto"/>
              <w:right w:val="single" w:sz="4" w:space="0" w:color="auto"/>
            </w:tcBorders>
            <w:vAlign w:val="center"/>
            <w:hideMark/>
          </w:tcPr>
          <w:p w14:paraId="1CD212B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punctele de colectare </w:t>
            </w:r>
          </w:p>
        </w:tc>
        <w:tc>
          <w:tcPr>
            <w:tcW w:w="2142" w:type="pct"/>
            <w:gridSpan w:val="4"/>
            <w:tcBorders>
              <w:top w:val="single" w:sz="4" w:space="0" w:color="auto"/>
              <w:left w:val="nil"/>
              <w:bottom w:val="single" w:sz="4" w:space="0" w:color="auto"/>
              <w:right w:val="single" w:sz="4" w:space="0" w:color="auto"/>
            </w:tcBorders>
            <w:vAlign w:val="center"/>
            <w:hideMark/>
          </w:tcPr>
          <w:p w14:paraId="4223F88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"poartă în poartă" şi de la persoanele juridice </w:t>
            </w:r>
          </w:p>
        </w:tc>
      </w:tr>
      <w:tr w:rsidR="00E41879" w:rsidRPr="00CF6636" w14:paraId="6E89F835" w14:textId="77777777" w:rsidTr="00CF6636">
        <w:trPr>
          <w:trHeight w:val="480"/>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618F6225" w14:textId="77777777" w:rsidR="00B10AE4" w:rsidRPr="00CF6636" w:rsidRDefault="00B10AE4" w:rsidP="004A3BE9">
            <w:pPr>
              <w:spacing w:after="0" w:line="240" w:lineRule="auto"/>
              <w:rPr>
                <w:rFonts w:asciiTheme="majorHAnsi" w:eastAsia="Times New Roman" w:hAnsiTheme="majorHAnsi" w:cstheme="majorHAnsi"/>
                <w:sz w:val="24"/>
                <w:szCs w:val="24"/>
              </w:rPr>
            </w:pPr>
          </w:p>
        </w:tc>
        <w:tc>
          <w:tcPr>
            <w:tcW w:w="542" w:type="pct"/>
            <w:tcBorders>
              <w:top w:val="nil"/>
              <w:left w:val="nil"/>
              <w:bottom w:val="single" w:sz="4" w:space="0" w:color="auto"/>
              <w:right w:val="single" w:sz="4" w:space="0" w:color="auto"/>
            </w:tcBorders>
            <w:vAlign w:val="center"/>
            <w:hideMark/>
          </w:tcPr>
          <w:p w14:paraId="54B5154F"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542" w:type="pct"/>
            <w:tcBorders>
              <w:top w:val="nil"/>
              <w:left w:val="nil"/>
              <w:bottom w:val="single" w:sz="4" w:space="0" w:color="auto"/>
              <w:right w:val="single" w:sz="4" w:space="0" w:color="auto"/>
            </w:tcBorders>
            <w:vAlign w:val="center"/>
            <w:hideMark/>
          </w:tcPr>
          <w:p w14:paraId="41FF58C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vAlign w:val="center"/>
            <w:hideMark/>
          </w:tcPr>
          <w:p w14:paraId="7BFEC04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756" w:type="pct"/>
            <w:tcBorders>
              <w:top w:val="nil"/>
              <w:left w:val="nil"/>
              <w:bottom w:val="single" w:sz="4" w:space="0" w:color="auto"/>
              <w:right w:val="single" w:sz="4" w:space="0" w:color="auto"/>
            </w:tcBorders>
            <w:vAlign w:val="center"/>
            <w:hideMark/>
          </w:tcPr>
          <w:p w14:paraId="77229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Textile </w:t>
            </w:r>
          </w:p>
        </w:tc>
        <w:tc>
          <w:tcPr>
            <w:tcW w:w="378" w:type="pct"/>
            <w:tcBorders>
              <w:top w:val="nil"/>
              <w:left w:val="nil"/>
              <w:bottom w:val="single" w:sz="4" w:space="0" w:color="auto"/>
              <w:right w:val="single" w:sz="4" w:space="0" w:color="auto"/>
            </w:tcBorders>
            <w:vAlign w:val="center"/>
            <w:hideMark/>
          </w:tcPr>
          <w:p w14:paraId="0486071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669" w:type="pct"/>
            <w:tcBorders>
              <w:top w:val="nil"/>
              <w:left w:val="nil"/>
              <w:bottom w:val="single" w:sz="4" w:space="0" w:color="auto"/>
              <w:right w:val="single" w:sz="4" w:space="0" w:color="auto"/>
            </w:tcBorders>
            <w:vAlign w:val="center"/>
            <w:hideMark/>
          </w:tcPr>
          <w:p w14:paraId="24CBC0F9"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vAlign w:val="center"/>
            <w:hideMark/>
          </w:tcPr>
          <w:p w14:paraId="37B6D75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554" w:type="pct"/>
            <w:tcBorders>
              <w:top w:val="nil"/>
              <w:left w:val="nil"/>
              <w:bottom w:val="single" w:sz="4" w:space="0" w:color="auto"/>
              <w:right w:val="single" w:sz="4" w:space="0" w:color="auto"/>
            </w:tcBorders>
            <w:vAlign w:val="center"/>
            <w:hideMark/>
          </w:tcPr>
          <w:p w14:paraId="5D2D824B" w14:textId="77777777" w:rsidR="00606389" w:rsidRDefault="00B10AE4"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Textile</w:t>
            </w:r>
            <w:r w:rsidR="005C5F52" w:rsidRPr="00CF6636">
              <w:rPr>
                <w:rFonts w:asciiTheme="majorHAnsi" w:eastAsia="Times New Roman" w:hAnsiTheme="majorHAnsi" w:cstheme="majorHAnsi"/>
                <w:b/>
                <w:sz w:val="24"/>
                <w:szCs w:val="24"/>
              </w:rPr>
              <w:t xml:space="preserve"> doar P</w:t>
            </w:r>
            <w:r w:rsidR="007A7A2E" w:rsidRPr="00CF6636">
              <w:rPr>
                <w:rFonts w:asciiTheme="majorHAnsi" w:eastAsia="Times New Roman" w:hAnsiTheme="majorHAnsi" w:cstheme="majorHAnsi"/>
                <w:b/>
                <w:sz w:val="24"/>
                <w:szCs w:val="24"/>
              </w:rPr>
              <w:t>ers.</w:t>
            </w:r>
          </w:p>
          <w:p w14:paraId="7C6FF7FF" w14:textId="35EC65B1" w:rsidR="00B10AE4" w:rsidRPr="00CF6636" w:rsidRDefault="005C5F52"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F</w:t>
            </w:r>
            <w:r w:rsidR="007A7A2E" w:rsidRPr="00CF6636">
              <w:rPr>
                <w:rFonts w:asciiTheme="majorHAnsi" w:eastAsia="Times New Roman" w:hAnsiTheme="majorHAnsi" w:cstheme="majorHAnsi"/>
                <w:b/>
                <w:sz w:val="24"/>
                <w:szCs w:val="24"/>
              </w:rPr>
              <w:t>izice</w:t>
            </w:r>
            <w:r w:rsidR="00B10AE4" w:rsidRPr="00CF6636">
              <w:rPr>
                <w:rFonts w:asciiTheme="majorHAnsi" w:eastAsia="Times New Roman" w:hAnsiTheme="majorHAnsi" w:cstheme="majorHAnsi"/>
                <w:b/>
                <w:sz w:val="24"/>
                <w:szCs w:val="24"/>
              </w:rPr>
              <w:t xml:space="preserve"> </w:t>
            </w:r>
          </w:p>
        </w:tc>
      </w:tr>
      <w:tr w:rsidR="00E41879" w:rsidRPr="00A15970" w14:paraId="37795277"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E03EBC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Zona urbană</w:t>
            </w:r>
            <w:r w:rsidRPr="00A15970">
              <w:rPr>
                <w:rFonts w:asciiTheme="majorHAnsi" w:eastAsia="Times New Roman" w:hAnsiTheme="majorHAnsi" w:cstheme="majorHAnsi"/>
                <w:sz w:val="24"/>
                <w:szCs w:val="24"/>
              </w:rPr>
              <w:t xml:space="preserve"> </w:t>
            </w:r>
          </w:p>
        </w:tc>
      </w:tr>
      <w:tr w:rsidR="00E41879" w:rsidRPr="00A15970" w14:paraId="33FD1FA1"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445D6DE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vAlign w:val="center"/>
            <w:hideMark/>
          </w:tcPr>
          <w:p w14:paraId="4F4E2C7B"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050D444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6901FAB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26 ridicari/an</w:t>
            </w:r>
          </w:p>
        </w:tc>
        <w:tc>
          <w:tcPr>
            <w:tcW w:w="756" w:type="pct"/>
            <w:tcBorders>
              <w:top w:val="nil"/>
              <w:left w:val="nil"/>
              <w:bottom w:val="single" w:sz="4" w:space="0" w:color="auto"/>
              <w:right w:val="single" w:sz="4" w:space="0" w:color="auto"/>
            </w:tcBorders>
            <w:vAlign w:val="center"/>
            <w:hideMark/>
          </w:tcPr>
          <w:p w14:paraId="0BFD0A6B" w14:textId="634B2682" w:rsidR="00B10AE4" w:rsidRPr="00CF6636"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r w:rsidR="00037316"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0585519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669" w:type="pct"/>
            <w:tcBorders>
              <w:top w:val="nil"/>
              <w:left w:val="nil"/>
              <w:bottom w:val="single" w:sz="4" w:space="0" w:color="auto"/>
              <w:right w:val="single" w:sz="4" w:space="0" w:color="auto"/>
            </w:tcBorders>
            <w:vAlign w:val="center"/>
            <w:hideMark/>
          </w:tcPr>
          <w:p w14:paraId="6698A3F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08D8045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vAlign w:val="center"/>
            <w:hideMark/>
          </w:tcPr>
          <w:p w14:paraId="622B58DE" w14:textId="1A9C5C76" w:rsidR="00B10AE4" w:rsidRPr="00A15970" w:rsidRDefault="00037316" w:rsidP="004A3BE9">
            <w:pPr>
              <w:spacing w:after="0" w:line="24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w:t>
            </w:r>
          </w:p>
        </w:tc>
      </w:tr>
      <w:tr w:rsidR="00E41879" w:rsidRPr="00A15970" w14:paraId="46F6F4AE"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0B33B4F" w14:textId="77777777" w:rsidR="00B10AE4" w:rsidRPr="00A15970" w:rsidRDefault="00B10AE4" w:rsidP="00CF6636">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Zona rurală </w:t>
            </w:r>
          </w:p>
        </w:tc>
      </w:tr>
      <w:tr w:rsidR="00B10AE4" w:rsidRPr="00A15970" w14:paraId="542458ED"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0B158CC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tcPr>
          <w:p w14:paraId="54C698C4" w14:textId="1815AE06" w:rsidR="00B10AE4" w:rsidRPr="00037316" w:rsidRDefault="00B10AE4" w:rsidP="004A3BE9">
            <w:pPr>
              <w:spacing w:after="0" w:line="240" w:lineRule="auto"/>
              <w:rPr>
                <w:rFonts w:asciiTheme="majorHAnsi" w:eastAsia="Times New Roman" w:hAnsiTheme="majorHAnsi" w:cstheme="majorHAnsi"/>
                <w:sz w:val="24"/>
                <w:szCs w:val="24"/>
              </w:rPr>
            </w:pPr>
            <w:commentRangeStart w:id="6"/>
          </w:p>
        </w:tc>
        <w:tc>
          <w:tcPr>
            <w:tcW w:w="542" w:type="pct"/>
            <w:tcBorders>
              <w:top w:val="nil"/>
              <w:left w:val="nil"/>
              <w:bottom w:val="single" w:sz="4" w:space="0" w:color="auto"/>
              <w:right w:val="single" w:sz="4" w:space="0" w:color="auto"/>
            </w:tcBorders>
          </w:tcPr>
          <w:p w14:paraId="61DF7550" w14:textId="4F3AA696" w:rsidR="00B10AE4" w:rsidRPr="00037316" w:rsidRDefault="00B10AE4" w:rsidP="004A3BE9">
            <w:pPr>
              <w:spacing w:after="0" w:line="240" w:lineRule="auto"/>
              <w:rPr>
                <w:rFonts w:asciiTheme="majorHAnsi" w:eastAsia="Times New Roman" w:hAnsiTheme="majorHAnsi" w:cstheme="majorHAnsi"/>
                <w:sz w:val="24"/>
                <w:szCs w:val="24"/>
              </w:rPr>
            </w:pPr>
          </w:p>
        </w:tc>
        <w:commentRangeEnd w:id="6"/>
        <w:tc>
          <w:tcPr>
            <w:tcW w:w="542" w:type="pct"/>
            <w:tcBorders>
              <w:top w:val="nil"/>
              <w:left w:val="nil"/>
              <w:bottom w:val="single" w:sz="4" w:space="0" w:color="auto"/>
              <w:right w:val="single" w:sz="4" w:space="0" w:color="auto"/>
            </w:tcBorders>
          </w:tcPr>
          <w:p w14:paraId="54A45D4C" w14:textId="40DF3D2C" w:rsidR="00B10AE4" w:rsidRPr="00037316" w:rsidRDefault="00037316" w:rsidP="004A3BE9">
            <w:pPr>
              <w:spacing w:after="0" w:line="240" w:lineRule="auto"/>
              <w:rPr>
                <w:rFonts w:asciiTheme="majorHAnsi" w:eastAsia="Times New Roman" w:hAnsiTheme="majorHAnsi" w:cstheme="majorHAnsi"/>
                <w:sz w:val="24"/>
                <w:szCs w:val="24"/>
              </w:rPr>
            </w:pPr>
            <w:r>
              <w:rPr>
                <w:rStyle w:val="CommentReference"/>
                <w:rFonts w:ascii="Arial" w:eastAsia="Calibri" w:hAnsi="Arial" w:cs="Times New Roman"/>
                <w:lang w:val="ro-RO"/>
              </w:rPr>
              <w:commentReference w:id="6"/>
            </w:r>
          </w:p>
        </w:tc>
        <w:tc>
          <w:tcPr>
            <w:tcW w:w="756" w:type="pct"/>
            <w:tcBorders>
              <w:top w:val="nil"/>
              <w:left w:val="nil"/>
              <w:bottom w:val="single" w:sz="4" w:space="0" w:color="auto"/>
              <w:right w:val="single" w:sz="4" w:space="0" w:color="auto"/>
            </w:tcBorders>
          </w:tcPr>
          <w:p w14:paraId="409C0147" w14:textId="79017970" w:rsidR="00B10AE4" w:rsidRPr="00037316" w:rsidRDefault="00037316" w:rsidP="00CF6636">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3BE9E46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669" w:type="pct"/>
            <w:tcBorders>
              <w:top w:val="nil"/>
              <w:left w:val="nil"/>
              <w:bottom w:val="single" w:sz="4" w:space="0" w:color="auto"/>
              <w:right w:val="single" w:sz="4" w:space="0" w:color="auto"/>
            </w:tcBorders>
            <w:noWrap/>
            <w:vAlign w:val="bottom"/>
            <w:hideMark/>
          </w:tcPr>
          <w:p w14:paraId="16EAF9B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4F7A95D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hideMark/>
          </w:tcPr>
          <w:p w14:paraId="2CD3CB20"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52F72307"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2ABB4DFD" w14:textId="77777777"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lang w:val="ro-RO"/>
        </w:rPr>
        <w:t xml:space="preserve">Tabel 5.2 </w:t>
      </w:r>
      <w:r w:rsidRPr="00A15970">
        <w:rPr>
          <w:rFonts w:asciiTheme="majorHAnsi" w:hAnsiTheme="majorHAnsi" w:cstheme="majorHAnsi"/>
          <w:sz w:val="24"/>
          <w:szCs w:val="24"/>
        </w:rPr>
        <w:t>Frecvenţa de colectare al deşeurilor reciclabile municipale în aria de delegare</w:t>
      </w:r>
    </w:p>
    <w:p w14:paraId="371447BF" w14:textId="6EABB541" w:rsidR="00C22F1E" w:rsidRPr="00A15970" w:rsidRDefault="00C22F1E" w:rsidP="004A3BE9">
      <w:pPr>
        <w:spacing w:after="0" w:line="240" w:lineRule="auto"/>
        <w:jc w:val="both"/>
        <w:rPr>
          <w:rFonts w:asciiTheme="majorHAnsi" w:hAnsiTheme="majorHAnsi" w:cstheme="majorHAnsi"/>
          <w:sz w:val="24"/>
          <w:szCs w:val="24"/>
          <w:lang w:val="ro-RO"/>
        </w:rPr>
      </w:pPr>
    </w:p>
    <w:p w14:paraId="04C422B6" w14:textId="4E6180CC" w:rsidR="0002148B" w:rsidRPr="00A15970" w:rsidRDefault="0002148B"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C3E3235" w14:textId="37FDA4E3" w:rsidR="0002148B" w:rsidRPr="00A15970" w:rsidRDefault="00DA7D39" w:rsidP="004A3BE9">
      <w:pPr>
        <w:pStyle w:val="Heading3"/>
        <w:spacing w:before="0" w:line="240" w:lineRule="auto"/>
        <w:rPr>
          <w:rFonts w:cstheme="majorHAnsi"/>
          <w:color w:val="auto"/>
          <w:sz w:val="24"/>
          <w:szCs w:val="24"/>
        </w:rPr>
      </w:pPr>
      <w:r>
        <w:rPr>
          <w:rFonts w:cstheme="majorHAnsi"/>
          <w:color w:val="auto"/>
          <w:sz w:val="24"/>
          <w:szCs w:val="24"/>
        </w:rPr>
        <w:lastRenderedPageBreak/>
        <w:t>ANEXA Nr. 6</w:t>
      </w:r>
      <w:r w:rsidR="0002148B" w:rsidRPr="00A15970">
        <w:rPr>
          <w:rFonts w:cstheme="majorHAnsi"/>
          <w:color w:val="auto"/>
          <w:sz w:val="24"/>
          <w:szCs w:val="24"/>
        </w:rPr>
        <w:t xml:space="preserve"> la caietul de sarcini</w:t>
      </w:r>
    </w:p>
    <w:p w14:paraId="0D96E1FD"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7E50D7FA" w14:textId="77777777" w:rsidR="0002148B" w:rsidRPr="00A15970" w:rsidRDefault="0002148B" w:rsidP="004A3BE9">
      <w:pPr>
        <w:spacing w:after="0" w:line="240" w:lineRule="auto"/>
        <w:jc w:val="both"/>
        <w:rPr>
          <w:rFonts w:asciiTheme="majorHAnsi" w:eastAsia="Times New Roman" w:hAnsiTheme="majorHAnsi" w:cstheme="majorHAnsi"/>
          <w:b/>
          <w:bCs/>
          <w:sz w:val="24"/>
          <w:szCs w:val="24"/>
        </w:rPr>
      </w:pPr>
      <w:bookmarkStart w:id="7" w:name="_Ref68456194"/>
      <w:r w:rsidRPr="00A15970">
        <w:rPr>
          <w:rFonts w:asciiTheme="majorHAnsi" w:eastAsia="Times New Roman" w:hAnsiTheme="majorHAnsi" w:cstheme="majorHAnsi"/>
          <w:b/>
          <w:bCs/>
          <w:sz w:val="24"/>
          <w:szCs w:val="24"/>
        </w:rPr>
        <w:t>Bunurile puse la dispoziția delegatului de către delegatar</w:t>
      </w:r>
      <w:bookmarkEnd w:id="7"/>
      <w:r w:rsidRPr="00A15970">
        <w:rPr>
          <w:rFonts w:asciiTheme="majorHAnsi" w:eastAsia="Times New Roman" w:hAnsiTheme="majorHAnsi" w:cstheme="majorHAnsi"/>
          <w:b/>
          <w:bCs/>
          <w:sz w:val="24"/>
          <w:szCs w:val="24"/>
        </w:rPr>
        <w:t xml:space="preserve"> (Bunuri de retur)</w:t>
      </w:r>
    </w:p>
    <w:p w14:paraId="1372FD90" w14:textId="77777777" w:rsidR="0002148B" w:rsidRPr="00A15970" w:rsidRDefault="0002148B" w:rsidP="004A3BE9">
      <w:pPr>
        <w:spacing w:after="0" w:line="240" w:lineRule="auto"/>
        <w:jc w:val="both"/>
        <w:rPr>
          <w:rFonts w:asciiTheme="majorHAnsi" w:hAnsiTheme="majorHAnsi" w:cstheme="majorHAnsi"/>
          <w:sz w:val="24"/>
          <w:szCs w:val="24"/>
          <w:lang w:val="ro-RO"/>
        </w:rPr>
      </w:pPr>
    </w:p>
    <w:p w14:paraId="1B89E606" w14:textId="77777777" w:rsidR="003F70A6" w:rsidRDefault="003F70A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 tabelele de mai jos sunt prezentate echipamentele de colectare a deșeurilor puse la dispoziția viitorului operator</w:t>
      </w:r>
    </w:p>
    <w:p w14:paraId="38B53677" w14:textId="77777777" w:rsidR="00CD2179" w:rsidRDefault="00CD2179" w:rsidP="004A3BE9">
      <w:pPr>
        <w:spacing w:after="0" w:line="240" w:lineRule="auto"/>
        <w:rPr>
          <w:rFonts w:asciiTheme="majorHAnsi" w:hAnsiTheme="majorHAnsi" w:cstheme="majorHAnsi"/>
          <w:sz w:val="24"/>
          <w:szCs w:val="24"/>
          <w:lang w:val="ro-RO"/>
        </w:rPr>
      </w:pPr>
    </w:p>
    <w:p w14:paraId="1AF73D56" w14:textId="77777777" w:rsidR="00CD2179" w:rsidRDefault="00CD2179" w:rsidP="004A3BE9">
      <w:pPr>
        <w:spacing w:after="0" w:line="240" w:lineRule="auto"/>
        <w:rPr>
          <w:rFonts w:asciiTheme="majorHAnsi" w:hAnsiTheme="majorHAnsi" w:cstheme="majorHAnsi"/>
          <w:sz w:val="24"/>
          <w:szCs w:val="24"/>
          <w:lang w:val="ro-RO"/>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712"/>
        <w:gridCol w:w="1138"/>
        <w:gridCol w:w="812"/>
        <w:gridCol w:w="1138"/>
        <w:gridCol w:w="1138"/>
        <w:gridCol w:w="876"/>
        <w:gridCol w:w="1180"/>
        <w:gridCol w:w="1147"/>
        <w:gridCol w:w="876"/>
      </w:tblGrid>
      <w:tr w:rsidR="00CD2179" w:rsidRPr="00F6754C" w14:paraId="761F7E9E" w14:textId="77777777" w:rsidTr="00F63A85">
        <w:trPr>
          <w:trHeight w:val="3131"/>
        </w:trPr>
        <w:tc>
          <w:tcPr>
            <w:tcW w:w="810" w:type="dxa"/>
          </w:tcPr>
          <w:p w14:paraId="7A917CF7"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3A74025F" w14:textId="77777777" w:rsidR="00CD2179" w:rsidRPr="00F6754C" w:rsidRDefault="00CD2179" w:rsidP="00F63A85">
            <w:pPr>
              <w:spacing w:after="0" w:line="240" w:lineRule="auto"/>
              <w:rPr>
                <w:rFonts w:asciiTheme="majorHAnsi" w:hAnsiTheme="majorHAnsi" w:cstheme="majorHAnsi"/>
                <w:b/>
                <w:sz w:val="20"/>
                <w:szCs w:val="20"/>
                <w:lang w:val="ro-RO"/>
              </w:rPr>
            </w:pPr>
          </w:p>
          <w:p w14:paraId="0F8BCD0F"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Zona 5</w:t>
            </w:r>
          </w:p>
        </w:tc>
        <w:tc>
          <w:tcPr>
            <w:tcW w:w="712" w:type="dxa"/>
          </w:tcPr>
          <w:p w14:paraId="01466410"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0479625A"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Investiții CJ Arad an 2025 din Fondul IID bunuri de retur</w:t>
            </w:r>
          </w:p>
        </w:tc>
        <w:tc>
          <w:tcPr>
            <w:tcW w:w="8305" w:type="dxa"/>
            <w:gridSpan w:val="8"/>
          </w:tcPr>
          <w:p w14:paraId="3FBED470"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16E8A570"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Bunuri de retur achiziționate prin proiect SMIDS</w:t>
            </w:r>
          </w:p>
        </w:tc>
      </w:tr>
      <w:tr w:rsidR="00CD2179" w:rsidRPr="00F6754C" w14:paraId="6922AAC3" w14:textId="77777777" w:rsidTr="00F63A85">
        <w:tc>
          <w:tcPr>
            <w:tcW w:w="810" w:type="dxa"/>
          </w:tcPr>
          <w:p w14:paraId="314977CC" w14:textId="77777777" w:rsidR="00CD2179" w:rsidRPr="00F6754C" w:rsidRDefault="00CD2179" w:rsidP="00F63A85">
            <w:pPr>
              <w:spacing w:after="0" w:line="240" w:lineRule="auto"/>
              <w:jc w:val="center"/>
              <w:rPr>
                <w:rFonts w:asciiTheme="majorHAnsi" w:hAnsiTheme="majorHAnsi" w:cstheme="majorHAnsi"/>
                <w:sz w:val="20"/>
                <w:szCs w:val="20"/>
                <w:lang w:val="ro-RO"/>
              </w:rPr>
            </w:pPr>
          </w:p>
        </w:tc>
        <w:tc>
          <w:tcPr>
            <w:tcW w:w="712" w:type="dxa"/>
          </w:tcPr>
          <w:p w14:paraId="6A85A573"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24290C8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120l  buc.</w:t>
            </w:r>
          </w:p>
        </w:tc>
        <w:tc>
          <w:tcPr>
            <w:tcW w:w="1138" w:type="dxa"/>
          </w:tcPr>
          <w:p w14:paraId="55D2C2DA"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118A124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120l biodegradabil – buc.</w:t>
            </w:r>
          </w:p>
        </w:tc>
        <w:tc>
          <w:tcPr>
            <w:tcW w:w="812" w:type="dxa"/>
          </w:tcPr>
          <w:p w14:paraId="78EC8CB4"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240 l reciclabil – buc.</w:t>
            </w:r>
          </w:p>
        </w:tc>
        <w:tc>
          <w:tcPr>
            <w:tcW w:w="1138" w:type="dxa"/>
          </w:tcPr>
          <w:p w14:paraId="25DEBDD8"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6D25C30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Autogunoiere biodegradabil 16m3 – buc.</w:t>
            </w:r>
          </w:p>
        </w:tc>
        <w:tc>
          <w:tcPr>
            <w:tcW w:w="1138" w:type="dxa"/>
          </w:tcPr>
          <w:p w14:paraId="5CB8199E"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Autogunoiere reciclabil 10m3 – DAF LF55 14 18</w:t>
            </w:r>
          </w:p>
          <w:p w14:paraId="1DBBAB3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 xml:space="preserve">buc. </w:t>
            </w:r>
          </w:p>
        </w:tc>
        <w:tc>
          <w:tcPr>
            <w:tcW w:w="876" w:type="dxa"/>
          </w:tcPr>
          <w:p w14:paraId="43A487F8"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metalic rezidual</w:t>
            </w:r>
          </w:p>
        </w:tc>
        <w:tc>
          <w:tcPr>
            <w:tcW w:w="1180" w:type="dxa"/>
          </w:tcPr>
          <w:p w14:paraId="1A00FBE7"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Hartie/carton-albastru</w:t>
            </w:r>
          </w:p>
        </w:tc>
        <w:tc>
          <w:tcPr>
            <w:tcW w:w="1147" w:type="dxa"/>
          </w:tcPr>
          <w:p w14:paraId="32CC995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metal/plastic-galben</w:t>
            </w:r>
          </w:p>
        </w:tc>
        <w:tc>
          <w:tcPr>
            <w:tcW w:w="876" w:type="dxa"/>
          </w:tcPr>
          <w:p w14:paraId="6E23A94C"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Sticla-verde</w:t>
            </w:r>
          </w:p>
        </w:tc>
      </w:tr>
      <w:tr w:rsidR="00CD2179" w:rsidRPr="00F6754C" w14:paraId="228C26CC" w14:textId="77777777" w:rsidTr="00F63A85">
        <w:tc>
          <w:tcPr>
            <w:tcW w:w="810" w:type="dxa"/>
          </w:tcPr>
          <w:p w14:paraId="71FDF93E" w14:textId="362DD605"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L</w:t>
            </w:r>
            <w:r w:rsidR="00F63A85" w:rsidRPr="00F6754C">
              <w:rPr>
                <w:rFonts w:asciiTheme="majorHAnsi" w:hAnsiTheme="majorHAnsi" w:cstheme="majorHAnsi"/>
                <w:sz w:val="20"/>
                <w:szCs w:val="20"/>
                <w:lang w:val="ro-RO"/>
              </w:rPr>
              <w:t>ipova</w:t>
            </w:r>
          </w:p>
        </w:tc>
        <w:tc>
          <w:tcPr>
            <w:tcW w:w="712" w:type="dxa"/>
          </w:tcPr>
          <w:p w14:paraId="374FA9C6"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3464</w:t>
            </w:r>
          </w:p>
        </w:tc>
        <w:tc>
          <w:tcPr>
            <w:tcW w:w="1138" w:type="dxa"/>
          </w:tcPr>
          <w:p w14:paraId="0630DA4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50</w:t>
            </w:r>
          </w:p>
        </w:tc>
        <w:tc>
          <w:tcPr>
            <w:tcW w:w="812" w:type="dxa"/>
          </w:tcPr>
          <w:p w14:paraId="1B32F5B1"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792</w:t>
            </w:r>
          </w:p>
        </w:tc>
        <w:tc>
          <w:tcPr>
            <w:tcW w:w="1138" w:type="dxa"/>
          </w:tcPr>
          <w:p w14:paraId="0D08529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w:t>
            </w:r>
          </w:p>
        </w:tc>
        <w:tc>
          <w:tcPr>
            <w:tcW w:w="1138" w:type="dxa"/>
          </w:tcPr>
          <w:p w14:paraId="1355CCD8"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w:t>
            </w:r>
          </w:p>
        </w:tc>
        <w:tc>
          <w:tcPr>
            <w:tcW w:w="876" w:type="dxa"/>
          </w:tcPr>
          <w:p w14:paraId="5DA0275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1180" w:type="dxa"/>
          </w:tcPr>
          <w:p w14:paraId="641279F7"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1147" w:type="dxa"/>
          </w:tcPr>
          <w:p w14:paraId="33DDE381"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876" w:type="dxa"/>
          </w:tcPr>
          <w:p w14:paraId="626D9F7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r>
    </w:tbl>
    <w:p w14:paraId="19F8D85F" w14:textId="77777777" w:rsidR="00CD2179" w:rsidRDefault="00CD2179" w:rsidP="004A3BE9">
      <w:pPr>
        <w:spacing w:after="0" w:line="240" w:lineRule="auto"/>
        <w:rPr>
          <w:rFonts w:asciiTheme="majorHAnsi" w:hAnsiTheme="majorHAnsi" w:cstheme="majorHAnsi"/>
          <w:sz w:val="24"/>
          <w:szCs w:val="24"/>
          <w:lang w:val="ro-RO"/>
        </w:rPr>
      </w:pPr>
    </w:p>
    <w:p w14:paraId="7E7D554E" w14:textId="77777777" w:rsidR="003F4716" w:rsidRDefault="003F4716" w:rsidP="00EE74BF">
      <w:pPr>
        <w:spacing w:after="0" w:line="240" w:lineRule="auto"/>
        <w:jc w:val="both"/>
        <w:rPr>
          <w:rFonts w:asciiTheme="majorHAnsi" w:hAnsiTheme="majorHAnsi" w:cstheme="majorHAnsi"/>
          <w:sz w:val="24"/>
          <w:szCs w:val="24"/>
          <w:lang w:val="en-GB" w:eastAsia="en-GB"/>
        </w:rPr>
      </w:pPr>
    </w:p>
    <w:p w14:paraId="4402F469" w14:textId="01AED992" w:rsidR="003F4716" w:rsidRPr="003F4716" w:rsidRDefault="003F4716" w:rsidP="003F4716">
      <w:pPr>
        <w:spacing w:after="0" w:line="240" w:lineRule="auto"/>
        <w:rPr>
          <w:rFonts w:ascii="Times New Roman" w:eastAsia="Times New Roman" w:hAnsi="Times New Roman" w:cs="Times New Roman"/>
          <w:sz w:val="24"/>
          <w:szCs w:val="24"/>
        </w:rPr>
      </w:pPr>
      <w:r w:rsidRPr="003F4716">
        <w:rPr>
          <w:rFonts w:ascii="Arial" w:eastAsia="Times New Roman" w:hAnsi="Arial" w:cs="Arial"/>
          <w:color w:val="1D2228"/>
          <w:sz w:val="24"/>
          <w:szCs w:val="24"/>
          <w:shd w:val="clear" w:color="auto" w:fill="FFFFFF"/>
        </w:rPr>
        <w:t>Nota: Vehiculul de colectare pus la dispoziția operatorului – 1 (un) bun de retur va fi adiționat sau înlocuit de deținãtorul acestuia – respectiv Județul Arad prin Consiliul Județean Arad la o datã ulterioarã prezentei documentații.</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 xml:space="preserve">Nota 2: Operatorul va include in fisa de fundamentare si memorial tehnic costurile aferente distribuirii catre utilizatorii din zona 5 – mediul urban a celor 3464 pubele de </w:t>
      </w:r>
      <w:r>
        <w:rPr>
          <w:rFonts w:ascii="Arial" w:eastAsia="Times New Roman" w:hAnsi="Arial" w:cs="Arial"/>
          <w:color w:val="1D2228"/>
          <w:sz w:val="24"/>
          <w:szCs w:val="24"/>
          <w:shd w:val="clear" w:color="auto" w:fill="FFFFFF"/>
        </w:rPr>
        <w:t>120 l de la locul de depozitare.</w:t>
      </w:r>
      <w:r w:rsidRPr="003F4716">
        <w:rPr>
          <w:rFonts w:ascii="Helvetica" w:eastAsia="Times New Roman" w:hAnsi="Helvetica" w:cs="Times New Roman"/>
          <w:color w:val="1D2228"/>
          <w:sz w:val="20"/>
          <w:szCs w:val="20"/>
        </w:rPr>
        <w:t xml:space="preserve"> </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În cadrul procedurii Ofertanții vor utiliza parametrii specifici echipamentelor existente.</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În cazul actualizãrii prezentei anexe, conform prevederilor din Art. 288 al Caietului de Sarcini al procedurii de achiziþie, dacã este cazul, Delegatarul va proceda la actualizarea valorii redevenþei în conformitate cu prevederile legale în vigoare, pãrþile urmând a încheia în acest sens un act adiþional la contract.</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Redevența va fi recalculatã ținând cont de investițiile fãcute de cãtre Consiliul Județean Arad pe durata contractului.</w:t>
      </w:r>
    </w:p>
    <w:p w14:paraId="40674B11" w14:textId="66DE0D5E" w:rsidR="003F4716" w:rsidRPr="003F4716" w:rsidRDefault="003F4716" w:rsidP="003F4716">
      <w:pPr>
        <w:shd w:val="clear" w:color="auto" w:fill="FFFFFF"/>
        <w:spacing w:after="0" w:line="240" w:lineRule="auto"/>
        <w:rPr>
          <w:rFonts w:ascii="Helvetica" w:eastAsia="Times New Roman" w:hAnsi="Helvetica" w:cs="Times New Roman"/>
          <w:color w:val="1D2228"/>
          <w:sz w:val="20"/>
          <w:szCs w:val="20"/>
        </w:rPr>
      </w:pPr>
      <w:r w:rsidRPr="003F4716">
        <w:rPr>
          <w:rFonts w:ascii="Arial" w:eastAsia="Times New Roman" w:hAnsi="Arial" w:cs="Arial"/>
          <w:color w:val="1D2228"/>
          <w:sz w:val="24"/>
          <w:szCs w:val="24"/>
        </w:rPr>
        <w:t>Restul vehiculelor necesare pentru colectarea si transportul deseurilor din aria de delegare vor fi asigurate de delegat.</w:t>
      </w:r>
      <w:r w:rsidRPr="003F4716">
        <w:rPr>
          <w:rFonts w:ascii="Helvetica" w:eastAsia="Times New Roman" w:hAnsi="Helvetica" w:cs="Times New Roman"/>
          <w:color w:val="1D2228"/>
          <w:sz w:val="20"/>
          <w:szCs w:val="20"/>
        </w:rPr>
        <w:br/>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rPr>
        <w:t>Delegatul are obligația de a distribui (pe cheltuiala sa) cãtre utilizatori, bunurile noi achiziționate ( 3464 buc. pubele 120 l maro), în cadrul unei proceduri organizate, de la locul de depozitare</w:t>
      </w:r>
      <w:r>
        <w:rPr>
          <w:rFonts w:ascii="Arial" w:eastAsia="Times New Roman" w:hAnsi="Arial" w:cs="Arial"/>
          <w:color w:val="1D2228"/>
          <w:sz w:val="24"/>
          <w:szCs w:val="24"/>
        </w:rPr>
        <w:t>.</w:t>
      </w:r>
    </w:p>
    <w:p w14:paraId="29D8C23B" w14:textId="7CB38D01" w:rsidR="003F70A6" w:rsidRPr="00A15970" w:rsidRDefault="003F70A6" w:rsidP="0051394C">
      <w:pPr>
        <w:spacing w:after="0" w:line="240" w:lineRule="auto"/>
        <w:jc w:val="both"/>
        <w:rPr>
          <w:rFonts w:asciiTheme="majorHAnsi" w:hAnsiTheme="majorHAnsi" w:cstheme="majorHAnsi"/>
          <w:sz w:val="24"/>
          <w:szCs w:val="24"/>
          <w:lang w:val="ro-RO" w:eastAsia="en-GB"/>
        </w:rPr>
      </w:pPr>
      <w:r w:rsidRPr="00A15970">
        <w:rPr>
          <w:rFonts w:asciiTheme="majorHAnsi" w:hAnsiTheme="majorHAnsi" w:cstheme="majorHAnsi"/>
          <w:sz w:val="24"/>
          <w:szCs w:val="24"/>
          <w:lang w:val="ro-RO"/>
        </w:rPr>
        <w:br w:type="page"/>
      </w:r>
    </w:p>
    <w:p w14:paraId="4D061E7F" w14:textId="77713632" w:rsidR="00C22F1E" w:rsidRPr="00A15970" w:rsidRDefault="00C22F1E" w:rsidP="004A3BE9">
      <w:pPr>
        <w:spacing w:after="0" w:line="240" w:lineRule="auto"/>
        <w:rPr>
          <w:rFonts w:asciiTheme="majorHAnsi" w:hAnsiTheme="majorHAnsi" w:cstheme="majorHAnsi"/>
          <w:sz w:val="24"/>
          <w:szCs w:val="24"/>
          <w:lang w:val="ro-RO"/>
        </w:rPr>
      </w:pPr>
    </w:p>
    <w:p w14:paraId="03B13A83" w14:textId="4414A37D" w:rsidR="0017399A" w:rsidRPr="007E7D62" w:rsidRDefault="0017399A" w:rsidP="004A3BE9">
      <w:pPr>
        <w:pStyle w:val="Heading3"/>
        <w:spacing w:before="0" w:line="240" w:lineRule="auto"/>
        <w:rPr>
          <w:rFonts w:cstheme="majorHAnsi"/>
          <w:color w:val="auto"/>
          <w:sz w:val="24"/>
          <w:szCs w:val="24"/>
        </w:rPr>
      </w:pPr>
      <w:r w:rsidRPr="007E7D62">
        <w:rPr>
          <w:rFonts w:cstheme="majorHAnsi"/>
          <w:color w:val="auto"/>
          <w:sz w:val="24"/>
          <w:szCs w:val="24"/>
        </w:rPr>
        <w:t>ANEXA Nr. 7 la caietul de sarcini</w:t>
      </w:r>
    </w:p>
    <w:p w14:paraId="10B91827" w14:textId="77777777" w:rsidR="0017399A" w:rsidRPr="007E7D62" w:rsidRDefault="0017399A" w:rsidP="004A3BE9">
      <w:pPr>
        <w:spacing w:after="0" w:line="240" w:lineRule="auto"/>
        <w:jc w:val="both"/>
        <w:rPr>
          <w:rFonts w:asciiTheme="majorHAnsi" w:eastAsia="Times New Roman" w:hAnsiTheme="majorHAnsi" w:cstheme="majorHAnsi"/>
          <w:sz w:val="24"/>
          <w:szCs w:val="24"/>
        </w:rPr>
      </w:pPr>
    </w:p>
    <w:p w14:paraId="60C0EBEC" w14:textId="2976FC05" w:rsidR="0017399A" w:rsidRPr="007E7D62" w:rsidRDefault="0017399A" w:rsidP="004A3BE9">
      <w:pPr>
        <w:spacing w:after="0" w:line="240" w:lineRule="auto"/>
        <w:jc w:val="both"/>
        <w:rPr>
          <w:rFonts w:asciiTheme="majorHAnsi" w:eastAsia="Times New Roman" w:hAnsiTheme="majorHAnsi" w:cstheme="majorHAnsi"/>
          <w:b/>
          <w:bCs/>
          <w:color w:val="FF0000"/>
          <w:sz w:val="24"/>
          <w:szCs w:val="24"/>
        </w:rPr>
      </w:pPr>
      <w:r w:rsidRPr="007E7D62">
        <w:rPr>
          <w:rFonts w:asciiTheme="majorHAnsi" w:eastAsia="Times New Roman" w:hAnsiTheme="majorHAnsi" w:cstheme="majorHAnsi"/>
          <w:bCs/>
          <w:sz w:val="24"/>
          <w:szCs w:val="24"/>
        </w:rPr>
        <w:t xml:space="preserve">Lista de investiţii în sarcina operatorului, </w:t>
      </w:r>
    </w:p>
    <w:p w14:paraId="0DB3D6B5" w14:textId="31A8F576" w:rsidR="0017399A" w:rsidRPr="007E7D62" w:rsidRDefault="0017399A" w:rsidP="004A3BE9">
      <w:pPr>
        <w:spacing w:after="0" w:line="240" w:lineRule="auto"/>
        <w:jc w:val="both"/>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 xml:space="preserve">Zona </w:t>
      </w:r>
      <w:r w:rsidR="00466FB5" w:rsidRPr="007E7D62">
        <w:rPr>
          <w:rFonts w:asciiTheme="majorHAnsi" w:eastAsia="Times New Roman" w:hAnsiTheme="majorHAnsi" w:cstheme="majorHAnsi"/>
          <w:b/>
          <w:bCs/>
          <w:sz w:val="24"/>
          <w:szCs w:val="24"/>
        </w:rPr>
        <w:t>5</w:t>
      </w:r>
    </w:p>
    <w:tbl>
      <w:tblPr>
        <w:tblW w:w="5000" w:type="pct"/>
        <w:tblLook w:val="04A0" w:firstRow="1" w:lastRow="0" w:firstColumn="1" w:lastColumn="0" w:noHBand="0" w:noVBand="1"/>
      </w:tblPr>
      <w:tblGrid>
        <w:gridCol w:w="3074"/>
        <w:gridCol w:w="3578"/>
        <w:gridCol w:w="3510"/>
      </w:tblGrid>
      <w:tr w:rsidR="00140B62" w:rsidRPr="007E7D62" w14:paraId="0C13F46E" w14:textId="77777777" w:rsidTr="00EC7031">
        <w:trPr>
          <w:trHeight w:val="300"/>
        </w:trPr>
        <w:tc>
          <w:tcPr>
            <w:tcW w:w="1505" w:type="pct"/>
            <w:tcBorders>
              <w:top w:val="single" w:sz="4" w:space="0" w:color="auto"/>
              <w:left w:val="single" w:sz="4" w:space="0" w:color="auto"/>
              <w:bottom w:val="single" w:sz="4" w:space="0" w:color="auto"/>
              <w:right w:val="single" w:sz="4" w:space="0" w:color="auto"/>
            </w:tcBorders>
            <w:shd w:val="clear" w:color="000000" w:fill="D9E2F3"/>
            <w:vAlign w:val="center"/>
            <w:hideMark/>
          </w:tcPr>
          <w:p w14:paraId="7A505D95"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Activitate de salubrizare</w:t>
            </w:r>
          </w:p>
        </w:tc>
        <w:tc>
          <w:tcPr>
            <w:tcW w:w="1765" w:type="pct"/>
            <w:tcBorders>
              <w:top w:val="single" w:sz="4" w:space="0" w:color="auto"/>
              <w:left w:val="nil"/>
              <w:bottom w:val="single" w:sz="4" w:space="0" w:color="auto"/>
              <w:right w:val="single" w:sz="4" w:space="0" w:color="auto"/>
            </w:tcBorders>
            <w:shd w:val="clear" w:color="000000" w:fill="D9E2F3"/>
            <w:vAlign w:val="center"/>
            <w:hideMark/>
          </w:tcPr>
          <w:p w14:paraId="78231323"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Echipament</w:t>
            </w:r>
          </w:p>
        </w:tc>
        <w:tc>
          <w:tcPr>
            <w:tcW w:w="1731" w:type="pct"/>
            <w:tcBorders>
              <w:top w:val="single" w:sz="4" w:space="0" w:color="auto"/>
              <w:left w:val="nil"/>
              <w:bottom w:val="single" w:sz="4" w:space="0" w:color="auto"/>
              <w:right w:val="single" w:sz="4" w:space="0" w:color="auto"/>
            </w:tcBorders>
            <w:shd w:val="clear" w:color="000000" w:fill="D9E2F3"/>
            <w:vAlign w:val="center"/>
            <w:hideMark/>
          </w:tcPr>
          <w:p w14:paraId="74A22936"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Observații</w:t>
            </w:r>
          </w:p>
        </w:tc>
      </w:tr>
      <w:tr w:rsidR="00140B62" w:rsidRPr="007E7D62" w14:paraId="57920AC2" w14:textId="77777777" w:rsidTr="00EC7031">
        <w:trPr>
          <w:trHeight w:val="300"/>
        </w:trPr>
        <w:tc>
          <w:tcPr>
            <w:tcW w:w="1505" w:type="pct"/>
            <w:tcBorders>
              <w:top w:val="nil"/>
              <w:left w:val="single" w:sz="4" w:space="0" w:color="auto"/>
              <w:bottom w:val="single" w:sz="4" w:space="0" w:color="auto"/>
              <w:right w:val="single" w:sz="4" w:space="0" w:color="auto"/>
            </w:tcBorders>
            <w:vAlign w:val="center"/>
            <w:hideMark/>
          </w:tcPr>
          <w:p w14:paraId="7494E484"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65" w:type="pct"/>
            <w:tcBorders>
              <w:top w:val="nil"/>
              <w:left w:val="nil"/>
              <w:bottom w:val="single" w:sz="4" w:space="0" w:color="auto"/>
              <w:right w:val="single" w:sz="4" w:space="0" w:color="auto"/>
            </w:tcBorders>
            <w:vAlign w:val="center"/>
            <w:hideMark/>
          </w:tcPr>
          <w:p w14:paraId="0F0FA3E0"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31" w:type="pct"/>
            <w:tcBorders>
              <w:top w:val="nil"/>
              <w:left w:val="nil"/>
              <w:bottom w:val="single" w:sz="4" w:space="0" w:color="auto"/>
              <w:right w:val="single" w:sz="4" w:space="0" w:color="auto"/>
            </w:tcBorders>
            <w:vAlign w:val="center"/>
            <w:hideMark/>
          </w:tcPr>
          <w:p w14:paraId="660E8F08"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r>
      <w:tr w:rsidR="00140B62" w:rsidRPr="007E7D62" w14:paraId="6A279DDF"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18B3A10D"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reziduale menajere</w:t>
            </w:r>
          </w:p>
        </w:tc>
        <w:tc>
          <w:tcPr>
            <w:tcW w:w="1765" w:type="pct"/>
            <w:tcBorders>
              <w:top w:val="nil"/>
              <w:left w:val="nil"/>
              <w:bottom w:val="single" w:sz="4" w:space="0" w:color="auto"/>
              <w:right w:val="single" w:sz="4" w:space="0" w:color="auto"/>
            </w:tcBorders>
            <w:vAlign w:val="center"/>
            <w:hideMark/>
          </w:tcPr>
          <w:p w14:paraId="3E362AC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reziduale din deșeurile menajere și din deșeurile similare</w:t>
            </w:r>
          </w:p>
        </w:tc>
        <w:tc>
          <w:tcPr>
            <w:tcW w:w="1731" w:type="pct"/>
            <w:tcBorders>
              <w:top w:val="nil"/>
              <w:left w:val="nil"/>
              <w:bottom w:val="single" w:sz="4" w:space="0" w:color="auto"/>
              <w:right w:val="single" w:sz="4" w:space="0" w:color="auto"/>
            </w:tcBorders>
            <w:vAlign w:val="center"/>
            <w:hideMark/>
          </w:tcPr>
          <w:p w14:paraId="3F138023" w14:textId="01828FB2"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4 autogunoiere compactoare cu capacitatea cuprinsă între 3 – 16 mc</w:t>
            </w:r>
          </w:p>
        </w:tc>
      </w:tr>
      <w:tr w:rsidR="00140B62" w:rsidRPr="007E7D62" w14:paraId="3864B7D4"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0CE0681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65" w:type="pct"/>
            <w:tcBorders>
              <w:top w:val="nil"/>
              <w:left w:val="nil"/>
              <w:bottom w:val="single" w:sz="4" w:space="0" w:color="auto"/>
              <w:right w:val="single" w:sz="4" w:space="0" w:color="auto"/>
            </w:tcBorders>
            <w:vAlign w:val="center"/>
            <w:hideMark/>
          </w:tcPr>
          <w:p w14:paraId="1805889B" w14:textId="7FC38566"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deseurilor reziduale menajere din mediul urban zona de case si mediul rural: pubele de 80 l</w:t>
            </w:r>
          </w:p>
        </w:tc>
        <w:tc>
          <w:tcPr>
            <w:tcW w:w="1731" w:type="pct"/>
            <w:tcBorders>
              <w:top w:val="nil"/>
              <w:left w:val="nil"/>
              <w:bottom w:val="single" w:sz="4" w:space="0" w:color="auto"/>
              <w:right w:val="single" w:sz="4" w:space="0" w:color="auto"/>
            </w:tcBorders>
            <w:vAlign w:val="center"/>
            <w:hideMark/>
          </w:tcPr>
          <w:p w14:paraId="275664C6" w14:textId="12162BF4"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16CB4161" w14:textId="77777777" w:rsidTr="00EC7031">
        <w:trPr>
          <w:trHeight w:val="1020"/>
        </w:trPr>
        <w:tc>
          <w:tcPr>
            <w:tcW w:w="1505" w:type="pct"/>
            <w:vMerge w:val="restart"/>
            <w:tcBorders>
              <w:top w:val="nil"/>
              <w:left w:val="single" w:sz="4" w:space="0" w:color="auto"/>
              <w:bottom w:val="single" w:sz="4" w:space="0" w:color="auto"/>
              <w:right w:val="single" w:sz="4" w:space="0" w:color="auto"/>
            </w:tcBorders>
            <w:vAlign w:val="center"/>
            <w:hideMark/>
          </w:tcPr>
          <w:p w14:paraId="0AED06D4" w14:textId="77777777" w:rsidR="00A330A8" w:rsidRPr="007E7D62" w:rsidRDefault="00A330A8"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reciclabile menajere</w:t>
            </w:r>
          </w:p>
        </w:tc>
        <w:tc>
          <w:tcPr>
            <w:tcW w:w="1765" w:type="pct"/>
            <w:tcBorders>
              <w:top w:val="nil"/>
              <w:left w:val="nil"/>
              <w:bottom w:val="single" w:sz="4" w:space="0" w:color="auto"/>
              <w:right w:val="single" w:sz="4" w:space="0" w:color="auto"/>
            </w:tcBorders>
            <w:vAlign w:val="center"/>
            <w:hideMark/>
          </w:tcPr>
          <w:p w14:paraId="422B991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Sistemul de aport voluntar Recipiente pentru colectarea deșeurilor de hârtie/carton pentru platformele existente din mediul urban</w:t>
            </w:r>
          </w:p>
        </w:tc>
        <w:tc>
          <w:tcPr>
            <w:tcW w:w="1731" w:type="pct"/>
            <w:tcBorders>
              <w:top w:val="nil"/>
              <w:left w:val="nil"/>
              <w:bottom w:val="single" w:sz="4" w:space="0" w:color="auto"/>
              <w:right w:val="single" w:sz="4" w:space="0" w:color="auto"/>
            </w:tcBorders>
            <w:vAlign w:val="center"/>
            <w:hideMark/>
          </w:tcPr>
          <w:p w14:paraId="1D9C7899" w14:textId="7178101A"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71504EFA" w14:textId="77777777" w:rsidTr="00EC7031">
        <w:trPr>
          <w:trHeight w:val="1020"/>
        </w:trPr>
        <w:tc>
          <w:tcPr>
            <w:tcW w:w="1505" w:type="pct"/>
            <w:vMerge/>
            <w:tcBorders>
              <w:top w:val="nil"/>
              <w:left w:val="single" w:sz="4" w:space="0" w:color="auto"/>
              <w:bottom w:val="single" w:sz="4" w:space="0" w:color="auto"/>
              <w:right w:val="single" w:sz="4" w:space="0" w:color="auto"/>
            </w:tcBorders>
            <w:vAlign w:val="center"/>
            <w:hideMark/>
          </w:tcPr>
          <w:p w14:paraId="0E97D7C5" w14:textId="77777777" w:rsidR="00A330A8" w:rsidRPr="007E7D62" w:rsidRDefault="00A330A8"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723D5683"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Sistemul de aport voluntar Recipiente pentru colectarea deșeurilor de plastic/metal pentru platformele existente din mediul urban: </w:t>
            </w:r>
          </w:p>
        </w:tc>
        <w:tc>
          <w:tcPr>
            <w:tcW w:w="1731" w:type="pct"/>
            <w:tcBorders>
              <w:top w:val="nil"/>
              <w:left w:val="nil"/>
              <w:bottom w:val="single" w:sz="4" w:space="0" w:color="auto"/>
              <w:right w:val="single" w:sz="4" w:space="0" w:color="auto"/>
            </w:tcBorders>
            <w:vAlign w:val="center"/>
            <w:hideMark/>
          </w:tcPr>
          <w:p w14:paraId="362CD767" w14:textId="1DCE6DE1"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56AA9D91" w14:textId="77777777" w:rsidTr="00EC7031">
        <w:trPr>
          <w:trHeight w:val="1020"/>
        </w:trPr>
        <w:tc>
          <w:tcPr>
            <w:tcW w:w="1505" w:type="pct"/>
            <w:vMerge/>
            <w:tcBorders>
              <w:top w:val="nil"/>
              <w:left w:val="single" w:sz="4" w:space="0" w:color="auto"/>
              <w:bottom w:val="single" w:sz="4" w:space="0" w:color="auto"/>
              <w:right w:val="single" w:sz="4" w:space="0" w:color="auto"/>
            </w:tcBorders>
            <w:vAlign w:val="center"/>
            <w:hideMark/>
          </w:tcPr>
          <w:p w14:paraId="30F2AE61"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91885E5"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Sistemul de aport voluntar Recipiente pentru colectarea deșeurilor de sticla pentru platformele existente din mediul urban si rural</w:t>
            </w:r>
          </w:p>
        </w:tc>
        <w:tc>
          <w:tcPr>
            <w:tcW w:w="1731" w:type="pct"/>
            <w:tcBorders>
              <w:top w:val="nil"/>
              <w:left w:val="nil"/>
              <w:bottom w:val="single" w:sz="4" w:space="0" w:color="auto"/>
              <w:right w:val="single" w:sz="4" w:space="0" w:color="auto"/>
            </w:tcBorders>
            <w:vAlign w:val="center"/>
          </w:tcPr>
          <w:p w14:paraId="6CD5870B" w14:textId="3E2D6CA1"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518A63DC"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6A6BA528"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3EABD56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hârtie/carton din mediul rural: saci de 120 l</w:t>
            </w:r>
          </w:p>
        </w:tc>
        <w:tc>
          <w:tcPr>
            <w:tcW w:w="1731" w:type="pct"/>
            <w:tcBorders>
              <w:top w:val="nil"/>
              <w:left w:val="nil"/>
              <w:bottom w:val="single" w:sz="4" w:space="0" w:color="auto"/>
              <w:right w:val="single" w:sz="4" w:space="0" w:color="auto"/>
            </w:tcBorders>
            <w:vAlign w:val="center"/>
          </w:tcPr>
          <w:p w14:paraId="2B75973F"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100344 pe primul an de operare pentru Hartie si carton</w:t>
            </w:r>
          </w:p>
          <w:p w14:paraId="6127DE5C" w14:textId="59380521"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189EBB65"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4525D31A"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72060AA"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plastic/metal din mediul rural: saci de 120 l</w:t>
            </w:r>
          </w:p>
        </w:tc>
        <w:tc>
          <w:tcPr>
            <w:tcW w:w="1731" w:type="pct"/>
            <w:tcBorders>
              <w:top w:val="nil"/>
              <w:left w:val="nil"/>
              <w:bottom w:val="single" w:sz="4" w:space="0" w:color="auto"/>
              <w:right w:val="single" w:sz="4" w:space="0" w:color="auto"/>
            </w:tcBorders>
            <w:vAlign w:val="center"/>
          </w:tcPr>
          <w:p w14:paraId="5529BA7F"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100344 pe primul an de operare pentru Hartie si carton</w:t>
            </w:r>
          </w:p>
          <w:p w14:paraId="102939E5" w14:textId="3CE48F7A"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41F109CA"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1C87C3D2"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F7016A0"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hârtie/carton din mediul urban saci de 120 l</w:t>
            </w:r>
          </w:p>
        </w:tc>
        <w:tc>
          <w:tcPr>
            <w:tcW w:w="1731" w:type="pct"/>
            <w:tcBorders>
              <w:top w:val="nil"/>
              <w:left w:val="nil"/>
              <w:bottom w:val="single" w:sz="4" w:space="0" w:color="auto"/>
              <w:right w:val="single" w:sz="4" w:space="0" w:color="auto"/>
            </w:tcBorders>
            <w:vAlign w:val="center"/>
          </w:tcPr>
          <w:p w14:paraId="27610008"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360256 pe primul an de operare pentru Hartie si carton</w:t>
            </w:r>
          </w:p>
          <w:p w14:paraId="2A20A89B" w14:textId="4F4AFC09"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48517651"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57116F29"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2E25D7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plastic/metal din mediul urban saci de 120 l</w:t>
            </w:r>
          </w:p>
        </w:tc>
        <w:tc>
          <w:tcPr>
            <w:tcW w:w="1731" w:type="pct"/>
            <w:tcBorders>
              <w:top w:val="nil"/>
              <w:left w:val="nil"/>
              <w:bottom w:val="single" w:sz="4" w:space="0" w:color="auto"/>
              <w:right w:val="single" w:sz="4" w:space="0" w:color="auto"/>
            </w:tcBorders>
            <w:vAlign w:val="center"/>
          </w:tcPr>
          <w:p w14:paraId="0AB3C9E7"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360256 pe primul an de operare pentru Hartie si carton</w:t>
            </w:r>
          </w:p>
          <w:p w14:paraId="5129B6AA" w14:textId="2E555439"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68BB9BDA"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7834E41A"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201FC21E"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reciclabile colectate separat (din deșeurile menajere)</w:t>
            </w:r>
          </w:p>
        </w:tc>
        <w:tc>
          <w:tcPr>
            <w:tcW w:w="1731" w:type="pct"/>
            <w:tcBorders>
              <w:top w:val="nil"/>
              <w:left w:val="nil"/>
              <w:bottom w:val="single" w:sz="4" w:space="0" w:color="auto"/>
              <w:right w:val="single" w:sz="4" w:space="0" w:color="auto"/>
            </w:tcBorders>
            <w:vAlign w:val="center"/>
          </w:tcPr>
          <w:p w14:paraId="7D66B85C" w14:textId="1C57D085"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2 autogunoiere compactoare cu capacitatea cuprinsă între 3 – 16 mc</w:t>
            </w:r>
          </w:p>
        </w:tc>
      </w:tr>
      <w:tr w:rsidR="00140B62" w:rsidRPr="007E7D62" w14:paraId="2BC289B4" w14:textId="77777777" w:rsidTr="00EC7031">
        <w:trPr>
          <w:trHeight w:val="1043"/>
        </w:trPr>
        <w:tc>
          <w:tcPr>
            <w:tcW w:w="1505" w:type="pct"/>
            <w:vMerge w:val="restart"/>
            <w:tcBorders>
              <w:top w:val="nil"/>
              <w:left w:val="single" w:sz="4" w:space="0" w:color="auto"/>
              <w:bottom w:val="single" w:sz="4" w:space="0" w:color="auto"/>
              <w:right w:val="single" w:sz="4" w:space="0" w:color="auto"/>
            </w:tcBorders>
            <w:vAlign w:val="center"/>
            <w:hideMark/>
          </w:tcPr>
          <w:p w14:paraId="0056F2E9"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biodeșeurilor menajere</w:t>
            </w:r>
          </w:p>
        </w:tc>
        <w:tc>
          <w:tcPr>
            <w:tcW w:w="1765" w:type="pct"/>
            <w:tcBorders>
              <w:top w:val="nil"/>
              <w:left w:val="nil"/>
              <w:bottom w:val="single" w:sz="4" w:space="0" w:color="auto"/>
              <w:right w:val="single" w:sz="4" w:space="0" w:color="auto"/>
            </w:tcBorders>
            <w:vAlign w:val="center"/>
          </w:tcPr>
          <w:p w14:paraId="22B179A9" w14:textId="71969F31"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31" w:type="pct"/>
            <w:tcBorders>
              <w:top w:val="nil"/>
              <w:left w:val="nil"/>
              <w:bottom w:val="single" w:sz="4" w:space="0" w:color="auto"/>
              <w:right w:val="single" w:sz="4" w:space="0" w:color="auto"/>
            </w:tcBorders>
            <w:noWrap/>
            <w:vAlign w:val="center"/>
          </w:tcPr>
          <w:p w14:paraId="400D4A96" w14:textId="77777777" w:rsidR="00136D89" w:rsidRPr="007E7D62" w:rsidRDefault="003757FC"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Vor fi distribuite de operator bunurile achiztionate de CJ Arad.</w:t>
            </w:r>
          </w:p>
          <w:p w14:paraId="0D9517E6" w14:textId="07D4BBB7" w:rsidR="003757FC" w:rsidRPr="007E7D62" w:rsidRDefault="003757FC"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Vor fi incluse numai costurile cu distribuirea acestora la utilizatori</w:t>
            </w:r>
          </w:p>
        </w:tc>
      </w:tr>
      <w:tr w:rsidR="00140B62" w:rsidRPr="007E7D62" w14:paraId="67DA2C4F"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61298C3D"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1F5F5CD" w14:textId="08AEACC5"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31" w:type="pct"/>
            <w:tcBorders>
              <w:top w:val="nil"/>
              <w:left w:val="nil"/>
              <w:bottom w:val="single" w:sz="4" w:space="0" w:color="auto"/>
              <w:right w:val="single" w:sz="4" w:space="0" w:color="auto"/>
            </w:tcBorders>
            <w:vAlign w:val="center"/>
          </w:tcPr>
          <w:p w14:paraId="23E373B2" w14:textId="4E71C459"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1 autogunoiere compactoare cu capacitatea cuprinsă între 8 – 16 mc</w:t>
            </w:r>
          </w:p>
        </w:tc>
      </w:tr>
      <w:tr w:rsidR="00140B62" w:rsidRPr="007E7D62" w14:paraId="4F07CB8C"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37E2B8D4"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0FD96699"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Maşini pentru colectarea  şi  transportul biodeșeurilor menajere</w:t>
            </w:r>
          </w:p>
        </w:tc>
        <w:tc>
          <w:tcPr>
            <w:tcW w:w="1731" w:type="pct"/>
            <w:tcBorders>
              <w:top w:val="nil"/>
              <w:left w:val="nil"/>
              <w:bottom w:val="single" w:sz="4" w:space="0" w:color="auto"/>
              <w:right w:val="single" w:sz="4" w:space="0" w:color="auto"/>
            </w:tcBorders>
            <w:vAlign w:val="center"/>
          </w:tcPr>
          <w:p w14:paraId="2241BD4C" w14:textId="7D867148"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Utilizatorilor Non Casnici de pe teritoriul UAT urilor din zona de delegare</w:t>
            </w:r>
          </w:p>
        </w:tc>
      </w:tr>
      <w:tr w:rsidR="00140B62" w:rsidRPr="007E7D62" w14:paraId="57D771DB" w14:textId="77777777" w:rsidTr="00EC7031">
        <w:trPr>
          <w:trHeight w:val="765"/>
        </w:trPr>
        <w:tc>
          <w:tcPr>
            <w:tcW w:w="1505" w:type="pct"/>
            <w:vMerge w:val="restart"/>
            <w:tcBorders>
              <w:top w:val="nil"/>
              <w:left w:val="single" w:sz="4" w:space="0" w:color="auto"/>
              <w:bottom w:val="single" w:sz="4" w:space="0" w:color="auto"/>
              <w:right w:val="single" w:sz="4" w:space="0" w:color="auto"/>
            </w:tcBorders>
            <w:vAlign w:val="center"/>
            <w:hideMark/>
          </w:tcPr>
          <w:p w14:paraId="7918A9E0"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similare (inclusiv deșeurile din piețe)</w:t>
            </w:r>
          </w:p>
        </w:tc>
        <w:tc>
          <w:tcPr>
            <w:tcW w:w="1765" w:type="pct"/>
            <w:tcBorders>
              <w:top w:val="nil"/>
              <w:left w:val="nil"/>
              <w:bottom w:val="single" w:sz="4" w:space="0" w:color="auto"/>
              <w:right w:val="single" w:sz="4" w:space="0" w:color="auto"/>
            </w:tcBorders>
            <w:vAlign w:val="center"/>
            <w:hideMark/>
          </w:tcPr>
          <w:p w14:paraId="4239E56B"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reziduale similare (inclusiv deșeurile din piețe)</w:t>
            </w:r>
          </w:p>
        </w:tc>
        <w:tc>
          <w:tcPr>
            <w:tcW w:w="1731" w:type="pct"/>
            <w:tcBorders>
              <w:top w:val="nil"/>
              <w:left w:val="nil"/>
              <w:bottom w:val="single" w:sz="4" w:space="0" w:color="auto"/>
              <w:right w:val="single" w:sz="4" w:space="0" w:color="auto"/>
            </w:tcBorders>
            <w:vAlign w:val="center"/>
          </w:tcPr>
          <w:p w14:paraId="42231B34" w14:textId="29B4C70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Utilizatorilor Non Casnici de pe teritoriul UAT urilor din zona de delegare</w:t>
            </w:r>
          </w:p>
        </w:tc>
      </w:tr>
      <w:tr w:rsidR="00140B62" w:rsidRPr="007E7D62" w14:paraId="3DF4FF24"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7F37C1D6"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914226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reciclabile similare (inclusiv deșeurile din piețe)</w:t>
            </w:r>
          </w:p>
        </w:tc>
        <w:tc>
          <w:tcPr>
            <w:tcW w:w="1731" w:type="pct"/>
            <w:tcBorders>
              <w:top w:val="nil"/>
              <w:left w:val="nil"/>
              <w:bottom w:val="single" w:sz="4" w:space="0" w:color="auto"/>
              <w:right w:val="single" w:sz="4" w:space="0" w:color="auto"/>
            </w:tcBorders>
            <w:vAlign w:val="center"/>
          </w:tcPr>
          <w:p w14:paraId="3479C12F" w14:textId="1744125D"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administratorilor piețelor/târgurilor</w:t>
            </w:r>
          </w:p>
        </w:tc>
      </w:tr>
      <w:tr w:rsidR="00140B62" w:rsidRPr="007E7D62" w14:paraId="7620E428"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7AECE476"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D0581A5"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biodeșeurilor din piețe si de la utilizatorii non casnici</w:t>
            </w:r>
          </w:p>
        </w:tc>
        <w:tc>
          <w:tcPr>
            <w:tcW w:w="1731" w:type="pct"/>
            <w:tcBorders>
              <w:top w:val="nil"/>
              <w:left w:val="nil"/>
              <w:bottom w:val="single" w:sz="4" w:space="0" w:color="auto"/>
              <w:right w:val="single" w:sz="4" w:space="0" w:color="auto"/>
            </w:tcBorders>
            <w:vAlign w:val="center"/>
          </w:tcPr>
          <w:p w14:paraId="074B7DAC" w14:textId="298143D1"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1 autogunoiere compactoare cu capacitatea cuprinsă între 8 – 16 mc</w:t>
            </w:r>
          </w:p>
        </w:tc>
      </w:tr>
      <w:tr w:rsidR="00140B62" w:rsidRPr="007E7D62" w14:paraId="7CD8DD37"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66DDC6F8"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526FC6C"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similare (inclusiv deșeurile din piețe)</w:t>
            </w:r>
          </w:p>
        </w:tc>
        <w:tc>
          <w:tcPr>
            <w:tcW w:w="1731" w:type="pct"/>
            <w:tcBorders>
              <w:top w:val="nil"/>
              <w:left w:val="nil"/>
              <w:bottom w:val="single" w:sz="4" w:space="0" w:color="auto"/>
              <w:right w:val="single" w:sz="4" w:space="0" w:color="auto"/>
            </w:tcBorders>
            <w:vAlign w:val="center"/>
          </w:tcPr>
          <w:p w14:paraId="23AE9D64" w14:textId="5F136E15"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Minim 1 buc.</w:t>
            </w:r>
          </w:p>
        </w:tc>
      </w:tr>
      <w:tr w:rsidR="00140B62" w:rsidRPr="007E7D62" w14:paraId="25B6EE36" w14:textId="77777777" w:rsidTr="00EC7031">
        <w:trPr>
          <w:trHeight w:val="510"/>
        </w:trPr>
        <w:tc>
          <w:tcPr>
            <w:tcW w:w="1505" w:type="pct"/>
            <w:tcBorders>
              <w:top w:val="nil"/>
              <w:left w:val="single" w:sz="4" w:space="0" w:color="auto"/>
              <w:bottom w:val="single" w:sz="4" w:space="0" w:color="auto"/>
              <w:right w:val="single" w:sz="4" w:space="0" w:color="auto"/>
            </w:tcBorders>
            <w:vAlign w:val="center"/>
            <w:hideMark/>
          </w:tcPr>
          <w:p w14:paraId="26AB89A8"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Spălarea recipientelor de colectare</w:t>
            </w:r>
          </w:p>
        </w:tc>
        <w:tc>
          <w:tcPr>
            <w:tcW w:w="1765" w:type="pct"/>
            <w:tcBorders>
              <w:top w:val="nil"/>
              <w:left w:val="nil"/>
              <w:bottom w:val="single" w:sz="4" w:space="0" w:color="auto"/>
              <w:right w:val="single" w:sz="4" w:space="0" w:color="auto"/>
            </w:tcBorders>
            <w:vAlign w:val="center"/>
            <w:hideMark/>
          </w:tcPr>
          <w:p w14:paraId="1DCCC37B"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Unitate mobilă pentru spălat recipiente de colectare (pubele și containere)</w:t>
            </w:r>
          </w:p>
        </w:tc>
        <w:tc>
          <w:tcPr>
            <w:tcW w:w="1731" w:type="pct"/>
            <w:tcBorders>
              <w:top w:val="nil"/>
              <w:left w:val="nil"/>
              <w:bottom w:val="single" w:sz="4" w:space="0" w:color="auto"/>
              <w:right w:val="single" w:sz="4" w:space="0" w:color="auto"/>
            </w:tcBorders>
            <w:vAlign w:val="center"/>
          </w:tcPr>
          <w:p w14:paraId="53740A2B" w14:textId="07730E93"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 1 buc.</w:t>
            </w:r>
          </w:p>
        </w:tc>
      </w:tr>
      <w:tr w:rsidR="00140B62" w:rsidRPr="007E7D62" w14:paraId="4041EF98" w14:textId="77777777" w:rsidTr="00EC7031">
        <w:trPr>
          <w:trHeight w:val="510"/>
        </w:trPr>
        <w:tc>
          <w:tcPr>
            <w:tcW w:w="1505" w:type="pct"/>
            <w:tcBorders>
              <w:top w:val="nil"/>
              <w:left w:val="single" w:sz="4" w:space="0" w:color="auto"/>
              <w:bottom w:val="single" w:sz="4" w:space="0" w:color="auto"/>
              <w:right w:val="single" w:sz="4" w:space="0" w:color="auto"/>
            </w:tcBorders>
            <w:vAlign w:val="center"/>
            <w:hideMark/>
          </w:tcPr>
          <w:p w14:paraId="75DD583E"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periculoase din deșeurile menajere</w:t>
            </w:r>
          </w:p>
        </w:tc>
        <w:tc>
          <w:tcPr>
            <w:tcW w:w="1765" w:type="pct"/>
            <w:tcBorders>
              <w:top w:val="nil"/>
              <w:left w:val="nil"/>
              <w:bottom w:val="single" w:sz="4" w:space="0" w:color="auto"/>
              <w:right w:val="single" w:sz="4" w:space="0" w:color="auto"/>
            </w:tcBorders>
            <w:vAlign w:val="center"/>
            <w:hideMark/>
          </w:tcPr>
          <w:p w14:paraId="478F3F6E"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Dotarea Bazei proprii:-       container min. 4 mc colectarea deșeurilor periculoase</w:t>
            </w:r>
          </w:p>
        </w:tc>
        <w:tc>
          <w:tcPr>
            <w:tcW w:w="1731" w:type="pct"/>
            <w:tcBorders>
              <w:top w:val="nil"/>
              <w:left w:val="nil"/>
              <w:bottom w:val="single" w:sz="4" w:space="0" w:color="auto"/>
              <w:right w:val="single" w:sz="4" w:space="0" w:color="auto"/>
            </w:tcBorders>
            <w:vAlign w:val="center"/>
          </w:tcPr>
          <w:p w14:paraId="5D813102" w14:textId="6402C2F1"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Autoutilitara dotata cu recipente de diferite dimeniuni specializate pentru deseuri menajere periculoase Min 1 buc</w:t>
            </w:r>
          </w:p>
        </w:tc>
      </w:tr>
      <w:tr w:rsidR="00140B62" w:rsidRPr="007E7D62" w14:paraId="127EE886"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3C917A34"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si transportul deseurilor periculoase din deseurile menajere</w:t>
            </w:r>
          </w:p>
        </w:tc>
        <w:tc>
          <w:tcPr>
            <w:tcW w:w="1765" w:type="pct"/>
            <w:tcBorders>
              <w:top w:val="nil"/>
              <w:left w:val="nil"/>
              <w:bottom w:val="single" w:sz="4" w:space="0" w:color="auto"/>
              <w:right w:val="single" w:sz="4" w:space="0" w:color="auto"/>
            </w:tcBorders>
            <w:vAlign w:val="center"/>
            <w:hideMark/>
          </w:tcPr>
          <w:p w14:paraId="3409EA84" w14:textId="73CB6780"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Autovehicul pentru colectarea deseurilor periculoase</w:t>
            </w:r>
          </w:p>
        </w:tc>
        <w:tc>
          <w:tcPr>
            <w:tcW w:w="1731" w:type="pct"/>
            <w:tcBorders>
              <w:top w:val="nil"/>
              <w:left w:val="nil"/>
              <w:bottom w:val="single" w:sz="4" w:space="0" w:color="auto"/>
              <w:right w:val="single" w:sz="4" w:space="0" w:color="auto"/>
            </w:tcBorders>
            <w:vAlign w:val="center"/>
          </w:tcPr>
          <w:p w14:paraId="7B76AAAF" w14:textId="4CC65D96" w:rsidR="00136D89" w:rsidRPr="007E7D62" w:rsidRDefault="00136D89" w:rsidP="00EC7031">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 </w:t>
            </w:r>
            <w:r w:rsidR="00EC7031">
              <w:rPr>
                <w:rFonts w:asciiTheme="majorHAnsi" w:hAnsiTheme="majorHAnsi" w:cstheme="majorHAnsi"/>
                <w:sz w:val="24"/>
                <w:szCs w:val="24"/>
              </w:rPr>
              <w:t>1 buc</w:t>
            </w:r>
          </w:p>
        </w:tc>
      </w:tr>
      <w:tr w:rsidR="00140B62" w:rsidRPr="007E7D62" w14:paraId="7662AC61" w14:textId="77777777" w:rsidTr="00EC7031">
        <w:trPr>
          <w:trHeight w:val="510"/>
        </w:trPr>
        <w:tc>
          <w:tcPr>
            <w:tcW w:w="1505" w:type="pct"/>
            <w:vMerge w:val="restart"/>
            <w:tcBorders>
              <w:top w:val="nil"/>
              <w:left w:val="single" w:sz="4" w:space="0" w:color="auto"/>
              <w:bottom w:val="single" w:sz="4" w:space="0" w:color="auto"/>
              <w:right w:val="single" w:sz="4" w:space="0" w:color="auto"/>
            </w:tcBorders>
            <w:vAlign w:val="center"/>
            <w:hideMark/>
          </w:tcPr>
          <w:p w14:paraId="44ABB405"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si transportul deseurilor voluminoase</w:t>
            </w:r>
          </w:p>
        </w:tc>
        <w:tc>
          <w:tcPr>
            <w:tcW w:w="1765" w:type="pct"/>
            <w:tcBorders>
              <w:top w:val="nil"/>
              <w:left w:val="nil"/>
              <w:bottom w:val="single" w:sz="4" w:space="0" w:color="auto"/>
              <w:right w:val="single" w:sz="4" w:space="0" w:color="auto"/>
            </w:tcBorders>
            <w:vAlign w:val="center"/>
            <w:hideMark/>
          </w:tcPr>
          <w:p w14:paraId="0A25ECCD" w14:textId="2B967E46" w:rsidR="00136D89" w:rsidRPr="007E7D62" w:rsidRDefault="00AF1763"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w:t>
            </w:r>
            <w:r w:rsidR="00136D89" w:rsidRPr="007E7D62">
              <w:rPr>
                <w:rFonts w:asciiTheme="majorHAnsi" w:eastAsia="Times New Roman" w:hAnsiTheme="majorHAnsi" w:cstheme="majorHAnsi"/>
                <w:sz w:val="24"/>
                <w:szCs w:val="24"/>
              </w:rPr>
              <w:t>piente pentru colectarea deseurilor voluminoase – containere metalice</w:t>
            </w:r>
          </w:p>
        </w:tc>
        <w:tc>
          <w:tcPr>
            <w:tcW w:w="1731" w:type="pct"/>
            <w:tcBorders>
              <w:top w:val="nil"/>
              <w:left w:val="nil"/>
              <w:bottom w:val="single" w:sz="4" w:space="0" w:color="auto"/>
              <w:right w:val="single" w:sz="4" w:space="0" w:color="auto"/>
            </w:tcBorders>
            <w:vAlign w:val="center"/>
          </w:tcPr>
          <w:p w14:paraId="6BFA24CD" w14:textId="4D6BD248"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 1 buc</w:t>
            </w:r>
          </w:p>
        </w:tc>
      </w:tr>
      <w:tr w:rsidR="00140B62" w:rsidRPr="007E7D62" w14:paraId="70F2D4C9"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427BF242"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2809B2E8"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autovehicul specializat tip platforma actionata hidraulic dotata cu sistem de ridicare hidraulica</w:t>
            </w:r>
          </w:p>
        </w:tc>
        <w:tc>
          <w:tcPr>
            <w:tcW w:w="1731" w:type="pct"/>
            <w:tcBorders>
              <w:top w:val="nil"/>
              <w:left w:val="nil"/>
              <w:bottom w:val="single" w:sz="4" w:space="0" w:color="auto"/>
              <w:right w:val="single" w:sz="4" w:space="0" w:color="auto"/>
            </w:tcBorders>
            <w:vAlign w:val="center"/>
          </w:tcPr>
          <w:p w14:paraId="17213B76" w14:textId="3C6EE2C2"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Conform solicitarii utilizatorilor</w:t>
            </w:r>
          </w:p>
        </w:tc>
      </w:tr>
      <w:tr w:rsidR="00140B62" w:rsidRPr="007E7D62" w14:paraId="50B25284" w14:textId="77777777" w:rsidTr="00EC7031">
        <w:trPr>
          <w:trHeight w:val="510"/>
        </w:trPr>
        <w:tc>
          <w:tcPr>
            <w:tcW w:w="1505" w:type="pct"/>
            <w:vMerge w:val="restart"/>
            <w:tcBorders>
              <w:top w:val="nil"/>
              <w:left w:val="single" w:sz="4" w:space="0" w:color="auto"/>
              <w:bottom w:val="single" w:sz="4" w:space="0" w:color="auto"/>
              <w:right w:val="single" w:sz="4" w:space="0" w:color="auto"/>
            </w:tcBorders>
            <w:vAlign w:val="center"/>
            <w:hideMark/>
          </w:tcPr>
          <w:p w14:paraId="2EDA28B1"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Colectarea si transportul deseurilor provenite din locuinte , generate de </w:t>
            </w:r>
            <w:r w:rsidRPr="007E7D62">
              <w:rPr>
                <w:rFonts w:asciiTheme="majorHAnsi" w:eastAsia="Times New Roman" w:hAnsiTheme="majorHAnsi" w:cstheme="majorHAnsi"/>
                <w:sz w:val="24"/>
                <w:szCs w:val="24"/>
              </w:rPr>
              <w:lastRenderedPageBreak/>
              <w:t>activitati de reamenajare si reabilitare interioara si/sau exterioara a acestora</w:t>
            </w:r>
          </w:p>
        </w:tc>
        <w:tc>
          <w:tcPr>
            <w:tcW w:w="1765" w:type="pct"/>
            <w:tcBorders>
              <w:top w:val="nil"/>
              <w:left w:val="nil"/>
              <w:bottom w:val="single" w:sz="4" w:space="0" w:color="auto"/>
              <w:right w:val="single" w:sz="4" w:space="0" w:color="auto"/>
            </w:tcBorders>
            <w:vAlign w:val="center"/>
            <w:hideMark/>
          </w:tcPr>
          <w:p w14:paraId="0257E9F1" w14:textId="5C1B978B"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lastRenderedPageBreak/>
              <w:t xml:space="preserve">echipamente pentru colectare – saci din material rezistent </w:t>
            </w:r>
          </w:p>
        </w:tc>
        <w:tc>
          <w:tcPr>
            <w:tcW w:w="1731" w:type="pct"/>
            <w:tcBorders>
              <w:top w:val="nil"/>
              <w:left w:val="nil"/>
              <w:bottom w:val="single" w:sz="4" w:space="0" w:color="auto"/>
              <w:right w:val="single" w:sz="4" w:space="0" w:color="auto"/>
            </w:tcBorders>
            <w:vAlign w:val="center"/>
          </w:tcPr>
          <w:p w14:paraId="01B67BA6" w14:textId="04FDF4B6"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1 buc</w:t>
            </w:r>
          </w:p>
        </w:tc>
      </w:tr>
      <w:tr w:rsidR="00140B62" w:rsidRPr="007E7D62" w14:paraId="1F4E2CDB" w14:textId="77777777" w:rsidTr="00EC7031">
        <w:trPr>
          <w:trHeight w:val="300"/>
        </w:trPr>
        <w:tc>
          <w:tcPr>
            <w:tcW w:w="1505" w:type="pct"/>
            <w:vMerge/>
            <w:tcBorders>
              <w:top w:val="nil"/>
              <w:left w:val="single" w:sz="4" w:space="0" w:color="auto"/>
              <w:bottom w:val="single" w:sz="4" w:space="0" w:color="auto"/>
              <w:right w:val="single" w:sz="4" w:space="0" w:color="auto"/>
            </w:tcBorders>
            <w:vAlign w:val="center"/>
            <w:hideMark/>
          </w:tcPr>
          <w:p w14:paraId="6414802B"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0185CB3D"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containere metalice 10 mc</w:t>
            </w:r>
          </w:p>
        </w:tc>
        <w:tc>
          <w:tcPr>
            <w:tcW w:w="1731" w:type="pct"/>
            <w:tcBorders>
              <w:top w:val="nil"/>
              <w:left w:val="nil"/>
              <w:bottom w:val="single" w:sz="4" w:space="0" w:color="auto"/>
              <w:right w:val="single" w:sz="4" w:space="0" w:color="auto"/>
            </w:tcBorders>
            <w:vAlign w:val="center"/>
          </w:tcPr>
          <w:p w14:paraId="04D29FEE" w14:textId="1DA1A17E"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1 buc</w:t>
            </w:r>
          </w:p>
        </w:tc>
      </w:tr>
      <w:tr w:rsidR="00140B62" w:rsidRPr="007E7D62" w14:paraId="0FA3A49B"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151B7FCC"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B026C11"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autovehicul specializat tip platforma actionata hidraulic dotata cu sistem de ridicare hidraulica</w:t>
            </w:r>
          </w:p>
        </w:tc>
        <w:tc>
          <w:tcPr>
            <w:tcW w:w="1731" w:type="pct"/>
            <w:tcBorders>
              <w:top w:val="nil"/>
              <w:left w:val="nil"/>
              <w:bottom w:val="single" w:sz="4" w:space="0" w:color="auto"/>
              <w:right w:val="single" w:sz="4" w:space="0" w:color="auto"/>
            </w:tcBorders>
            <w:vAlign w:val="center"/>
          </w:tcPr>
          <w:p w14:paraId="06F8BE27" w14:textId="5CBD1B2A"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1 buc</w:t>
            </w:r>
          </w:p>
        </w:tc>
      </w:tr>
      <w:tr w:rsidR="00140B62" w:rsidRPr="007E7D62" w14:paraId="408C71C3" w14:textId="77777777" w:rsidTr="00EC7031">
        <w:trPr>
          <w:trHeight w:val="525"/>
        </w:trPr>
        <w:tc>
          <w:tcPr>
            <w:tcW w:w="1505" w:type="pct"/>
            <w:tcBorders>
              <w:top w:val="nil"/>
              <w:left w:val="single" w:sz="4" w:space="0" w:color="auto"/>
              <w:bottom w:val="single" w:sz="4" w:space="0" w:color="auto"/>
              <w:right w:val="single" w:sz="4" w:space="0" w:color="auto"/>
            </w:tcBorders>
            <w:vAlign w:val="center"/>
            <w:hideMark/>
          </w:tcPr>
          <w:p w14:paraId="13EE77E6"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Altele</w:t>
            </w:r>
          </w:p>
        </w:tc>
        <w:tc>
          <w:tcPr>
            <w:tcW w:w="1765" w:type="pct"/>
            <w:tcBorders>
              <w:top w:val="nil"/>
              <w:left w:val="nil"/>
              <w:bottom w:val="single" w:sz="4" w:space="0" w:color="auto"/>
              <w:right w:val="single" w:sz="4" w:space="0" w:color="auto"/>
            </w:tcBorders>
            <w:vAlign w:val="bottom"/>
            <w:hideMark/>
          </w:tcPr>
          <w:p w14:paraId="3E7A5EC3" w14:textId="1A77560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Autoturism monitorizare cu toate costurile incluse </w:t>
            </w:r>
          </w:p>
        </w:tc>
        <w:tc>
          <w:tcPr>
            <w:tcW w:w="1731" w:type="pct"/>
            <w:tcBorders>
              <w:top w:val="nil"/>
              <w:left w:val="nil"/>
              <w:bottom w:val="single" w:sz="4" w:space="0" w:color="auto"/>
              <w:right w:val="single" w:sz="4" w:space="0" w:color="auto"/>
            </w:tcBorders>
            <w:vAlign w:val="center"/>
            <w:hideMark/>
          </w:tcPr>
          <w:p w14:paraId="77923F1F" w14:textId="36BF1DC2" w:rsidR="00136D89" w:rsidRPr="007E7D62" w:rsidRDefault="005D4810"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1 buc</w:t>
            </w:r>
          </w:p>
        </w:tc>
      </w:tr>
      <w:tr w:rsidR="00140B62" w:rsidRPr="007E7D62" w14:paraId="77F8B00B" w14:textId="77777777" w:rsidTr="00EC7031">
        <w:trPr>
          <w:trHeight w:val="300"/>
        </w:trPr>
        <w:tc>
          <w:tcPr>
            <w:tcW w:w="1505" w:type="pct"/>
            <w:tcBorders>
              <w:top w:val="nil"/>
              <w:left w:val="nil"/>
              <w:bottom w:val="nil"/>
              <w:right w:val="nil"/>
            </w:tcBorders>
            <w:vAlign w:val="center"/>
            <w:hideMark/>
          </w:tcPr>
          <w:p w14:paraId="66F51616"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65" w:type="pct"/>
            <w:tcBorders>
              <w:top w:val="nil"/>
              <w:left w:val="nil"/>
              <w:bottom w:val="nil"/>
              <w:right w:val="nil"/>
            </w:tcBorders>
            <w:vAlign w:val="center"/>
            <w:hideMark/>
          </w:tcPr>
          <w:p w14:paraId="635D386F"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31" w:type="pct"/>
            <w:tcBorders>
              <w:top w:val="nil"/>
              <w:left w:val="nil"/>
              <w:bottom w:val="nil"/>
              <w:right w:val="nil"/>
            </w:tcBorders>
            <w:vAlign w:val="center"/>
            <w:hideMark/>
          </w:tcPr>
          <w:p w14:paraId="0A4AF07D"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p>
        </w:tc>
      </w:tr>
      <w:tr w:rsidR="005D4810" w:rsidRPr="00140B62" w14:paraId="34B09D24" w14:textId="77777777" w:rsidTr="0017399A">
        <w:trPr>
          <w:trHeight w:val="1305"/>
        </w:trPr>
        <w:tc>
          <w:tcPr>
            <w:tcW w:w="5000" w:type="pct"/>
            <w:gridSpan w:val="3"/>
            <w:tcBorders>
              <w:top w:val="nil"/>
              <w:left w:val="nil"/>
              <w:bottom w:val="nil"/>
              <w:right w:val="nil"/>
            </w:tcBorders>
            <w:noWrap/>
            <w:vAlign w:val="center"/>
            <w:hideMark/>
          </w:tcPr>
          <w:p w14:paraId="1A867E86" w14:textId="63898500" w:rsidR="00136D89" w:rsidRPr="00140B62" w:rsidRDefault="00136D89" w:rsidP="00CC3997">
            <w:pPr>
              <w:spacing w:after="0" w:line="240" w:lineRule="auto"/>
              <w:jc w:val="both"/>
              <w:rPr>
                <w:rFonts w:asciiTheme="majorHAnsi" w:eastAsia="Times New Roman" w:hAnsiTheme="majorHAnsi" w:cstheme="majorHAnsi"/>
                <w:sz w:val="24"/>
                <w:szCs w:val="24"/>
              </w:rPr>
            </w:pPr>
            <w:bookmarkStart w:id="8" w:name="RANGE!B349"/>
            <w:r w:rsidRPr="007E7D62">
              <w:rPr>
                <w:rFonts w:asciiTheme="majorHAnsi" w:eastAsia="Times New Roman" w:hAnsiTheme="majorHAnsi" w:cstheme="majorHAnsi"/>
                <w:sz w:val="24"/>
                <w:szCs w:val="24"/>
              </w:rPr>
              <w:t xml:space="preserve">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w:t>
            </w:r>
            <w:r w:rsidRPr="007E7D62">
              <w:rPr>
                <w:rFonts w:asciiTheme="majorHAnsi" w:eastAsia="Times New Roman" w:hAnsiTheme="majorHAnsi" w:cstheme="majorHAnsi"/>
                <w:sz w:val="24"/>
                <w:szCs w:val="24"/>
                <w:u w:val="single"/>
              </w:rPr>
              <w:t xml:space="preserve">Pot fi </w:t>
            </w:r>
            <w:r w:rsidR="00CC3997">
              <w:rPr>
                <w:rFonts w:asciiTheme="majorHAnsi" w:eastAsia="Times New Roman" w:hAnsiTheme="majorHAnsi" w:cstheme="majorHAnsi"/>
                <w:sz w:val="24"/>
                <w:szCs w:val="24"/>
                <w:u w:val="single"/>
              </w:rPr>
              <w:t>achiziționate</w:t>
            </w:r>
            <w:r w:rsidRPr="007E7D62">
              <w:rPr>
                <w:rFonts w:asciiTheme="majorHAnsi" w:eastAsia="Times New Roman" w:hAnsiTheme="majorHAnsi" w:cstheme="majorHAnsi"/>
                <w:sz w:val="24"/>
                <w:szCs w:val="24"/>
                <w:u w:val="single"/>
              </w:rPr>
              <w:t xml:space="preserve"> doar vehicule al căror nivel de noxe </w:t>
            </w:r>
            <w:r w:rsidRPr="00645138">
              <w:rPr>
                <w:rFonts w:asciiTheme="majorHAnsi" w:eastAsia="Times New Roman" w:hAnsiTheme="majorHAnsi" w:cstheme="majorHAnsi"/>
                <w:sz w:val="24"/>
                <w:szCs w:val="24"/>
                <w:u w:val="single"/>
              </w:rPr>
              <w:t xml:space="preserve">minim admis să fie EURO </w:t>
            </w:r>
            <w:r w:rsidR="00645138" w:rsidRPr="00645138">
              <w:rPr>
                <w:rFonts w:asciiTheme="majorHAnsi" w:eastAsia="Times New Roman" w:hAnsiTheme="majorHAnsi" w:cstheme="majorHAnsi"/>
                <w:sz w:val="24"/>
                <w:szCs w:val="24"/>
                <w:u w:val="single"/>
              </w:rPr>
              <w:t>5</w:t>
            </w:r>
            <w:r w:rsidRPr="00645138">
              <w:rPr>
                <w:rFonts w:asciiTheme="majorHAnsi" w:eastAsia="Times New Roman" w:hAnsiTheme="majorHAnsi" w:cstheme="majorHAnsi"/>
                <w:sz w:val="24"/>
                <w:szCs w:val="24"/>
                <w:u w:val="single"/>
              </w:rPr>
              <w:t>.</w:t>
            </w:r>
            <w:bookmarkEnd w:id="8"/>
          </w:p>
        </w:tc>
      </w:tr>
    </w:tbl>
    <w:p w14:paraId="112A8BF7" w14:textId="77777777" w:rsidR="0017399A" w:rsidRPr="00757037" w:rsidRDefault="0017399A" w:rsidP="004A3BE9">
      <w:pPr>
        <w:spacing w:after="0" w:line="240" w:lineRule="auto"/>
        <w:jc w:val="both"/>
        <w:rPr>
          <w:rFonts w:asciiTheme="majorHAnsi" w:eastAsia="Times New Roman" w:hAnsiTheme="majorHAnsi" w:cstheme="majorHAnsi"/>
          <w:sz w:val="24"/>
          <w:szCs w:val="24"/>
        </w:rPr>
      </w:pPr>
    </w:p>
    <w:p w14:paraId="4D471F9E" w14:textId="323E017D" w:rsidR="009D5026" w:rsidRDefault="00A52AF0" w:rsidP="004A3BE9">
      <w:pPr>
        <w:spacing w:after="0" w:line="240" w:lineRule="auto"/>
        <w:jc w:val="both"/>
        <w:rPr>
          <w:rFonts w:asciiTheme="majorHAnsi" w:eastAsia="Times New Roman" w:hAnsiTheme="majorHAnsi" w:cstheme="majorHAnsi"/>
          <w:sz w:val="24"/>
          <w:szCs w:val="24"/>
        </w:rPr>
      </w:pPr>
      <w:r w:rsidRPr="00757037">
        <w:rPr>
          <w:rFonts w:asciiTheme="majorHAnsi" w:eastAsia="Times New Roman" w:hAnsiTheme="majorHAnsi" w:cstheme="majorHAnsi"/>
          <w:sz w:val="24"/>
          <w:szCs w:val="24"/>
        </w:rPr>
        <w:t>NOTÃ: Sacii achiziționați, dar nedistribuiți în cursul anului contractual se reporteazã în anul urmãtor. La încetarea contractului sacii achiziționați conform obligațiilor contractuale rãmași nedistribuiți constituie bunuri de retur din investiții și vor fi predați cãtre Consiliul Județean Arad.</w:t>
      </w:r>
    </w:p>
    <w:p w14:paraId="0236D522" w14:textId="77777777" w:rsidR="00D36C2E" w:rsidRDefault="00D36C2E" w:rsidP="004A3BE9">
      <w:pPr>
        <w:spacing w:after="0" w:line="240" w:lineRule="auto"/>
        <w:jc w:val="both"/>
        <w:rPr>
          <w:rFonts w:asciiTheme="majorHAnsi" w:eastAsia="Times New Roman" w:hAnsiTheme="majorHAnsi" w:cstheme="majorHAnsi"/>
          <w:sz w:val="24"/>
          <w:szCs w:val="24"/>
        </w:rPr>
      </w:pPr>
    </w:p>
    <w:p w14:paraId="0C9B39B8" w14:textId="77777777" w:rsidR="00D36C2E" w:rsidRDefault="00D36C2E" w:rsidP="004A3BE9">
      <w:pPr>
        <w:spacing w:after="0" w:line="240" w:lineRule="auto"/>
        <w:jc w:val="both"/>
        <w:rPr>
          <w:rFonts w:asciiTheme="majorHAnsi" w:eastAsia="Times New Roman" w:hAnsiTheme="majorHAnsi" w:cstheme="majorHAnsi"/>
          <w:sz w:val="24"/>
          <w:szCs w:val="24"/>
        </w:rPr>
      </w:pPr>
    </w:p>
    <w:p w14:paraId="3A01FC72" w14:textId="698035A3" w:rsidR="00D36C2E" w:rsidRDefault="00D36C2E" w:rsidP="004A3BE9">
      <w:pPr>
        <w:spacing w:after="0" w:line="240" w:lineRule="auto"/>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Toate bunurile din Planul de investiții vor fi amortizate până la finalizarea contractului, respectiv data de 24.04.2032.</w:t>
      </w:r>
    </w:p>
    <w:p w14:paraId="026C0BB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DCDB9B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62CF18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B99CCD6"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303D63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D3BBD2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3EBF3F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7F347E8"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F5C5AA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959A33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012A7C5"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EA81F2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19ECD6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09C194E"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0A2020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70E1397"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6577A0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B8D562F"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36025C1"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1D5B79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6EA757F"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6109B0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7CE087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91A9890"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8B63638"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DA08341"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34906F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66ABCB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1F94506"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BAA022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521D51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277C0A4" w14:textId="77777777" w:rsidR="008B2EA6" w:rsidRPr="00C151FB" w:rsidRDefault="008B2EA6" w:rsidP="008B2EA6">
      <w:pPr>
        <w:autoSpaceDE w:val="0"/>
        <w:autoSpaceDN w:val="0"/>
        <w:adjustRightInd w:val="0"/>
        <w:spacing w:after="0" w:line="240" w:lineRule="auto"/>
        <w:jc w:val="center"/>
        <w:rPr>
          <w:rFonts w:ascii="Times New Roman" w:hAnsi="Times New Roman" w:cs="Times New Roman"/>
          <w:b/>
          <w:bCs/>
          <w:sz w:val="24"/>
          <w:szCs w:val="24"/>
        </w:rPr>
      </w:pPr>
      <w:r w:rsidRPr="00C151FB">
        <w:rPr>
          <w:rFonts w:ascii="Times New Roman" w:hAnsi="Times New Roman" w:cs="Times New Roman"/>
          <w:b/>
          <w:bCs/>
          <w:sz w:val="24"/>
          <w:szCs w:val="24"/>
        </w:rPr>
        <w:t>Fisa de date</w:t>
      </w:r>
    </w:p>
    <w:p w14:paraId="47260B79" w14:textId="77777777" w:rsidR="008B2EA6" w:rsidRPr="00C151FB" w:rsidRDefault="008B2EA6" w:rsidP="008B2EA6">
      <w:pPr>
        <w:autoSpaceDE w:val="0"/>
        <w:autoSpaceDN w:val="0"/>
        <w:adjustRightInd w:val="0"/>
        <w:spacing w:after="0" w:line="240" w:lineRule="auto"/>
        <w:jc w:val="center"/>
        <w:rPr>
          <w:rFonts w:ascii="Times New Roman" w:hAnsi="Times New Roman" w:cs="Times New Roman"/>
          <w:b/>
          <w:bCs/>
          <w:sz w:val="24"/>
          <w:szCs w:val="24"/>
        </w:rPr>
      </w:pPr>
    </w:p>
    <w:p w14:paraId="19930E2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Tip anunț: Anunț de concesionare</w:t>
      </w:r>
    </w:p>
    <w:p w14:paraId="3991EB6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Tip Legislație: Legea nr. 100/23.05.2016</w:t>
      </w:r>
    </w:p>
    <w:p w14:paraId="2E01432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0179525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S-a organizat o consultare de piața: Nu</w:t>
      </w:r>
    </w:p>
    <w:p w14:paraId="26585EB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735A803" w14:textId="77777777" w:rsidR="008B2EA6" w:rsidRPr="00C151FB" w:rsidRDefault="008B2EA6" w:rsidP="008B2EA6">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t>Secțiunea I Autoritatea contractanta</w:t>
      </w:r>
    </w:p>
    <w:p w14:paraId="507B35CC"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I.1) Denumire si adrese</w:t>
      </w:r>
    </w:p>
    <w:p w14:paraId="21CBA5D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Asociația de Dezvoltare Intercomunitară Sistem Integrat de Gestionare a  Deșeurilor Județul Arad</w:t>
      </w:r>
    </w:p>
    <w:p w14:paraId="1CA7143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0BF17E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 de identificare fiscala: 24975720; </w:t>
      </w:r>
    </w:p>
    <w:p w14:paraId="4E060E2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Adresă: Arad, B-dul Revoluției, nr. 81 jud. Arad</w:t>
      </w:r>
    </w:p>
    <w:p w14:paraId="5958EDD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 Postal: 310130; Tara: Romania;</w:t>
      </w:r>
    </w:p>
    <w:p w14:paraId="43A83EF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Codul NUTS: RO421 Arad; </w:t>
      </w:r>
    </w:p>
    <w:p w14:paraId="28858ED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Telefon/fax: +40 257 230 188</w:t>
      </w:r>
    </w:p>
    <w:p w14:paraId="26C5652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E-mail: </w:t>
      </w:r>
      <w:hyperlink r:id="rId15"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7DC793D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Persoana de contact: Tamas – Carol PERO; </w:t>
      </w:r>
    </w:p>
    <w:p w14:paraId="6C7E874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Adresa web a sediului principal al autorității/entității contractante(URL); </w:t>
      </w:r>
      <w:hyperlink r:id="rId16" w:history="1">
        <w:r w:rsidRPr="00C151FB">
          <w:rPr>
            <w:rStyle w:val="Hyperlink"/>
            <w:rFonts w:ascii="Times New Roman" w:hAnsi="Times New Roman" w:cs="Times New Roman"/>
            <w:sz w:val="24"/>
            <w:szCs w:val="24"/>
          </w:rPr>
          <w:t>https://adideseuriarad.ro/</w:t>
        </w:r>
      </w:hyperlink>
      <w:r w:rsidRPr="00C151FB">
        <w:rPr>
          <w:rFonts w:ascii="Times New Roman" w:hAnsi="Times New Roman" w:cs="Times New Roman"/>
          <w:sz w:val="24"/>
          <w:szCs w:val="24"/>
        </w:rPr>
        <w:t xml:space="preserve"> </w:t>
      </w:r>
    </w:p>
    <w:p w14:paraId="4D196ED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Adresa web a profilului cumpărătorului: www.e-licitatie.ro;</w:t>
      </w:r>
    </w:p>
    <w:p w14:paraId="63BCF34F"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I.2) Achizitie comuna</w:t>
      </w:r>
    </w:p>
    <w:p w14:paraId="62CEFE0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Contractul implica o achiziție comuna: Nu</w:t>
      </w:r>
    </w:p>
    <w:p w14:paraId="39F54F8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Contractul este atribuit de un organism central de achiziție: Nu</w:t>
      </w:r>
    </w:p>
    <w:p w14:paraId="12F9C6B7"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I.3) Comunicare</w:t>
      </w:r>
    </w:p>
    <w:p w14:paraId="134922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Documentele de achiziții publice sunt disponibile pentru acces direct, nerestricționat, complet si gratuit la (Website): www.e-licitatie.ro</w:t>
      </w:r>
    </w:p>
    <w:p w14:paraId="77CE1D7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 zile pana la care se pot solicita clarificari inainte de data limita de depunere a ofertelor/candidaturilor 26</w:t>
      </w:r>
    </w:p>
    <w:p w14:paraId="394D34A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suplimentare pot fi obținute de la:</w:t>
      </w:r>
    </w:p>
    <w:p w14:paraId="61E8A23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adresa menționata mai sus</w:t>
      </w:r>
    </w:p>
    <w:p w14:paraId="34A4B5E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candidaturile sau cererile de participare trebuie depuse la:</w:t>
      </w:r>
    </w:p>
    <w:p w14:paraId="2DE3648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adresa menționată mai sus</w:t>
      </w:r>
    </w:p>
    <w:p w14:paraId="0793F0A0"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I.4) Tipul autorității contractante</w:t>
      </w:r>
    </w:p>
    <w:p w14:paraId="5182E75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Organism de drept public</w:t>
      </w:r>
    </w:p>
    <w:p w14:paraId="25F1DDCF"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I.5) Activitate principala</w:t>
      </w:r>
    </w:p>
    <w:p w14:paraId="4AD7029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Altele</w:t>
      </w:r>
    </w:p>
    <w:p w14:paraId="358A99F8" w14:textId="77777777" w:rsidR="008B2EA6" w:rsidRPr="00C151FB" w:rsidRDefault="008B2EA6" w:rsidP="008B2EA6">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lastRenderedPageBreak/>
        <w:t>Secțiunea II Obiectul contractului</w:t>
      </w:r>
    </w:p>
    <w:p w14:paraId="21418D65"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II.1 Obiectul achiziției</w:t>
      </w:r>
    </w:p>
    <w:p w14:paraId="6ADA2E6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II.1.1 Titlu:</w:t>
      </w:r>
    </w:p>
    <w:p w14:paraId="4F33605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bookmarkStart w:id="9" w:name="_Hlk154134581"/>
      <w:r w:rsidRPr="00C151FB">
        <w:rPr>
          <w:rFonts w:ascii="Times New Roman" w:hAnsi="Times New Roman" w:cs="Times New Roman"/>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p>
    <w:bookmarkEnd w:id="9"/>
    <w:p w14:paraId="0104B11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C0BA3D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Număr de referința atribuit dosarului de autoritatea </w:t>
      </w:r>
      <w:r w:rsidRPr="00C94196">
        <w:rPr>
          <w:rFonts w:ascii="Times New Roman" w:hAnsi="Times New Roman" w:cs="Times New Roman"/>
          <w:sz w:val="24"/>
          <w:szCs w:val="24"/>
        </w:rPr>
        <w:t xml:space="preserve">contractanta: </w:t>
      </w:r>
      <w:r w:rsidRPr="00A25272">
        <w:rPr>
          <w:rFonts w:ascii="Times New Roman" w:hAnsi="Times New Roman" w:cs="Times New Roman"/>
          <w:sz w:val="24"/>
          <w:szCs w:val="24"/>
          <w:highlight w:val="yellow"/>
        </w:rPr>
        <w:t>24975720/2025/ .............................</w:t>
      </w:r>
    </w:p>
    <w:p w14:paraId="559A389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1878EB8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II.1.2 Cod CPV Principal:</w:t>
      </w:r>
    </w:p>
    <w:p w14:paraId="71EF875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90500000-2 Servicii privind deșeurile menajere si deșeurile (Rev.2)</w:t>
      </w:r>
    </w:p>
    <w:p w14:paraId="0D27AF0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II.1.3 Tip de contract:</w:t>
      </w:r>
    </w:p>
    <w:p w14:paraId="46738A9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Servicii</w:t>
      </w:r>
    </w:p>
    <w:p w14:paraId="5997DEC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Servicii in afara celor cuprinse in Anexa II</w:t>
      </w:r>
    </w:p>
    <w:p w14:paraId="3249522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II.1.4 Descrierea succinta a contractului sau a achiziției/achizițiilor</w:t>
      </w:r>
    </w:p>
    <w:p w14:paraId="41E26DCD" w14:textId="77777777" w:rsidR="008B2EA6" w:rsidRPr="00E81DCD" w:rsidRDefault="008B2EA6" w:rsidP="008B2EA6">
      <w:pPr>
        <w:rPr>
          <w:rFonts w:ascii="Times New Roman" w:hAnsi="Times New Roman" w:cs="Times New Roman"/>
          <w:sz w:val="24"/>
          <w:szCs w:val="24"/>
        </w:rPr>
      </w:pPr>
      <w:r w:rsidRPr="00E81DCD">
        <w:rPr>
          <w:rFonts w:ascii="Times New Roman" w:hAnsi="Times New Roman" w:cs="Times New Roman"/>
          <w:sz w:val="24"/>
          <w:szCs w:val="24"/>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269B2911" w14:textId="77777777" w:rsidR="008B2EA6"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B647D2">
        <w:rPr>
          <w:rFonts w:ascii="Times New Roman" w:hAnsi="Times New Roman"/>
          <w:sz w:val="24"/>
          <w:szCs w:val="24"/>
          <w:lang w:eastAsia="en-GB"/>
        </w:rPr>
        <w:t>Durata contract</w:t>
      </w:r>
      <w:r>
        <w:rPr>
          <w:rFonts w:ascii="Times New Roman" w:hAnsi="Times New Roman"/>
          <w:sz w:val="24"/>
          <w:szCs w:val="24"/>
          <w:lang w:eastAsia="en-GB"/>
        </w:rPr>
        <w:t>ului</w:t>
      </w:r>
      <w:r w:rsidRPr="00B647D2">
        <w:rPr>
          <w:rFonts w:ascii="Times New Roman" w:hAnsi="Times New Roman"/>
          <w:sz w:val="24"/>
          <w:szCs w:val="24"/>
          <w:lang w:eastAsia="en-GB"/>
        </w:rPr>
        <w:t xml:space="preserve"> de delegare a gestiunii este de la Data Intrării în Vigoare până în data de 24.04.2032. Durata Gestiunii Serviciului este de 5 ani de la Data Începerii Contractului. Data de începere este ulterioară Datei Intrării in Vigoare, astfel cum sunt definite ambele la Articolul 1 („Definiţii si interpre</w:t>
      </w:r>
      <w:r>
        <w:rPr>
          <w:rFonts w:ascii="Times New Roman" w:hAnsi="Times New Roman"/>
          <w:sz w:val="24"/>
          <w:szCs w:val="24"/>
          <w:lang w:eastAsia="en-GB"/>
        </w:rPr>
        <w:t xml:space="preserve">tare") din </w:t>
      </w:r>
      <w:r w:rsidRPr="00B647D2">
        <w:rPr>
          <w:rFonts w:ascii="Times New Roman" w:hAnsi="Times New Roman"/>
          <w:sz w:val="24"/>
          <w:szCs w:val="24"/>
          <w:lang w:eastAsia="en-GB"/>
        </w:rPr>
        <w:t>Contract, după expirarea Perioadei de Mobilizare.</w:t>
      </w:r>
      <w:r>
        <w:rPr>
          <w:rFonts w:ascii="Times New Roman" w:hAnsi="Times New Roman"/>
          <w:sz w:val="24"/>
          <w:szCs w:val="24"/>
          <w:lang w:eastAsia="en-GB"/>
        </w:rPr>
        <w:t xml:space="preserve"> Durata contractului include perioada de mobilizare de 150 zile cu posibilitatea prelungirii acesteia cu 30 de zile.</w:t>
      </w:r>
    </w:p>
    <w:p w14:paraId="2983319E" w14:textId="77777777" w:rsidR="008B2EA6"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291335F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Durata contractului a fost stabilita conform analizei realizate la nivelul Studiului de Oportunitate, anexa la prezenta documentație. </w:t>
      </w:r>
    </w:p>
    <w:p w14:paraId="610A2E1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Principalele activități ce urmează a fi prestate de către delegatar/prestator pe parcursul perioadei de derulare a contractului sunt descrise in cadrul caietului de sarcini.</w:t>
      </w:r>
    </w:p>
    <w:p w14:paraId="5E969D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335F6E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II.1.5) Valoarea totala estimata:</w:t>
      </w:r>
    </w:p>
    <w:p w14:paraId="584CBE6C" w14:textId="77777777" w:rsidR="008B2EA6" w:rsidRPr="00C151FB" w:rsidRDefault="008B2EA6" w:rsidP="008B2EA6">
      <w:pPr>
        <w:jc w:val="both"/>
        <w:rPr>
          <w:rFonts w:ascii="Times New Roman" w:hAnsi="Times New Roman" w:cs="Times New Roman"/>
          <w:sz w:val="24"/>
          <w:szCs w:val="24"/>
        </w:rPr>
      </w:pPr>
      <w:r w:rsidRPr="00C151FB">
        <w:rPr>
          <w:rFonts w:ascii="Times New Roman" w:hAnsi="Times New Roman" w:cs="Times New Roman"/>
          <w:sz w:val="24"/>
          <w:szCs w:val="24"/>
        </w:rPr>
        <w:t xml:space="preserve">Valoarea estimata fără TVA:  </w:t>
      </w:r>
      <w:r w:rsidRPr="001E071E">
        <w:rPr>
          <w:rFonts w:ascii="Times New Roman" w:hAnsi="Times New Roman" w:cs="Times New Roman"/>
          <w:b/>
          <w:bCs/>
          <w:sz w:val="24"/>
          <w:szCs w:val="24"/>
        </w:rPr>
        <w:t>8.192.724,40</w:t>
      </w:r>
      <w:r w:rsidRPr="00C151FB">
        <w:rPr>
          <w:rFonts w:ascii="Times New Roman" w:hAnsi="Times New Roman" w:cs="Times New Roman"/>
          <w:sz w:val="24"/>
          <w:szCs w:val="24"/>
        </w:rPr>
        <w:t>; Moneda: RON</w:t>
      </w:r>
    </w:p>
    <w:p w14:paraId="1332274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II.1.6) Împărțire in loturi:</w:t>
      </w:r>
    </w:p>
    <w:p w14:paraId="061993C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Nu</w:t>
      </w:r>
    </w:p>
    <w:p w14:paraId="1E48047A"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II.2 Descriere</w:t>
      </w:r>
    </w:p>
    <w:p w14:paraId="4BE09077"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II.2.2 Coduri CPV secundare</w:t>
      </w:r>
    </w:p>
    <w:p w14:paraId="0112FE6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Coduri CPV secundare:</w:t>
      </w:r>
    </w:p>
    <w:p w14:paraId="50B6486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90511100-3 Servicii de colectare a deșeurilor urbane solide (Rev.2)</w:t>
      </w:r>
    </w:p>
    <w:p w14:paraId="7C0362F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90511300-5 Servicii de colectare a deșeurilor dispersate (Rev.2)</w:t>
      </w:r>
    </w:p>
    <w:p w14:paraId="28F9809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90512000-9 Servicii de transport de deșeuri menajere (Rev.2)</w:t>
      </w:r>
    </w:p>
    <w:p w14:paraId="06C7044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90511400-6 Servicii de colectare a hârtiei (Rev.2)</w:t>
      </w:r>
    </w:p>
    <w:p w14:paraId="1BFC3FC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90511200-4 Servicii de colectare a gunoiului menajer (Rev.2)</w:t>
      </w:r>
    </w:p>
    <w:p w14:paraId="3727BEA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0AC94B09"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lastRenderedPageBreak/>
        <w:t>II.2.3 Locul de executare</w:t>
      </w:r>
    </w:p>
    <w:p w14:paraId="6750473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 NUTS: RO421 Arad;</w:t>
      </w:r>
    </w:p>
    <w:p w14:paraId="0DCA37D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principal de executare:</w:t>
      </w:r>
    </w:p>
    <w:p w14:paraId="21CC376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UAT-uri aferente zonei 5</w:t>
      </w:r>
    </w:p>
    <w:p w14:paraId="3276222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7909847D"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II.2.4 Descrierea achiziției publice</w:t>
      </w:r>
    </w:p>
    <w:p w14:paraId="7D2CAA70" w14:textId="77777777" w:rsidR="008B2EA6" w:rsidRPr="00C151FB" w:rsidRDefault="008B2EA6" w:rsidP="008B2EA6">
      <w:pPr>
        <w:spacing w:after="0" w:line="240" w:lineRule="auto"/>
        <w:jc w:val="both"/>
        <w:rPr>
          <w:rFonts w:ascii="Times New Roman" w:hAnsi="Times New Roman" w:cs="Times New Roman"/>
          <w:sz w:val="24"/>
          <w:szCs w:val="24"/>
        </w:rPr>
      </w:pPr>
      <w:r w:rsidRPr="00513848">
        <w:rPr>
          <w:rFonts w:ascii="Times New Roman" w:hAnsi="Times New Roman" w:cs="Times New Roman"/>
          <w:sz w:val="24"/>
          <w:szCs w:val="24"/>
        </w:rPr>
        <w:t>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Pr>
          <w:rFonts w:ascii="Times New Roman" w:hAnsi="Times New Roman" w:cs="Times New Roman"/>
          <w:sz w:val="24"/>
          <w:szCs w:val="24"/>
        </w:rPr>
        <w:t>.</w:t>
      </w:r>
    </w:p>
    <w:p w14:paraId="359394C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Informații detaliate privind cantitățile și costurile se regăsesc în cadrul documentației de atribuire. </w:t>
      </w:r>
    </w:p>
    <w:p w14:paraId="79BF8D8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 zile pana la care se pot solicita clarificări înainte de data limita de depunere a ofertelor: 26 de zile înainte de data limita de depunere a ofertelor.</w:t>
      </w:r>
    </w:p>
    <w:p w14:paraId="44A4675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va răspunde tuturor clarificărilor printr-un răspuns consolidat cu 16 zile înainte de data limită de depunere a ofertelor/candidaturilor.</w:t>
      </w:r>
    </w:p>
    <w:p w14:paraId="721CD6DB" w14:textId="77777777" w:rsidR="008B2EA6" w:rsidRPr="00394FE3"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sz w:val="24"/>
          <w:szCs w:val="24"/>
        </w:rPr>
        <w:t>Valoarea estimata fara TVA (</w:t>
      </w:r>
      <w:r w:rsidRPr="001E071E">
        <w:rPr>
          <w:rFonts w:ascii="Times New Roman" w:hAnsi="Times New Roman" w:cs="Times New Roman"/>
          <w:sz w:val="24"/>
          <w:szCs w:val="24"/>
        </w:rPr>
        <w:t xml:space="preserve">numai in cifre): </w:t>
      </w:r>
      <w:r w:rsidRPr="001E071E">
        <w:rPr>
          <w:rFonts w:ascii="Times New Roman" w:hAnsi="Times New Roman" w:cs="Times New Roman"/>
          <w:b/>
          <w:bCs/>
          <w:sz w:val="24"/>
          <w:szCs w:val="24"/>
        </w:rPr>
        <w:t xml:space="preserve">8.192.724,40 </w:t>
      </w:r>
      <w:r w:rsidRPr="001E071E">
        <w:rPr>
          <w:rFonts w:ascii="Times New Roman" w:hAnsi="Times New Roman" w:cs="Times New Roman"/>
          <w:sz w:val="24"/>
          <w:szCs w:val="24"/>
        </w:rPr>
        <w:t>Moneda: RON</w:t>
      </w:r>
    </w:p>
    <w:p w14:paraId="576B8B7D" w14:textId="77777777" w:rsidR="008B2EA6" w:rsidRPr="00CF2235" w:rsidRDefault="008B2EA6" w:rsidP="008B2EA6">
      <w:pPr>
        <w:tabs>
          <w:tab w:val="left" w:pos="360"/>
        </w:tabs>
        <w:autoSpaceDE w:val="0"/>
        <w:autoSpaceDN w:val="0"/>
        <w:adjustRightInd w:val="0"/>
        <w:spacing w:after="0" w:line="240" w:lineRule="auto"/>
        <w:jc w:val="both"/>
        <w:rPr>
          <w:rFonts w:ascii="Times New Roman" w:hAnsi="Times New Roman"/>
          <w:bCs/>
          <w:kern w:val="32"/>
          <w:sz w:val="24"/>
          <w:szCs w:val="24"/>
        </w:rPr>
      </w:pPr>
      <w:r w:rsidRPr="00CF2235">
        <w:rPr>
          <w:rFonts w:ascii="Times New Roman" w:hAnsi="Times New Roman" w:cs="Times New Roman"/>
          <w:sz w:val="24"/>
          <w:szCs w:val="24"/>
        </w:rPr>
        <w:t xml:space="preserve">Cantități anuale estimate: conform caiet de sarcini. Redevența este de </w:t>
      </w:r>
      <w:r w:rsidRPr="00CF2235">
        <w:rPr>
          <w:rFonts w:ascii="Times New Roman" w:hAnsi="Times New Roman" w:cs="Times New Roman"/>
          <w:b/>
          <w:sz w:val="24"/>
          <w:szCs w:val="24"/>
        </w:rPr>
        <w:t xml:space="preserve">181.307,09 </w:t>
      </w:r>
      <w:r w:rsidRPr="00CF2235">
        <w:rPr>
          <w:rFonts w:ascii="Times New Roman" w:hAnsi="Times New Roman" w:cs="Times New Roman"/>
          <w:sz w:val="24"/>
          <w:szCs w:val="24"/>
        </w:rPr>
        <w:t xml:space="preserve">lei/an, valoarea aferenta procentului de cheltuieli cu diverse si neprevăzute este 0 (zero) lei. </w:t>
      </w:r>
      <w:r w:rsidRPr="00CF2235">
        <w:rPr>
          <w:rFonts w:ascii="Times New Roman" w:hAnsi="Times New Roman"/>
          <w:bCs/>
          <w:kern w:val="32"/>
          <w:sz w:val="24"/>
          <w:szCs w:val="24"/>
        </w:rPr>
        <w:t xml:space="preserve">În cazul în care Delegatul nu efectuează plata redevenței datorată Delegatarului </w:t>
      </w:r>
      <w:r>
        <w:rPr>
          <w:rFonts w:ascii="Times New Roman" w:hAnsi="Times New Roman"/>
          <w:bCs/>
          <w:kern w:val="32"/>
          <w:sz w:val="24"/>
          <w:szCs w:val="24"/>
        </w:rPr>
        <w:t>la termenul convenit,</w:t>
      </w:r>
      <w:r w:rsidRPr="00CF2235">
        <w:rPr>
          <w:rFonts w:ascii="Times New Roman" w:hAnsi="Times New Roman"/>
          <w:bCs/>
          <w:kern w:val="32"/>
          <w:sz w:val="24"/>
          <w:szCs w:val="24"/>
        </w:rPr>
        <w:t xml:space="preserve"> Delegatul va plăti penalități de întârziere în cuantum de 0,01% din suma datorată pentru fiecare zi de întârziere. </w:t>
      </w:r>
    </w:p>
    <w:p w14:paraId="53D3250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66408FF3"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II.2.5 Criterii de atribuire</w:t>
      </w:r>
    </w:p>
    <w:p w14:paraId="55DF5AA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Cel mai bun raport calitate – pret</w:t>
      </w:r>
    </w:p>
    <w:tbl>
      <w:tblPr>
        <w:tblW w:w="5000" w:type="pct"/>
        <w:tblLook w:val="04A0" w:firstRow="1" w:lastRow="0" w:firstColumn="1" w:lastColumn="0" w:noHBand="0" w:noVBand="1"/>
      </w:tblPr>
      <w:tblGrid>
        <w:gridCol w:w="1927"/>
        <w:gridCol w:w="5074"/>
        <w:gridCol w:w="3151"/>
      </w:tblGrid>
      <w:tr w:rsidR="008B2EA6" w:rsidRPr="00C151FB" w14:paraId="134F050B" w14:textId="77777777" w:rsidTr="00E152C8">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74A4CE44"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bookmarkStart w:id="10" w:name="_Hlk208558221"/>
            <w:r w:rsidRPr="00C151FB">
              <w:rPr>
                <w:rFonts w:ascii="Times New Roman" w:eastAsia="Times New Roman" w:hAnsi="Times New Roman" w:cs="Times New Roman"/>
                <w:color w:val="000000"/>
                <w:sz w:val="24"/>
                <w:szCs w:val="24"/>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718A099A"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Descriere</w:t>
            </w:r>
          </w:p>
        </w:tc>
        <w:tc>
          <w:tcPr>
            <w:tcW w:w="1551" w:type="pct"/>
            <w:tcBorders>
              <w:top w:val="single" w:sz="8" w:space="0" w:color="auto"/>
              <w:left w:val="nil"/>
              <w:bottom w:val="single" w:sz="8" w:space="0" w:color="auto"/>
              <w:right w:val="single" w:sz="8" w:space="0" w:color="auto"/>
            </w:tcBorders>
            <w:vAlign w:val="center"/>
            <w:hideMark/>
          </w:tcPr>
          <w:p w14:paraId="579F3F5F"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Pondere</w:t>
            </w:r>
          </w:p>
        </w:tc>
      </w:tr>
      <w:tr w:rsidR="008B2EA6" w:rsidRPr="00C151FB" w14:paraId="7C6454BC" w14:textId="77777777" w:rsidTr="00E152C8">
        <w:trPr>
          <w:trHeight w:val="675"/>
        </w:trPr>
        <w:tc>
          <w:tcPr>
            <w:tcW w:w="949" w:type="pct"/>
            <w:tcBorders>
              <w:top w:val="nil"/>
              <w:left w:val="single" w:sz="8" w:space="0" w:color="auto"/>
              <w:bottom w:val="nil"/>
              <w:right w:val="single" w:sz="8" w:space="0" w:color="auto"/>
            </w:tcBorders>
            <w:vAlign w:val="center"/>
            <w:hideMark/>
          </w:tcPr>
          <w:p w14:paraId="59812F31"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4BFC4D7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Componenta tehnica</w:t>
            </w:r>
          </w:p>
        </w:tc>
        <w:tc>
          <w:tcPr>
            <w:tcW w:w="1551" w:type="pct"/>
            <w:tcBorders>
              <w:top w:val="nil"/>
              <w:left w:val="nil"/>
              <w:bottom w:val="nil"/>
              <w:right w:val="single" w:sz="8" w:space="0" w:color="auto"/>
            </w:tcBorders>
            <w:vAlign w:val="center"/>
            <w:hideMark/>
          </w:tcPr>
          <w:p w14:paraId="293549FE"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10%</w:t>
            </w:r>
          </w:p>
        </w:tc>
      </w:tr>
      <w:tr w:rsidR="008B2EA6" w:rsidRPr="00C151FB" w14:paraId="008C626C" w14:textId="77777777" w:rsidTr="00E152C8">
        <w:trPr>
          <w:trHeight w:val="315"/>
        </w:trPr>
        <w:tc>
          <w:tcPr>
            <w:tcW w:w="949" w:type="pct"/>
            <w:tcBorders>
              <w:top w:val="nil"/>
              <w:left w:val="single" w:sz="8" w:space="0" w:color="auto"/>
              <w:bottom w:val="single" w:sz="8" w:space="0" w:color="auto"/>
              <w:right w:val="single" w:sz="8" w:space="0" w:color="auto"/>
            </w:tcBorders>
            <w:vAlign w:val="center"/>
            <w:hideMark/>
          </w:tcPr>
          <w:p w14:paraId="3013AAB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p>
        </w:tc>
        <w:tc>
          <w:tcPr>
            <w:tcW w:w="2499" w:type="pct"/>
            <w:vMerge/>
            <w:tcBorders>
              <w:top w:val="nil"/>
              <w:left w:val="single" w:sz="8" w:space="0" w:color="auto"/>
              <w:bottom w:val="single" w:sz="8" w:space="0" w:color="000000"/>
              <w:right w:val="single" w:sz="8" w:space="0" w:color="auto"/>
            </w:tcBorders>
            <w:vAlign w:val="center"/>
            <w:hideMark/>
          </w:tcPr>
          <w:p w14:paraId="7D899A47"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p>
        </w:tc>
        <w:tc>
          <w:tcPr>
            <w:tcW w:w="1551" w:type="pct"/>
            <w:tcBorders>
              <w:top w:val="nil"/>
              <w:left w:val="nil"/>
              <w:bottom w:val="single" w:sz="8" w:space="0" w:color="auto"/>
              <w:right w:val="single" w:sz="8" w:space="0" w:color="auto"/>
            </w:tcBorders>
            <w:vAlign w:val="center"/>
            <w:hideMark/>
          </w:tcPr>
          <w:p w14:paraId="22F08789"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Punctaj maxim factor: 10</w:t>
            </w:r>
          </w:p>
        </w:tc>
      </w:tr>
      <w:tr w:rsidR="008B2EA6" w:rsidRPr="00C151FB" w14:paraId="10729010" w14:textId="77777777" w:rsidTr="00E152C8">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24A87FEF"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Algoritm de calcul: </w:t>
            </w:r>
          </w:p>
          <w:p w14:paraId="6F40BE3A" w14:textId="77777777" w:rsidR="008B2EA6" w:rsidRDefault="008B2EA6" w:rsidP="00E152C8">
            <w:pPr>
              <w:spacing w:after="0" w:line="240" w:lineRule="auto"/>
              <w:jc w:val="both"/>
              <w:rPr>
                <w:rFonts w:ascii="Times New Roman" w:eastAsia="Times New Roman" w:hAnsi="Times New Roman" w:cs="Times New Roman"/>
                <w:color w:val="000000"/>
                <w:sz w:val="24"/>
                <w:szCs w:val="24"/>
              </w:rPr>
            </w:pPr>
            <w:r w:rsidRPr="00C76346">
              <w:rPr>
                <w:rFonts w:ascii="Times New Roman" w:eastAsia="Times New Roman" w:hAnsi="Times New Roman" w:cs="Times New Roman"/>
                <w:color w:val="000000"/>
                <w:sz w:val="24"/>
                <w:szCs w:val="24"/>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21CEAA93"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In cazul in care autogunoierele</w:t>
            </w:r>
            <w:r>
              <w:rPr>
                <w:rFonts w:ascii="Times New Roman" w:eastAsia="Times New Roman" w:hAnsi="Times New Roman" w:cs="Times New Roman"/>
                <w:color w:val="000000"/>
                <w:sz w:val="24"/>
                <w:szCs w:val="24"/>
              </w:rPr>
              <w:t xml:space="preserve"> nu</w:t>
            </w:r>
            <w:r w:rsidRPr="00C151FB">
              <w:rPr>
                <w:rFonts w:ascii="Times New Roman" w:eastAsia="Times New Roman" w:hAnsi="Times New Roman" w:cs="Times New Roman"/>
                <w:color w:val="000000"/>
                <w:sz w:val="24"/>
                <w:szCs w:val="24"/>
              </w:rPr>
              <w:t xml:space="preserve"> respecta </w:t>
            </w:r>
            <w:r w:rsidRPr="00C76346">
              <w:rPr>
                <w:rFonts w:ascii="Times New Roman" w:eastAsia="Times New Roman" w:hAnsi="Times New Roman" w:cs="Times New Roman"/>
                <w:color w:val="000000"/>
                <w:sz w:val="24"/>
                <w:szCs w:val="24"/>
              </w:rPr>
              <w:t>standardul Euro 5 (standard</w:t>
            </w:r>
            <w:r w:rsidRPr="00C151FB">
              <w:rPr>
                <w:rFonts w:ascii="Times New Roman" w:eastAsia="Times New Roman" w:hAnsi="Times New Roman" w:cs="Times New Roman"/>
                <w:color w:val="000000"/>
                <w:sz w:val="24"/>
                <w:szCs w:val="24"/>
              </w:rPr>
              <w:t xml:space="preserve"> minim solicitat conform caietului de sarcini) acestea vor fi declarate </w:t>
            </w:r>
            <w:r>
              <w:rPr>
                <w:rFonts w:ascii="Times New Roman" w:eastAsia="Times New Roman" w:hAnsi="Times New Roman" w:cs="Times New Roman"/>
                <w:color w:val="000000"/>
                <w:sz w:val="24"/>
                <w:szCs w:val="24"/>
              </w:rPr>
              <w:t>ne</w:t>
            </w:r>
            <w:r w:rsidRPr="00C151FB">
              <w:rPr>
                <w:rFonts w:ascii="Times New Roman" w:eastAsia="Times New Roman" w:hAnsi="Times New Roman" w:cs="Times New Roman"/>
                <w:color w:val="000000"/>
                <w:sz w:val="24"/>
                <w:szCs w:val="24"/>
              </w:rPr>
              <w:t>conforme</w:t>
            </w:r>
            <w:r>
              <w:rPr>
                <w:rFonts w:ascii="Times New Roman" w:eastAsia="Times New Roman" w:hAnsi="Times New Roman" w:cs="Times New Roman"/>
                <w:color w:val="000000"/>
                <w:sz w:val="24"/>
                <w:szCs w:val="24"/>
              </w:rPr>
              <w:t xml:space="preserve"> și</w:t>
            </w:r>
            <w:r w:rsidRPr="00C151FB">
              <w:rPr>
                <w:rFonts w:ascii="Times New Roman" w:eastAsia="Times New Roman" w:hAnsi="Times New Roman" w:cs="Times New Roman"/>
                <w:color w:val="000000"/>
                <w:sz w:val="24"/>
                <w:szCs w:val="24"/>
              </w:rPr>
              <w:t xml:space="preserve"> nu vor primi punctaj. </w:t>
            </w:r>
          </w:p>
        </w:tc>
      </w:tr>
      <w:tr w:rsidR="008B2EA6" w:rsidRPr="00C151FB" w14:paraId="1D339A8C" w14:textId="77777777" w:rsidTr="00E152C8">
        <w:trPr>
          <w:trHeight w:val="990"/>
        </w:trPr>
        <w:tc>
          <w:tcPr>
            <w:tcW w:w="5000" w:type="pct"/>
            <w:gridSpan w:val="3"/>
            <w:tcBorders>
              <w:top w:val="nil"/>
              <w:left w:val="single" w:sz="8" w:space="0" w:color="auto"/>
              <w:bottom w:val="nil"/>
              <w:right w:val="single" w:sz="8" w:space="0" w:color="000000"/>
            </w:tcBorders>
            <w:vAlign w:val="center"/>
            <w:hideMark/>
          </w:tcPr>
          <w:p w14:paraId="160D744E"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8B2EA6" w:rsidRPr="00C151FB" w14:paraId="638227DA" w14:textId="77777777" w:rsidTr="00E152C8">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5FBCA7E7" w14:textId="77777777" w:rsidR="008B2EA6" w:rsidRPr="00C151FB" w:rsidRDefault="008B2EA6" w:rsidP="00E152C8">
            <w:pPr>
              <w:spacing w:after="0" w:line="240" w:lineRule="auto"/>
              <w:rPr>
                <w:rFonts w:ascii="Times New Roman" w:eastAsia="Times New Roman" w:hAnsi="Times New Roman" w:cs="Times New Roman"/>
                <w:color w:val="000000"/>
                <w:sz w:val="24"/>
                <w:szCs w:val="24"/>
                <w:highlight w:val="yellow"/>
              </w:rPr>
            </w:pPr>
          </w:p>
        </w:tc>
      </w:tr>
      <w:tr w:rsidR="008B2EA6" w:rsidRPr="00C151FB" w14:paraId="6587F22C" w14:textId="77777777" w:rsidTr="00E152C8">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133FB55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0E1D31C3"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Componenta financiara</w:t>
            </w:r>
          </w:p>
        </w:tc>
        <w:tc>
          <w:tcPr>
            <w:tcW w:w="1551" w:type="pct"/>
            <w:tcBorders>
              <w:top w:val="nil"/>
              <w:left w:val="nil"/>
              <w:bottom w:val="nil"/>
              <w:right w:val="single" w:sz="8" w:space="0" w:color="auto"/>
            </w:tcBorders>
            <w:vAlign w:val="center"/>
            <w:hideMark/>
          </w:tcPr>
          <w:p w14:paraId="110AC72E"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90%</w:t>
            </w:r>
          </w:p>
        </w:tc>
      </w:tr>
      <w:tr w:rsidR="008B2EA6" w:rsidRPr="00C151FB" w14:paraId="5C555AAF" w14:textId="77777777" w:rsidTr="00E152C8">
        <w:trPr>
          <w:trHeight w:val="315"/>
        </w:trPr>
        <w:tc>
          <w:tcPr>
            <w:tcW w:w="949" w:type="pct"/>
            <w:vMerge/>
            <w:tcBorders>
              <w:top w:val="nil"/>
              <w:left w:val="single" w:sz="8" w:space="0" w:color="auto"/>
              <w:bottom w:val="single" w:sz="8" w:space="0" w:color="000000"/>
              <w:right w:val="single" w:sz="8" w:space="0" w:color="auto"/>
            </w:tcBorders>
            <w:vAlign w:val="center"/>
            <w:hideMark/>
          </w:tcPr>
          <w:p w14:paraId="2B62603F"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p>
        </w:tc>
        <w:tc>
          <w:tcPr>
            <w:tcW w:w="2499" w:type="pct"/>
            <w:vMerge/>
            <w:tcBorders>
              <w:top w:val="nil"/>
              <w:left w:val="single" w:sz="8" w:space="0" w:color="auto"/>
              <w:bottom w:val="single" w:sz="8" w:space="0" w:color="000000"/>
              <w:right w:val="single" w:sz="8" w:space="0" w:color="auto"/>
            </w:tcBorders>
            <w:vAlign w:val="center"/>
            <w:hideMark/>
          </w:tcPr>
          <w:p w14:paraId="781317B1"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p>
        </w:tc>
        <w:tc>
          <w:tcPr>
            <w:tcW w:w="1551" w:type="pct"/>
            <w:tcBorders>
              <w:top w:val="nil"/>
              <w:left w:val="nil"/>
              <w:bottom w:val="single" w:sz="8" w:space="0" w:color="auto"/>
              <w:right w:val="single" w:sz="8" w:space="0" w:color="auto"/>
            </w:tcBorders>
            <w:vAlign w:val="center"/>
            <w:hideMark/>
          </w:tcPr>
          <w:p w14:paraId="0F80D418"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Punctaj maxim factor: 90</w:t>
            </w:r>
          </w:p>
        </w:tc>
      </w:tr>
      <w:tr w:rsidR="008B2EA6" w:rsidRPr="00C151FB" w14:paraId="4474AD2D" w14:textId="77777777" w:rsidTr="00E152C8">
        <w:trPr>
          <w:trHeight w:val="1546"/>
        </w:trPr>
        <w:tc>
          <w:tcPr>
            <w:tcW w:w="949" w:type="pct"/>
            <w:tcBorders>
              <w:top w:val="nil"/>
              <w:left w:val="single" w:sz="8" w:space="0" w:color="auto"/>
              <w:bottom w:val="single" w:sz="8" w:space="0" w:color="auto"/>
              <w:right w:val="single" w:sz="8" w:space="0" w:color="auto"/>
            </w:tcBorders>
            <w:vAlign w:val="center"/>
            <w:hideMark/>
          </w:tcPr>
          <w:p w14:paraId="5184CDB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lastRenderedPageBreak/>
              <w:t>a)</w:t>
            </w:r>
          </w:p>
        </w:tc>
        <w:tc>
          <w:tcPr>
            <w:tcW w:w="2499" w:type="pct"/>
            <w:tcBorders>
              <w:top w:val="nil"/>
              <w:left w:val="nil"/>
              <w:bottom w:val="single" w:sz="8" w:space="0" w:color="auto"/>
              <w:right w:val="single" w:sz="8" w:space="0" w:color="auto"/>
            </w:tcBorders>
            <w:vAlign w:val="center"/>
            <w:hideMark/>
          </w:tcPr>
          <w:p w14:paraId="6ED556D2"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T1 = </w:t>
            </w:r>
            <w:r w:rsidRPr="00C151FB">
              <w:rPr>
                <w:rFonts w:ascii="Times New Roman" w:eastAsia="Times New Roman" w:hAnsi="Times New Roman" w:cs="Times New Roman"/>
                <w:color w:val="333333"/>
                <w:sz w:val="24"/>
                <w:szCs w:val="24"/>
              </w:rPr>
              <w:t>tarif pentru colectarea separată şi transportul separat al deşeurilor de hârtie, metal, plastic şi sticlă din deşeurile municipale - Tcs reciclabile</w:t>
            </w:r>
            <w:r w:rsidRPr="00C151FB">
              <w:rPr>
                <w:rFonts w:ascii="Times New Roman" w:eastAsia="Times New Roman" w:hAnsi="Times New Roman" w:cs="Times New Roman"/>
                <w:color w:val="000000"/>
                <w:sz w:val="24"/>
                <w:szCs w:val="24"/>
              </w:rPr>
              <w:t>: exprimat in lei/tonă,</w:t>
            </w:r>
            <w:r w:rsidRPr="00C151FB">
              <w:rPr>
                <w:rFonts w:ascii="Times New Roman" w:eastAsia="Times New Roman" w:hAnsi="Times New Roman" w:cs="Times New Roman"/>
                <w:color w:val="333333"/>
                <w:sz w:val="24"/>
                <w:szCs w:val="24"/>
              </w:rPr>
              <w:t xml:space="preserve"> lei/persoană/lună şi lei/mc</w:t>
            </w:r>
            <w:r w:rsidRPr="00C151FB">
              <w:rPr>
                <w:rFonts w:ascii="Times New Roman" w:eastAsia="Times New Roman" w:hAnsi="Times New Roman" w:cs="Times New Roman"/>
                <w:color w:val="000000"/>
                <w:sz w:val="24"/>
                <w:szCs w:val="24"/>
              </w:rPr>
              <w:t>, în UAT urile din Zona 5</w:t>
            </w:r>
          </w:p>
        </w:tc>
        <w:tc>
          <w:tcPr>
            <w:tcW w:w="1551" w:type="pct"/>
            <w:tcBorders>
              <w:top w:val="nil"/>
              <w:left w:val="nil"/>
              <w:bottom w:val="single" w:sz="8" w:space="0" w:color="auto"/>
              <w:right w:val="single" w:sz="8" w:space="0" w:color="auto"/>
            </w:tcBorders>
            <w:vAlign w:val="center"/>
            <w:hideMark/>
          </w:tcPr>
          <w:p w14:paraId="0970B8F8"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35</w:t>
            </w:r>
          </w:p>
        </w:tc>
      </w:tr>
      <w:tr w:rsidR="008B2EA6" w:rsidRPr="00C151FB" w14:paraId="3D8C0F91" w14:textId="77777777" w:rsidTr="00E152C8">
        <w:trPr>
          <w:trHeight w:val="1591"/>
        </w:trPr>
        <w:tc>
          <w:tcPr>
            <w:tcW w:w="949" w:type="pct"/>
            <w:tcBorders>
              <w:top w:val="nil"/>
              <w:left w:val="single" w:sz="8" w:space="0" w:color="auto"/>
              <w:bottom w:val="single" w:sz="8" w:space="0" w:color="auto"/>
              <w:right w:val="single" w:sz="8" w:space="0" w:color="auto"/>
            </w:tcBorders>
            <w:vAlign w:val="center"/>
            <w:hideMark/>
          </w:tcPr>
          <w:p w14:paraId="4B248232"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b) </w:t>
            </w:r>
          </w:p>
        </w:tc>
        <w:tc>
          <w:tcPr>
            <w:tcW w:w="2499" w:type="pct"/>
            <w:tcBorders>
              <w:top w:val="nil"/>
              <w:left w:val="nil"/>
              <w:bottom w:val="single" w:sz="8" w:space="0" w:color="auto"/>
              <w:right w:val="single" w:sz="8" w:space="0" w:color="auto"/>
            </w:tcBorders>
            <w:vAlign w:val="center"/>
            <w:hideMark/>
          </w:tcPr>
          <w:p w14:paraId="52A392C0"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T2 = </w:t>
            </w:r>
            <w:r w:rsidRPr="00C151FB">
              <w:rPr>
                <w:rFonts w:ascii="Times New Roman" w:eastAsia="Times New Roman" w:hAnsi="Times New Roman" w:cs="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C151FB">
              <w:rPr>
                <w:rFonts w:ascii="Times New Roman" w:eastAsia="Times New Roman" w:hAnsi="Times New Roman" w:cs="Times New Roman"/>
                <w:color w:val="000000"/>
                <w:sz w:val="24"/>
                <w:szCs w:val="24"/>
              </w:rPr>
              <w:t xml:space="preserve">lei/tonă, </w:t>
            </w:r>
            <w:r w:rsidRPr="00C151FB">
              <w:rPr>
                <w:rFonts w:ascii="Times New Roman" w:eastAsia="Times New Roman" w:hAnsi="Times New Roman" w:cs="Times New Roman"/>
                <w:color w:val="333333"/>
                <w:sz w:val="24"/>
                <w:szCs w:val="24"/>
              </w:rPr>
              <w:t>lei/persoană/lună şi lei/mc</w:t>
            </w:r>
          </w:p>
        </w:tc>
        <w:tc>
          <w:tcPr>
            <w:tcW w:w="1551" w:type="pct"/>
            <w:tcBorders>
              <w:top w:val="nil"/>
              <w:left w:val="nil"/>
              <w:bottom w:val="single" w:sz="8" w:space="0" w:color="auto"/>
              <w:right w:val="single" w:sz="8" w:space="0" w:color="auto"/>
            </w:tcBorders>
            <w:vAlign w:val="center"/>
            <w:hideMark/>
          </w:tcPr>
          <w:p w14:paraId="6841C0BD"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34</w:t>
            </w:r>
          </w:p>
        </w:tc>
      </w:tr>
      <w:tr w:rsidR="008B2EA6" w:rsidRPr="00C151FB" w14:paraId="19C19BE5" w14:textId="77777777" w:rsidTr="00E152C8">
        <w:trPr>
          <w:trHeight w:val="1339"/>
        </w:trPr>
        <w:tc>
          <w:tcPr>
            <w:tcW w:w="949" w:type="pct"/>
            <w:tcBorders>
              <w:top w:val="nil"/>
              <w:left w:val="single" w:sz="8" w:space="0" w:color="auto"/>
              <w:bottom w:val="single" w:sz="8" w:space="0" w:color="auto"/>
              <w:right w:val="single" w:sz="8" w:space="0" w:color="auto"/>
            </w:tcBorders>
            <w:vAlign w:val="center"/>
            <w:hideMark/>
          </w:tcPr>
          <w:p w14:paraId="413DFFA6"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c) </w:t>
            </w:r>
          </w:p>
        </w:tc>
        <w:tc>
          <w:tcPr>
            <w:tcW w:w="2499" w:type="pct"/>
            <w:tcBorders>
              <w:top w:val="nil"/>
              <w:left w:val="nil"/>
              <w:bottom w:val="single" w:sz="8" w:space="0" w:color="auto"/>
              <w:right w:val="single" w:sz="8" w:space="0" w:color="auto"/>
            </w:tcBorders>
            <w:vAlign w:val="center"/>
            <w:hideMark/>
          </w:tcPr>
          <w:p w14:paraId="02855235"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T3 = </w:t>
            </w:r>
            <w:r w:rsidRPr="00C151FB">
              <w:rPr>
                <w:rFonts w:ascii="Times New Roman" w:eastAsia="Times New Roman" w:hAnsi="Times New Roman" w:cs="Times New Roman"/>
                <w:color w:val="333333"/>
                <w:sz w:val="24"/>
                <w:szCs w:val="24"/>
              </w:rPr>
              <w:t>tarif pentru colectarea separată şi transportul separat al biodeşeurilor din deşeurile municipale - Tcs biodeşeuri</w:t>
            </w:r>
            <w:r w:rsidRPr="00C151FB">
              <w:rPr>
                <w:rFonts w:ascii="Times New Roman" w:eastAsia="Times New Roman" w:hAnsi="Times New Roman" w:cs="Times New Roman"/>
                <w:color w:val="000000"/>
                <w:sz w:val="24"/>
                <w:szCs w:val="24"/>
              </w:rPr>
              <w:t xml:space="preserve">, prevazute la art.33 din OUG 92/2021 privind regimul deseurilor exprimat in lei/tona, </w:t>
            </w:r>
            <w:r w:rsidRPr="00C151FB">
              <w:rPr>
                <w:rFonts w:ascii="Times New Roman" w:eastAsia="Times New Roman" w:hAnsi="Times New Roman" w:cs="Times New Roman"/>
                <w:color w:val="333333"/>
                <w:sz w:val="24"/>
                <w:szCs w:val="24"/>
              </w:rPr>
              <w:t>lei/persoană/lună şi lei/mc</w:t>
            </w:r>
            <w:r w:rsidRPr="00C151FB">
              <w:rPr>
                <w:rFonts w:ascii="Times New Roman" w:eastAsia="Times New Roman" w:hAnsi="Times New Roman" w:cs="Times New Roman"/>
                <w:color w:val="000000"/>
                <w:sz w:val="24"/>
                <w:szCs w:val="24"/>
              </w:rPr>
              <w:t>.</w:t>
            </w:r>
          </w:p>
        </w:tc>
        <w:tc>
          <w:tcPr>
            <w:tcW w:w="1551" w:type="pct"/>
            <w:tcBorders>
              <w:top w:val="nil"/>
              <w:left w:val="nil"/>
              <w:bottom w:val="single" w:sz="8" w:space="0" w:color="auto"/>
              <w:right w:val="single" w:sz="8" w:space="0" w:color="auto"/>
            </w:tcBorders>
            <w:vAlign w:val="center"/>
            <w:hideMark/>
          </w:tcPr>
          <w:p w14:paraId="4FAF78FF"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15</w:t>
            </w:r>
          </w:p>
        </w:tc>
      </w:tr>
      <w:tr w:rsidR="008B2EA6" w:rsidRPr="00C151FB" w14:paraId="696EC88E" w14:textId="77777777" w:rsidTr="00E152C8">
        <w:trPr>
          <w:trHeight w:val="915"/>
        </w:trPr>
        <w:tc>
          <w:tcPr>
            <w:tcW w:w="949" w:type="pct"/>
            <w:tcBorders>
              <w:top w:val="nil"/>
              <w:left w:val="single" w:sz="8" w:space="0" w:color="auto"/>
              <w:bottom w:val="single" w:sz="8" w:space="0" w:color="auto"/>
              <w:right w:val="single" w:sz="8" w:space="0" w:color="auto"/>
            </w:tcBorders>
            <w:vAlign w:val="center"/>
            <w:hideMark/>
          </w:tcPr>
          <w:p w14:paraId="33864EB9"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w:t>
            </w:r>
          </w:p>
        </w:tc>
        <w:tc>
          <w:tcPr>
            <w:tcW w:w="2499" w:type="pct"/>
            <w:tcBorders>
              <w:top w:val="nil"/>
              <w:left w:val="nil"/>
              <w:bottom w:val="single" w:sz="8" w:space="0" w:color="auto"/>
              <w:right w:val="single" w:sz="8" w:space="0" w:color="auto"/>
            </w:tcBorders>
            <w:vAlign w:val="center"/>
            <w:hideMark/>
          </w:tcPr>
          <w:p w14:paraId="4286E154"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4B7F305A"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3</w:t>
            </w:r>
          </w:p>
        </w:tc>
      </w:tr>
      <w:tr w:rsidR="008B2EA6" w:rsidRPr="00C151FB" w14:paraId="663C3A82" w14:textId="77777777" w:rsidTr="00E152C8">
        <w:trPr>
          <w:trHeight w:val="915"/>
        </w:trPr>
        <w:tc>
          <w:tcPr>
            <w:tcW w:w="949" w:type="pct"/>
            <w:tcBorders>
              <w:top w:val="nil"/>
              <w:left w:val="single" w:sz="8" w:space="0" w:color="auto"/>
              <w:bottom w:val="single" w:sz="8" w:space="0" w:color="auto"/>
              <w:right w:val="single" w:sz="8" w:space="0" w:color="auto"/>
            </w:tcBorders>
            <w:vAlign w:val="center"/>
            <w:hideMark/>
          </w:tcPr>
          <w:p w14:paraId="5A10E3F3"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e)</w:t>
            </w:r>
          </w:p>
        </w:tc>
        <w:tc>
          <w:tcPr>
            <w:tcW w:w="2499" w:type="pct"/>
            <w:tcBorders>
              <w:top w:val="nil"/>
              <w:left w:val="nil"/>
              <w:bottom w:val="single" w:sz="8" w:space="0" w:color="auto"/>
              <w:right w:val="single" w:sz="8" w:space="0" w:color="auto"/>
            </w:tcBorders>
            <w:vAlign w:val="center"/>
            <w:hideMark/>
          </w:tcPr>
          <w:p w14:paraId="5505BE7D" w14:textId="77777777" w:rsidR="008B2EA6" w:rsidRPr="00C151FB" w:rsidRDefault="008B2EA6" w:rsidP="00E152C8">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586999C0"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3</w:t>
            </w:r>
          </w:p>
        </w:tc>
      </w:tr>
      <w:tr w:rsidR="008B2EA6" w:rsidRPr="00C151FB" w14:paraId="4550FFCB" w14:textId="77777777" w:rsidTr="00E152C8">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2F9D6C50"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Detalii privind aplicarea algoritmului de calcul</w:t>
            </w:r>
          </w:p>
        </w:tc>
      </w:tr>
      <w:tr w:rsidR="008B2EA6" w:rsidRPr="00C151FB" w14:paraId="62A67520" w14:textId="77777777" w:rsidTr="00E152C8">
        <w:trPr>
          <w:trHeight w:val="300"/>
        </w:trPr>
        <w:tc>
          <w:tcPr>
            <w:tcW w:w="5000" w:type="pct"/>
            <w:gridSpan w:val="3"/>
            <w:tcBorders>
              <w:top w:val="nil"/>
              <w:left w:val="single" w:sz="8" w:space="0" w:color="auto"/>
              <w:bottom w:val="nil"/>
              <w:right w:val="single" w:sz="8" w:space="0" w:color="000000"/>
            </w:tcBorders>
            <w:vAlign w:val="center"/>
            <w:hideMark/>
          </w:tcPr>
          <w:p w14:paraId="4F71FA91"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T1 = valoarea tarif pentru colectarea separată şi transportul separat al deşeurilor de hârtie, metal, plastic şi sticlă din deşeurile municipale din zona 5 – 35 p</w:t>
            </w:r>
          </w:p>
        </w:tc>
      </w:tr>
      <w:tr w:rsidR="008B2EA6" w:rsidRPr="00C151FB" w14:paraId="34492732" w14:textId="77777777" w:rsidTr="00E152C8">
        <w:trPr>
          <w:trHeight w:val="870"/>
        </w:trPr>
        <w:tc>
          <w:tcPr>
            <w:tcW w:w="5000" w:type="pct"/>
            <w:gridSpan w:val="3"/>
            <w:tcBorders>
              <w:top w:val="nil"/>
              <w:left w:val="single" w:sz="8" w:space="0" w:color="auto"/>
              <w:bottom w:val="nil"/>
              <w:right w:val="single" w:sz="8" w:space="0" w:color="000000"/>
            </w:tcBorders>
            <w:vAlign w:val="center"/>
            <w:hideMark/>
          </w:tcPr>
          <w:p w14:paraId="26E82E69"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- 34 p</w:t>
            </w:r>
          </w:p>
        </w:tc>
      </w:tr>
      <w:tr w:rsidR="008B2EA6" w:rsidRPr="00C151FB" w14:paraId="1C71296C" w14:textId="77777777" w:rsidTr="00E152C8">
        <w:trPr>
          <w:trHeight w:val="900"/>
        </w:trPr>
        <w:tc>
          <w:tcPr>
            <w:tcW w:w="5000" w:type="pct"/>
            <w:gridSpan w:val="3"/>
            <w:tcBorders>
              <w:top w:val="nil"/>
              <w:left w:val="single" w:sz="8" w:space="0" w:color="auto"/>
              <w:bottom w:val="nil"/>
              <w:right w:val="single" w:sz="8" w:space="0" w:color="000000"/>
            </w:tcBorders>
            <w:vAlign w:val="center"/>
            <w:hideMark/>
          </w:tcPr>
          <w:p w14:paraId="757173B7"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T3= tarif pentru colectarea separată şi transportul separat al biodeşeurilor din deşeurile municipale - Tcs biodeşeuri, prevazute la art. 33 din OUG 92/2021 privind regimul deseurilor exprimat in lei/tona, lei/persoană/lună şi lei/mc. - 15 p</w:t>
            </w:r>
          </w:p>
        </w:tc>
      </w:tr>
      <w:tr w:rsidR="008B2EA6" w:rsidRPr="00C151FB" w14:paraId="34C668FF" w14:textId="77777777" w:rsidTr="00E152C8">
        <w:trPr>
          <w:trHeight w:val="300"/>
        </w:trPr>
        <w:tc>
          <w:tcPr>
            <w:tcW w:w="5000" w:type="pct"/>
            <w:gridSpan w:val="3"/>
            <w:tcBorders>
              <w:top w:val="nil"/>
              <w:left w:val="single" w:sz="8" w:space="0" w:color="auto"/>
              <w:bottom w:val="nil"/>
              <w:right w:val="single" w:sz="8" w:space="0" w:color="000000"/>
            </w:tcBorders>
            <w:vAlign w:val="center"/>
            <w:hideMark/>
          </w:tcPr>
          <w:p w14:paraId="3C4EC41D"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T5= Tarif pentru Colectarea și transportul deșeurilor din construcții și desființări: exprimat in lei/tonă, în    Zona 5. - 3 p</w:t>
            </w:r>
          </w:p>
        </w:tc>
      </w:tr>
      <w:tr w:rsidR="008B2EA6" w:rsidRPr="00C151FB" w14:paraId="1470486D" w14:textId="77777777" w:rsidTr="00E152C8">
        <w:trPr>
          <w:trHeight w:val="420"/>
        </w:trPr>
        <w:tc>
          <w:tcPr>
            <w:tcW w:w="5000" w:type="pct"/>
            <w:gridSpan w:val="3"/>
            <w:tcBorders>
              <w:top w:val="nil"/>
              <w:left w:val="single" w:sz="8" w:space="0" w:color="auto"/>
              <w:bottom w:val="nil"/>
              <w:right w:val="single" w:sz="8" w:space="0" w:color="000000"/>
            </w:tcBorders>
            <w:vAlign w:val="center"/>
            <w:hideMark/>
          </w:tcPr>
          <w:p w14:paraId="3AB6DE05"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 6= tariful pentru colectarea și transportul deșeurilor abandonate pe domeniul public : exprimat in lei/tonă, în   Zona 5 - 3 p</w:t>
            </w:r>
          </w:p>
        </w:tc>
      </w:tr>
      <w:tr w:rsidR="008B2EA6" w:rsidRPr="00C151FB" w14:paraId="6D7BF4FC"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32973293"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Algoritm de calcul: </w:t>
            </w:r>
          </w:p>
        </w:tc>
      </w:tr>
      <w:tr w:rsidR="008B2EA6" w:rsidRPr="00C151FB" w14:paraId="7F8BFB9C" w14:textId="77777777" w:rsidTr="00E152C8">
        <w:trPr>
          <w:trHeight w:val="675"/>
        </w:trPr>
        <w:tc>
          <w:tcPr>
            <w:tcW w:w="5000" w:type="pct"/>
            <w:gridSpan w:val="3"/>
            <w:tcBorders>
              <w:top w:val="nil"/>
              <w:left w:val="single" w:sz="8" w:space="0" w:color="auto"/>
              <w:bottom w:val="nil"/>
              <w:right w:val="single" w:sz="8" w:space="0" w:color="000000"/>
            </w:tcBorders>
            <w:vAlign w:val="center"/>
            <w:hideMark/>
          </w:tcPr>
          <w:p w14:paraId="4772619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 T1 = tarif pentru colectarea separată şi transportul separat al deşeurilor de hârtie, metal, plastic şi sticlă din deşeurile municipale - Tcs reciclabile: exprimat in lei/tonă, lei/persoană/lună şi lei/mc, în UAT urile din   Zona  </w:t>
            </w:r>
          </w:p>
          <w:p w14:paraId="0A174D1B"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- 35 de puncte, </w:t>
            </w:r>
          </w:p>
          <w:p w14:paraId="3AF5B776"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8B2EA6" w:rsidRPr="00C151FB" w14:paraId="20D66AF3"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38409665" w14:textId="77777777" w:rsidR="008B2EA6" w:rsidRPr="00C151FB" w:rsidRDefault="008B2EA6" w:rsidP="00E152C8">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r1 = (tarif minim / tarif n) x punctaj maxim alocat.</w:t>
            </w:r>
          </w:p>
        </w:tc>
      </w:tr>
      <w:tr w:rsidR="008B2EA6" w:rsidRPr="00C151FB" w14:paraId="2D0C12FB" w14:textId="77777777" w:rsidTr="00E152C8">
        <w:trPr>
          <w:trHeight w:val="675"/>
        </w:trPr>
        <w:tc>
          <w:tcPr>
            <w:tcW w:w="5000" w:type="pct"/>
            <w:gridSpan w:val="3"/>
            <w:tcBorders>
              <w:top w:val="nil"/>
              <w:left w:val="single" w:sz="8" w:space="0" w:color="auto"/>
              <w:bottom w:val="nil"/>
              <w:right w:val="single" w:sz="8" w:space="0" w:color="000000"/>
            </w:tcBorders>
            <w:vAlign w:val="center"/>
            <w:hideMark/>
          </w:tcPr>
          <w:p w14:paraId="5CD19FFA"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70F32065"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lastRenderedPageBreak/>
              <w:t xml:space="preserve">Pentru cel mai mic tarif dintre tarifele ofertate se acorda punctaj maxim - 34 de puncte, </w:t>
            </w:r>
          </w:p>
          <w:p w14:paraId="3A2EB615"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orice alt tarif ofertat, punctajul se acorda folosind următoarea formula: </w:t>
            </w:r>
          </w:p>
        </w:tc>
      </w:tr>
      <w:tr w:rsidR="008B2EA6" w:rsidRPr="00C151FB" w14:paraId="2C1F5F67"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4340E85F" w14:textId="77777777" w:rsidR="008B2EA6" w:rsidRPr="00C151FB" w:rsidRDefault="008B2EA6" w:rsidP="00E152C8">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lastRenderedPageBreak/>
              <w:t>T r2 = (tarif minim / tarif n) x punctaj maxim alocat.</w:t>
            </w:r>
          </w:p>
        </w:tc>
      </w:tr>
      <w:tr w:rsidR="008B2EA6" w:rsidRPr="00C151FB" w14:paraId="09F25358" w14:textId="77777777" w:rsidTr="00E152C8">
        <w:trPr>
          <w:trHeight w:val="555"/>
        </w:trPr>
        <w:tc>
          <w:tcPr>
            <w:tcW w:w="5000" w:type="pct"/>
            <w:gridSpan w:val="3"/>
            <w:tcBorders>
              <w:top w:val="nil"/>
              <w:left w:val="single" w:sz="8" w:space="0" w:color="auto"/>
              <w:bottom w:val="nil"/>
              <w:right w:val="single" w:sz="8" w:space="0" w:color="000000"/>
            </w:tcBorders>
            <w:vAlign w:val="center"/>
            <w:hideMark/>
          </w:tcPr>
          <w:p w14:paraId="4A9BB28E"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c) T3= tarif pentru colectarea separată şi transportul separat al biodeşeurilor din deşeurile municipale - Tcs biodeşeuri, prevazute la art.33 din OUG 92/2021 privind regimul deseurilor exprimat in lei/tona, lei/persoană/lună şi lei/mc. </w:t>
            </w:r>
          </w:p>
          <w:p w14:paraId="521DDE02"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- 15 de puncte, </w:t>
            </w:r>
          </w:p>
          <w:p w14:paraId="5EDAC632"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8B2EA6" w:rsidRPr="00C151FB" w14:paraId="6F70E132" w14:textId="77777777" w:rsidTr="00E152C8">
        <w:trPr>
          <w:trHeight w:val="555"/>
        </w:trPr>
        <w:tc>
          <w:tcPr>
            <w:tcW w:w="5000" w:type="pct"/>
            <w:gridSpan w:val="3"/>
            <w:tcBorders>
              <w:top w:val="nil"/>
              <w:left w:val="single" w:sz="8" w:space="0" w:color="auto"/>
              <w:bottom w:val="nil"/>
              <w:right w:val="single" w:sz="8" w:space="0" w:color="000000"/>
            </w:tcBorders>
            <w:vAlign w:val="center"/>
            <w:hideMark/>
          </w:tcPr>
          <w:p w14:paraId="30740F04" w14:textId="77777777" w:rsidR="008B2EA6" w:rsidRPr="00C151FB" w:rsidRDefault="008B2EA6" w:rsidP="00E152C8">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r3 = (tarif minim / tarif n) x punctaj maxim alocat.</w:t>
            </w:r>
          </w:p>
        </w:tc>
      </w:tr>
      <w:tr w:rsidR="008B2EA6" w:rsidRPr="00C151FB" w14:paraId="18DC1D9F" w14:textId="77777777" w:rsidTr="00E152C8">
        <w:trPr>
          <w:trHeight w:val="615"/>
        </w:trPr>
        <w:tc>
          <w:tcPr>
            <w:tcW w:w="5000" w:type="pct"/>
            <w:gridSpan w:val="3"/>
            <w:tcBorders>
              <w:top w:val="nil"/>
              <w:left w:val="single" w:sz="8" w:space="0" w:color="auto"/>
              <w:bottom w:val="nil"/>
              <w:right w:val="single" w:sz="8" w:space="0" w:color="000000"/>
            </w:tcBorders>
            <w:vAlign w:val="center"/>
            <w:hideMark/>
          </w:tcPr>
          <w:p w14:paraId="587C25B6"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d) T5= Tarif pentru Colectarea și transportul deșeurilor din construcții și desființări: exprimat in lei/tonă, în Zona. </w:t>
            </w:r>
          </w:p>
          <w:p w14:paraId="2DBF9C59"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de - 3  puncte, </w:t>
            </w:r>
          </w:p>
          <w:p w14:paraId="2ADDC505"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8B2EA6" w:rsidRPr="00C151FB" w14:paraId="0DAC19CF"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4F691735" w14:textId="77777777" w:rsidR="008B2EA6" w:rsidRPr="00C151FB" w:rsidRDefault="008B2EA6" w:rsidP="00E152C8">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r5 = (tarif minim / tarif n) x punctaj maxim alocat.</w:t>
            </w:r>
          </w:p>
        </w:tc>
      </w:tr>
      <w:tr w:rsidR="008B2EA6" w:rsidRPr="00C151FB" w14:paraId="013158D2" w14:textId="77777777" w:rsidTr="00E152C8">
        <w:trPr>
          <w:trHeight w:val="810"/>
        </w:trPr>
        <w:tc>
          <w:tcPr>
            <w:tcW w:w="5000" w:type="pct"/>
            <w:gridSpan w:val="3"/>
            <w:tcBorders>
              <w:top w:val="nil"/>
              <w:left w:val="single" w:sz="8" w:space="0" w:color="auto"/>
              <w:bottom w:val="nil"/>
              <w:right w:val="single" w:sz="8" w:space="0" w:color="000000"/>
            </w:tcBorders>
            <w:vAlign w:val="center"/>
            <w:hideMark/>
          </w:tcPr>
          <w:p w14:paraId="1E66CD9A"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e) T 6= tariful pentru colectarea și transportul deșeurilor abandonate pe domeniul public : exprimat in lei/tonă, în   Zona  Pentru cel mai mic tarif dintre tarifele ofertate se acorda punctaj maxim de - 3 puncte, </w:t>
            </w:r>
          </w:p>
          <w:p w14:paraId="68EA57A6"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8B2EA6" w:rsidRPr="00C151FB" w14:paraId="0C81FC92"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5D2917C6" w14:textId="77777777" w:rsidR="008B2EA6" w:rsidRPr="00C151FB" w:rsidRDefault="008B2EA6" w:rsidP="00E152C8">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r6 = (tarif minim / tarif n) x punctaj maxim alocat.</w:t>
            </w:r>
          </w:p>
        </w:tc>
      </w:tr>
      <w:tr w:rsidR="008B2EA6" w:rsidRPr="00C151FB" w14:paraId="1EA2FF53" w14:textId="77777777" w:rsidTr="00E152C8">
        <w:trPr>
          <w:trHeight w:val="465"/>
        </w:trPr>
        <w:tc>
          <w:tcPr>
            <w:tcW w:w="949" w:type="pct"/>
            <w:tcBorders>
              <w:top w:val="nil"/>
              <w:left w:val="single" w:sz="8" w:space="0" w:color="auto"/>
              <w:bottom w:val="single" w:sz="8" w:space="0" w:color="auto"/>
              <w:right w:val="single" w:sz="8" w:space="0" w:color="auto"/>
            </w:tcBorders>
            <w:vAlign w:val="center"/>
            <w:hideMark/>
          </w:tcPr>
          <w:p w14:paraId="71C332B8"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Punctaj maxim total: </w:t>
            </w:r>
          </w:p>
        </w:tc>
        <w:tc>
          <w:tcPr>
            <w:tcW w:w="2499" w:type="pct"/>
            <w:tcBorders>
              <w:top w:val="nil"/>
              <w:left w:val="nil"/>
              <w:bottom w:val="single" w:sz="8" w:space="0" w:color="auto"/>
              <w:right w:val="single" w:sz="8" w:space="0" w:color="auto"/>
            </w:tcBorders>
            <w:vAlign w:val="center"/>
            <w:hideMark/>
          </w:tcPr>
          <w:p w14:paraId="687DBA32" w14:textId="77777777" w:rsidR="008B2EA6" w:rsidRPr="00C151FB" w:rsidRDefault="008B2EA6" w:rsidP="00E152C8">
            <w:pPr>
              <w:spacing w:after="0" w:line="240" w:lineRule="auto"/>
              <w:jc w:val="right"/>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100</w:t>
            </w:r>
          </w:p>
        </w:tc>
        <w:tc>
          <w:tcPr>
            <w:tcW w:w="1551" w:type="pct"/>
            <w:tcBorders>
              <w:top w:val="nil"/>
              <w:left w:val="nil"/>
              <w:bottom w:val="single" w:sz="8" w:space="0" w:color="auto"/>
              <w:right w:val="single" w:sz="8" w:space="0" w:color="auto"/>
            </w:tcBorders>
            <w:vAlign w:val="center"/>
            <w:hideMark/>
          </w:tcPr>
          <w:p w14:paraId="3A5D0C05" w14:textId="77777777" w:rsidR="008B2EA6" w:rsidRPr="00C151FB" w:rsidRDefault="008B2EA6" w:rsidP="00E152C8">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w:t>
            </w:r>
          </w:p>
        </w:tc>
      </w:tr>
      <w:bookmarkEnd w:id="10"/>
    </w:tbl>
    <w:p w14:paraId="6E29CF0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4F7D1AD"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II.2.7 Durata contractului, concesiunii, a acordului-cadru sau a sistemului dinamic de achiziții</w:t>
      </w:r>
    </w:p>
    <w:p w14:paraId="4233B23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D13600">
        <w:rPr>
          <w:rFonts w:ascii="Times New Roman" w:hAnsi="Times New Roman" w:cs="Times New Roman"/>
          <w:sz w:val="24"/>
          <w:szCs w:val="24"/>
        </w:rPr>
        <w:t xml:space="preserve">Durata </w:t>
      </w:r>
      <w:r w:rsidRPr="001E071E">
        <w:rPr>
          <w:rFonts w:ascii="Times New Roman" w:hAnsi="Times New Roman" w:cs="Times New Roman"/>
          <w:sz w:val="24"/>
          <w:szCs w:val="24"/>
        </w:rPr>
        <w:t>in luni: 6</w:t>
      </w:r>
      <w:r>
        <w:rPr>
          <w:rFonts w:ascii="Times New Roman" w:hAnsi="Times New Roman" w:cs="Times New Roman"/>
          <w:sz w:val="24"/>
          <w:szCs w:val="24"/>
        </w:rPr>
        <w:t>6</w:t>
      </w:r>
      <w:r w:rsidRPr="001E071E">
        <w:rPr>
          <w:rFonts w:ascii="Times New Roman" w:hAnsi="Times New Roman" w:cs="Times New Roman"/>
          <w:sz w:val="24"/>
          <w:szCs w:val="24"/>
        </w:rPr>
        <w:t>; Durata</w:t>
      </w:r>
      <w:r w:rsidRPr="00D13600">
        <w:rPr>
          <w:rFonts w:ascii="Times New Roman" w:hAnsi="Times New Roman" w:cs="Times New Roman"/>
          <w:sz w:val="24"/>
          <w:szCs w:val="24"/>
        </w:rPr>
        <w:t xml:space="preserve"> in zile : -</w:t>
      </w:r>
    </w:p>
    <w:p w14:paraId="5447BB3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Contractul se reînnoiește: Nu</w:t>
      </w:r>
    </w:p>
    <w:p w14:paraId="5EE54C3F"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II.2.10 Informații privind variantele</w:t>
      </w:r>
    </w:p>
    <w:p w14:paraId="1DAAF9F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Vor fi acceptate variante: Nu</w:t>
      </w:r>
    </w:p>
    <w:p w14:paraId="4344FE01"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II.2.11 Informații privind opțiunile</w:t>
      </w:r>
    </w:p>
    <w:p w14:paraId="48D154D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Opțiuni: Nu</w:t>
      </w:r>
    </w:p>
    <w:p w14:paraId="21AF9159"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II.2.12 Informații privind cataloagele electronice</w:t>
      </w:r>
    </w:p>
    <w:p w14:paraId="6767B86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trebuie sa fie prezentate sub forma de cataloage electronice sau sa includă un catalog electronic: Nu</w:t>
      </w:r>
    </w:p>
    <w:p w14:paraId="11195229"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II.2.13 Informații despre fondurile Uniunii Europene</w:t>
      </w:r>
    </w:p>
    <w:p w14:paraId="1371981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 se refera la un proiect si/sau program finanțat din fonduri ale Uniunii Europene: Nu</w:t>
      </w:r>
    </w:p>
    <w:p w14:paraId="07E519E8"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II.2.14 Informații suplimentare</w:t>
      </w:r>
    </w:p>
    <w:p w14:paraId="7B1F817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Venituri încasate de la utilizatorii serviciului public de salubrizare</w:t>
      </w:r>
    </w:p>
    <w:p w14:paraId="02B5B3A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Procentul minim de lucrări/servicii care urmează sa fie atribuite de concesionar unor terți (după caz)-</w:t>
      </w:r>
    </w:p>
    <w:p w14:paraId="0FBAD5C8" w14:textId="77777777" w:rsidR="008B2EA6" w:rsidRDefault="008B2EA6" w:rsidP="008B2EA6">
      <w:pPr>
        <w:pStyle w:val="Heading2"/>
        <w:jc w:val="both"/>
        <w:rPr>
          <w:rFonts w:ascii="Times New Roman" w:hAnsi="Times New Roman" w:cs="Times New Roman"/>
          <w:sz w:val="24"/>
          <w:szCs w:val="24"/>
        </w:rPr>
      </w:pPr>
    </w:p>
    <w:p w14:paraId="0DA81CA6"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II.3 Ajustarea prețului contractului</w:t>
      </w:r>
    </w:p>
    <w:p w14:paraId="055FBF43" w14:textId="77777777" w:rsidR="008B2EA6" w:rsidRPr="00C151FB" w:rsidRDefault="008B2EA6" w:rsidP="008B2EA6">
      <w:pPr>
        <w:widowControl w:val="0"/>
        <w:shd w:val="clear" w:color="auto" w:fill="FFFFFF"/>
        <w:jc w:val="both"/>
        <w:rPr>
          <w:rFonts w:ascii="Times New Roman" w:hAnsi="Times New Roman" w:cs="Times New Roman"/>
          <w:sz w:val="24"/>
          <w:szCs w:val="24"/>
        </w:rPr>
      </w:pPr>
      <w:r w:rsidRPr="00C151FB">
        <w:rPr>
          <w:rFonts w:ascii="Times New Roman" w:hAnsi="Times New Roman" w:cs="Times New Roman"/>
          <w:sz w:val="24"/>
          <w:szCs w:val="24"/>
        </w:rPr>
        <w:t>Ajustarea prețului contractului se va realiza în conformitate cu prevederile draftului de contract, și anume:</w:t>
      </w:r>
    </w:p>
    <w:p w14:paraId="45390E3C" w14:textId="77777777" w:rsidR="008B2EA6" w:rsidRPr="00C151FB" w:rsidRDefault="008B2EA6" w:rsidP="008B2EA6">
      <w:pPr>
        <w:spacing w:after="0" w:line="240" w:lineRule="auto"/>
        <w:jc w:val="both"/>
        <w:rPr>
          <w:rFonts w:ascii="Times New Roman" w:eastAsia="Times New Roman" w:hAnsi="Times New Roman" w:cs="Times New Roman"/>
          <w:b/>
          <w:bCs/>
          <w:sz w:val="24"/>
          <w:szCs w:val="24"/>
        </w:rPr>
      </w:pPr>
      <w:r w:rsidRPr="00C151FB">
        <w:rPr>
          <w:rFonts w:ascii="Times New Roman" w:eastAsia="Times New Roman" w:hAnsi="Times New Roman" w:cs="Times New Roman"/>
          <w:b/>
          <w:bCs/>
          <w:sz w:val="24"/>
          <w:szCs w:val="24"/>
        </w:rPr>
        <w:t xml:space="preserve">Ajustarea tarifelor pentru activităţile specifice serviciului de salubrizare </w:t>
      </w:r>
    </w:p>
    <w:p w14:paraId="38E3E3A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19A20917"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(1^1) Luna de referinţă corespunzătoare stabilirii tarifului/tarifelor este:</w:t>
      </w:r>
    </w:p>
    <w:p w14:paraId="7843756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luna aferentă datei semnării contractului de delegare, în cazul în care contractul se semnează înainte de expirarea duratei iniţiale de valabilitate a ofertei stabilite prin documentaţia de atribuire;</w:t>
      </w:r>
    </w:p>
    <w:p w14:paraId="4EFB8CD1"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235601C6"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luna aferentă datei de dare în administrare a activităţii/activităţilor de salubrizare.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Luna de referinţă corespunzătoare precedentei aprobări este ultima lună până la care operatorul a fundamentat cheltuielile aferente tarifului aprobat anterior, respectiv:</w:t>
      </w:r>
    </w:p>
    <w:p w14:paraId="358EC639"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ultima lună avută în vedere la calculul evoluţiei indicelui preţurilor de consum, în cazul în care tariful aprobat anterior a făcut obiectul unei proceduri de ajustare;</w:t>
      </w:r>
    </w:p>
    <w:p w14:paraId="4157428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ultima lună avută în vedere la fundamentarea cheltuielilor de către operator, în cazul în care tariful aprobat anterior a făcut obiectul unei proceduri de modificare.</w:t>
      </w:r>
    </w:p>
    <w:p w14:paraId="4B9F723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3EED3432"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 se face prin aplicarea coeficientului de indexare cu evoluţia indicelui preţului de consum total (IPC total) la total cheltuieli de exploatare, fără a fi necesară fundamentarea elementelor de cheltuieli.</w:t>
      </w:r>
    </w:p>
    <w:p w14:paraId="2CF82CF2" w14:textId="77777777" w:rsidR="008B2EA6" w:rsidRPr="00C151FB" w:rsidRDefault="008B2EA6" w:rsidP="008B2EA6">
      <w:pPr>
        <w:spacing w:after="0" w:line="240" w:lineRule="auto"/>
        <w:ind w:firstLine="720"/>
        <w:jc w:val="both"/>
        <w:rPr>
          <w:rFonts w:ascii="Times New Roman" w:hAnsi="Times New Roman" w:cs="Times New Roman"/>
          <w:sz w:val="24"/>
          <w:szCs w:val="24"/>
        </w:rPr>
      </w:pPr>
      <w:r w:rsidRPr="00C151FB">
        <w:rPr>
          <w:rFonts w:ascii="Times New Roman" w:hAnsi="Times New Roman" w:cs="Times New Roman"/>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47E0FE08"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situaţia contractelor de delegare a gestiunii aflate în derulare care prevăd alt parametru de ajustare decât indicele preţului de consum total, ajustarea tarifului/tarifelor se face prin aplicarea parametrului de ajustare prevăzut în contract.</w:t>
      </w:r>
    </w:p>
    <w:p w14:paraId="1D7E42A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tarifelor pentru activităţile de salubrizare desfăşurate de operatori pe fluxul deşeurilor municipale se face potrivit formulei:</w:t>
      </w:r>
    </w:p>
    <w:p w14:paraId="0FCF36DE"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V(1)/Q(1), unde:</w:t>
      </w:r>
    </w:p>
    <w:p w14:paraId="1B789959"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tariful ajustat;</w:t>
      </w:r>
    </w:p>
    <w:p w14:paraId="7C9FB5B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Q(1) = cantitatea programată, egală cu Q(0)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valoarea totală ajustată, determinată de influenţele primite în cheltuielile de exploatare de evoluţia parametrului de ajustare IPC_total, calculată potrivit formulei:</w:t>
      </w:r>
    </w:p>
    <w:p w14:paraId="160BD54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CT(1) + CT(1) x r% + CT(1) x d%, unde:</w:t>
      </w:r>
    </w:p>
    <w:p w14:paraId="5F02A2F1"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CT(1) = CE(1) + CF(1)</w:t>
      </w:r>
    </w:p>
    <w:p w14:paraId="0331EBB2"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CE(0) x IPC_total/100</w:t>
      </w:r>
    </w:p>
    <w:p w14:paraId="2D2BAD9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CE(0) = cheltuielile de exploatare,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7FAFF80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cheltuielile de exploatare ajustate cu inflaţia;</w:t>
      </w:r>
    </w:p>
    <w:p w14:paraId="1CCA80BB"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CF(1) = cheltuielile financiare, la acelaşi nivel cu cheltuielile financiare CF(0) din fundamentarea anterioară avizată/aprobată;</w:t>
      </w:r>
    </w:p>
    <w:p w14:paraId="1FB9404E"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r% = cota de profit stabilită la momentul încheierii contractului de delegare;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d% = cota de dezvoltare.</w:t>
      </w:r>
    </w:p>
    <w:p w14:paraId="20E4B6E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014A334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169D354F"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2812D25F"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751D4E1A"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specifice serviciului de salubrizare</w:t>
      </w:r>
    </w:p>
    <w:p w14:paraId="004A3DD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 Tarifele activităţilor specifice serviciului de salubrizare se modifică în următoarele situaţii:</w:t>
      </w:r>
    </w:p>
    <w:p w14:paraId="3B33ED46"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522273CB"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0EC1010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1D51FC1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6D40797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5D816B4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48FE607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61C8440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cu amortizarea, cu redevenţa şi cu personalul se fundamentează de către operatori, după cum urmează:</w:t>
      </w:r>
    </w:p>
    <w:p w14:paraId="5AE65EE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52D319F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cheltuielile cu redevenţa anuală se iau în considerare la nivelul stabilit în contractul de delegare sau, după caz, în hotărârea de dare în administrare a serviciului de salubrizare;</w:t>
      </w:r>
    </w:p>
    <w:p w14:paraId="0797B0A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61600E84"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financiare se iau în considerare la nivelul cheltuielilor anuale cu dobânzile şi comisioanele aferente creditelor contractate pentru realizarea investiţiilor în sistemul de salubrizare.</w:t>
      </w:r>
    </w:p>
    <w:p w14:paraId="3D19CBB9"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de salubrizare desfăşurate de operatori pe fluxul deşeurilor municipale se face potrivit formulei:</w:t>
      </w:r>
    </w:p>
    <w:p w14:paraId="21A9560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Vm/Qm, unde:</w:t>
      </w:r>
    </w:p>
    <w:p w14:paraId="7855C12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preţul sau tariful modificat;</w:t>
      </w:r>
    </w:p>
    <w:p w14:paraId="0CE0C081"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2545D0B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Qm = cantitatea programată la nivelul anului în care se face propunerea.</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026574C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093E67F1" w14:textId="77777777" w:rsidR="008B2EA6" w:rsidRPr="00C151FB" w:rsidRDefault="008B2EA6" w:rsidP="008B2EA6">
      <w:pPr>
        <w:spacing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3A263403" w14:textId="77777777" w:rsidR="008B2EA6" w:rsidRPr="00C151FB" w:rsidRDefault="008B2EA6" w:rsidP="008B2EA6">
      <w:pPr>
        <w:pStyle w:val="Heading1"/>
        <w:jc w:val="both"/>
        <w:rPr>
          <w:rFonts w:ascii="Times New Roman" w:hAnsi="Times New Roman" w:cs="Times New Roman"/>
          <w:sz w:val="24"/>
          <w:szCs w:val="24"/>
        </w:rPr>
      </w:pPr>
      <w:r w:rsidRPr="00C151FB">
        <w:rPr>
          <w:rFonts w:ascii="Times New Roman" w:hAnsi="Times New Roman" w:cs="Times New Roman"/>
          <w:sz w:val="24"/>
          <w:szCs w:val="24"/>
        </w:rPr>
        <w:lastRenderedPageBreak/>
        <w:t>Sectiunea III Informatii juridice, economice, financiare si tehnice</w:t>
      </w:r>
    </w:p>
    <w:p w14:paraId="66A62F0B"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III.1) CONDITII DE PARTICIPARE:</w:t>
      </w:r>
    </w:p>
    <w:p w14:paraId="1067B35B"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III.1.1.a) Situatia personala a candidatului sau ofertantului</w:t>
      </w:r>
    </w:p>
    <w:p w14:paraId="755875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si formalități necesare pentru evaluarea respectării cerințelor menționate:</w:t>
      </w:r>
    </w:p>
    <w:p w14:paraId="5D98597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terții susținători si subcontractanții nu trebuie să se regăsească în situațiile prevăzute la art. 79, 80 si 81 din Legea nr. 100/2016 privind concesiunile de lucrări și concesiunile de servicii.</w:t>
      </w:r>
    </w:p>
    <w:p w14:paraId="38AC41D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Toate documentele întocmite/ emise de către ofertant în scopul participării la procedura vor fi prezentate în original si vor fi semnate cu semnătura olografa. Pentru celelalte documente solicitate în cadrul acestei secțiuni pentru persoanele fizice/ juridice române se permite depunerea acestora în oricare din formele original/ copie legalizata/ copie lizibila cu mențiunea „conform cu originalul”, iar pentru persoanele fizice/ juridice străine, documentele se prezinta în original/ copie legalizata/ copie lizibila cu mențiunea „conform cu originalul” și vor fi însoțite de traducere autorizată în limba română. Documentele relevante ce urmează a fi prezentate în susținerea îndeplinirii criteriilor de calificare/ selecție vor fi solicitate intr-o maniera echivalentă indiferent de faptul că ofertantul/ candidatul este o persoana fizica/ juridică Română sau străină.</w:t>
      </w:r>
    </w:p>
    <w:p w14:paraId="4367476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În cazul în care persoana care semnează declarațiile/ formularele solicitate nu este reprezentantul legal al operatorului economic, se va atașa o împuternicire pentru aceasta pentru a putea prezenta procedura de atribuire.</w:t>
      </w:r>
    </w:p>
    <w:p w14:paraId="6C2BE46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Documentele justificative solicitate atât ofertantului asociat, subcontractantului cât și terțului susținător, care probează îndeplinirea cerințelor:</w:t>
      </w:r>
    </w:p>
    <w:p w14:paraId="6AE6526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Declaratia prin care ofertantul certifică faptul că nu se încadrează la prevederile art. 79 din Legea nr. 100/2016 – Formularul 8</w:t>
      </w:r>
    </w:p>
    <w:p w14:paraId="20F342F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2.Declarație privind neîncadrarea în prevederile art. 80 din Legea nr. 100/2016 – Formularul 9</w:t>
      </w:r>
    </w:p>
    <w:p w14:paraId="2F5C844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3. Declarația privind neîncadrarea la prevederile art. 81 din Legea nr. 100/2016 – Formularul 10</w:t>
      </w:r>
    </w:p>
    <w:p w14:paraId="0B4A5D8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4. Declarația privind neîncadrarea la prevederile art. 44 din Legea nr. 100/2016 – Formularul 11</w:t>
      </w:r>
    </w:p>
    <w:p w14:paraId="3EF2A21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5. a) </w:t>
      </w:r>
      <w:bookmarkStart w:id="11" w:name="_Hlk155968680"/>
      <w:r w:rsidRPr="00C151FB">
        <w:rPr>
          <w:rFonts w:ascii="Times New Roman" w:hAnsi="Times New Roman" w:cs="Times New Roman"/>
          <w:sz w:val="24"/>
          <w:szCs w:val="24"/>
        </w:rPr>
        <w:t xml:space="preserve">Certificate  de atestare fiscala din care sa reiasa lipsa datoriilor restante, cu privire la plata contributiilor la bugetul general consolidat, la momentul prezentarii acestora;   </w:t>
      </w:r>
      <w:bookmarkEnd w:id="11"/>
    </w:p>
    <w:p w14:paraId="7D411FF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Certificate de atestare fiscala din care sa reiasa lipsa datoriilor restante, cu privire la plata impozitelor si taxelor la bugetul local, la momentul prezentarii acestora. Se vor prezenta Certificatele de atestare fiscala privind indeplinirea obligatiilor de plata a impozitelor, taxelor si contributiilor de asigurari sociale pentru sediul principal. Pentru sediile secundare/punctele de lucru cerinta se va putea demonstra printr-o declaraţie pe propria răspundere privind îndeplinirea obligaţiilor de plată a impozitelor, taxelor sau contribuţiilor la bugetul general consolidat datorate.</w:t>
      </w:r>
    </w:p>
    <w:p w14:paraId="4674889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6. 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 emis de ONRC / actul constitutiv;</w:t>
      </w:r>
    </w:p>
    <w:p w14:paraId="7FA81F4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7. După caz, documente prin care se demonstrează faptul ca operatorul economic poate beneficia de derogările prevăzute la art</w:t>
      </w:r>
      <w:r w:rsidRPr="00D7484D">
        <w:rPr>
          <w:rFonts w:ascii="Times New Roman" w:hAnsi="Times New Roman" w:cs="Times New Roman"/>
          <w:sz w:val="24"/>
          <w:szCs w:val="24"/>
        </w:rPr>
        <w:t>. 80 alin. (4), art</w:t>
      </w:r>
      <w:r w:rsidRPr="00C151FB">
        <w:rPr>
          <w:rFonts w:ascii="Times New Roman" w:hAnsi="Times New Roman" w:cs="Times New Roman"/>
          <w:sz w:val="24"/>
          <w:szCs w:val="24"/>
        </w:rPr>
        <w:t>. 81 alin. (2), art. 84 din Legea nr. 100/2016 privind concesiunile de lucrări și concesiunile de servicii;</w:t>
      </w:r>
    </w:p>
    <w:p w14:paraId="6FC4E99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8. Alte documente edificatoare, după caz.</w:t>
      </w:r>
    </w:p>
    <w:p w14:paraId="704331E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w:t>
      </w:r>
      <w:r>
        <w:rPr>
          <w:rFonts w:ascii="Times New Roman" w:hAnsi="Times New Roman" w:cs="Times New Roman"/>
          <w:sz w:val="24"/>
          <w:szCs w:val="24"/>
        </w:rPr>
        <w:t>r</w:t>
      </w:r>
      <w:r w:rsidRPr="00C151FB">
        <w:rPr>
          <w:rFonts w:ascii="Times New Roman" w:hAnsi="Times New Roman" w:cs="Times New Roman"/>
          <w:sz w:val="24"/>
          <w:szCs w:val="24"/>
        </w:rPr>
        <w:t xml:space="preserve">soanele cu funcție de decizie în cadrul AC: </w:t>
      </w:r>
    </w:p>
    <w:p w14:paraId="5CDF681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Tamaș Carol PERO, președinte al ADI – SIGD Arad (delegare calitate de reprezentant al Unit</w:t>
      </w:r>
      <w:r>
        <w:rPr>
          <w:rFonts w:ascii="Times New Roman" w:eastAsia="Times New Roman" w:hAnsi="Times New Roman" w:cs="Times New Roman"/>
          <w:color w:val="000000"/>
          <w:sz w:val="24"/>
          <w:szCs w:val="24"/>
        </w:rPr>
        <w:t>ăț</w:t>
      </w:r>
      <w:r w:rsidRPr="00C151FB">
        <w:rPr>
          <w:rFonts w:ascii="Times New Roman" w:eastAsia="Times New Roman" w:hAnsi="Times New Roman" w:cs="Times New Roman"/>
          <w:color w:val="000000"/>
          <w:sz w:val="24"/>
          <w:szCs w:val="24"/>
        </w:rPr>
        <w:t xml:space="preserve">ii </w:t>
      </w:r>
    </w:p>
    <w:p w14:paraId="01A8A16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Administrativ Teritoriale Judetul Arad - presedinte ADISIGD)</w:t>
      </w:r>
    </w:p>
    <w:p w14:paraId="3D44D9F7"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Dan-Florin BUDA, (delegare calitate de reprezentant al Unitatii Administrativ Teritoriale Judetul Arad)</w:t>
      </w:r>
    </w:p>
    <w:p w14:paraId="156AA1A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Simona Lucia STAN, Director adjunct ADI – SIGD Arad</w:t>
      </w:r>
    </w:p>
    <w:p w14:paraId="36C7C567"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Florin TRIPON, Șef Serviciu Monitorizare</w:t>
      </w:r>
    </w:p>
    <w:p w14:paraId="28ECDC6F" w14:textId="77777777" w:rsidR="008B2EA6" w:rsidRDefault="008B2EA6" w:rsidP="008B2EA6">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lastRenderedPageBreak/>
        <w:t>Comisia de evaluare a ofertelor</w:t>
      </w:r>
    </w:p>
    <w:p w14:paraId="21D143E6" w14:textId="77777777" w:rsidR="008B2EA6" w:rsidRPr="00C549DE" w:rsidRDefault="008B2EA6" w:rsidP="008B2EA6">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Președinte:</w:t>
      </w:r>
      <w:r w:rsidRPr="00C549DE">
        <w:rPr>
          <w:rFonts w:ascii="Times New Roman" w:eastAsia="Arial Unicode MS" w:hAnsi="Times New Roman"/>
          <w:color w:val="000000"/>
          <w:sz w:val="24"/>
          <w:szCs w:val="24"/>
          <w:lang w:val="ro-RO" w:eastAsia="ro-RO"/>
        </w:rPr>
        <w:tab/>
        <w:t>Oana Cristina ȚOLEA</w:t>
      </w:r>
    </w:p>
    <w:p w14:paraId="7426A385" w14:textId="77777777" w:rsidR="008B2EA6" w:rsidRPr="00C549DE" w:rsidRDefault="008B2EA6" w:rsidP="008B2EA6">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 xml:space="preserve">Membri: </w:t>
      </w:r>
      <w:r w:rsidRPr="00C549DE">
        <w:rPr>
          <w:rFonts w:ascii="Times New Roman" w:eastAsia="Arial Unicode MS" w:hAnsi="Times New Roman"/>
          <w:color w:val="000000"/>
          <w:sz w:val="24"/>
          <w:szCs w:val="24"/>
          <w:lang w:val="ro-RO" w:eastAsia="ro-RO"/>
        </w:rPr>
        <w:tab/>
        <w:t>Livius GROZDI</w:t>
      </w:r>
    </w:p>
    <w:p w14:paraId="095C24C6" w14:textId="77777777" w:rsidR="008B2EA6" w:rsidRPr="00C549DE" w:rsidRDefault="008B2EA6" w:rsidP="008B2EA6">
      <w:pPr>
        <w:pStyle w:val="Bodytext21"/>
        <w:shd w:val="clear" w:color="auto" w:fill="auto"/>
        <w:tabs>
          <w:tab w:val="left" w:pos="0"/>
        </w:tabs>
        <w:spacing w:after="0" w:line="240" w:lineRule="auto"/>
        <w:ind w:left="-90" w:right="-90" w:firstLine="0"/>
        <w:rPr>
          <w:rFonts w:ascii="Times New Roman" w:hAnsi="Times New Roman"/>
          <w:sz w:val="24"/>
          <w:szCs w:val="24"/>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hAnsi="Times New Roman"/>
          <w:sz w:val="24"/>
          <w:szCs w:val="24"/>
          <w:lang w:val="ro-RO"/>
        </w:rPr>
        <w:t>Emilia Liliana POTIOC</w:t>
      </w:r>
    </w:p>
    <w:p w14:paraId="2EFB725C" w14:textId="77777777" w:rsidR="008B2EA6" w:rsidRPr="00C549DE" w:rsidRDefault="008B2EA6" w:rsidP="008B2EA6">
      <w:pPr>
        <w:pStyle w:val="Bodytext21"/>
        <w:shd w:val="clear" w:color="auto" w:fill="auto"/>
        <w:tabs>
          <w:tab w:val="left" w:pos="0"/>
        </w:tabs>
        <w:spacing w:after="0" w:line="240" w:lineRule="auto"/>
        <w:ind w:left="-90" w:right="-90" w:firstLine="0"/>
        <w:rPr>
          <w:rFonts w:ascii="Times New Roman" w:hAnsi="Times New Roman"/>
          <w:sz w:val="24"/>
          <w:szCs w:val="24"/>
          <w:lang w:val="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lang w:val="ro-RO"/>
        </w:rPr>
        <w:t>Dorina NICOLA</w:t>
      </w:r>
    </w:p>
    <w:p w14:paraId="7F5EF043" w14:textId="77777777" w:rsidR="008B2EA6" w:rsidRDefault="008B2EA6" w:rsidP="008B2EA6">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eastAsia="Arial Unicode MS" w:hAnsi="Times New Roman"/>
          <w:color w:val="000000"/>
          <w:sz w:val="24"/>
          <w:szCs w:val="24"/>
          <w:lang w:val="ro-RO" w:eastAsia="ro-RO"/>
        </w:rPr>
        <w:t>Cosmin Ioan PETRILA</w:t>
      </w:r>
    </w:p>
    <w:p w14:paraId="7834270F" w14:textId="77777777" w:rsidR="008B2EA6" w:rsidRPr="00C549DE" w:rsidRDefault="008B2EA6" w:rsidP="008B2EA6">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hAnsi="Times New Roman"/>
          <w:sz w:val="24"/>
          <w:szCs w:val="24"/>
        </w:rPr>
        <w:tab/>
      </w:r>
      <w:r w:rsidRPr="00C549DE">
        <w:rPr>
          <w:rFonts w:ascii="Times New Roman" w:hAnsi="Times New Roman"/>
          <w:sz w:val="24"/>
          <w:szCs w:val="24"/>
        </w:rPr>
        <w:t xml:space="preserve">Supleanți: </w:t>
      </w:r>
      <w:r w:rsidRPr="00C549DE">
        <w:rPr>
          <w:rFonts w:ascii="Times New Roman" w:hAnsi="Times New Roman"/>
          <w:sz w:val="24"/>
          <w:szCs w:val="24"/>
        </w:rPr>
        <w:tab/>
      </w:r>
    </w:p>
    <w:p w14:paraId="03CB59DF" w14:textId="77777777" w:rsidR="008B2EA6" w:rsidRPr="00C549DE" w:rsidRDefault="008B2EA6" w:rsidP="008B2EA6">
      <w:pPr>
        <w:tabs>
          <w:tab w:val="left" w:pos="0"/>
        </w:tabs>
        <w:spacing w:after="0" w:line="240" w:lineRule="auto"/>
        <w:ind w:left="-90"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Președinte:</w:t>
      </w:r>
      <w:r w:rsidRPr="00C549DE">
        <w:rPr>
          <w:rFonts w:ascii="Times New Roman" w:eastAsia="Arial Unicode MS" w:hAnsi="Times New Roman"/>
          <w:color w:val="000000"/>
          <w:sz w:val="24"/>
          <w:szCs w:val="24"/>
          <w:lang w:eastAsia="ro-RO"/>
        </w:rPr>
        <w:tab/>
      </w:r>
      <w:r w:rsidRPr="00C549DE">
        <w:rPr>
          <w:rFonts w:ascii="Times New Roman" w:hAnsi="Times New Roman"/>
          <w:sz w:val="24"/>
          <w:szCs w:val="24"/>
        </w:rPr>
        <w:t>Mihai REINHOLTZ</w:t>
      </w:r>
    </w:p>
    <w:p w14:paraId="2B437763" w14:textId="77777777" w:rsidR="008B2EA6" w:rsidRPr="00C549DE" w:rsidRDefault="008B2EA6" w:rsidP="008B2EA6">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Membri:</w:t>
      </w:r>
      <w:r w:rsidRPr="00C549DE">
        <w:rPr>
          <w:rFonts w:ascii="Times New Roman" w:eastAsia="Arial Unicode MS" w:hAnsi="Times New Roman"/>
          <w:color w:val="000000"/>
          <w:sz w:val="24"/>
          <w:szCs w:val="24"/>
          <w:lang w:val="ro-RO" w:eastAsia="ro-RO"/>
        </w:rPr>
        <w:tab/>
        <w:t>Oana ALBOTA</w:t>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p>
    <w:p w14:paraId="5647CD5B" w14:textId="77777777" w:rsidR="008B2EA6" w:rsidRPr="00C549DE" w:rsidRDefault="008B2EA6" w:rsidP="008B2EA6">
      <w:pPr>
        <w:pStyle w:val="Bodytext21"/>
        <w:shd w:val="clear" w:color="auto" w:fill="auto"/>
        <w:tabs>
          <w:tab w:val="left" w:pos="0"/>
        </w:tabs>
        <w:spacing w:after="0" w:line="240" w:lineRule="auto"/>
        <w:ind w:left="-90" w:right="360" w:firstLine="0"/>
        <w:rPr>
          <w:rFonts w:ascii="Times New Roman" w:eastAsia="Arial Unicode MS" w:hAnsi="Times New Roman"/>
          <w:color w:val="000000"/>
          <w:sz w:val="24"/>
          <w:szCs w:val="24"/>
          <w:lang w:val="ro-RO" w:eastAsia="ro-RO"/>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t>Ioan STANA</w:t>
      </w:r>
    </w:p>
    <w:p w14:paraId="1B9E0556" w14:textId="77777777" w:rsidR="008B2EA6" w:rsidRDefault="008B2EA6" w:rsidP="008B2EA6">
      <w:pPr>
        <w:tabs>
          <w:tab w:val="left" w:pos="0"/>
        </w:tabs>
        <w:spacing w:after="0" w:line="240" w:lineRule="auto"/>
        <w:ind w:left="-90" w:right="-90"/>
        <w:rPr>
          <w:rFonts w:ascii="Times New Roman" w:eastAsia="Arial Unicode MS" w:hAnsi="Times New Roman"/>
          <w:color w:val="000000"/>
          <w:sz w:val="24"/>
          <w:szCs w:val="24"/>
          <w:lang w:eastAsia="ro-RO"/>
        </w:rPr>
      </w:pP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t>Bogdan TERME</w:t>
      </w:r>
    </w:p>
    <w:p w14:paraId="183F6F97" w14:textId="77777777" w:rsidR="008B2EA6" w:rsidRPr="00132369" w:rsidRDefault="008B2EA6" w:rsidP="008B2EA6">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Marius Iulian LUCA.</w:t>
      </w:r>
    </w:p>
    <w:p w14:paraId="54A8A1EF"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Reprezentantii membrilor in Adunarea Generala a Asociatilor</w:t>
      </w:r>
      <w:r>
        <w:rPr>
          <w:rFonts w:ascii="Times New Roman" w:eastAsia="Times New Roman" w:hAnsi="Times New Roman" w:cs="Times New Roman"/>
          <w:color w:val="000000"/>
          <w:sz w:val="24"/>
          <w:szCs w:val="24"/>
        </w:rPr>
        <w:t>:</w:t>
      </w:r>
    </w:p>
    <w:p w14:paraId="645942D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Judetul Arad prin Iustin Marinel CIONCA-ARGHIR, presedinte al Consiliului Judeţean Arad</w:t>
      </w:r>
    </w:p>
    <w:p w14:paraId="4F66E77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Tamaș Carol PERO, (delegare calitate de reprezentant al Unit</w:t>
      </w:r>
      <w:r>
        <w:rPr>
          <w:rFonts w:ascii="Times New Roman" w:eastAsia="Times New Roman" w:hAnsi="Times New Roman" w:cs="Times New Roman"/>
          <w:color w:val="000000"/>
          <w:sz w:val="24"/>
          <w:szCs w:val="24"/>
        </w:rPr>
        <w:t>ăț</w:t>
      </w:r>
      <w:r w:rsidRPr="00C151FB">
        <w:rPr>
          <w:rFonts w:ascii="Times New Roman" w:eastAsia="Times New Roman" w:hAnsi="Times New Roman" w:cs="Times New Roman"/>
          <w:color w:val="000000"/>
          <w:sz w:val="24"/>
          <w:szCs w:val="24"/>
        </w:rPr>
        <w:t>ii Administrativ Teritoriale Judetul Arad)</w:t>
      </w:r>
    </w:p>
    <w:p w14:paraId="39CB59A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Laurenț</w:t>
      </w:r>
      <w:r w:rsidRPr="00C151FB">
        <w:rPr>
          <w:rFonts w:ascii="Times New Roman" w:eastAsia="Times New Roman" w:hAnsi="Times New Roman" w:cs="Times New Roman"/>
          <w:color w:val="000000"/>
          <w:sz w:val="24"/>
          <w:szCs w:val="24"/>
        </w:rPr>
        <w:t>iu Călin BIBAR</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 primar al Municipiului Arad</w:t>
      </w:r>
    </w:p>
    <w:p w14:paraId="493B8B8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Liliana FLOREA, (delegare calitate de reprezentant al Unitatii Administrativ Teritoriale Mun.  Arad)</w:t>
      </w:r>
    </w:p>
    <w:p w14:paraId="0C64797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Bogdan BAN, primar al Orașului Curtici</w:t>
      </w:r>
    </w:p>
    <w:p w14:paraId="0593646E"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Daniel   DOBA,   viceprimar   al   Orașului   Curtici   (delegare   calitate   de   reprezentant   al   Unitatii Administrativ Teritoriale Oras Curtici)</w:t>
      </w:r>
    </w:p>
    <w:p w14:paraId="02807FEB"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Mircea-Lauren</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iu ONEA, primar al Orașului Nădlac</w:t>
      </w:r>
    </w:p>
    <w:p w14:paraId="16B8177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Dan Ștefan POCRIȘER, primar al Orașului Pâncota</w:t>
      </w:r>
    </w:p>
    <w:p w14:paraId="2F67FEF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Petru ANTAL, primar al Orașului Pecica</w:t>
      </w:r>
    </w:p>
    <w:p w14:paraId="43ACAA43"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Daniel Sorin TOMU</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A, primar al Orașului Sântana</w:t>
      </w:r>
    </w:p>
    <w:p w14:paraId="520C9B17"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Marius Silviu ONE</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 prim</w:t>
      </w:r>
      <w:r>
        <w:rPr>
          <w:rFonts w:ascii="Times New Roman" w:eastAsia="Times New Roman" w:hAnsi="Times New Roman" w:cs="Times New Roman"/>
          <w:color w:val="000000"/>
          <w:sz w:val="24"/>
          <w:szCs w:val="24"/>
        </w:rPr>
        <w:t>ar al Comunei Covăsânț</w:t>
      </w:r>
    </w:p>
    <w:p w14:paraId="48A6978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Erika Korondi JOSZA, primar al Comunei Doroban</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i</w:t>
      </w:r>
    </w:p>
    <w:p w14:paraId="3A0FC52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Nicolae DOLHA, primar al Comunei Fântânele</w:t>
      </w:r>
    </w:p>
    <w:p w14:paraId="0A0C0C7E"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MALI</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A, primar al Comunei Felnac</w:t>
      </w:r>
    </w:p>
    <w:p w14:paraId="0B47F9A5"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Aurelian Reginald ANDRONIC, primar al Comunei Frumușeni</w:t>
      </w:r>
    </w:p>
    <w:p w14:paraId="6340E76F"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Attila PAPP, primar al Comunei Iratoșu</w:t>
      </w:r>
    </w:p>
    <w:p w14:paraId="4BFB8BE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Flori</w:t>
      </w:r>
      <w:r>
        <w:rPr>
          <w:rFonts w:ascii="Times New Roman" w:eastAsia="Times New Roman" w:hAnsi="Times New Roman" w:cs="Times New Roman"/>
          <w:color w:val="000000"/>
          <w:sz w:val="24"/>
          <w:szCs w:val="24"/>
        </w:rPr>
        <w:t>n Adrian Ț</w:t>
      </w:r>
      <w:r w:rsidRPr="00C151FB">
        <w:rPr>
          <w:rFonts w:ascii="Times New Roman" w:eastAsia="Times New Roman" w:hAnsi="Times New Roman" w:cs="Times New Roman"/>
          <w:color w:val="000000"/>
          <w:sz w:val="24"/>
          <w:szCs w:val="24"/>
        </w:rPr>
        <w:t>OLEA, primar al Comunei Livada</w:t>
      </w:r>
    </w:p>
    <w:p w14:paraId="0C32089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Ciprian Gheorghe OTLĂCAN, primar al Comunei Macea</w:t>
      </w:r>
    </w:p>
    <w:p w14:paraId="767F3D4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Emeric KOVACS, primar al Comunei Peregu Mare</w:t>
      </w:r>
    </w:p>
    <w:p w14:paraId="0A5E92C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Gheorghe GRAD, primar al Comunei Secusigiu</w:t>
      </w:r>
    </w:p>
    <w:p w14:paraId="6931A8F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Letiț</w:t>
      </w:r>
      <w:r w:rsidRPr="00C151FB">
        <w:rPr>
          <w:rFonts w:ascii="Times New Roman" w:eastAsia="Times New Roman" w:hAnsi="Times New Roman" w:cs="Times New Roman"/>
          <w:color w:val="000000"/>
          <w:sz w:val="24"/>
          <w:szCs w:val="24"/>
        </w:rPr>
        <w:t>ia STOIAN, primar al Comunei Semlac</w:t>
      </w:r>
    </w:p>
    <w:p w14:paraId="312B1EC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Emilia BRĂNEȚ</w:t>
      </w:r>
      <w:r w:rsidRPr="00C151FB">
        <w:rPr>
          <w:rFonts w:ascii="Times New Roman" w:eastAsia="Times New Roman" w:hAnsi="Times New Roman" w:cs="Times New Roman"/>
          <w:color w:val="000000"/>
          <w:sz w:val="24"/>
          <w:szCs w:val="24"/>
        </w:rPr>
        <w:t>, primar al Comunei Șagu</w:t>
      </w:r>
    </w:p>
    <w:p w14:paraId="5E48DAD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Dorin Florea, primar al Comunei Șeitin</w:t>
      </w:r>
    </w:p>
    <w:p w14:paraId="2BFF369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Valentin BOT, primar al Comunei Șiria</w:t>
      </w:r>
    </w:p>
    <w:p w14:paraId="78DD9D8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Cristian SANDU, primar al Comunei Șofronea</w:t>
      </w:r>
    </w:p>
    <w:p w14:paraId="68F08AF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NEGREI, primar al Comunei Vinga</w:t>
      </w:r>
    </w:p>
    <w:p w14:paraId="6F0F5687"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Mihai MAG, primar al Comunei Vladimirescu</w:t>
      </w:r>
    </w:p>
    <w:p w14:paraId="3A77797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Petru ȘICLOVAN, primar al Comunei Zădăreni</w:t>
      </w:r>
    </w:p>
    <w:p w14:paraId="147BD753"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Dorel Gheorghe VIDRAN, primar al Comunei Zimandu Nou</w:t>
      </w:r>
    </w:p>
    <w:p w14:paraId="6E003FC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Ovidiu-Ioan GULEȘ, primar al orașului Chișineu-Criș </w:t>
      </w:r>
    </w:p>
    <w:p w14:paraId="1A9A963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Petru-Claudiu BĂTRÂNU</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 primar al Comunei Grăniceri</w:t>
      </w:r>
    </w:p>
    <w:p w14:paraId="3781CAB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Mate PALLAGI, primar al Comunei Mișca</w:t>
      </w:r>
    </w:p>
    <w:p w14:paraId="094ACFA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Petru RĂU</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 primar al Comunei Olari</w:t>
      </w:r>
    </w:p>
    <w:p w14:paraId="160D3F9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Casian Petru TOMA, primar al Comunei Pilu</w:t>
      </w:r>
    </w:p>
    <w:p w14:paraId="154C67D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Ciprian BAN, primar al Comunei Sintea Mare</w:t>
      </w:r>
    </w:p>
    <w:p w14:paraId="2F390FA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lastRenderedPageBreak/>
        <w:t>Ioan-Dimitrie JURA, primar al comunei Socodor</w:t>
      </w:r>
    </w:p>
    <w:p w14:paraId="3B1A645E"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PINTEAN, primar al Comunei Șepreuș</w:t>
      </w:r>
    </w:p>
    <w:p w14:paraId="7E8936C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Florin Liviu DEMA, primar al Comunei Șimand</w:t>
      </w:r>
    </w:p>
    <w:p w14:paraId="71082957"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Gheorghe DUDAȘ, primar al Comunei Zărand</w:t>
      </w:r>
    </w:p>
    <w:p w14:paraId="6126EAE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Alexandru ȘIMANDI, primar al Comunei Zerind</w:t>
      </w:r>
    </w:p>
    <w:p w14:paraId="2D0ED3A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Călin Ilie ABRUDAN, primar al Orașului Ineu</w:t>
      </w:r>
    </w:p>
    <w:p w14:paraId="2CDB3DF5"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Sorin DĂNILĂ, primar al Comunei Apateu</w:t>
      </w:r>
    </w:p>
    <w:p w14:paraId="71E4BCFD"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Nicolae Pavel VALEA, primar al Comunei Archiș</w:t>
      </w:r>
    </w:p>
    <w:p w14:paraId="6F331FB5"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Emanuel HORHAT CORAȘ, primar al Comunei Beliu</w:t>
      </w:r>
    </w:p>
    <w:p w14:paraId="17544EE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Teodora Felicia ABRUDEAN, primar al Comunei Bocsig</w:t>
      </w:r>
    </w:p>
    <w:p w14:paraId="1862C56A"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Daniel VESA, primar al Comunei Cermei</w:t>
      </w:r>
    </w:p>
    <w:p w14:paraId="203C256A"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COȘA, primar al comunei Craiva</w:t>
      </w:r>
    </w:p>
    <w:p w14:paraId="3E7405EF"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Cornel POPA, primar al Comunei Hășmaș</w:t>
      </w:r>
    </w:p>
    <w:p w14:paraId="0414850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Cristian BRANC, primar al Comunei Seleuș</w:t>
      </w:r>
    </w:p>
    <w:p w14:paraId="22404A4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Nutu VALEA, primar al Comunei Șicula</w:t>
      </w:r>
    </w:p>
    <w:p w14:paraId="176DDBB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Rovin MARIȘ, primar al Comunei Șilindia</w:t>
      </w:r>
    </w:p>
    <w:p w14:paraId="6C919F4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Emilia IGNIȘCA, primar al Comunei Târnova</w:t>
      </w:r>
    </w:p>
    <w:p w14:paraId="2997D39D"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Florin LELA, primar al Comunei Taut/</w:t>
      </w:r>
    </w:p>
    <w:p w14:paraId="409DF4B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Cristian FEIEȘ, primar al Orașului Sebiș</w:t>
      </w:r>
    </w:p>
    <w:p w14:paraId="06C10F2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Aurel Ginu COSTEA, primar al Comunei Almas</w:t>
      </w:r>
    </w:p>
    <w:p w14:paraId="376F37BD"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Elena-Luminiț</w:t>
      </w:r>
      <w:r w:rsidRPr="00C151FB">
        <w:rPr>
          <w:rFonts w:ascii="Times New Roman" w:eastAsia="Times New Roman" w:hAnsi="Times New Roman" w:cs="Times New Roman"/>
          <w:color w:val="000000"/>
          <w:sz w:val="24"/>
          <w:szCs w:val="24"/>
        </w:rPr>
        <w:t>a TOMA, primar al Comunei Bârsa</w:t>
      </w:r>
    </w:p>
    <w:p w14:paraId="40BA2F1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Nicușor Vasile VESA, primar al Comunei Brazii</w:t>
      </w:r>
    </w:p>
    <w:p w14:paraId="41AC7E1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Mircea Theodor BRAIȚ</w:t>
      </w:r>
      <w:r w:rsidRPr="00C151FB">
        <w:rPr>
          <w:rFonts w:ascii="Times New Roman" w:eastAsia="Times New Roman" w:hAnsi="Times New Roman" w:cs="Times New Roman"/>
          <w:color w:val="000000"/>
          <w:sz w:val="24"/>
          <w:szCs w:val="24"/>
        </w:rPr>
        <w:t>I, primar al Comunei Buteni</w:t>
      </w:r>
    </w:p>
    <w:p w14:paraId="116ED755"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Gligor COSTU</w:t>
      </w:r>
      <w:r>
        <w:rPr>
          <w:rFonts w:ascii="Times New Roman" w:eastAsia="Times New Roman" w:hAnsi="Times New Roman" w:cs="Times New Roman"/>
          <w:color w:val="000000"/>
          <w:sz w:val="24"/>
          <w:szCs w:val="24"/>
        </w:rPr>
        <w:t>Ț</w:t>
      </w:r>
      <w:r w:rsidRPr="00C151FB">
        <w:rPr>
          <w:rFonts w:ascii="Times New Roman" w:eastAsia="Times New Roman" w:hAnsi="Times New Roman" w:cs="Times New Roman"/>
          <w:color w:val="000000"/>
          <w:sz w:val="24"/>
          <w:szCs w:val="24"/>
        </w:rPr>
        <w:t>, primar al Comunei Cărand</w:t>
      </w:r>
    </w:p>
    <w:p w14:paraId="6447A59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Ionel PAȘCA, primar al Comunei Chisindia</w:t>
      </w:r>
    </w:p>
    <w:p w14:paraId="2BA8067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Ionică Marcel LUCOAIE, primar al Comunei Dezna</w:t>
      </w:r>
    </w:p>
    <w:p w14:paraId="680CEC0E"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Ștefan Petru GALEA, primar al Comunei Dieci</w:t>
      </w:r>
    </w:p>
    <w:p w14:paraId="52C8B358"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Flavius Beniamin</w:t>
      </w:r>
      <w:r>
        <w:rPr>
          <w:rFonts w:ascii="Times New Roman" w:eastAsia="Times New Roman" w:hAnsi="Times New Roman" w:cs="Times New Roman"/>
          <w:color w:val="000000"/>
          <w:sz w:val="24"/>
          <w:szCs w:val="24"/>
        </w:rPr>
        <w:t xml:space="preserve"> MOT, primar al Comunei Gurahonț</w:t>
      </w:r>
    </w:p>
    <w:p w14:paraId="78952423"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Gheorghe DĂRĂU, primar al Comunei Hălmagiu</w:t>
      </w:r>
    </w:p>
    <w:p w14:paraId="0C98458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Nicolae Miron GOLEA, primar al Comunei Hălmăgel</w:t>
      </w:r>
    </w:p>
    <w:p w14:paraId="48AF4A31"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Marinel URS, primar al Comunei Ignești</w:t>
      </w:r>
    </w:p>
    <w:p w14:paraId="07BE1BF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Constantin Doru MIRON, primar al Comunei Moneasa</w:t>
      </w:r>
    </w:p>
    <w:p w14:paraId="23435DE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Viorel Marius G</w:t>
      </w:r>
      <w:r>
        <w:rPr>
          <w:rFonts w:ascii="Times New Roman" w:eastAsia="Times New Roman" w:hAnsi="Times New Roman" w:cs="Times New Roman"/>
          <w:color w:val="000000"/>
          <w:sz w:val="24"/>
          <w:szCs w:val="24"/>
        </w:rPr>
        <w:t>ROZA, primar al Comunei Pleșcuț</w:t>
      </w:r>
      <w:r w:rsidRPr="00C151FB">
        <w:rPr>
          <w:rFonts w:ascii="Times New Roman" w:eastAsia="Times New Roman" w:hAnsi="Times New Roman" w:cs="Times New Roman"/>
          <w:color w:val="000000"/>
          <w:sz w:val="24"/>
          <w:szCs w:val="24"/>
        </w:rPr>
        <w:t>a</w:t>
      </w:r>
    </w:p>
    <w:p w14:paraId="6A75F680"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Radu Tiberiu GIURGELEA, primar al Comunei Vârfurile</w:t>
      </w:r>
    </w:p>
    <w:p w14:paraId="4A7E844F"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Florin-Fabius PERA, primar al Orașului Lipova</w:t>
      </w:r>
    </w:p>
    <w:p w14:paraId="72A6B58B"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Adrian Cristian ANTOCHE, (delegare calitate de reprezentant al Unitatii Administrativ Teritoriale Oras Lipova)</w:t>
      </w:r>
    </w:p>
    <w:p w14:paraId="008F967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Cristian-Giorgian MATIAȘ, primar al Comunei Bata</w:t>
      </w:r>
    </w:p>
    <w:p w14:paraId="1F8B847C"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Gabriel FAUR, primar al Comunei Bârzava</w:t>
      </w:r>
    </w:p>
    <w:p w14:paraId="4666403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Laurenț</w:t>
      </w:r>
      <w:r w:rsidRPr="00C151FB">
        <w:rPr>
          <w:rFonts w:ascii="Times New Roman" w:eastAsia="Times New Roman" w:hAnsi="Times New Roman" w:cs="Times New Roman"/>
          <w:color w:val="000000"/>
          <w:sz w:val="24"/>
          <w:szCs w:val="24"/>
        </w:rPr>
        <w:t>iu-Răzvan PAȘCA, primar al Comunei Birchiș</w:t>
      </w:r>
    </w:p>
    <w:p w14:paraId="5BB9978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Petrică MOLDOVAN, primar al Comunei Conop</w:t>
      </w:r>
    </w:p>
    <w:p w14:paraId="79F680E9"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Corneliu POPI-MORODAN, primar al Comunei Ghioroc</w:t>
      </w:r>
    </w:p>
    <w:p w14:paraId="00BC624F"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Saul SIGHETI, primar al Comunei Păuliș</w:t>
      </w:r>
    </w:p>
    <w:p w14:paraId="5614275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Ionel-Gheorghe BERARI, primar al Comunei Petriș</w:t>
      </w:r>
    </w:p>
    <w:p w14:paraId="5E355E9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Ioan VODICEAN, primar al Comunei Săvârșin</w:t>
      </w:r>
    </w:p>
    <w:p w14:paraId="407A981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Alexandru Marius Damian, primar al Comunei Șiștarovă</w:t>
      </w:r>
      <w:r>
        <w:rPr>
          <w:rFonts w:ascii="Times New Roman" w:eastAsia="Times New Roman" w:hAnsi="Times New Roman" w:cs="Times New Roman"/>
          <w:color w:val="000000"/>
          <w:sz w:val="24"/>
          <w:szCs w:val="24"/>
        </w:rPr>
        <w:t>ț</w:t>
      </w:r>
    </w:p>
    <w:p w14:paraId="3A290D36"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Florin Ț</w:t>
      </w:r>
      <w:r w:rsidRPr="00C151FB">
        <w:rPr>
          <w:rFonts w:ascii="Times New Roman" w:eastAsia="Times New Roman" w:hAnsi="Times New Roman" w:cs="Times New Roman"/>
          <w:color w:val="000000"/>
          <w:sz w:val="24"/>
          <w:szCs w:val="24"/>
        </w:rPr>
        <w:t>OLE, primar al Comunei USUSĂU</w:t>
      </w:r>
    </w:p>
    <w:p w14:paraId="53EC9134"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Crina Melania MICULIȚ</w:t>
      </w:r>
      <w:r w:rsidRPr="00C151FB">
        <w:rPr>
          <w:rFonts w:ascii="Times New Roman" w:eastAsia="Times New Roman" w:hAnsi="Times New Roman" w:cs="Times New Roman"/>
          <w:color w:val="000000"/>
          <w:sz w:val="24"/>
          <w:szCs w:val="24"/>
        </w:rPr>
        <w:t>, primar al Comunei Vărădia de Mureș</w:t>
      </w:r>
    </w:p>
    <w:p w14:paraId="358B67C2" w14:textId="77777777" w:rsidR="008B2EA6" w:rsidRPr="00C151FB" w:rsidRDefault="008B2EA6" w:rsidP="008B2EA6">
      <w:pPr>
        <w:shd w:val="clear" w:color="auto" w:fill="FFFFFF"/>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Danut CODREAN, primar al Comunei Zăbrani</w:t>
      </w:r>
    </w:p>
    <w:p w14:paraId="40185E95" w14:textId="77777777" w:rsidR="008B2EA6" w:rsidRPr="00C151FB" w:rsidRDefault="008B2EA6" w:rsidP="008B2EA6">
      <w:pPr>
        <w:tabs>
          <w:tab w:val="left" w:pos="2138"/>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14:paraId="01F1638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 - Cristian Popescu – Experti cooptati.</w:t>
      </w:r>
    </w:p>
    <w:p w14:paraId="248507D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1E8B9BDB"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III.1.1.b) Capacitatea de exercitare a activității profesionale</w:t>
      </w:r>
    </w:p>
    <w:p w14:paraId="6CE6E09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si formalități necesare pentru evaluarea respectării cerințelor menționate:</w:t>
      </w:r>
    </w:p>
    <w:p w14:paraId="7044193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7F882AB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Demonstrarea capacitații de exercitare a activității profesionale (forma de înregistrare precum și obiectul de activitate). Ofertantul trebuie să aibă obiect de activitate corespunzător exercitării activității profesionale pentru îndeplinirea contractului ce face obiectul prezentei proceduri. Informațiile cuprinse în certificatul constatator trebuie să fie reale/actuale la data limită de depunere a ofertelor.</w:t>
      </w:r>
    </w:p>
    <w:p w14:paraId="25DBC9A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situația unei asocieri cerințele trebuie să fie îndeplinite de fiecare asociat pentru partea de contract pe care o realizează.</w:t>
      </w:r>
    </w:p>
    <w:p w14:paraId="7BD412C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îndeplinire și aplicabilitatea în cadrul procedurii:</w:t>
      </w:r>
    </w:p>
    <w:p w14:paraId="11E0AFC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 /fizice română</w:t>
      </w:r>
    </w:p>
    <w:p w14:paraId="73C4900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Ofertantul va prezenta Certificat constatator eliberat de Ministerul Justiției – Oficiul Registrului Comerțului sau echivalent din care să rezulte obiectul de activitate, denumirea completă, sediul, persoanele autorizate/administratori, în original, copie legalizată/autentificată sau copie lizibilă cu mențiunea «conform cu originalul»;</w:t>
      </w:r>
    </w:p>
    <w:p w14:paraId="56D7415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Persoane juridice /fizice străine</w:t>
      </w:r>
    </w:p>
    <w:p w14:paraId="1AF2F2A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Ofertantul trebuie sa prezinte documente care dovedesc o forma de înregistrare / atestare ori apartenența din punct de vedere profesional, în conformitate cu prevederile legale din tara în care ofertantul este rezident, în copie legalizată/autentificată sau copie lizibilă cu mențiunea « conform cu originalul ». Se vor prezenta traduceri autorizate în limba română ale acestor documente.</w:t>
      </w:r>
    </w:p>
    <w:p w14:paraId="755321F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fiecare asociat este obligat sa prezinte aceste documente.</w:t>
      </w:r>
    </w:p>
    <w:p w14:paraId="114BF1C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2</w:t>
      </w:r>
    </w:p>
    <w:p w14:paraId="298642E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Autorizații necesare exercitării activității profesionale pentru îndeplinirea contractului ce face obiectul prezentei proceduri</w:t>
      </w:r>
    </w:p>
    <w:p w14:paraId="1EC207F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juridice/fizice române</w:t>
      </w:r>
    </w:p>
    <w:p w14:paraId="14B94DD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Ofertantul va prezenta o declarație pe propria răspundere prin care se va angaja că va obține licența necesară prestării serviciilor în aria delegată, în termen de 90 de zile de la data semnării contractului de delegare, potrivit prevederilor OUG nr. 58/2016 </w:t>
      </w:r>
    </w:p>
    <w:p w14:paraId="23EC6EF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406A2A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Pentru persoane juridice /fizice străine:</w:t>
      </w:r>
    </w:p>
    <w:p w14:paraId="43FE02E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declarație pe propria răspundere prin care se va angaja că va obține licența necesară prestării serviciilor în aria delegată, în termen de 90 de zile de la data semnării contractului de delegare, potrivit prevederilor OUG nr. 58/2016</w:t>
      </w:r>
    </w:p>
    <w:p w14:paraId="02C2C10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0473B9E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66AEB724"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III.1.2) Capacitatea economica si financiara</w:t>
      </w:r>
    </w:p>
    <w:p w14:paraId="57B4DF1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si/sau nivel(uri) minim(e) necesare pentru evaluarea respectării cerințelor menționate:</w:t>
      </w:r>
    </w:p>
    <w:p w14:paraId="50DEA1E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07F54DF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Bonitate/acces la resurse</w:t>
      </w:r>
    </w:p>
    <w:p w14:paraId="68BCE807" w14:textId="77777777" w:rsidR="008B2EA6" w:rsidRPr="00C151FB" w:rsidRDefault="008B2EA6" w:rsidP="008B2EA6">
      <w:pPr>
        <w:jc w:val="both"/>
        <w:rPr>
          <w:rFonts w:ascii="Times New Roman" w:hAnsi="Times New Roman" w:cs="Times New Roman"/>
          <w:sz w:val="24"/>
          <w:szCs w:val="24"/>
        </w:rPr>
      </w:pPr>
      <w:r w:rsidRPr="00C151FB">
        <w:rPr>
          <w:rFonts w:ascii="Times New Roman" w:hAnsi="Times New Roman" w:cs="Times New Roman"/>
          <w:sz w:val="24"/>
          <w:szCs w:val="24"/>
        </w:rPr>
        <w:lastRenderedPageBreak/>
        <w:t xml:space="preserve">Având în vedere că este vorba despre un contract de concesiune, unde riscurile sunt transferate operatorului, ofertantul trebuie să demonstreze că, la data de începere a contractului, va avea acces sau are disponibile resurse reale, negrevate de datorii, linii de credit confirmate de bănci sau alte mijloace financiare suficiente pentru realizarea cash – flow-ul de pentru primele 3 luni de derulare a  contractului, în valoare </w:t>
      </w:r>
      <w:r w:rsidRPr="001E071E">
        <w:rPr>
          <w:rFonts w:ascii="Times New Roman" w:hAnsi="Times New Roman" w:cs="Times New Roman"/>
          <w:sz w:val="24"/>
          <w:szCs w:val="24"/>
        </w:rPr>
        <w:t xml:space="preserve">de  </w:t>
      </w:r>
      <w:bookmarkStart w:id="12" w:name="_Hlk104542667"/>
      <w:r w:rsidRPr="001E071E">
        <w:rPr>
          <w:rFonts w:ascii="Times New Roman" w:hAnsi="Times New Roman" w:cs="Times New Roman"/>
          <w:sz w:val="24"/>
          <w:szCs w:val="24"/>
        </w:rPr>
        <w:t>409.000,00 lei</w:t>
      </w:r>
      <w:bookmarkEnd w:id="12"/>
      <w:r w:rsidRPr="001E071E">
        <w:rPr>
          <w:rFonts w:ascii="Times New Roman" w:hAnsi="Times New Roman" w:cs="Times New Roman"/>
          <w:sz w:val="24"/>
          <w:szCs w:val="24"/>
        </w:rPr>
        <w:t>. Valoarea</w:t>
      </w:r>
      <w:r w:rsidRPr="00C151FB">
        <w:rPr>
          <w:rFonts w:ascii="Times New Roman" w:hAnsi="Times New Roman" w:cs="Times New Roman"/>
          <w:sz w:val="24"/>
          <w:szCs w:val="24"/>
        </w:rPr>
        <w:t xml:space="preserve"> a fost stabilită în raport cu valoarea anuală estimată a primului</w:t>
      </w:r>
      <w:r>
        <w:rPr>
          <w:rFonts w:ascii="Times New Roman" w:hAnsi="Times New Roman" w:cs="Times New Roman"/>
          <w:sz w:val="24"/>
          <w:szCs w:val="24"/>
        </w:rPr>
        <w:t xml:space="preserve"> </w:t>
      </w:r>
      <w:r w:rsidRPr="00C151FB">
        <w:rPr>
          <w:rFonts w:ascii="Times New Roman" w:hAnsi="Times New Roman" w:cs="Times New Roman"/>
          <w:sz w:val="24"/>
          <w:szCs w:val="24"/>
        </w:rPr>
        <w:t>an de contract, împărțită la 12 și înmulțită cu 3.</w:t>
      </w:r>
    </w:p>
    <w:p w14:paraId="321E329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4B87300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dovedirea cerinței ofertanții vor prezenta scrisoare din partea băncilor/ societăților financiare sau alte documente echivalente prin care ofertantul atestă că deține accesul la o finanțare corespunzătoare pentru 3 luni de executare a contractului.</w:t>
      </w:r>
    </w:p>
    <w:p w14:paraId="1C4A7BB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demonstrarea posibilității de acces la resurse financiare necesare derulării contractului pentru primele 3 luni, ofertantul poate utiliza, dar fără a se limita, următoarele opțiuni: resurse reale negrevate de datorii care vor fi exclusive folosite pentru derularea contractului, linii de credit confirmate de bănci, alte mijloace financiare suficiente pentru a realiza cash – flow – ul.</w:t>
      </w:r>
    </w:p>
    <w:p w14:paraId="70783ED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Situaţia economică şi financiară a ofertantului poate fi susţinută, dacă este cazul, şi de o altă persoană, în calitate de terţ susţinător, indiferent de natura relaţiilor juridice existente între ofertant/candidat şi persoana respectivă.</w:t>
      </w:r>
    </w:p>
    <w:p w14:paraId="5010B75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ofertantul îşi demonstrează situaţia economică şi financiară invocând susţinerea acordată de unul sau mai mulţi terţi, prin prezentarea unui angajament în acest sens din partea terţului/terţilor respectiv/respectivi, entitatea contractantă are obligaţia de a lua în considerare această susţinere.</w:t>
      </w:r>
    </w:p>
    <w:p w14:paraId="2C57809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33EC185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036E7709"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III.1.3.a) Capacitatea tehnica si/sau profesionala</w:t>
      </w:r>
    </w:p>
    <w:p w14:paraId="3FD934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p>
    <w:p w14:paraId="0AD0BC8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si/sau nivel(uri) minim(e) necesare pentru evaluarea respectării cerințelor menționate:</w:t>
      </w:r>
    </w:p>
    <w:p w14:paraId="04DD12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 </w:t>
      </w:r>
      <w:r w:rsidRPr="00C151FB">
        <w:rPr>
          <w:rFonts w:ascii="Times New Roman" w:hAnsi="Times New Roman" w:cs="Times New Roman"/>
          <w:b/>
          <w:bCs/>
          <w:sz w:val="24"/>
          <w:szCs w:val="24"/>
        </w:rPr>
        <w:t>Experiența similară</w:t>
      </w:r>
    </w:p>
    <w:p w14:paraId="3013377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6C42910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-Ofertantul va prezenta lista principalelor servicii prestate în ultimii 3 ani, cu indicarea valorilor, datelor și a beneficiarilor publici sau privați. Ofertantul trebuie sa probeze ca a prestat </w:t>
      </w:r>
      <w:bookmarkStart w:id="13" w:name="_Hlk97241244"/>
      <w:r w:rsidRPr="00C151FB">
        <w:rPr>
          <w:rFonts w:ascii="Times New Roman" w:hAnsi="Times New Roman" w:cs="Times New Roman"/>
          <w:sz w:val="24"/>
          <w:szCs w:val="24"/>
        </w:rPr>
        <w:t xml:space="preserve">în cadrul a maximum 3 contracte servicii de salubrizare care au inclus si activitatea de </w:t>
      </w:r>
      <w:bookmarkStart w:id="14" w:name="_Hlk115085695"/>
      <w:bookmarkEnd w:id="13"/>
      <w:r w:rsidRPr="00C151FB">
        <w:rPr>
          <w:rFonts w:ascii="Times New Roman" w:hAnsi="Times New Roman" w:cs="Times New Roman"/>
          <w:sz w:val="24"/>
          <w:szCs w:val="24"/>
        </w:rPr>
        <w:t>colectare si transport a unei cantități de minim 6.000 tone deșeuri menajere si similare sau a deservit cu servicii similare o populație de minim 30.000 locuitori, în ultimii 3 ani.</w:t>
      </w:r>
      <w:bookmarkEnd w:id="14"/>
    </w:p>
    <w:p w14:paraId="50C20B5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3F38D33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se va prezenta un tabel centralizator cuprinzând experiența tuturor membrilor asocierii.</w:t>
      </w:r>
    </w:p>
    <w:p w14:paraId="020B554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p w14:paraId="07D2262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40F99D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058CAF0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bookmarkStart w:id="15" w:name="_Hlk97241429"/>
      <w:r w:rsidRPr="00C151FB">
        <w:rPr>
          <w:rFonts w:ascii="Times New Roman" w:hAnsi="Times New Roman" w:cs="Times New Roman"/>
          <w:sz w:val="24"/>
          <w:szCs w:val="24"/>
        </w:rPr>
        <w:t>Ofertantul și/sau, după caz, asociații (în cazul ofertelor comune), terțul susținător (în cazul susținerii) 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0122538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Pentru persoanele juridice străine, documentele se prezintă în copie cu mențiunea ”conform cu originalul”, însoțite de traducerea autorizată în limba Română.</w:t>
      </w:r>
    </w:p>
    <w:p w14:paraId="1CEC216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ofertanții pot depune orice documente justificative dupa cum urmeaza, dar fara a se limita la:</w:t>
      </w:r>
    </w:p>
    <w:p w14:paraId="29CB229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copii ale unor părți relevante ale contractelor pe care le-au îndeplinit;</w:t>
      </w:r>
    </w:p>
    <w:p w14:paraId="70FAA2D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recomandări;</w:t>
      </w:r>
    </w:p>
    <w:p w14:paraId="5A46F85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procese-verbale de recepție;</w:t>
      </w:r>
    </w:p>
    <w:p w14:paraId="6FB1E56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certificări de bună execuție;</w:t>
      </w:r>
    </w:p>
    <w:p w14:paraId="16BAFC1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certificate constatatoare, emise sau contrasemnate de o autoritate sau de către clientul beneficiarului.</w:t>
      </w:r>
    </w:p>
    <w:p w14:paraId="1E66878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situațiile în care serviciile prezentate au fost realizate într-o asociere, se vor lua în considerare doar serviciile prestate de ofertant.</w:t>
      </w:r>
    </w:p>
    <w:p w14:paraId="5E6A193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mai mulți operatori economici participă în comun la procedura de atribuire, îndeplinirea criteriilor privind capacitatea tehnică și profesională se demonstrează prin luarea în considerare a resurselor tuturor membrilor grupului, aceștia răspunzând în mod solidar. Prevederile art. 76-78 din Legea 100/2016 referitoare la susținerea terțului și la asocierea de operatori economici se aplică în mod corespunzator. În cazul în care ofertantul iși demonstrează îndeplinirea criteriului de calificare invocând susținerea unui terț, atunci operatorul economic va prezenta un angajament în acest sens din partea terțului susținător. Terțul susținător nu trebuie să se încadreze în motivele de excludere prevazute la art.79-81 din Legea nr. 100/2016, în caz contrar entitatea contractantă va solicita, o singură dată, ca ofertantul să înlocuiască terțul sustinator.</w:t>
      </w:r>
    </w:p>
    <w:bookmarkEnd w:id="15"/>
    <w:p w14:paraId="27561E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completa: Formularul 15 si Formularul 16</w:t>
      </w:r>
    </w:p>
    <w:p w14:paraId="2DD49F0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0E688F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Cerinta nr. 2</w:t>
      </w:r>
    </w:p>
    <w:p w14:paraId="3721645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listă a tuturor resurselor umane necesare în scopul furnizării de servicii. Lista va menționa calificarile angajaților și categoria lor de muncă. Calificările profesionale și istoria locurilor de muncă trebuie precizate în cazul personalului de conducere.</w:t>
      </w:r>
    </w:p>
    <w:p w14:paraId="17142E9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Personalul cheie obligatoriu a face parte din echipa Concesionarului este:</w:t>
      </w:r>
    </w:p>
    <w:p w14:paraId="7C4AF79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63086AC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bookmarkStart w:id="16" w:name="_Hlk115083254"/>
      <w:r w:rsidRPr="00C151FB">
        <w:rPr>
          <w:rFonts w:ascii="Times New Roman" w:hAnsi="Times New Roman" w:cs="Times New Roman"/>
          <w:b/>
          <w:bCs/>
          <w:sz w:val="24"/>
          <w:szCs w:val="24"/>
        </w:rPr>
        <w:t>• Manager de contract:</w:t>
      </w:r>
    </w:p>
    <w:p w14:paraId="54F59DA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studii superioare finalizate cu diploma de licența</w:t>
      </w:r>
    </w:p>
    <w:p w14:paraId="6DACDF9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Experienta profesionala in domeniul studiilor absolvite sau in domeniul de activitate ce face obiectul contractului de minim 5 ani</w:t>
      </w:r>
    </w:p>
    <w:p w14:paraId="1C0A5CE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atestat/certificat/diploma recunoscut național/internațional in management</w:t>
      </w:r>
    </w:p>
    <w:p w14:paraId="5499E00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2E355B6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4FFFF12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Manager de colectare:</w:t>
      </w:r>
    </w:p>
    <w:p w14:paraId="28D35F9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studii superioare finalizate cu diploma de licența</w:t>
      </w:r>
    </w:p>
    <w:p w14:paraId="5007692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Experienta profesionala in domeniul studiilor absolvite sau in domeniul de activitate ce face obiectul contractului de minim 5 ani </w:t>
      </w:r>
    </w:p>
    <w:p w14:paraId="47596DE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4CD94ED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47B282D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Responsabil tehnic:</w:t>
      </w:r>
    </w:p>
    <w:p w14:paraId="2652722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studii superioare finalizate in domeniul autovehicule rutiere sau ingineria transporturilor sau utilaje tehnologice in construcții sau echivalent;</w:t>
      </w:r>
    </w:p>
    <w:p w14:paraId="43F252A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4258CC1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bookmarkEnd w:id="16"/>
    <w:p w14:paraId="639B8EB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61BFBB7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bookmarkStart w:id="17" w:name="_Hlk115083297"/>
      <w:r w:rsidRPr="00C151FB">
        <w:rPr>
          <w:rFonts w:ascii="Times New Roman" w:hAnsi="Times New Roman" w:cs="Times New Roman"/>
          <w:sz w:val="24"/>
          <w:szCs w:val="24"/>
        </w:rPr>
        <w:lastRenderedPageBreak/>
        <w:t>Pentru persoanele nominalizate, cu rol important, se vor anexa:</w:t>
      </w:r>
    </w:p>
    <w:p w14:paraId="1387465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CV-urile acestora </w:t>
      </w:r>
    </w:p>
    <w:p w14:paraId="47A1E1A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copii după actele de studii /atestate /calificare /autorizare etc., care sa dovedească pregătirea profesionala a respectivelor persoane, astfel cum a fost aceasta solicitata. </w:t>
      </w:r>
    </w:p>
    <w:p w14:paraId="285A950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orice documente care sa ateste experiența profesionala minim solicitata.</w:t>
      </w:r>
    </w:p>
    <w:p w14:paraId="3614848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Documentele vor putea fi depuse in oricare din formele: original/ copie legalizata/ copie lizibila semnata si stampilata cu mențiunea „conform cu originalul”</w:t>
      </w:r>
    </w:p>
    <w:p w14:paraId="4C2C744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Informații si/sau nivel(uri) minim(e) necesare pentru evaluarea respectării cerințelor menționate: </w:t>
      </w:r>
    </w:p>
    <w:p w14:paraId="6076783A" w14:textId="77777777" w:rsidR="008B2EA6" w:rsidRDefault="008B2EA6" w:rsidP="008B2EA6">
      <w:pPr>
        <w:autoSpaceDE w:val="0"/>
        <w:autoSpaceDN w:val="0"/>
        <w:adjustRightInd w:val="0"/>
        <w:spacing w:after="0" w:line="240" w:lineRule="auto"/>
        <w:jc w:val="both"/>
        <w:rPr>
          <w:rFonts w:ascii="Times New Roman" w:hAnsi="Times New Roman" w:cs="Times New Roman"/>
          <w:sz w:val="24"/>
          <w:szCs w:val="24"/>
        </w:rPr>
      </w:pPr>
      <w:r w:rsidRPr="00640059">
        <w:rPr>
          <w:rFonts w:ascii="Times New Roman" w:hAnsi="Times New Roman" w:cs="Times New Roman"/>
          <w:sz w:val="24"/>
          <w:szCs w:val="24"/>
        </w:rPr>
        <w:t>Se va completa, semna și prezenta Formularul– Angajamentul ofertantului privind asigurarea resurselor umane, efectivele medii anuale ale personalului angajat şi ale cadrelor de conducere, din ultimii 3 ani și Formularul - Personalul Cheie propus.</w:t>
      </w:r>
    </w:p>
    <w:p w14:paraId="3BEF232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17</w:t>
      </w:r>
      <w:bookmarkEnd w:id="17"/>
    </w:p>
    <w:p w14:paraId="6023B5E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507387C" w14:textId="77777777" w:rsidR="008B2EA6" w:rsidRPr="00C151FB" w:rsidRDefault="008B2EA6" w:rsidP="008B2EA6">
      <w:pPr>
        <w:jc w:val="both"/>
        <w:rPr>
          <w:rFonts w:ascii="Times New Roman" w:hAnsi="Times New Roman" w:cs="Times New Roman"/>
          <w:b/>
          <w:sz w:val="24"/>
          <w:szCs w:val="24"/>
        </w:rPr>
      </w:pPr>
      <w:r w:rsidRPr="00C151FB">
        <w:rPr>
          <w:rFonts w:ascii="Times New Roman" w:hAnsi="Times New Roman" w:cs="Times New Roman"/>
          <w:b/>
          <w:sz w:val="24"/>
          <w:szCs w:val="24"/>
        </w:rPr>
        <w:t>Cerința nr. 3</w:t>
      </w:r>
    </w:p>
    <w:p w14:paraId="110EE2C3" w14:textId="77777777" w:rsidR="008B2EA6" w:rsidRPr="00C151FB" w:rsidRDefault="008B2EA6" w:rsidP="008B2EA6">
      <w:pPr>
        <w:jc w:val="both"/>
        <w:rPr>
          <w:rFonts w:ascii="Times New Roman" w:hAnsi="Times New Roman" w:cs="Times New Roman"/>
          <w:b/>
          <w:sz w:val="24"/>
          <w:szCs w:val="24"/>
        </w:rPr>
      </w:pPr>
      <w:r w:rsidRPr="00C151FB">
        <w:rPr>
          <w:rFonts w:ascii="Times New Roman" w:hAnsi="Times New Roman" w:cs="Times New Roman"/>
          <w:b/>
          <w:sz w:val="24"/>
          <w:szCs w:val="24"/>
        </w:rPr>
        <w:t>Partea/părţile din contractul de concesiune pe care operatorul economic intenţionează să o/le subcontracteze.</w:t>
      </w:r>
    </w:p>
    <w:p w14:paraId="031E1408" w14:textId="77777777" w:rsidR="008B2EA6" w:rsidRPr="00C151FB" w:rsidRDefault="008B2EA6" w:rsidP="008B2EA6">
      <w:pPr>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33F32B6F" w14:textId="77777777" w:rsidR="008B2EA6" w:rsidRPr="00C151FB" w:rsidRDefault="008B2EA6" w:rsidP="008B2EA6">
      <w:pPr>
        <w:jc w:val="both"/>
        <w:rPr>
          <w:rFonts w:ascii="Times New Roman" w:hAnsi="Times New Roman" w:cs="Times New Roman"/>
          <w:sz w:val="24"/>
          <w:szCs w:val="24"/>
        </w:rPr>
      </w:pPr>
      <w:r w:rsidRPr="00C151FB">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12D6017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37030F4B" w14:textId="77777777" w:rsidR="008B2EA6" w:rsidRPr="00C151FB" w:rsidRDefault="008B2EA6" w:rsidP="008B2EA6">
      <w:pPr>
        <w:pStyle w:val="Heading3"/>
        <w:jc w:val="both"/>
        <w:rPr>
          <w:rFonts w:ascii="Times New Roman" w:hAnsi="Times New Roman" w:cs="Times New Roman"/>
        </w:rPr>
      </w:pPr>
      <w:r w:rsidRPr="00C151FB">
        <w:rPr>
          <w:rFonts w:ascii="Times New Roman" w:hAnsi="Times New Roman" w:cs="Times New Roman"/>
        </w:rPr>
        <w:t>III.1.3.b) Standarde de asigurare a calității si de protecție a mediului</w:t>
      </w:r>
    </w:p>
    <w:p w14:paraId="0B6E7AA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 si/sau nivel(uri) minim(e) necesare pentru evaluarea respectării cerințelor menționate:</w:t>
      </w:r>
    </w:p>
    <w:p w14:paraId="28641A4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35200A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III.1.5) Informații privind contractele rezervate:</w:t>
      </w:r>
    </w:p>
    <w:p w14:paraId="1BF0944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777496A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III.1.6) Depozite valorice si garanții solicitate:</w:t>
      </w:r>
    </w:p>
    <w:p w14:paraId="4EC41CA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III.1.6.a) Garanție de participare:</w:t>
      </w:r>
    </w:p>
    <w:p w14:paraId="548BC49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Cuantumul GP în suma fixa, este </w:t>
      </w:r>
      <w:r w:rsidRPr="001E071E">
        <w:rPr>
          <w:rFonts w:ascii="Times New Roman" w:hAnsi="Times New Roman" w:cs="Times New Roman"/>
          <w:sz w:val="24"/>
          <w:szCs w:val="24"/>
        </w:rPr>
        <w:t xml:space="preserve">de </w:t>
      </w:r>
      <w:r w:rsidRPr="001E071E">
        <w:rPr>
          <w:rFonts w:ascii="Times New Roman" w:hAnsi="Times New Roman" w:cs="Times New Roman"/>
          <w:b/>
          <w:bCs/>
          <w:sz w:val="24"/>
          <w:szCs w:val="24"/>
        </w:rPr>
        <w:t>16.000,00</w:t>
      </w:r>
      <w:r w:rsidRPr="001E071E">
        <w:rPr>
          <w:rFonts w:ascii="Times New Roman" w:hAnsi="Times New Roman" w:cs="Times New Roman"/>
          <w:sz w:val="24"/>
          <w:szCs w:val="24"/>
        </w:rPr>
        <w:t xml:space="preserve"> lei, adică</w:t>
      </w:r>
      <w:r w:rsidRPr="00C151FB">
        <w:rPr>
          <w:rFonts w:ascii="Times New Roman" w:hAnsi="Times New Roman" w:cs="Times New Roman"/>
          <w:sz w:val="24"/>
          <w:szCs w:val="24"/>
        </w:rPr>
        <w:t xml:space="preserve"> mai putin de 1% din valoarea estimată medie anuală a contractului de concesiune. Per valab a GP este de minim 180 zile, per cel puțin egala cu per minima de valab a ofertei, astfel cum a fost solicitata prin DA, cu posibilitatea prelungirii acesteia. Echivalenta pentru o garanție de participare depusa în valuta se va face la cursul BNR din data publicării anunțului de participare in SEAP. Forma de constituire este cf art. 71 alin. (6) din Legea 100/ 2016. In cazul in care GP se va constitui prin virament bancar, plata se va realiza in Contul IBAN al achizitorului: RO07BTRLRONCRT0658970001 deschis la BANCA TRANSILVANIA. GP se va prezenta în original pana la data si ora limita stabilite pentru depunerea ofertelor. Dovada constituirii se va depune o data cu depunerea ofertei.</w:t>
      </w:r>
    </w:p>
    <w:p w14:paraId="1101250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cazul depunerii de oferte in asociere, garanția de participare trebuie constituita in numele asocierii si sa menționeze ca acoperă in mod solidar toți membrii grupului de operatori economici. </w:t>
      </w:r>
    </w:p>
    <w:p w14:paraId="73F741E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vor fi însoțite de dovada constituirii garanţiei pentru participare in cuantumul, forma si perioada de valabilitate precizate in documentatia de atribuire.</w:t>
      </w:r>
    </w:p>
    <w:p w14:paraId="6FA8477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Eventualele neconcordanţe cu privire la îndeplinirea condiţiilor de formă ale garanţiei de participare, inclusiv cele privind cuantumul şi valabilitatea, se vor clarifica de către comisia de evaluare cu ofertanţii </w:t>
      </w:r>
      <w:r w:rsidRPr="00C151FB">
        <w:rPr>
          <w:rFonts w:ascii="Times New Roman" w:hAnsi="Times New Roman" w:cs="Times New Roman"/>
          <w:sz w:val="24"/>
          <w:szCs w:val="24"/>
        </w:rPr>
        <w:lastRenderedPageBreak/>
        <w:t>în maximum 3 zile lucrătoare de la data-limită de depunere a ofertelor, sub sancţiunea respingerii ofertei ca inacceptabilă.</w:t>
      </w:r>
    </w:p>
    <w:p w14:paraId="25CB309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7F141B3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III.1.8) Forma juridica pe care o va lua grupul de operatori economici căruia i se atribuie contractul:</w:t>
      </w:r>
    </w:p>
    <w:p w14:paraId="41662C8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Asociere conform art. 39. din Legea privind concesiunile de lucrări si concesiunile de servicii nr 100/2016.</w:t>
      </w:r>
    </w:p>
    <w:p w14:paraId="07C745E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III.1.9) Legislația aplicabila:</w:t>
      </w:r>
    </w:p>
    <w:p w14:paraId="02D2A43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Legea privind concesiunile de lucrări si concesiunile de servicii nr 100/2016</w:t>
      </w:r>
    </w:p>
    <w:p w14:paraId="65F282E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Legea privind remediile si căile de atac in materie de atribuire a contractelor de achiziție publica, a contractelor sectoriale si a contractelor de concesiune de lucrări si concesiune de servicii, precum si pentru organizarea si funcționarea Consiliului National de Soluționare a Contestațiilor nr 101/2016;</w:t>
      </w:r>
    </w:p>
    <w:p w14:paraId="2394EF9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 www.anap.gov.ro</w:t>
      </w:r>
    </w:p>
    <w:p w14:paraId="23B7BD7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98/2016 privind achizițiile publice, cu completările și modificările ulterioare.;</w:t>
      </w:r>
    </w:p>
    <w:p w14:paraId="5AEC10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nr. 395/2016 pentru aprobarea Normelor metodologice de aplicare a prevederilor referitoare la atribuirea contractului de achiziție publică/acordului-cadru din Legea nr. 98/2016 privind achizițiile publice, cu completările și modificările ulterioare;</w:t>
      </w:r>
    </w:p>
    <w:p w14:paraId="2D39B81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827/2009 pentru aprobarea Normelor privind procedura specifica pentru elaborarea și transmiterea cererii de constatare a faptului ca o anumita activitate relevanta este expusa direct concurentei pe o piață la care accesul nu este restricționat;</w:t>
      </w:r>
    </w:p>
    <w:p w14:paraId="1A58B9C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122/2009 pentru modificarea Regulamentului privind supravegherea modului de atribuire a contractelor de achiziție publică, a contractelor de concesiune de lucrări publice și a contractelor de concesiune de servicii, aprobat prin Ordinul președintelui Autorității Naționale pentru Reglementarea și Monitorizarea Achizițiilor Publice nr. 107/2009;</w:t>
      </w:r>
    </w:p>
    <w:p w14:paraId="58DAE1B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1517/2009 privind aprobarea Ghidului pentru implementarea proiectelor de concesiune de lucrări publice și servicii în Romania;</w:t>
      </w:r>
    </w:p>
    <w:p w14:paraId="60117FE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Ordinul nr. 51/2009 privind accelerarea procedurilor de licitație restrânsă și negociere cu publicare prealabilă a unui anunț de</w:t>
      </w:r>
    </w:p>
    <w:p w14:paraId="1A64554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participare; </w:t>
      </w:r>
    </w:p>
    <w:p w14:paraId="16292E0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Ordonanță de Urgență a Guvernului nr. 30/2006 privind funcția de verificare a aspectelor procedurale aferente procesului de atribuire a contractelor de achiziție publică, modificată și completata prin OUG nr. 13/2015;</w:t>
      </w:r>
    </w:p>
    <w:p w14:paraId="44D7D88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9574 din 16 iulie 2009 privind aprobarea Ghidului pentru implementarea proiectelor de concesiune de lucrări publice și servicii în România;</w:t>
      </w:r>
    </w:p>
    <w:p w14:paraId="279B656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2266 din 6 iunie 2012 privind aprobarea modelelor de documentații standardizate aferente procedurilor de atribuire a contractelor de achiziție de lucrări publice pentru proiectele de "proiectare și execuție de stație de tratare a apei/stație de epurare de ape reziduale", "execuție de rețele de canalizare și rețele de alimentare cu apă", "proiectare și execuție de stație de sortare, compostare și tratare mecano-biologică a Deșeurilor", "execuție de depozit conform de Deșeuri", modificat și completat prin Ordinul nr. 3240/2012;</w:t>
      </w:r>
    </w:p>
    <w:p w14:paraId="0F8ED60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314/2010 al Președintelui ANRMAP privind punerea in aplicare a certificatului de participare la licitații cu oferta independenta;</w:t>
      </w:r>
    </w:p>
    <w:p w14:paraId="75B56C5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171 din 7 mai 2012 cu privire la clarificările ce vizează conținutul documentației de atribuire;</w:t>
      </w:r>
    </w:p>
    <w:p w14:paraId="4C09F60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302/2011 al Președintelui ANRMAP privind aprobarea formularelor standard ale Procesului-verbal al ședinței de deschidere a ofertelor și Raportului procedurii, aferente procedurilor de atribuire a contractelor de achiziție publica, a contractelor de concesiune de lucrări publice și a contractelor de concesiune de servicii;</w:t>
      </w:r>
    </w:p>
    <w:p w14:paraId="352F91C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313/2011 al Președintelui ANRMAP cu privire la interpretarea anumitor dispoziții privind procedurile de atribuire a contractelor de achiziție publica, a contractelor de concesiune de lucrări publice și a contractelor de concesiune de servicii;</w:t>
      </w:r>
    </w:p>
    <w:p w14:paraId="7CF7699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Ordinul nr. 122/2009 pentru modificarea Regulamentului privind supravegherea modului de atribuire a contractelor de achiziție publica, a contractelor de concesiune de lucrări publice și a contractelor de concesiune de servicii, aprobat prin Ordinul președintelui Autorității   Naționale pentru Reglementarea și Monitorizarea Achizițiilor Publice nr. 107/2009;</w:t>
      </w:r>
    </w:p>
    <w:p w14:paraId="3A9A7C7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HG nr. 827/2009 pentru aprobarea Normelor privind procedura specifica pentru elaborarea și transmiterea cererii de constatare a faptului ca o anumita activitate relevanta este expusa direct concurentei pe o piață la care accesul nu este restricționat.</w:t>
      </w:r>
    </w:p>
    <w:p w14:paraId="53A63E3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92/2021 privind regimul Deșeurilor;</w:t>
      </w:r>
    </w:p>
    <w:p w14:paraId="2BACD0E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181/2020 privind gestionarea Deșeurilor nepericuloase compostabile;</w:t>
      </w:r>
    </w:p>
    <w:p w14:paraId="1FD694A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942/2017 privind aprobarea Planului National de Gestionare a Deșeurilor;</w:t>
      </w:r>
    </w:p>
    <w:p w14:paraId="061235C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870/2013 privind aprobarea Strategiei Naționale de gestionare a Deșeurilor 2014-2020;</w:t>
      </w:r>
    </w:p>
    <w:p w14:paraId="03A6862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1364/1499/2006 de aprobare a planurilor regionale de gestionare a Deșeurilor;</w:t>
      </w:r>
    </w:p>
    <w:p w14:paraId="2674BAF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856/2002 privind evidenta gestiunii Deșeurilor și aprobarea listei cuprinzând Deșeurile, inclusiv Deșeurile periculoase cu modificările și completările ulterioare;</w:t>
      </w:r>
    </w:p>
    <w:p w14:paraId="67347B4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349/2005 privind depozitarea Deșeurilor, cu modificările ulterioare;</w:t>
      </w:r>
    </w:p>
    <w:p w14:paraId="636B2B5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757/2004 pentru aprobarea Normativului tehnic privind depozitarea Deșeurilor, modificat prin Ordinul nr. 1230/2005;</w:t>
      </w:r>
    </w:p>
    <w:p w14:paraId="21697CF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95/2005 privind stabilirea criteriilor de acceptare și a procedurilor preliminare de acceptare a Deșeurilor la depozitare și lista națională de Deșeuri acceptate in fiecare clasa de depozit de Deșeuri;</w:t>
      </w:r>
    </w:p>
    <w:p w14:paraId="66EB246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278/2013 privind emisiile industriale;</w:t>
      </w:r>
    </w:p>
    <w:p w14:paraId="65E18BF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756/2004 pentru aprobarea Normativului tehnic privind incinerarea Deșeurilor;</w:t>
      </w:r>
    </w:p>
    <w:p w14:paraId="18C3742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788/2007 privind stabilirea unor masuri pentru aplicarea Regulamentului nr. 1013/2006 privind transferul de Deșeuri, cu modificările ulterioare;</w:t>
      </w:r>
    </w:p>
    <w:p w14:paraId="1D4C95F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1061/2008 privind transportul Deșeurilor periculoase și nepericuloase pe teritoriul României;</w:t>
      </w:r>
    </w:p>
    <w:p w14:paraId="1E22511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249/2015 privind gestionarea ambalajelor și Deșeurilor de ambalaje;</w:t>
      </w:r>
    </w:p>
    <w:p w14:paraId="258CCA5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794/2012 privind procedura de raportare a datelor referitoare la ambalaje și Deșeuri de ambalaje;</w:t>
      </w:r>
    </w:p>
    <w:p w14:paraId="253AA12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1281/2005 privind stabilirea modalităților de identificare a containerelor pentru diferite tipuri de materiale în scopul aplicării colectării selective;</w:t>
      </w:r>
    </w:p>
    <w:p w14:paraId="554433B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269/2019 privind procedura de înregistrare a producătorilor, modul de evidenta și raportare a datelor privind echipamentele electrice și electronice și Deșeurile de echipamente electrice și electronice;</w:t>
      </w:r>
    </w:p>
    <w:p w14:paraId="3480232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344/708/2004 pentru aprobarea Normelor tehnice privind protecția mediului in special a solurilor, când se utilizează nămolurile de epurare în agricultură, cu modificările și completările ulterioare;</w:t>
      </w:r>
    </w:p>
    <w:p w14:paraId="32D19A2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1132/2008 privind regimul bateriilor și acumulatorilor și al Deșeurilor de baterii și acumulatori (cu modificările și completărilor ulterioare);</w:t>
      </w:r>
    </w:p>
    <w:p w14:paraId="2E13EE9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132/2010 privind colectarea selectivă a Deșeurilor în instituțiile publice, cu modificările și completările ulterioare</w:t>
      </w:r>
    </w:p>
    <w:p w14:paraId="4DB3D1B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196 /2005, actualizată, privind Fondul pentru mediu, cu modificările și completările ulterioare;</w:t>
      </w:r>
    </w:p>
    <w:p w14:paraId="06815DA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68/2007 privind răspunderea de mediu cu referire la prevenirea și repararea prejudiciului asupra mediului, cu toate</w:t>
      </w:r>
    </w:p>
    <w:p w14:paraId="2BF2B96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modificările și completările ulterioare;</w:t>
      </w:r>
    </w:p>
    <w:p w14:paraId="19BF167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195/2005 privind protecția mediului, aprobată prin Legea nr. 265/2005, cu completările și modificările ulterioare.</w:t>
      </w:r>
    </w:p>
    <w:p w14:paraId="52CE4EC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OUG nr. 57/2019 privind Codul Administrativ, cu modificările și completările ulterioare;</w:t>
      </w:r>
    </w:p>
    <w:p w14:paraId="4FB0862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Legea nr. 213/1998 privind proprietatea publica și regimul juridic al acesteia, cu modificările și completările ulterioare;</w:t>
      </w:r>
    </w:p>
    <w:p w14:paraId="42165A0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273/2006 privind finanțele publice locale, cu modificările și completările ulterioare;</w:t>
      </w:r>
    </w:p>
    <w:p w14:paraId="6E89C28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51/2006 a serviciilor comunitare de utilități publice, republicată, cu modificările și completările ulterioare;</w:t>
      </w:r>
    </w:p>
    <w:p w14:paraId="35F856B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101/2006 a serviciului de salubrizare a localităților, republicată, cu modificările și completările ulterioare</w:t>
      </w:r>
    </w:p>
    <w:p w14:paraId="132266D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Ordonanța Guvernului nr. 26/2000 privind asociațiile și fundațiile, cu modificările și completările ulterioare;</w:t>
      </w:r>
    </w:p>
    <w:p w14:paraId="29D03C3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246/2006 pentru aprobarea Strategiei Naționale privind accelerarea dezvoltării serviciilor comunitare de</w:t>
      </w:r>
    </w:p>
    <w:p w14:paraId="34A207D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utilități publice;</w:t>
      </w:r>
    </w:p>
    <w:p w14:paraId="47133CA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855/2008 pentru aprobarea actului constitutiv-cadru și a statutului-cadru ale asociațiilor de dezvoltarea intercomunitară cu obiect de activitate serviciile de utilități publice, cu modificările și completările ulterioare;</w:t>
      </w:r>
    </w:p>
    <w:p w14:paraId="480B07C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nr. 745/2007 pentru aprobarea Regulamentului privind acordarea licențelor in domeniul serviciilor comunitare de utilități publice cu modificările și completările ulterioare;</w:t>
      </w:r>
    </w:p>
    <w:p w14:paraId="6A35EB6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Ordonanța de Urgenta Guvernului nr. 198/2005 privind constituirea, alimentarea și utilizarea Fondului de întreținere, înlocuire și dezvoltare (IID) pentru proiectele de dezvoltare a infrastructurii serviciilor publice care beneficiază de asistența financiara nerambursabila din partea Uniunii Europene și care aproba Normele pentru constituirea, alimentarea și utilizarea Fondului IID, cu modificările și completările ulterioare;</w:t>
      </w:r>
    </w:p>
    <w:p w14:paraId="3193C7C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640/2022 Normele metodologice de stabilire, ajustare sau modificare a tarifelor pentru activităţile de salubrizare, precum şi de calculare a tarifelor/taxelor distincte pentru gestionarea deşeurilor şi a taxelor de salubrizare;</w:t>
      </w:r>
    </w:p>
    <w:p w14:paraId="0D63C11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Ordonanţa de urgenţă nr. 133/2022 pentru modificarea şi completarea Ordonanţei de urgenţă a Guvernului nr. 92/2021 privind regimul deşeurilor, precum şi a Legii serviciului de salubrizare a localităţilor nr. 101/2006</w:t>
      </w:r>
    </w:p>
    <w:p w14:paraId="46F4224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82/2015 privind aprobarea Regulamentului-cadru al serviciului de salubrizare a localităților;</w:t>
      </w:r>
    </w:p>
    <w:p w14:paraId="1ED3756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111/2007 privind aprobarea Caietului de sarcini-cadru al serviciului de salubrizare a localităților;</w:t>
      </w:r>
    </w:p>
    <w:p w14:paraId="314BBD1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112/2007 privind aprobarea Contractului-cadru de prestare a serviciului de salubrizare a localităților;</w:t>
      </w:r>
    </w:p>
    <w:p w14:paraId="41A12E6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102/2007 privind aprobarea Regulamentului de constatare, notificare și sancționare a abaterilor de la reglementările emise in domeniul de activitate al Autorității Naționale de Reglementare pentru Serviciile Publice de Gospodărie Comunala (ANRSC);</w:t>
      </w:r>
    </w:p>
    <w:p w14:paraId="5F7E47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Ministerului Sănătății nr. 119/2014 pentru aprobarea Normelor de igiena și sănătate publică privind mediul de viață al populației.</w:t>
      </w:r>
    </w:p>
    <w:p w14:paraId="0A9A9B3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6840EBA3"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III.2) CONDITII REFERITOARE LA CONTRACT:</w:t>
      </w:r>
    </w:p>
    <w:p w14:paraId="1D9CAC9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III.2.1) Prestarea serviciilor in cauza este rezervata unei anumite profesii</w:t>
      </w:r>
    </w:p>
    <w:p w14:paraId="1E954D8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60CB405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III.2.2) Executarea contractului este supusa altor condiții speciale:</w:t>
      </w:r>
    </w:p>
    <w:p w14:paraId="7070AB8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2D70B33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III.2.3) Informații privind personalul responsabil cu executarea contractului:</w:t>
      </w:r>
    </w:p>
    <w:p w14:paraId="5798B4F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Obligație de a preciza numele si calificările profesionale ale angajaților desemnați pentru executarea contractului: Nu</w:t>
      </w:r>
    </w:p>
    <w:p w14:paraId="1863ACCB" w14:textId="77777777" w:rsidR="008B2EA6" w:rsidRPr="00C151FB" w:rsidRDefault="008B2EA6" w:rsidP="008B2EA6">
      <w:pPr>
        <w:pStyle w:val="Heading1"/>
        <w:jc w:val="both"/>
        <w:rPr>
          <w:rFonts w:ascii="Times New Roman" w:hAnsi="Times New Roman" w:cs="Times New Roman"/>
          <w:sz w:val="24"/>
          <w:szCs w:val="24"/>
        </w:rPr>
      </w:pPr>
      <w:r w:rsidRPr="00C151FB">
        <w:rPr>
          <w:rFonts w:ascii="Times New Roman" w:hAnsi="Times New Roman" w:cs="Times New Roman"/>
          <w:sz w:val="24"/>
          <w:szCs w:val="24"/>
        </w:rPr>
        <w:lastRenderedPageBreak/>
        <w:t>Secțiunea IV Procedura</w:t>
      </w:r>
    </w:p>
    <w:p w14:paraId="42E8B6A5"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IV.1 Descriere</w:t>
      </w:r>
    </w:p>
    <w:p w14:paraId="74B3BC0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 Tipul procedurii si modalitatea de desfasurare:</w:t>
      </w:r>
    </w:p>
    <w:p w14:paraId="2E41E59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IV.1.1.b) Tipul Procedurii</w:t>
      </w:r>
    </w:p>
    <w:p w14:paraId="3112760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Licitație deschisa</w:t>
      </w:r>
    </w:p>
    <w:p w14:paraId="2C45C02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IV.1.6 Informații despre licitația electronica</w:t>
      </w:r>
    </w:p>
    <w:p w14:paraId="0AE9966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organiza o licitație electronica: Nu</w:t>
      </w:r>
    </w:p>
    <w:p w14:paraId="3E3C898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IV.1.8 Informații despre Acordul privind achizițiile publice (AAP)</w:t>
      </w:r>
    </w:p>
    <w:p w14:paraId="3375914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 intra sub incidenta acordului privind contractele de achiziții publice: Nu</w:t>
      </w:r>
    </w:p>
    <w:p w14:paraId="4054482F"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IV.2 Informatii administrative</w:t>
      </w:r>
    </w:p>
    <w:p w14:paraId="7C620DA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IV.2.4 Limbile in care pot fi depuse ofertele sau cererile de participare</w:t>
      </w:r>
    </w:p>
    <w:p w14:paraId="58B2FD6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Romana</w:t>
      </w:r>
    </w:p>
    <w:p w14:paraId="65AF958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Moneda in care se transmite oferta financiara: : RON</w:t>
      </w:r>
    </w:p>
    <w:p w14:paraId="1C076E3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641B696D"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IV.4 Prezentarea ofertei</w:t>
      </w:r>
    </w:p>
    <w:p w14:paraId="0AA85EB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IV.4.1 Modul de prezentare al propunerii tehnice</w:t>
      </w:r>
    </w:p>
    <w:p w14:paraId="7845ECA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va fi întocmita in conformitate cu prevederile din caietul de sarcini. </w:t>
      </w:r>
    </w:p>
    <w:p w14:paraId="2D9433D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in mod clar modul in care aceștia înțeleg sa răspundă cerințelor caietului de sarcini si a informațiilor solicitate in modelul de propunere tehnica, preluareare integrala a textului din documentația de atribuire nefiind considerata o propunere tehnica admisibila.</w:t>
      </w:r>
    </w:p>
    <w:p w14:paraId="29954DB8" w14:textId="77777777" w:rsidR="008B2EA6" w:rsidRPr="00C151FB" w:rsidRDefault="008B2EA6" w:rsidP="008B2EA6">
      <w:pPr>
        <w:widowControl w:val="0"/>
        <w:tabs>
          <w:tab w:val="num" w:pos="3242"/>
        </w:tabs>
        <w:spacing w:after="0" w:line="312" w:lineRule="auto"/>
        <w:jc w:val="both"/>
        <w:rPr>
          <w:rFonts w:ascii="Times New Roman" w:hAnsi="Times New Roman" w:cs="Times New Roman"/>
          <w:color w:val="000000"/>
          <w:sz w:val="24"/>
          <w:szCs w:val="24"/>
        </w:rPr>
      </w:pPr>
      <w:r w:rsidRPr="00C151FB">
        <w:rPr>
          <w:rFonts w:ascii="Times New Roman" w:hAnsi="Times New Roman" w:cs="Times New Roman"/>
          <w:color w:val="000000"/>
          <w:sz w:val="24"/>
          <w:szCs w:val="24"/>
        </w:rPr>
        <w:t xml:space="preserve">Ofertanții vor structura informațiile prezentate în Oferta tehnică conform modelului de mai jos. </w:t>
      </w:r>
    </w:p>
    <w:p w14:paraId="5FD34F6D"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Managementul si organizarea activității </w:t>
      </w:r>
    </w:p>
    <w:p w14:paraId="489B02A8"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va trebui sa conțină următoarele elemente: </w:t>
      </w:r>
    </w:p>
    <w:p w14:paraId="7DC1BCBF" w14:textId="77777777" w:rsidR="008B2EA6" w:rsidRPr="00C151FB" w:rsidRDefault="008B2EA6" w:rsidP="008B2EA6">
      <w:pPr>
        <w:pStyle w:val="ListParagraph"/>
        <w:numPr>
          <w:ilvl w:val="2"/>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Organigrama cuprinzând toate posturile de lucru necesare desfășurării activității. </w:t>
      </w:r>
    </w:p>
    <w:p w14:paraId="0C72E3CD" w14:textId="77777777" w:rsidR="008B2EA6" w:rsidRPr="00C151FB" w:rsidRDefault="008B2EA6" w:rsidP="008B2EA6">
      <w:pPr>
        <w:pStyle w:val="ListParagraph"/>
        <w:numPr>
          <w:ilvl w:val="2"/>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Atribuțiile specifice aferente fiecărui post de lucru cuprins in organigrama. </w:t>
      </w:r>
    </w:p>
    <w:p w14:paraId="2E99DF0E" w14:textId="77777777" w:rsidR="008B2EA6" w:rsidRPr="00C151FB" w:rsidRDefault="008B2EA6" w:rsidP="008B2EA6">
      <w:pPr>
        <w:pStyle w:val="ListParagraph"/>
        <w:numPr>
          <w:ilvl w:val="2"/>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Detalierea atribuțiilor specifice aferente personalului de conducere, prezentate sub forma „Fisei de post”.</w:t>
      </w:r>
    </w:p>
    <w:p w14:paraId="600EDCAC" w14:textId="77777777" w:rsidR="008B2EA6" w:rsidRPr="00C151FB" w:rsidRDefault="008B2EA6" w:rsidP="008B2EA6">
      <w:pPr>
        <w:spacing w:after="0" w:line="240" w:lineRule="auto"/>
        <w:jc w:val="both"/>
        <w:rPr>
          <w:rFonts w:ascii="Times New Roman" w:hAnsi="Times New Roman" w:cs="Times New Roman"/>
          <w:sz w:val="24"/>
          <w:szCs w:val="24"/>
        </w:rPr>
      </w:pPr>
    </w:p>
    <w:p w14:paraId="3534A25A"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Mobilizarea si operaționalizarea activității </w:t>
      </w:r>
    </w:p>
    <w:p w14:paraId="3F4537CE" w14:textId="77777777" w:rsidR="008B2EA6" w:rsidRPr="00C151FB" w:rsidRDefault="008B2EA6" w:rsidP="008B2EA6">
      <w:pPr>
        <w:spacing w:after="0" w:line="240" w:lineRule="auto"/>
        <w:jc w:val="both"/>
        <w:rPr>
          <w:rFonts w:ascii="Times New Roman" w:hAnsi="Times New Roman" w:cs="Times New Roman"/>
          <w:sz w:val="24"/>
          <w:szCs w:val="24"/>
        </w:rPr>
      </w:pPr>
    </w:p>
    <w:p w14:paraId="5D7A9CE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perioada de mobilizare vor fi desfășurate minim următoarele activități: </w:t>
      </w:r>
    </w:p>
    <w:p w14:paraId="43E1ECD6"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bookmarkStart w:id="18" w:name="_Hlk208577614"/>
      <w:r w:rsidRPr="00C151FB">
        <w:rPr>
          <w:rFonts w:ascii="Times New Roman" w:hAnsi="Times New Roman" w:cs="Times New Roman"/>
          <w:sz w:val="24"/>
          <w:szCs w:val="24"/>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4D4799F2"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procurarea utilajelor si echipamentelor necesare (pentru categoriile de deșeuri care fac obiectul contractului) si amplasarea lor in teritoriu – cumpărare, închiriere, leasing; </w:t>
      </w:r>
    </w:p>
    <w:p w14:paraId="4EE9A856"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activităților in conformitate cu cerințele legale pentru toate punctele de lucru (inclusiv bazele de lucru); </w:t>
      </w:r>
    </w:p>
    <w:p w14:paraId="74EBD9C2"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unor baze de lucru aferenta fiecarei zone de colectare care să permită gararea autospecialelor, întreținerea acestora și să faciliteze accesul mai rapid spre UAT-urile din care se va face colectarea si transportul deșeurilor municipale; </w:t>
      </w:r>
    </w:p>
    <w:p w14:paraId="170DE49C"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preluarea de la CJ Arad a bunurilor de retur date în administrare (inclusiv testarea acestora, daca este cazul) </w:t>
      </w:r>
    </w:p>
    <w:p w14:paraId="0B07F557"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distribuirea recipientelor (date în administrare și achiziționate) la punctele de colectare si către generatorii de deșeuri, după cum va fi cazul (gratuit, contra cost sau pe baza de contract de </w:t>
      </w:r>
      <w:r w:rsidRPr="00C151FB">
        <w:rPr>
          <w:rFonts w:ascii="Times New Roman" w:hAnsi="Times New Roman" w:cs="Times New Roman"/>
          <w:sz w:val="24"/>
          <w:szCs w:val="24"/>
        </w:rPr>
        <w:lastRenderedPageBreak/>
        <w:t>comodat), se va realiza printr-o procedura de predare primire intre detinatorul bunurilor de retur si Operator.</w:t>
      </w:r>
    </w:p>
    <w:p w14:paraId="4B5BB4B7"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1830AD78"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tuturor avizelor/autorizațiilor/licențelor necesare pentru desfășurarea activităților contractului; </w:t>
      </w:r>
    </w:p>
    <w:p w14:paraId="1E7B9808"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încheierea tuturor poliţelor de asigurare și a taxelor legale obligatorii pentru bunurile de retur;</w:t>
      </w:r>
    </w:p>
    <w:p w14:paraId="068430AB"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184BC7B8"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2E39AF24"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campanii de informare și conștientizare a beneficiarilor privind colectarea separată a deșeurilor. </w:t>
      </w:r>
    </w:p>
    <w:p w14:paraId="7600D4FC" w14:textId="77777777" w:rsidR="008B2EA6" w:rsidRPr="00C151FB" w:rsidRDefault="008B2EA6" w:rsidP="008B2EA6">
      <w:pPr>
        <w:pStyle w:val="ListParagraph"/>
        <w:numPr>
          <w:ilvl w:val="0"/>
          <w:numId w:val="23"/>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alte măsuri prevăzute a fi îndeplinite în perioada de mobilizare, conform contractului de delegare a gestiunii. </w:t>
      </w:r>
    </w:p>
    <w:bookmarkEnd w:id="18"/>
    <w:p w14:paraId="18F7D0BE" w14:textId="77777777" w:rsidR="008B2EA6" w:rsidRPr="00C151FB" w:rsidRDefault="008B2EA6" w:rsidP="008B2EA6">
      <w:pPr>
        <w:spacing w:after="0" w:line="240" w:lineRule="auto"/>
        <w:jc w:val="both"/>
        <w:rPr>
          <w:rFonts w:ascii="Times New Roman" w:hAnsi="Times New Roman" w:cs="Times New Roman"/>
          <w:sz w:val="24"/>
          <w:szCs w:val="24"/>
        </w:rPr>
      </w:pPr>
    </w:p>
    <w:p w14:paraId="760FD2FA"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convine ca sfârșitul perioadei de mobilizare (Data începerii activității) este la data la care toate condițiile de la literele a) – m) din paragraful de mai sus sunt îndeplinite in mod cumulativ, dar nu mai mult de 150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581DA55F" w14:textId="77777777" w:rsidR="008B2EA6" w:rsidRPr="00C151FB" w:rsidRDefault="008B2EA6" w:rsidP="008B2EA6">
      <w:pPr>
        <w:spacing w:after="0" w:line="240" w:lineRule="auto"/>
        <w:jc w:val="both"/>
        <w:rPr>
          <w:rFonts w:ascii="Times New Roman" w:hAnsi="Times New Roman" w:cs="Times New Roman"/>
          <w:sz w:val="24"/>
          <w:szCs w:val="24"/>
        </w:rPr>
      </w:pPr>
    </w:p>
    <w:p w14:paraId="045E24BA"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va cuprinde descrierea detaliata a activităților aferente etapei de mobilizare in mod distinct pentru fiecare activitate in parte. </w:t>
      </w:r>
    </w:p>
    <w:p w14:paraId="2AB3A6A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490DE9A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Nu este necesar ca aceste documente sa fie atașate ofertei. În cazul în care oferta este declarată câștigătoare, ofertantul câștigător va prezenta aceste documente până la sfârșitul perioadei de mobilizare. </w:t>
      </w:r>
    </w:p>
    <w:p w14:paraId="35CA7FD8"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trebuie sa prezinte in mod clar durata de timp (exprimata in zile calendaristice) scursa intre Data semnării Contractului si Data începerii activității pentru toate activitățile care fac obiectul contractului. </w:t>
      </w:r>
    </w:p>
    <w:p w14:paraId="34974DD2"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Eventualele testări trebuie incluse in graficul detaliat al activităților aferente etapei de mobilizare.</w:t>
      </w:r>
    </w:p>
    <w:p w14:paraId="2B914EA7" w14:textId="77777777" w:rsidR="008B2EA6" w:rsidRPr="00C151FB" w:rsidRDefault="008B2EA6" w:rsidP="008B2EA6">
      <w:pPr>
        <w:spacing w:after="0" w:line="240" w:lineRule="auto"/>
        <w:jc w:val="both"/>
        <w:rPr>
          <w:rFonts w:ascii="Times New Roman" w:hAnsi="Times New Roman" w:cs="Times New Roman"/>
          <w:sz w:val="24"/>
          <w:szCs w:val="24"/>
        </w:rPr>
      </w:pPr>
    </w:p>
    <w:p w14:paraId="00831C96"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organizare a activații </w:t>
      </w:r>
    </w:p>
    <w:p w14:paraId="40EC57A5" w14:textId="77777777" w:rsidR="008B2EA6" w:rsidRPr="00C151FB" w:rsidRDefault="008B2EA6" w:rsidP="008B2EA6">
      <w:pPr>
        <w:autoSpaceDE w:val="0"/>
        <w:autoSpaceDN w:val="0"/>
        <w:adjustRightInd w:val="0"/>
        <w:spacing w:after="0" w:line="240" w:lineRule="auto"/>
        <w:rPr>
          <w:rFonts w:ascii="Times New Roman" w:hAnsi="Times New Roman" w:cs="Times New Roman"/>
          <w:sz w:val="24"/>
          <w:szCs w:val="24"/>
        </w:rPr>
      </w:pPr>
    </w:p>
    <w:p w14:paraId="45EB34C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organizare a activității detaliat si coerent, care sa prezinte cel puțin: </w:t>
      </w:r>
    </w:p>
    <w:p w14:paraId="6B548172"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alocarea de resurse pentru fiecare categorie de deșeuri (vehicule, echipamente, unelte, personal); </w:t>
      </w:r>
    </w:p>
    <w:p w14:paraId="23F6D360"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organizarea calendaristica a activității pe parcursul unui an – pentru fiecare UAT si categorie de deșeuri; </w:t>
      </w:r>
    </w:p>
    <w:p w14:paraId="4F17BF26"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5D0CF443"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breviare de calcul pentru dimensionarea echipamentelor detaliate cu privire cel putin la: distante de parcurs, viteze de deplasare, timpi de deplasare, timpi de prestare (incarcare/desarcare pubele si containere), timpi golire autospeciale, etc.</w:t>
      </w:r>
    </w:p>
    <w:p w14:paraId="550397EA"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un grafic de colectare pentru deșeurile menajere și similare, și rutele aferente cu respectarea frecvenței de colectare impusă prin prezentul caiet de sarcini; </w:t>
      </w:r>
    </w:p>
    <w:p w14:paraId="05E7C33A"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din piețe; </w:t>
      </w:r>
    </w:p>
    <w:p w14:paraId="27394C08"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abandonate pe domeniul public; </w:t>
      </w:r>
    </w:p>
    <w:p w14:paraId="5C269F14"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modalități propuse pentru asigurarea punctelor de colectare de pe domeniul public împotriva acțiunilor de vandalism și furt; </w:t>
      </w:r>
    </w:p>
    <w:p w14:paraId="50B1A9BE"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4AC9B1F1"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și resursele de realizare a campaniilor de informare și conștientizare pentru eficientizarea activităților de salubrizare. </w:t>
      </w:r>
    </w:p>
    <w:p w14:paraId="36BC552D" w14:textId="77777777" w:rsidR="008B2EA6" w:rsidRPr="00C151FB" w:rsidRDefault="008B2EA6" w:rsidP="008B2EA6">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721C6507"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Daca este cazul, se va evidenția si contribuția adusa de partenerii din asociere si/sau de subcontractanți: activitățile ce urmează a fi derulate, planificarea in timp, etc. </w:t>
      </w:r>
    </w:p>
    <w:p w14:paraId="465CBAE6"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6E7ADF0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Compoziția deșeurilor va fi determinata semestrial, in mediul rural se va realiza o proba medie pe fiecare zona in parte care sa reprezinte deșeurile generate in toate unitățile administrativ – teritoriale arondate. </w:t>
      </w:r>
    </w:p>
    <w:p w14:paraId="7ACBB2DC" w14:textId="77777777" w:rsidR="008B2EA6" w:rsidRPr="00C151FB" w:rsidRDefault="008B2EA6" w:rsidP="008B2EA6">
      <w:pPr>
        <w:spacing w:after="0" w:line="240" w:lineRule="auto"/>
        <w:jc w:val="both"/>
        <w:rPr>
          <w:rFonts w:ascii="Times New Roman" w:hAnsi="Times New Roman" w:cs="Times New Roman"/>
          <w:sz w:val="24"/>
          <w:szCs w:val="24"/>
        </w:rPr>
      </w:pPr>
    </w:p>
    <w:p w14:paraId="7399AA8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Luând în considerare cerințele prezentate în Caietul de sarcini, ofertanții vor calcula necesarul de echipamente pentru prestarea activităților contractului, separat pentru fiecare activitate în parte. </w:t>
      </w:r>
    </w:p>
    <w:p w14:paraId="692F68E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Calculele vor fi prezentate explicit în cadrul Ofertei tehnice, specificându-se toți parametrii principali pentru fiecare tip de mijloc de transport, respectiv pentru fiecare tip de utilaj în parte. </w:t>
      </w:r>
    </w:p>
    <w:p w14:paraId="5AD7ABB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1EE2C6B3"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fiecare tip mijloc de transport/utilaj în parte se vor prezenta copii ale documentelor care să ateste veridicitatea parametrilor utilizați în formule.</w:t>
      </w:r>
    </w:p>
    <w:p w14:paraId="7CED7E3E" w14:textId="77777777" w:rsidR="008B2EA6" w:rsidRPr="00C151FB" w:rsidRDefault="008B2EA6" w:rsidP="008B2EA6">
      <w:pPr>
        <w:spacing w:after="0" w:line="240" w:lineRule="auto"/>
        <w:jc w:val="both"/>
        <w:rPr>
          <w:rFonts w:ascii="Times New Roman" w:hAnsi="Times New Roman" w:cs="Times New Roman"/>
          <w:sz w:val="24"/>
          <w:szCs w:val="24"/>
        </w:rPr>
      </w:pPr>
    </w:p>
    <w:p w14:paraId="3E10F9B9"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investiții </w:t>
      </w:r>
    </w:p>
    <w:p w14:paraId="2C4908F2"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8E9047C"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în cadrul Ofertei tehnice, planul de recuperare al investițiilor, pe baza căruia au inclus amortizarea în structura și justificarea tarifului ofertat;</w:t>
      </w:r>
    </w:p>
    <w:p w14:paraId="6E5DB0FB" w14:textId="77777777" w:rsidR="008B2EA6" w:rsidRPr="00C151FB" w:rsidRDefault="008B2EA6" w:rsidP="008B2EA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1B5B8645" w14:textId="77777777" w:rsidR="008B2EA6" w:rsidRPr="00C151FB" w:rsidRDefault="008B2EA6" w:rsidP="008B2EA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evaluarea unitara, toti ofertantii vor utiliza pentru pubelele achiztionate durata maxima de amortizare din catalog.</w:t>
      </w:r>
    </w:p>
    <w:p w14:paraId="213ACCED" w14:textId="77777777" w:rsidR="008B2EA6" w:rsidRPr="00C151FB" w:rsidRDefault="008B2EA6" w:rsidP="008B2EA6">
      <w:pPr>
        <w:spacing w:after="0" w:line="240" w:lineRule="auto"/>
        <w:jc w:val="both"/>
        <w:rPr>
          <w:rFonts w:ascii="Times New Roman" w:hAnsi="Times New Roman" w:cs="Times New Roman"/>
          <w:sz w:val="24"/>
          <w:szCs w:val="24"/>
        </w:rPr>
      </w:pPr>
    </w:p>
    <w:p w14:paraId="67D45AFD"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58B3934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completa Formularul Planul de investiții  (Anexa 9)</w:t>
      </w:r>
    </w:p>
    <w:p w14:paraId="7C25A577"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Controlul proceselor. Monitorizarea performantei </w:t>
      </w:r>
    </w:p>
    <w:p w14:paraId="4B49B98B"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665FF850"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oferta tehnică va prezenta modalitățile de monitorizare și stimulare a realizării colectării separate a deșeurilor menajere, inclusiv a deșeurilor biodegradabile. </w:t>
      </w:r>
    </w:p>
    <w:p w14:paraId="0AC607B5"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oferta tehnică vor fi prezentate modalitățile de raportare a datelor privind deșeurile către autoritățile competente, precum și informațiile care se prevăd a fi transmise și periodicitatea transmiterii lor. </w:t>
      </w:r>
    </w:p>
    <w:p w14:paraId="6A225AC8"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tehnică trebuie să prezinte o descriere a sistemului de monitorizare GPS folosit de ofertant pentru vehiculele ofertate cat si a sistemului de raportare.</w:t>
      </w:r>
    </w:p>
    <w:p w14:paraId="4301950E" w14:textId="77777777" w:rsidR="008B2EA6" w:rsidRPr="00C151FB" w:rsidRDefault="008B2EA6" w:rsidP="008B2EA6">
      <w:pPr>
        <w:spacing w:after="0" w:line="240" w:lineRule="auto"/>
        <w:jc w:val="both"/>
        <w:rPr>
          <w:rFonts w:ascii="Times New Roman" w:hAnsi="Times New Roman" w:cs="Times New Roman"/>
          <w:sz w:val="24"/>
          <w:szCs w:val="24"/>
        </w:rPr>
      </w:pPr>
    </w:p>
    <w:p w14:paraId="2EC0113B"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Auditul de conformitate </w:t>
      </w:r>
    </w:p>
    <w:p w14:paraId="1961C16E"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Autoritatea contractanta își rezerva dreptul de a desfășura periodic, un audit propriu privind conformitatea activităților desfășurate in aria delegarii in raport cu toate cerințele legale aplicabile. </w:t>
      </w:r>
    </w:p>
    <w:p w14:paraId="564646E4"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trebuie sa precizeze perioada necesara pentru îndeplinirea condițiilor in vederea realizării auditului de conformitate (exprimata in număr de zile calendaristice de la Data începerii activității).</w:t>
      </w:r>
    </w:p>
    <w:p w14:paraId="611A7FEE" w14:textId="77777777" w:rsidR="008B2EA6" w:rsidRPr="00C151FB" w:rsidRDefault="008B2EA6" w:rsidP="008B2EA6">
      <w:pPr>
        <w:spacing w:after="0" w:line="240" w:lineRule="auto"/>
        <w:jc w:val="both"/>
        <w:rPr>
          <w:rFonts w:ascii="Times New Roman" w:hAnsi="Times New Roman" w:cs="Times New Roman"/>
          <w:sz w:val="24"/>
          <w:szCs w:val="24"/>
        </w:rPr>
      </w:pPr>
    </w:p>
    <w:p w14:paraId="50AAA4E7" w14:textId="77777777" w:rsidR="008B2EA6" w:rsidRPr="00C151FB" w:rsidRDefault="008B2EA6" w:rsidP="008B2EA6">
      <w:pPr>
        <w:pStyle w:val="ListParagraph"/>
        <w:numPr>
          <w:ilvl w:val="1"/>
          <w:numId w:val="22"/>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Norme de poluare a autogunoierelor/autovehiculelor de colectare</w:t>
      </w:r>
    </w:p>
    <w:p w14:paraId="3D850AC9" w14:textId="77777777" w:rsidR="008B2EA6" w:rsidRPr="00C151FB" w:rsidRDefault="008B2EA6" w:rsidP="008B2EA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prezenta documente relevante care sa ateste norma de poluare a autogunoierelor/autovehiculelor de colectare care urmează a fi folosite pentru prestarea serviciului si capacitatea de transport exprimata in mc. Acestea vor avea standa</w:t>
      </w:r>
      <w:r>
        <w:rPr>
          <w:rFonts w:ascii="Times New Roman" w:hAnsi="Times New Roman" w:cs="Times New Roman"/>
          <w:sz w:val="24"/>
          <w:szCs w:val="24"/>
        </w:rPr>
        <w:t>rd normă de poluare minim EURO 6 sau hibrid</w:t>
      </w:r>
      <w:r w:rsidRPr="00C151FB">
        <w:rPr>
          <w:rFonts w:ascii="Times New Roman" w:hAnsi="Times New Roman" w:cs="Times New Roman"/>
          <w:sz w:val="24"/>
          <w:szCs w:val="24"/>
        </w:rPr>
        <w:t>. Orice modificare ulterioara a parcului auto furnizat pentru prestarea serviciului va fi supusa aprobării ADI.</w:t>
      </w:r>
    </w:p>
    <w:p w14:paraId="33FB84D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fi prezentata astfel incat sa asigure posibilitatea verificarii corespondentei cu cerintele tehnice prevazute in Caietul de sarcini. In cazul in care din Oferta tehnica nu rezulta indeplinirea cerintelor impuse prin Caietul de sarcini, oferta va fi respinsa ca neconforma.</w:t>
      </w:r>
    </w:p>
    <w:p w14:paraId="5323A19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CLAUZE CONTRACTUALE: Declaratie privind insusirea cu/fara obiectiuni a modelului de contract propus in documentatie Potrivit art. 137 alin.(3), lit.b) din HG nr. 395/2016 oferta este considerata neconforma daca contine propuneri de modificare a clauzelor contractuale pe care le-a stabilit autoritatea contractanta in cadrul documentatiei de atribuire, care sunt in mod evident dezavantajoase pentru acestea din urma, iar ofertantul, desi a fost informat cu privire la respectiva situatie, nu accepta renuntarea la clauzele respective.</w:t>
      </w:r>
    </w:p>
    <w:p w14:paraId="18FBF3C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Totodata, potrivit prevederilor legale in vigoare, orice operator economic are dreptul de a solicita clarificari cu privire la continutul documentatiei de atribuire si implicit si cu privire la clauzele contractuale obligatorii (ce sunt parte a documentatiei de atribuire).</w:t>
      </w:r>
    </w:p>
    <w:p w14:paraId="14C306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 limita de depunere a ofertelor.</w:t>
      </w:r>
    </w:p>
    <w:p w14:paraId="18D4E9D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Prin urmare, clauzele contractuale obligatorii pot fi modificate si aduse la cunostinta tuturor celor interesati pana la data limita de depunere a ofertelor, in timp ce clauzele specifice pot fi negociate/modificate atata timp cat nu introduc conditii care ar fi permis atribuirea contractului unui alt operator economic sau daca modificarea nu schimba balanta economica a contractului in favoarea contractantului.</w:t>
      </w:r>
    </w:p>
    <w:p w14:paraId="3B1B0C2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respecta condițiile de mediu, sociale și cu privire la relațiile de muncă pe toată durata de îndeplinire a contractului de concesiune. Se va solicita prezentarea unei declarații în acest sens. În cazul unei asocieri, această declarație va fi asumată de toții membri asocierii.</w:t>
      </w:r>
    </w:p>
    <w:p w14:paraId="17AF3A5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În cadrul propunerii tehnice, ofertanții vor respecta toate prevederile caietului de sarcini.</w:t>
      </w:r>
    </w:p>
    <w:p w14:paraId="385D2E1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22</w:t>
      </w:r>
    </w:p>
    <w:p w14:paraId="69BCE03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0DF2BE5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IV.4.2 Modul de prezentare al propunerii financiare</w:t>
      </w:r>
    </w:p>
    <w:p w14:paraId="347C6B4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42BE5D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Elaborarea ofertei financiare se va face pe baza fișelor de fundamentare anexă la caietul de sarcini.</w:t>
      </w:r>
    </w:p>
    <w:p w14:paraId="431E718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completa si prezenta Formularul de oferta acesta fiind actul prin care operatorul economic își manifesta voința de a se angaja din punct de vedere juridic in relația contractuala cu autoritatea contractanta,</w:t>
      </w:r>
    </w:p>
    <w:p w14:paraId="01F5455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Valoarea totală a contractului se stabilește pe baza tarifelor determinate prin fișa de fundamentare aferentă (fiecărei) activități conform anexei Caietului de sarcini, a cantității anuale indicate și a numărului de ani de derulare a contractului.</w:t>
      </w:r>
    </w:p>
    <w:p w14:paraId="3973096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Elaborarea ofertei financiare se va face pe baza: </w:t>
      </w:r>
    </w:p>
    <w:p w14:paraId="0D3BAD1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456C8747" w14:textId="77777777" w:rsidR="008B2EA6"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Cuantumul anual al redevenței cumulativ pentru fiecare zona in parte si va fi plătita către</w:t>
      </w:r>
      <w:r>
        <w:rPr>
          <w:rFonts w:ascii="Times New Roman" w:hAnsi="Times New Roman" w:cs="Times New Roman"/>
          <w:sz w:val="24"/>
          <w:szCs w:val="24"/>
        </w:rPr>
        <w:t xml:space="preserve"> UAT Județul Arad- trimestrial î</w:t>
      </w:r>
      <w:r w:rsidRPr="00C151FB">
        <w:rPr>
          <w:rFonts w:ascii="Times New Roman" w:hAnsi="Times New Roman" w:cs="Times New Roman"/>
          <w:sz w:val="24"/>
          <w:szCs w:val="24"/>
        </w:rPr>
        <w:t>n transe egale. Pe durata fiecarui an</w:t>
      </w:r>
      <w:r>
        <w:rPr>
          <w:rFonts w:ascii="Times New Roman" w:hAnsi="Times New Roman" w:cs="Times New Roman"/>
          <w:sz w:val="24"/>
          <w:szCs w:val="24"/>
        </w:rPr>
        <w:t xml:space="preserve"> contractual redeventa este fixă, aceasta actualizâ</w:t>
      </w:r>
      <w:r w:rsidRPr="00C151FB">
        <w:rPr>
          <w:rFonts w:ascii="Times New Roman" w:hAnsi="Times New Roman" w:cs="Times New Roman"/>
          <w:sz w:val="24"/>
          <w:szCs w:val="24"/>
        </w:rPr>
        <w:t xml:space="preserve">ndu-se cu IPC anual. </w:t>
      </w:r>
    </w:p>
    <w:p w14:paraId="6F8E778C" w14:textId="77777777" w:rsidR="008B2EA6" w:rsidRPr="00BB080B" w:rsidRDefault="008B2EA6" w:rsidP="008B2EA6">
      <w:pPr>
        <w:spacing w:after="0"/>
        <w:rPr>
          <w:rFonts w:ascii="Times New Roman" w:hAnsi="Times New Roman" w:cs="Times New Roman"/>
          <w:sz w:val="24"/>
          <w:szCs w:val="24"/>
        </w:rPr>
      </w:pPr>
      <w:r w:rsidRPr="00BB080B">
        <w:rPr>
          <w:rFonts w:ascii="Times New Roman" w:hAnsi="Times New Roman" w:cs="Times New Roman"/>
          <w:sz w:val="24"/>
          <w:szCs w:val="24"/>
        </w:rPr>
        <w:t>Redevența va fi recalculată ținând cont de investițiile făcute de către Consiliul Județean Arad pe durata contractului.</w:t>
      </w:r>
    </w:p>
    <w:p w14:paraId="478D1E0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La elaborarea ofertei financiare se vor avea în vedere cantitățile de deșeuri menționate în documentație pentru primul an de executare a contractului în caz contrar oferta urmează a fi declarată ca neconformă.</w:t>
      </w:r>
    </w:p>
    <w:p w14:paraId="0BC51F2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Pentru fiecare activitate și fiecare tip de tarif se va întocmi câte o fișă de fundamentare. </w:t>
      </w:r>
    </w:p>
    <w:p w14:paraId="2448C84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Pentru fiecare element de cost din fișa de fundamentare pe fiecare fractie Urban si Rural  se va prezenta modalitatea detaliată de determinare/ cuantificare a acestuia. </w:t>
      </w:r>
    </w:p>
    <w:p w14:paraId="17380C9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Investițiile operatorului se vor amortiza integral în perioada contractului. In conformitate cu prevederile Art. 28 din Legea 101/2006.</w:t>
      </w:r>
    </w:p>
    <w:p w14:paraId="5C4874B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Ofertantul este responsabil pentru corelarea ofertei tehnice și a celei financiare.</w:t>
      </w:r>
    </w:p>
    <w:p w14:paraId="62B28B9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vor prezenta tarife distincte pentru colectarea separată și gestionarea deșeurilor prevăzute la art.17 alin. (5) lit.a) din Ordonanta de urgenta nr. 92/2021 privind regimul deșeurilor si pentru Colectarea separată și gestionarea deșeurilor, altele decât cele prevăzute la art. 17 alin.(5) lit.a) din Ordonanta de urgenta nr.92/2021 privind regimul deșeurilor.</w:t>
      </w:r>
    </w:p>
    <w:p w14:paraId="76A1E40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in mod obligatoriu in formularul de oferta :</w:t>
      </w:r>
    </w:p>
    <w:p w14:paraId="3BB638B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Valoarea totala a ofertei - prețul total pentru serviciile concesionate pentru întreaga perioada </w:t>
      </w:r>
      <w:r>
        <w:rPr>
          <w:rFonts w:ascii="Times New Roman" w:hAnsi="Times New Roman" w:cs="Times New Roman"/>
          <w:sz w:val="24"/>
          <w:szCs w:val="24"/>
        </w:rPr>
        <w:t>contractuală</w:t>
      </w:r>
      <w:r w:rsidRPr="00C151FB">
        <w:rPr>
          <w:rFonts w:ascii="Times New Roman" w:hAnsi="Times New Roman" w:cs="Times New Roman"/>
          <w:sz w:val="24"/>
          <w:szCs w:val="24"/>
        </w:rPr>
        <w:t>;</w:t>
      </w:r>
    </w:p>
    <w:p w14:paraId="58AA794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 xml:space="preserve">- Redevența acceptata este de </w:t>
      </w:r>
      <w:r w:rsidRPr="001E071E">
        <w:rPr>
          <w:rFonts w:ascii="Times New Roman" w:hAnsi="Times New Roman" w:cs="Times New Roman"/>
          <w:b/>
          <w:sz w:val="24"/>
          <w:szCs w:val="24"/>
        </w:rPr>
        <w:t xml:space="preserve">181.307,09 </w:t>
      </w:r>
      <w:r w:rsidRPr="00C151FB">
        <w:rPr>
          <w:rFonts w:ascii="Times New Roman" w:hAnsi="Times New Roman" w:cs="Times New Roman"/>
          <w:sz w:val="24"/>
          <w:szCs w:val="24"/>
        </w:rPr>
        <w:t>lei/an si va fi plătita către UAT Județul Arad- trimestrial in transe egale. Pe durata fiecarui an contractual redeventa este fixa, aceasta actualizandu-se cu IPC anual.</w:t>
      </w:r>
    </w:p>
    <w:p w14:paraId="1EFC815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Anexat formularului, ofertanții trebuie sa prezinte modul de calcul, structura cheltuielilor si fundamentarea tarifului in mod distinct pentru activitatea concesionata împreuna cu memoriul tehnic justificativ. Tariful de prestare se va calcula cu respectarea prevederilor Ordinului nr. 640/2022.</w:t>
      </w:r>
    </w:p>
    <w:p w14:paraId="57FB0F4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prezenta modul de calcul, structura cheltuielilor si fundamentarea acestora in mod distinct pentru fiecare operatie/activitate, conform Ordinului nr. 640/2022.</w:t>
      </w:r>
    </w:p>
    <w:p w14:paraId="55859F0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Calculul tarifelor se va raporta la condițiile impuse prin Caietul de sarcini</w:t>
      </w:r>
    </w:p>
    <w:p w14:paraId="0232F55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Lipsa fisei de fundamentare si/sau a memoriului tehnic justificativ conduce la declararea ca neconforma a ofertei. Neprezentarea fisei de fundamentare conform cerintelor specificate mai sus echivaleaza cu lipsa fisei de fundamentare, fapt ce va conduce la declararea ca neconforma a ofertei.</w:t>
      </w:r>
    </w:p>
    <w:p w14:paraId="77FBA32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 fi stabilita castigatoare oferta care, în urma însumarii punctajului aferent fiecărui criteriu (punctaj rezultatat în urma aplicarii algorimului de calcul menționat), întrunește cel mai mare număr de puncte.</w:t>
      </w:r>
    </w:p>
    <w:p w14:paraId="0BAE51F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Oferta va fi considerata inacceptabila daca pretul, fara TVA, inclus in propunerea financiara depaseste valoarea estimata comunicata prin anuntul de participare sau/si tarifele pentru persoane fizice si agenti economici depasesc valoarea max.aprobata si/sau nivelul redeventei este sub nivelul min.aprobat.</w:t>
      </w:r>
    </w:p>
    <w:p w14:paraId="398ADF2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cadrul propunerii financiare, ofertanții vor completa și vor prezenta următoarele formulare:</w:t>
      </w:r>
    </w:p>
    <w:p w14:paraId="1F9E8E2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Formularul 21- FORMULAR DE OFERTĂ</w:t>
      </w:r>
    </w:p>
    <w:p w14:paraId="20C0BC4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Anexa 1 la Formularul 21 - Centralizator de tarife</w:t>
      </w:r>
    </w:p>
    <w:p w14:paraId="1D047DB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Fisele de fundamentare a tarifelor pentru fiecare activitate care face obiectul concesiunii conform Anexei 7 a Caietului de sarcini</w:t>
      </w:r>
    </w:p>
    <w:p w14:paraId="505686C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Memoriu tehnico-economic justificativ pentru fiecare fisa de fundamentare prezentata </w:t>
      </w:r>
    </w:p>
    <w:p w14:paraId="227C6E5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1AA1930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IV.4.3 Modul de prezentare al ofertei</w:t>
      </w:r>
    </w:p>
    <w:p w14:paraId="4391B5A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bookmarkStart w:id="19" w:name="_Hlk115178179"/>
      <w:r w:rsidRPr="00C151FB">
        <w:rPr>
          <w:rFonts w:ascii="Times New Roman" w:hAnsi="Times New Roman" w:cs="Times New Roman"/>
          <w:sz w:val="24"/>
          <w:szCs w:val="24"/>
        </w:rPr>
        <w:t>Ofertantul trebuie sa prezinte oferta in 4 exemplare: un exemplar in original si 3 exemplare in copie al ofertei si al documentelor care insotesc oferta.</w:t>
      </w:r>
    </w:p>
    <w:p w14:paraId="47F2A02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Originalul si copia trebuie sa fie tiparite sau scrise cu cerneala neradiabila, vor fi semnate pe fiecare pagina numai de persoana autorizata sa semneze oferta si vor fi indosariate, astfel incat sa nu contina nicio foaie nescrisa.</w:t>
      </w:r>
    </w:p>
    <w:p w14:paraId="41F70C3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Fiecare pagina, inclusiv paginile albe, va fi numerotata, semnata si stampilata numai de persoana autorizata sa semneze oferta.</w:t>
      </w:r>
    </w:p>
    <w:p w14:paraId="3D9CE3E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Paginile albe se vor bara cu cate doua linii drepte (in X), care unesc colturile opuse. Fiecare componenta a ofertei va avea pe prima/primele pagina/pagini un opis; pe ultima fila a opisului se va mentiona: “Prezentul dosar, …. (se va scrie ce componenta a ofertei contine dosarul – original/copie), contine “x” pagini .</w:t>
      </w:r>
    </w:p>
    <w:p w14:paraId="46E04F7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documentelor emise de institutii/organisme oficiale abilitate in acest sens, documentele respective trebuie sa fie semnate si parafate conform prevederilor legale.</w:t>
      </w:r>
    </w:p>
    <w:p w14:paraId="2656533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stersatura, adaugare, interliniere sau scris peste cel dinainte sunt valide doar daca sunt vizate de catre persoana autorizata sa semneze oferta.</w:t>
      </w:r>
    </w:p>
    <w:p w14:paraId="58C23E0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trebuie sa introduca ofertele original si copie in doua plicuri separate (plicuri interioare), marcand corespunzator plicurile cu inscrisul "ORIGINAL" si respectiv "COPIE". Plicurile interioare, sigilate, inscriptionate “ORIGINAL” si respectiv “COPIE” se vor introduce intr-un plic exterior, netransparent care va fi sigilat corespunzator. Plicul va contine si o copie electronica a ofertei semnate stampilate si scanate (stick memorie).</w:t>
      </w:r>
    </w:p>
    <w:p w14:paraId="2ED2EB2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 denumirea si adresa ofertantului.</w:t>
      </w:r>
    </w:p>
    <w:p w14:paraId="6C94627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Plicurile interioare marcate cu „ORIGINAL” si „COPIE” trebuie sa cuprinda, fiecare, urmatoarele volume, intitulate corespunzator:</w:t>
      </w:r>
    </w:p>
    <w:p w14:paraId="1391DED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 „DOCUMENTE DE CALIFICARE”;</w:t>
      </w:r>
    </w:p>
    <w:p w14:paraId="5E1E00A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 „OFERTA TEHNICA”;</w:t>
      </w:r>
    </w:p>
    <w:p w14:paraId="400C8CE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III „OFERTA FINANCIARA”.</w:t>
      </w:r>
    </w:p>
    <w:p w14:paraId="3C86E35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w:t>
      </w:r>
    </w:p>
    <w:p w14:paraId="1DCB935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denumirea si adresa autoritatii contractante,</w:t>
      </w:r>
    </w:p>
    <w:p w14:paraId="25E110B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2. denumirea obiectului procedurii pentru care s-a depus oferta („Oferta privind “delegarea gestiunii serviciului ……………..)</w:t>
      </w:r>
    </w:p>
    <w:p w14:paraId="464AB2E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3. denumirea si adresa ofertantului pentru a permite returnarea ofertei intarziate nedeschisa</w:t>
      </w:r>
    </w:p>
    <w:p w14:paraId="3ABDA51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4. inscriptia: A NU SE DESCHIDE INAINTE DE DATA DE …ORA ………</w:t>
      </w:r>
    </w:p>
    <w:p w14:paraId="1872B85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Plicului exterior i se vor atasa, intr-o folie de plastic transparenta, documentele care insotesc oferta dupa cum urmeaza</w:t>
      </w:r>
    </w:p>
    <w:p w14:paraId="0416FE2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-Scrisoarea de inaintare – conform Formularului - se depune o data cu oferta la registratura AC</w:t>
      </w:r>
    </w:p>
    <w:p w14:paraId="012022F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Dovada constituirii garantiei de participare la licitatie, </w:t>
      </w:r>
    </w:p>
    <w:p w14:paraId="48EB061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-împuternicirea pentru reprezentantii ofertantilor ce participa la licitatie, conform Formularului din documentatia de atribuire - copia buletinului sau a cartii de identitate pentru persoana care reprezinta operatorul economic la sedinta de deschidere a ofertelor</w:t>
      </w:r>
    </w:p>
    <w:p w14:paraId="7B54C94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-Declaratie privind calitatea de participant la procedura – formularul se va prezenta atat de ofertant/ofertant asociat/subcontractant/tert sustinator.</w:t>
      </w:r>
    </w:p>
    <w:p w14:paraId="7EBAFEA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au obligatia de a respecta regulile formale de intocmire si depunere a ofertei, reguli instituite prin prezenta documentatie de atribuire.</w:t>
      </w:r>
    </w:p>
    <w:p w14:paraId="66C79CA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Daca plicul exterior nu este marcat conform specificatiilor anterioare, autoritatea contractanta nu isi asuma nicio responsabilitate pentru ratacirea ofertei.</w:t>
      </w:r>
    </w:p>
    <w:p w14:paraId="12D108F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la care se vor deschide ofertele va fi aceeasi cu termenul limita de depunere al ofertelor din cadrul anuntului, respectiv din cadrul anuntului de tip erata (daca va fi cazul), iar ora de deschidere a ofertelor este ora 12:00.</w:t>
      </w:r>
    </w:p>
    <w:bookmarkEnd w:id="19"/>
    <w:p w14:paraId="78508BFE" w14:textId="77777777" w:rsidR="008B2EA6" w:rsidRPr="00C151FB" w:rsidRDefault="008B2EA6" w:rsidP="008B2EA6">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Sectiunea VI Informatii suplimentare</w:t>
      </w:r>
    </w:p>
    <w:p w14:paraId="451780F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31BA6628"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VI.2 Informatii privind fluxurile de lucru electronice</w:t>
      </w:r>
    </w:p>
    <w:p w14:paraId="56EDE6B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utiliza sistemul de comenzi electronice: Nu</w:t>
      </w:r>
    </w:p>
    <w:p w14:paraId="7FB9FB8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va accepta facturarea electronica: </w:t>
      </w:r>
      <w:r>
        <w:rPr>
          <w:rFonts w:ascii="Times New Roman" w:hAnsi="Times New Roman" w:cs="Times New Roman"/>
          <w:sz w:val="24"/>
          <w:szCs w:val="24"/>
        </w:rPr>
        <w:t>Da</w:t>
      </w:r>
    </w:p>
    <w:p w14:paraId="1CF3A1E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utiliza plățile electronice: Nu</w:t>
      </w:r>
    </w:p>
    <w:p w14:paraId="4997849E"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VI.3 Informatii suplimentare</w:t>
      </w:r>
    </w:p>
    <w:p w14:paraId="54C78FD7"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Cerintele tehnice definite la nivelul anuntului de participare, caietului de sarcini sau altor documente complementare, prin trimiterea standardelor, la un anumit producator, la marci, brevete, tipuri, la o origine sau la o productie/metoda specifica de abricatie/prestare/executie, vor fi intelese ca fiind insotite de mentiunea ”sau echivalent”.</w:t>
      </w:r>
    </w:p>
    <w:p w14:paraId="06E62145"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departajare a ofertelor clasate pe primul loc in urma aplicarii criteriului de atribuire:</w:t>
      </w:r>
    </w:p>
    <w:p w14:paraId="459718B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două sau mai multe oferte sunt clasate pe primul loc, cu punctaje egale, departajarea se va face având în vedere punctajul obținut la factorii de evaluare în ordinea descrescătoare a ponderilor acestora. In situația în care egalitatea se menține, autoritatea contractantă are dreptul să solicite reofertarea tarifelor supuse punctarii şi oferta câștigătoare va fi desemnată cea cu punctajul cel mai mare.</w:t>
      </w:r>
    </w:p>
    <w:p w14:paraId="509B738D"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76ACD0F8"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 recomanda vizitarea amplasamentelor:</w:t>
      </w:r>
    </w:p>
    <w:p w14:paraId="5ED9B7B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vizitarii: de la data publicarii in SEAP pana la data limita de solicitare de clarificari;</w:t>
      </w:r>
    </w:p>
    <w:p w14:paraId="616B0BC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Persoana de contact: Livius Grozdi, 0734443485; email </w:t>
      </w:r>
      <w:hyperlink r:id="rId17"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62AEBE22"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Asociația de Dezvoltare Intercomunitară Sistem Integrat de Gestionare a  Deșeurilor Județul Arad, Arad, B-dul Revoluției, nr. 81 jud. Arad</w:t>
      </w:r>
    </w:p>
    <w:p w14:paraId="64C1021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5B79B06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in care operatorii economici doresc sa viziteze amplasamentul, acestia vor face o solicitare care va fi separata de solicitarea de clarificari solicitata in cadrul procedurii.</w:t>
      </w:r>
    </w:p>
    <w:p w14:paraId="667131E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Vizitarea amplasamentului este recomandata, iar autoritatea contractanta va emite un Certificat de vizitare a amplasamentului care va fi depus impreuna cu documentele solicitate la „Propunerea tehnica”.</w:t>
      </w:r>
    </w:p>
    <w:p w14:paraId="1F94B75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este responsabil de eventualele inadvertente intre oferta si situatia existenta in cazul in care nu participa la vizitarea amplasamentului.</w:t>
      </w:r>
    </w:p>
    <w:p w14:paraId="2749B269"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Informațiile obținute la vizita in amplasament au caracter de clarificare si nu înlocuiesc informațiile din documentația de atribuire.</w:t>
      </w:r>
    </w:p>
    <w:p w14:paraId="514E360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solicitare de clarificare care poate rezulta in urma vizitării amplasamentului se face in scris.</w:t>
      </w:r>
    </w:p>
    <w:p w14:paraId="407B296B" w14:textId="77777777" w:rsidR="008B2EA6"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operator economic care încearca sa stabileasca întâlniri individuale cu autoritatea contractanta în legatura cu acest contract pe perioada procedurii de atribuire poate fi exclus din procedura. Cei care au neclaritati si întrebari cu privire la documentatia de atribuire, sunt rugati sa solicite clarificari , la adresele de contact menționate în cadrul documentației.</w:t>
      </w:r>
    </w:p>
    <w:p w14:paraId="4FF0D246" w14:textId="77777777" w:rsidR="008B2EA6" w:rsidRPr="00CF585D" w:rsidRDefault="008B2EA6" w:rsidP="008B2EA6">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Potrivit prevederilor modelului de contract, conţinând clauzele contractuale obligatorii, constituirea </w:t>
      </w:r>
      <w:r w:rsidRPr="00CF585D">
        <w:rPr>
          <w:rFonts w:ascii="Times New Roman" w:hAnsi="Times New Roman" w:cs="Times New Roman"/>
          <w:bCs/>
          <w:iCs/>
          <w:sz w:val="24"/>
          <w:szCs w:val="24"/>
        </w:rPr>
        <w:lastRenderedPageBreak/>
        <w:t>garanției de bună execuție se constituie după cum urmează:</w:t>
      </w:r>
    </w:p>
    <w:p w14:paraId="64BFB08D" w14:textId="77777777" w:rsidR="008B2EA6" w:rsidRPr="001A3D0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1A3D0B">
        <w:rPr>
          <w:rFonts w:ascii="Times New Roman" w:hAnsi="Times New Roman" w:cs="Times New Roman"/>
          <w:sz w:val="24"/>
          <w:szCs w:val="24"/>
        </w:rPr>
        <w:t>Delegatul va constitui, pe propriul său cost şi va menţine în vigoare, pe toată Durata Contractului, Garanţia de Bună Execuţie în favoarea Asociația de Dezvoltare Intercomunitară Sistem Integrat de Gestionare a  Deșeurilor Județul Arad, în cuantum este de 5% din valoarea anuala a contractului.</w:t>
      </w:r>
    </w:p>
    <w:p w14:paraId="28E50B5C" w14:textId="77777777" w:rsidR="008B2EA6" w:rsidRPr="001A3D0B" w:rsidRDefault="008B2EA6" w:rsidP="008B2EA6">
      <w:pPr>
        <w:autoSpaceDE w:val="0"/>
        <w:autoSpaceDN w:val="0"/>
        <w:adjustRightInd w:val="0"/>
        <w:spacing w:after="0" w:line="240" w:lineRule="auto"/>
        <w:jc w:val="both"/>
        <w:rPr>
          <w:rFonts w:ascii="Times New Roman" w:hAnsi="Times New Roman"/>
          <w:sz w:val="24"/>
          <w:szCs w:val="24"/>
          <w:lang w:eastAsia="en-GB"/>
        </w:rPr>
      </w:pPr>
      <w:bookmarkStart w:id="20" w:name="_Hlk154133999"/>
      <w:r w:rsidRPr="001A3D0B">
        <w:rPr>
          <w:rFonts w:ascii="Times New Roman" w:hAnsi="Times New Roman"/>
          <w:sz w:val="24"/>
          <w:szCs w:val="24"/>
          <w:lang w:eastAsia="en-GB"/>
        </w:rPr>
        <w:t>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p>
    <w:p w14:paraId="75F17EBE"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       </w:t>
      </w:r>
      <w:r w:rsidRPr="005311D2">
        <w:rPr>
          <w:rFonts w:ascii="Times New Roman" w:hAnsi="Times New Roman"/>
          <w:sz w:val="24"/>
          <w:szCs w:val="24"/>
          <w:lang w:eastAsia="en-GB"/>
        </w:rPr>
        <w:t>a) virament bancar;</w:t>
      </w:r>
    </w:p>
    <w:p w14:paraId="4C983350"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  b) instrumente de garantare emise în condiţiile legii astfel:</w:t>
      </w:r>
    </w:p>
    <w:p w14:paraId="05F55A4F" w14:textId="77777777" w:rsidR="008B2EA6"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  (i) scrisori de garanţie emise de instituţii de credit bancare din România sau din alt stat;</w:t>
      </w:r>
    </w:p>
    <w:p w14:paraId="30963ECC" w14:textId="77777777" w:rsidR="008B2EA6" w:rsidRPr="005311D2" w:rsidRDefault="008B2EA6" w:rsidP="008B2EA6">
      <w:pPr>
        <w:autoSpaceDE w:val="0"/>
        <w:autoSpaceDN w:val="0"/>
        <w:adjustRightInd w:val="0"/>
        <w:spacing w:after="0" w:line="240" w:lineRule="auto"/>
        <w:ind w:left="450"/>
        <w:jc w:val="both"/>
        <w:rPr>
          <w:rFonts w:ascii="Times New Roman" w:hAnsi="Times New Roman"/>
          <w:sz w:val="24"/>
          <w:szCs w:val="24"/>
          <w:lang w:eastAsia="en-GB"/>
        </w:rPr>
      </w:pPr>
      <w:r w:rsidRPr="008E436F">
        <w:rPr>
          <w:rFonts w:ascii="Times New Roman" w:hAnsi="Times New Roman"/>
          <w:sz w:val="24"/>
          <w:szCs w:val="24"/>
          <w:lang w:eastAsia="en-GB"/>
        </w:rPr>
        <w:t>(ii) scrisori de garanţie emise de instituţii financiare nebancare din România sau din alt stat pentru concesiunile de servicii a căror valoare estimată este mai mică sau egală cu 7.000.000 lei fără TVA;</w:t>
      </w:r>
    </w:p>
    <w:p w14:paraId="0EF3F77F"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w:t>
      </w:r>
      <w:r>
        <w:rPr>
          <w:rFonts w:ascii="Times New Roman" w:hAnsi="Times New Roman"/>
          <w:sz w:val="24"/>
          <w:szCs w:val="24"/>
          <w:lang w:eastAsia="en-GB"/>
        </w:rPr>
        <w:t>(iii</w:t>
      </w:r>
      <w:r w:rsidRPr="005311D2">
        <w:rPr>
          <w:rFonts w:ascii="Times New Roman" w:hAnsi="Times New Roman"/>
          <w:sz w:val="24"/>
          <w:szCs w:val="24"/>
          <w:lang w:eastAsia="en-GB"/>
        </w:rPr>
        <w:t>) asigurări de garanţii emise:</w:t>
      </w:r>
    </w:p>
    <w:p w14:paraId="406A7F61" w14:textId="77777777" w:rsidR="008B2EA6" w:rsidRPr="005311D2" w:rsidRDefault="008B2EA6" w:rsidP="008B2EA6">
      <w:pPr>
        <w:autoSpaceDE w:val="0"/>
        <w:autoSpaceDN w:val="0"/>
        <w:adjustRightInd w:val="0"/>
        <w:spacing w:after="0" w:line="240" w:lineRule="auto"/>
        <w:ind w:left="1350"/>
        <w:jc w:val="both"/>
        <w:rPr>
          <w:rFonts w:ascii="Times New Roman" w:hAnsi="Times New Roman"/>
          <w:sz w:val="24"/>
          <w:szCs w:val="24"/>
          <w:lang w:eastAsia="en-GB"/>
        </w:rPr>
      </w:pPr>
      <w:r w:rsidRPr="005311D2">
        <w:rPr>
          <w:rFonts w:ascii="Times New Roman" w:hAnsi="Times New Roman"/>
          <w:sz w:val="24"/>
          <w:szCs w:val="24"/>
          <w:lang w:eastAsia="en-GB"/>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50A58793" w14:textId="77777777" w:rsidR="008B2EA6" w:rsidRPr="005311D2" w:rsidRDefault="008B2EA6" w:rsidP="008B2EA6">
      <w:pPr>
        <w:autoSpaceDE w:val="0"/>
        <w:autoSpaceDN w:val="0"/>
        <w:adjustRightInd w:val="0"/>
        <w:spacing w:after="0" w:line="240" w:lineRule="auto"/>
        <w:ind w:left="1350"/>
        <w:jc w:val="both"/>
        <w:rPr>
          <w:rFonts w:ascii="Times New Roman" w:hAnsi="Times New Roman"/>
          <w:sz w:val="24"/>
          <w:szCs w:val="24"/>
          <w:lang w:eastAsia="en-GB"/>
        </w:rPr>
      </w:pPr>
      <w:r>
        <w:rPr>
          <w:rFonts w:ascii="Times New Roman" w:hAnsi="Times New Roman"/>
          <w:sz w:val="24"/>
          <w:szCs w:val="24"/>
          <w:lang w:eastAsia="en-GB"/>
        </w:rPr>
        <w:t>-</w:t>
      </w:r>
      <w:r w:rsidRPr="005311D2">
        <w:rPr>
          <w:rFonts w:ascii="Times New Roman" w:hAnsi="Times New Roman"/>
          <w:sz w:val="24"/>
          <w:szCs w:val="24"/>
          <w:lang w:eastAsia="en-GB"/>
        </w:rPr>
        <w:t xml:space="preserve"> fie de societăţi de asigurare din state terţe prin sucursale autorizate în România de către Autoritatea de Supraveghere Financiară;</w:t>
      </w:r>
    </w:p>
    <w:p w14:paraId="794EFC59"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  c) depunerea la casierie a unor sume în numerar dacă valoarea este mai mică de 5.000 lei;</w:t>
      </w:r>
    </w:p>
    <w:p w14:paraId="6633DC63" w14:textId="77777777" w:rsidR="008B2EA6" w:rsidRPr="001A3D0B"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xml:space="preserve">  d) combinarea a două sau mai multe dintre modalităţile de constituire prevăzute la lit. a)-c), în cazul </w:t>
      </w:r>
      <w:r w:rsidRPr="001A3D0B">
        <w:rPr>
          <w:rFonts w:ascii="Times New Roman" w:hAnsi="Times New Roman"/>
          <w:sz w:val="24"/>
          <w:szCs w:val="24"/>
          <w:lang w:eastAsia="en-GB"/>
        </w:rPr>
        <w:t>garanţiei de bună execuţie.</w:t>
      </w:r>
    </w:p>
    <w:p w14:paraId="6E9ABE1E" w14:textId="77777777" w:rsidR="008B2EA6" w:rsidRPr="001A3D0B"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1A3D0B">
        <w:rPr>
          <w:rFonts w:ascii="Times New Roman" w:hAnsi="Times New Roman"/>
          <w:sz w:val="24"/>
          <w:szCs w:val="24"/>
          <w:lang w:eastAsia="en-GB"/>
        </w:rPr>
        <w:t xml:space="preserve">Dacă Garanția se constituie printr-un instrument de garantare (scrisoare) acesta devine Anexa nr. 10 („Garanţia de Bună Execuţie”) la prezentul Contract. Garanția de bună execuție este irevocabilă.  </w:t>
      </w:r>
    </w:p>
    <w:p w14:paraId="417C8447" w14:textId="77777777" w:rsidR="008B2EA6" w:rsidRPr="004C7166"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1A3D0B">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w:t>
      </w:r>
      <w:r w:rsidRPr="004C7166">
        <w:rPr>
          <w:rFonts w:ascii="Times New Roman" w:hAnsi="Times New Roman"/>
          <w:sz w:val="24"/>
          <w:szCs w:val="24"/>
          <w:lang w:eastAsia="en-GB"/>
        </w:rPr>
        <w:t xml:space="preserve"> aplicare a penalităţilor, să ia orice altă măsură permisă de Legea în vigoare de clauzele Contractului în legătură cu încălcarea de către Delegat a obligațiilor sale.</w:t>
      </w:r>
    </w:p>
    <w:p w14:paraId="60EB698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Garanția de Bună Execuție poate fi executată de către </w:t>
      </w:r>
      <w:r w:rsidRPr="00CD3EA5">
        <w:rPr>
          <w:rStyle w:val="Bodytext20"/>
          <w:rFonts w:ascii="Times New Roman" w:hAnsi="Times New Roman" w:cs="Times New Roman"/>
          <w:sz w:val="24"/>
          <w:szCs w:val="24"/>
        </w:rPr>
        <w:t>ADISIGD Arad, în limita prejudiciului creat, pentru prejudiciile ale căror recuperare îi revin acestuia</w:t>
      </w:r>
      <w:r>
        <w:rPr>
          <w:rStyle w:val="Bodytext20"/>
          <w:rFonts w:ascii="Times New Roman" w:hAnsi="Times New Roman" w:cs="Times New Roman"/>
          <w:sz w:val="24"/>
          <w:szCs w:val="24"/>
        </w:rPr>
        <w:t xml:space="preserve"> conform prezentului contract, respectiv la solicitarea</w:t>
      </w:r>
      <w:r w:rsidRPr="00CD3EA5">
        <w:rPr>
          <w:rStyle w:val="Bodytext20"/>
          <w:rFonts w:ascii="Times New Roman" w:hAnsi="Times New Roman" w:cs="Times New Roman"/>
          <w:sz w:val="24"/>
          <w:szCs w:val="24"/>
        </w:rPr>
        <w:t xml:space="preserve"> Consiliului Județean</w:t>
      </w:r>
      <w:r>
        <w:rPr>
          <w:rStyle w:val="Bodytext20"/>
          <w:rFonts w:ascii="Times New Roman" w:hAnsi="Times New Roman" w:cs="Times New Roman"/>
          <w:sz w:val="24"/>
          <w:szCs w:val="24"/>
        </w:rPr>
        <w:t xml:space="preserve"> Arad pentru prejudiciile a căror</w:t>
      </w:r>
      <w:r w:rsidRPr="00CD3EA5">
        <w:rPr>
          <w:rStyle w:val="Bodytext20"/>
          <w:rFonts w:ascii="Times New Roman" w:hAnsi="Times New Roman" w:cs="Times New Roman"/>
          <w:sz w:val="24"/>
          <w:szCs w:val="24"/>
        </w:rPr>
        <w:t xml:space="preserve"> recuperare </w:t>
      </w:r>
      <w:r>
        <w:rPr>
          <w:rStyle w:val="Bodytext20"/>
          <w:rFonts w:ascii="Times New Roman" w:hAnsi="Times New Roman" w:cs="Times New Roman"/>
          <w:sz w:val="24"/>
          <w:szCs w:val="24"/>
        </w:rPr>
        <w:t>î</w:t>
      </w:r>
      <w:r w:rsidRPr="00CD3EA5">
        <w:rPr>
          <w:rStyle w:val="Bodytext20"/>
          <w:rFonts w:ascii="Times New Roman" w:hAnsi="Times New Roman" w:cs="Times New Roman"/>
          <w:sz w:val="24"/>
          <w:szCs w:val="24"/>
        </w:rPr>
        <w:t>i revin acestuia, conform prezentului contract</w:t>
      </w:r>
      <w:r w:rsidRPr="00CD3EA5">
        <w:rPr>
          <w:rFonts w:ascii="Times New Roman" w:hAnsi="Times New Roman"/>
          <w:sz w:val="24"/>
          <w:szCs w:val="24"/>
          <w:lang w:eastAsia="en-GB"/>
        </w:rPr>
        <w:t xml:space="preserve">, în limita prejudiciului creat, pentru plata sumelor menţionate la Art. 1 (“Definiţii şi interpretare”) din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CD3EA5">
        <w:rPr>
          <w:rStyle w:val="Bodytext20"/>
          <w:rFonts w:ascii="Times New Roman" w:hAnsi="Times New Roman" w:cs="Times New Roman"/>
          <w:sz w:val="24"/>
          <w:szCs w:val="24"/>
        </w:rPr>
        <w:t xml:space="preserve">ADISIGD Arad </w:t>
      </w:r>
      <w:r w:rsidRPr="00CD3EA5">
        <w:rPr>
          <w:rFonts w:ascii="Times New Roman" w:hAnsi="Times New Roman"/>
          <w:sz w:val="24"/>
          <w:szCs w:val="24"/>
          <w:lang w:eastAsia="en-GB"/>
        </w:rPr>
        <w:t>va executa Garanţia de Bună Execuţie, fără nici o altă notificare.</w:t>
      </w:r>
    </w:p>
    <w:p w14:paraId="423CB37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2DBEB2E1" w14:textId="77777777" w:rsidR="008B2EA6" w:rsidRPr="00C07E7F"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07E7F">
        <w:rPr>
          <w:rFonts w:ascii="Times New Roman" w:hAnsi="Times New Roman"/>
          <w:sz w:val="24"/>
          <w:szCs w:val="24"/>
          <w:lang w:eastAsia="en-GB"/>
        </w:rPr>
        <w:t>Nerespectarea de către Delegat a obligaţiilor prevăzute de prezentul articol reprezintă o încălcare semnificativă de către Delegat a obligaţiilor contractuale şi duce la rezilierea Contractului.</w:t>
      </w:r>
    </w:p>
    <w:p w14:paraId="07E12DDF"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Pr>
          <w:rStyle w:val="Bodytext20"/>
          <w:rFonts w:ascii="Times New Roman" w:hAnsi="Times New Roman" w:cs="Times New Roman"/>
          <w:sz w:val="24"/>
          <w:szCs w:val="24"/>
        </w:rPr>
        <w:t>ADISIGD Arad</w:t>
      </w:r>
      <w:r w:rsidRPr="00CD3EA5">
        <w:rPr>
          <w:rStyle w:val="Bodytext20"/>
          <w:rFonts w:ascii="Times New Roman" w:hAnsi="Times New Roman" w:cs="Times New Roman"/>
          <w:sz w:val="24"/>
          <w:szCs w:val="24"/>
        </w:rPr>
        <w:t xml:space="preserve"> </w:t>
      </w:r>
      <w:r w:rsidRPr="00CD3EA5">
        <w:rPr>
          <w:rFonts w:ascii="Times New Roman" w:hAnsi="Times New Roman"/>
          <w:sz w:val="24"/>
          <w:szCs w:val="24"/>
          <w:lang w:eastAsia="en-GB"/>
        </w:rPr>
        <w:t xml:space="preserve">va returna Delegatului Garanţia de Bună Execuție în termen de cel mult 14 (paisprezece) Zile de la data semnării procesului-verbal de predare-primire a Bunurilor de Retur care sunt restituite Delegatarului odată cu încetarea Contractului, dacă </w:t>
      </w:r>
      <w:r>
        <w:rPr>
          <w:rStyle w:val="Bodytext20"/>
          <w:rFonts w:ascii="Times New Roman" w:hAnsi="Times New Roman" w:cs="Times New Roman"/>
          <w:sz w:val="24"/>
          <w:szCs w:val="24"/>
        </w:rPr>
        <w:t>ADISIGD Arad</w:t>
      </w:r>
      <w:r w:rsidRPr="00CD3EA5">
        <w:rPr>
          <w:rStyle w:val="Bodytext20"/>
          <w:rFonts w:ascii="Times New Roman" w:hAnsi="Times New Roman" w:cs="Times New Roman"/>
          <w:sz w:val="24"/>
          <w:szCs w:val="24"/>
        </w:rPr>
        <w:t xml:space="preserve"> </w:t>
      </w:r>
      <w:r>
        <w:rPr>
          <w:rStyle w:val="Bodytext20"/>
          <w:rFonts w:ascii="Times New Roman" w:hAnsi="Times New Roman" w:cs="Times New Roman"/>
          <w:sz w:val="24"/>
          <w:szCs w:val="24"/>
        </w:rPr>
        <w:t xml:space="preserve">sau </w:t>
      </w:r>
      <w:r w:rsidRPr="008B3EA1">
        <w:rPr>
          <w:rStyle w:val="Bodytext20"/>
          <w:rFonts w:ascii="Times New Roman" w:hAnsi="Times New Roman" w:cs="Times New Roman"/>
          <w:sz w:val="24"/>
          <w:szCs w:val="24"/>
        </w:rPr>
        <w:t xml:space="preserve">Județul Arad </w:t>
      </w:r>
      <w:r w:rsidRPr="008B3EA1">
        <w:rPr>
          <w:rFonts w:ascii="Times New Roman" w:hAnsi="Times New Roman"/>
          <w:sz w:val="24"/>
          <w:szCs w:val="24"/>
          <w:lang w:eastAsia="en-GB"/>
        </w:rPr>
        <w:t xml:space="preserve">prin Consiliul </w:t>
      </w:r>
      <w:r w:rsidRPr="008B3EA1">
        <w:rPr>
          <w:rFonts w:ascii="Times New Roman" w:hAnsi="Times New Roman"/>
          <w:sz w:val="24"/>
          <w:szCs w:val="24"/>
          <w:lang w:eastAsia="en-GB"/>
        </w:rPr>
        <w:lastRenderedPageBreak/>
        <w:t xml:space="preserve">Județean Arad </w:t>
      </w:r>
      <w:r w:rsidRPr="00CD3EA5">
        <w:rPr>
          <w:rFonts w:ascii="Times New Roman" w:hAnsi="Times New Roman"/>
          <w:sz w:val="24"/>
          <w:szCs w:val="24"/>
          <w:lang w:eastAsia="en-GB"/>
        </w:rPr>
        <w:t>nu a ridicat până la acea dată pretenții asupra ei ca urmare a nerespectării de către Delegat a unor obligaţii contractuale.</w:t>
      </w:r>
    </w:p>
    <w:bookmarkEnd w:id="20"/>
    <w:p w14:paraId="64A9661A"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07E7F">
        <w:rPr>
          <w:rFonts w:ascii="Times New Roman" w:hAnsi="Times New Roman" w:cs="Times New Roman"/>
          <w:sz w:val="24"/>
          <w:szCs w:val="24"/>
        </w:rPr>
        <w:t>Perioada de valabilitate a ofertei este de 180 zile de la data limita de depunere al ofertelor din cadrul anuntului, respectiv din cadrul anuntului de tip erata (daca va fi cazul).</w:t>
      </w:r>
    </w:p>
    <w:p w14:paraId="51BEE616"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38DB063" w14:textId="77777777" w:rsidR="008B2EA6" w:rsidRPr="00C151FB" w:rsidRDefault="008B2EA6" w:rsidP="008B2EA6">
      <w:pPr>
        <w:pStyle w:val="Heading2"/>
        <w:jc w:val="both"/>
        <w:rPr>
          <w:rFonts w:ascii="Times New Roman" w:hAnsi="Times New Roman" w:cs="Times New Roman"/>
          <w:sz w:val="24"/>
          <w:szCs w:val="24"/>
        </w:rPr>
      </w:pPr>
      <w:r w:rsidRPr="00C151FB">
        <w:rPr>
          <w:rFonts w:ascii="Times New Roman" w:hAnsi="Times New Roman" w:cs="Times New Roman"/>
          <w:sz w:val="24"/>
          <w:szCs w:val="24"/>
        </w:rPr>
        <w:t>VI.4 Proceduri de contestare</w:t>
      </w:r>
    </w:p>
    <w:p w14:paraId="0DB48A0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VI.4.1 Organismul de solutionare a contestatiilor</w:t>
      </w:r>
    </w:p>
    <w:p w14:paraId="621EF924"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Consiliul National de Solutionare a Contestatiilor</w:t>
      </w:r>
    </w:p>
    <w:p w14:paraId="5948BD6F"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Adresa: Str. Stavropoleos nr. 6, sector 3; Localitate: Bucuresti; Cod Postal: 030084; Tara: Romania; Codul NUTS: RO321 Bucuresti; Adresa de e-mail: office@cnsc.ro; Nr de telefon: +40 213104641; Adresa web a sediului principal al autoritatii/entitatii contractante(URL) http://www.cnsc.ro;</w:t>
      </w:r>
    </w:p>
    <w:p w14:paraId="56981F9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2501D78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VI.4.3 Procedura de contestare</w:t>
      </w:r>
    </w:p>
    <w:p w14:paraId="52B520F1"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Precizari privind termenul (termenele) pentru procedurile de contestare:</w:t>
      </w:r>
    </w:p>
    <w:p w14:paraId="09BD966B"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Potrivit Legii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In conformitate cu prevederile Legii nr. 101/2016 privind remediile și căile de atac.</w:t>
      </w:r>
    </w:p>
    <w:p w14:paraId="49404AAE"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427DDDD0"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VI.4.4 Serviciul de la care se pot obtine informatii privind procedura de contestare</w:t>
      </w:r>
    </w:p>
    <w:p w14:paraId="71B33DEA" w14:textId="77777777" w:rsidR="008B2EA6" w:rsidRDefault="008B2EA6" w:rsidP="008B2E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ADISIGD Arad, B-dul Revoluției, nr. 81, jud. Arad</w:t>
      </w:r>
    </w:p>
    <w:p w14:paraId="045B338C"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Tel 0257/230188</w:t>
      </w:r>
    </w:p>
    <w:p w14:paraId="39D526F3" w14:textId="77777777" w:rsidR="008B2EA6" w:rsidRPr="00C151FB" w:rsidRDefault="008B2EA6" w:rsidP="008B2EA6">
      <w:pPr>
        <w:autoSpaceDE w:val="0"/>
        <w:autoSpaceDN w:val="0"/>
        <w:adjustRightInd w:val="0"/>
        <w:spacing w:after="0" w:line="240" w:lineRule="auto"/>
        <w:jc w:val="both"/>
        <w:rPr>
          <w:rFonts w:ascii="Times New Roman" w:hAnsi="Times New Roman" w:cs="Times New Roman"/>
          <w:sz w:val="24"/>
          <w:szCs w:val="24"/>
        </w:rPr>
      </w:pPr>
    </w:p>
    <w:p w14:paraId="1C635F26"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47967D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F66993F"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B681AC8"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AC88DCF"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796CA1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C32A295"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E50FCD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F182EB0"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0D836B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9F202F7"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F2C03F0"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14172F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1C1E9F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D11D88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04AE46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ABE1B2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889488B"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A6C4650"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C3F9CDE"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80256A7"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966FA1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C68A73F"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D268190"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D61C26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0BBC12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772DEBE"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710C9D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B6DBF29"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4588AC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23B0D91"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034E57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EF6BF7E"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57FF1F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9A5CE74"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1FDA74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3295D9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560CCB5"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4AC856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513F7127"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8E4F15D"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DD9B743"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14584927"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19FB1F68"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51F0A223"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1788EBE3"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7ACE2EC4" w14:textId="77777777" w:rsidR="008B2EA6" w:rsidRPr="00CD3EA5" w:rsidRDefault="008B2EA6" w:rsidP="008B2EA6">
      <w:pPr>
        <w:widowControl w:val="0"/>
        <w:autoSpaceDE w:val="0"/>
        <w:autoSpaceDN w:val="0"/>
        <w:adjustRightInd w:val="0"/>
        <w:spacing w:after="0" w:line="240" w:lineRule="auto"/>
        <w:jc w:val="center"/>
        <w:rPr>
          <w:rFonts w:ascii="Times New Roman" w:hAnsi="Times New Roman"/>
          <w:b/>
          <w:bCs/>
          <w:sz w:val="24"/>
          <w:szCs w:val="24"/>
          <w:lang w:eastAsia="x-none"/>
        </w:rPr>
      </w:pPr>
    </w:p>
    <w:p w14:paraId="52E50419" w14:textId="77777777" w:rsidR="008B2EA6" w:rsidRPr="00CD3EA5" w:rsidRDefault="008B2EA6" w:rsidP="008B2EA6">
      <w:pPr>
        <w:spacing w:after="0" w:line="240" w:lineRule="auto"/>
        <w:jc w:val="center"/>
        <w:rPr>
          <w:rFonts w:ascii="Times New Roman" w:hAnsi="Times New Roman"/>
          <w:b/>
          <w:bCs/>
          <w:sz w:val="32"/>
          <w:szCs w:val="32"/>
          <w:lang w:eastAsia="x-none"/>
        </w:rPr>
      </w:pPr>
      <w:r w:rsidRPr="00CD3EA5">
        <w:rPr>
          <w:rFonts w:ascii="Times New Roman" w:hAnsi="Times New Roman"/>
          <w:b/>
          <w:bCs/>
          <w:sz w:val="32"/>
          <w:szCs w:val="32"/>
          <w:lang w:eastAsia="x-none"/>
        </w:rPr>
        <w:t xml:space="preserve">Model de </w:t>
      </w:r>
    </w:p>
    <w:p w14:paraId="36DB0654" w14:textId="77777777" w:rsidR="008B2EA6" w:rsidRPr="00CD3EA5" w:rsidRDefault="008B2EA6" w:rsidP="008B2EA6">
      <w:pPr>
        <w:spacing w:after="0" w:line="240" w:lineRule="auto"/>
        <w:jc w:val="center"/>
        <w:rPr>
          <w:rFonts w:ascii="Times New Roman" w:hAnsi="Times New Roman"/>
          <w:spacing w:val="-3"/>
          <w:sz w:val="28"/>
          <w:szCs w:val="28"/>
        </w:rPr>
      </w:pPr>
    </w:p>
    <w:p w14:paraId="0B8E96CA" w14:textId="77777777" w:rsidR="008B2EA6" w:rsidRPr="00CD3EA5" w:rsidRDefault="008B2EA6" w:rsidP="008B2EA6">
      <w:pPr>
        <w:spacing w:after="0" w:line="240" w:lineRule="auto"/>
        <w:jc w:val="center"/>
        <w:rPr>
          <w:rFonts w:ascii="Times New Roman" w:hAnsi="Times New Roman"/>
          <w:spacing w:val="-3"/>
          <w:sz w:val="28"/>
          <w:szCs w:val="28"/>
        </w:rPr>
      </w:pPr>
      <w:r w:rsidRPr="00CD3EA5">
        <w:rPr>
          <w:rFonts w:ascii="Times New Roman" w:hAnsi="Times New Roman"/>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783B87CA" w14:textId="77777777" w:rsidR="008B2EA6" w:rsidRPr="00CD3EA5" w:rsidRDefault="008B2EA6" w:rsidP="008B2EA6">
      <w:pPr>
        <w:spacing w:after="0" w:line="240" w:lineRule="auto"/>
        <w:rPr>
          <w:rFonts w:ascii="Times New Roman" w:hAnsi="Times New Roman"/>
          <w:sz w:val="28"/>
          <w:szCs w:val="28"/>
        </w:rPr>
      </w:pPr>
    </w:p>
    <w:p w14:paraId="1ED54A5E" w14:textId="77777777" w:rsidR="008B2EA6" w:rsidRPr="00CD3EA5" w:rsidRDefault="008B2EA6" w:rsidP="008B2EA6">
      <w:pPr>
        <w:spacing w:after="0" w:line="240" w:lineRule="auto"/>
        <w:rPr>
          <w:rFonts w:ascii="Times New Roman" w:hAnsi="Times New Roman"/>
          <w:sz w:val="32"/>
          <w:szCs w:val="32"/>
        </w:rPr>
      </w:pPr>
    </w:p>
    <w:p w14:paraId="7792C6E5" w14:textId="77777777" w:rsidR="008B2EA6" w:rsidRPr="00CD3EA5" w:rsidRDefault="008B2EA6" w:rsidP="008B2EA6">
      <w:pPr>
        <w:spacing w:after="0" w:line="240" w:lineRule="auto"/>
        <w:rPr>
          <w:rFonts w:ascii="Times New Roman" w:hAnsi="Times New Roman"/>
          <w:sz w:val="24"/>
          <w:szCs w:val="24"/>
        </w:rPr>
      </w:pPr>
    </w:p>
    <w:p w14:paraId="54E53BB9" w14:textId="77777777" w:rsidR="008B2EA6" w:rsidRPr="00CD3EA5" w:rsidRDefault="008B2EA6" w:rsidP="008B2EA6">
      <w:pPr>
        <w:spacing w:after="0" w:line="240" w:lineRule="auto"/>
        <w:rPr>
          <w:rFonts w:ascii="Times New Roman" w:hAnsi="Times New Roman"/>
          <w:sz w:val="24"/>
          <w:szCs w:val="24"/>
        </w:rPr>
      </w:pPr>
    </w:p>
    <w:p w14:paraId="7930FDD9" w14:textId="77777777" w:rsidR="008B2EA6" w:rsidRPr="00CD3EA5" w:rsidRDefault="008B2EA6" w:rsidP="008B2EA6">
      <w:pPr>
        <w:spacing w:after="0" w:line="240" w:lineRule="auto"/>
        <w:jc w:val="both"/>
        <w:rPr>
          <w:rFonts w:ascii="Times New Roman" w:eastAsia="Times New Roman" w:hAnsi="Times New Roman"/>
          <w:b/>
          <w:bCs/>
          <w:sz w:val="24"/>
          <w:szCs w:val="24"/>
          <w:lang w:eastAsia="ro-RO"/>
        </w:rPr>
      </w:pPr>
      <w:r w:rsidRPr="00CD3EA5">
        <w:rPr>
          <w:rFonts w:ascii="Times New Roman" w:hAnsi="Times New Roman"/>
          <w:sz w:val="24"/>
          <w:szCs w:val="24"/>
        </w:rPr>
        <w:br w:type="page"/>
      </w:r>
      <w:r w:rsidRPr="00CD3EA5">
        <w:rPr>
          <w:rFonts w:ascii="Times New Roman" w:hAnsi="Times New Roman"/>
          <w:b/>
          <w:bCs/>
          <w:sz w:val="24"/>
          <w:szCs w:val="24"/>
          <w:lang w:eastAsia="x-none"/>
        </w:rPr>
        <w:lastRenderedPageBreak/>
        <w:t xml:space="preserve"> </w:t>
      </w:r>
      <w:r w:rsidRPr="00CD3EA5">
        <w:rPr>
          <w:rFonts w:ascii="Times New Roman" w:hAnsi="Times New Roman"/>
          <w:b/>
          <w:sz w:val="24"/>
          <w:szCs w:val="24"/>
        </w:rPr>
        <w:t>”</w:t>
      </w:r>
      <w:r w:rsidRPr="00CD3EA5">
        <w:rPr>
          <w:rStyle w:val="Bodytext2Bold"/>
          <w:rFonts w:ascii="Times New Roman" w:hAnsi="Times New Roman" w:cs="Times New Roman"/>
          <w:sz w:val="24"/>
          <w:szCs w:val="24"/>
          <w:lang w:eastAsia="ro-RO"/>
        </w:rPr>
        <w:t>Asociația de Dezvoltare Intercomunitara Sistem Integrat de Gestionare a Deşeurilor judeţul Arad</w:t>
      </w:r>
      <w:r w:rsidRPr="00CD3EA5">
        <w:rPr>
          <w:rFonts w:ascii="Times New Roman" w:hAnsi="Times New Roman"/>
          <w:b/>
          <w:sz w:val="24"/>
          <w:szCs w:val="24"/>
        </w:rPr>
        <w:t xml:space="preserve">”, </w:t>
      </w:r>
      <w:r w:rsidRPr="00CD3EA5">
        <w:rPr>
          <w:rFonts w:ascii="Times New Roman" w:hAnsi="Times New Roman"/>
          <w:sz w:val="24"/>
          <w:szCs w:val="24"/>
        </w:rPr>
        <w:t>cu sediul în municipiul Arad</w:t>
      </w:r>
      <w:r>
        <w:rPr>
          <w:rFonts w:ascii="Times New Roman" w:hAnsi="Times New Roman"/>
          <w:sz w:val="24"/>
          <w:szCs w:val="24"/>
        </w:rPr>
        <w:t>, bd. Revoluției nr. 81</w:t>
      </w:r>
      <w:r w:rsidRPr="00CD3EA5">
        <w:rPr>
          <w:rFonts w:ascii="Times New Roman" w:hAnsi="Times New Roman"/>
          <w:sz w:val="24"/>
          <w:szCs w:val="24"/>
        </w:rPr>
        <w:t xml:space="preserve">, înregistrată în Registrul Asociațiilor și Fundațiilor aflat la grefa Judecătoriei Arad </w:t>
      </w:r>
      <w:r w:rsidRPr="00CD3EA5">
        <w:rPr>
          <w:rStyle w:val="Bodytext2Bold"/>
          <w:rFonts w:ascii="Times New Roman" w:hAnsi="Times New Roman" w:cs="Times New Roman"/>
          <w:sz w:val="24"/>
          <w:szCs w:val="24"/>
          <w:lang w:eastAsia="ro-RO"/>
        </w:rPr>
        <w:t xml:space="preserve">înregistrată </w:t>
      </w:r>
      <w:r w:rsidRPr="00CD3EA5">
        <w:rPr>
          <w:rStyle w:val="Bodytext2Bold"/>
          <w:rFonts w:ascii="Times New Roman" w:hAnsi="Times New Roman" w:cs="Times New Roman"/>
          <w:sz w:val="24"/>
          <w:szCs w:val="24"/>
        </w:rPr>
        <w:t xml:space="preserve">sub nr. 44/28.07.2008, având CIF 24975720, </w:t>
      </w:r>
      <w:r w:rsidRPr="00CD3EA5">
        <w:rPr>
          <w:rStyle w:val="Bodytext2Bold"/>
          <w:rFonts w:ascii="Times New Roman" w:hAnsi="Times New Roman" w:cs="Times New Roman"/>
          <w:sz w:val="24"/>
          <w:szCs w:val="24"/>
          <w:lang w:eastAsia="ro-RO"/>
        </w:rPr>
        <w:t>denumită în continuare ”ADISIGD Arad” sau ”Asociația”,</w:t>
      </w:r>
      <w:r w:rsidRPr="00CD3EA5">
        <w:rPr>
          <w:rFonts w:ascii="Times New Roman" w:hAnsi="Times New Roman"/>
          <w:b/>
          <w:sz w:val="24"/>
          <w:szCs w:val="24"/>
        </w:rPr>
        <w:t xml:space="preserve"> </w:t>
      </w:r>
      <w:r w:rsidRPr="00CD3EA5">
        <w:rPr>
          <w:rFonts w:ascii="Times New Roman" w:hAnsi="Times New Roman"/>
          <w:sz w:val="24"/>
          <w:szCs w:val="24"/>
        </w:rPr>
        <w:t>reprezentată prin Tamas-Carol PERO, având funcţia de Președinte, în numele și pe seama următoarelor unități administrativ-teritoriale membre:</w:t>
      </w:r>
    </w:p>
    <w:p w14:paraId="67875F45"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eastAsia="ro-RO"/>
        </w:rPr>
        <w:t xml:space="preserve">Judeţul Arad, prin Consiliul Judeţean Arad, </w:t>
      </w:r>
      <w:r w:rsidRPr="00CD3EA5">
        <w:rPr>
          <w:rStyle w:val="Bodytext20"/>
          <w:rFonts w:ascii="Times New Roman" w:hAnsi="Times New Roman" w:cs="Times New Roman"/>
          <w:sz w:val="24"/>
          <w:szCs w:val="24"/>
          <w:lang w:eastAsia="ro-RO"/>
        </w:rPr>
        <w:t>cu sediul în loc. Arad, str. Corneliu COPOSU nr. 22, Arad, reprezentat de Vicepreşedinte al Consiliului Judeţean Arad;</w:t>
      </w:r>
    </w:p>
    <w:p w14:paraId="4F5EDA91"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 xml:space="preserve">Orașul Lipova, prin Consiliul Local Lipova,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str. Nicolae Bălcescu nr. 26</w:t>
      </w:r>
      <w:r w:rsidRPr="00CD3EA5">
        <w:rPr>
          <w:rStyle w:val="Bodytext20"/>
          <w:rFonts w:ascii="Times New Roman" w:hAnsi="Times New Roman" w:cs="Times New Roman"/>
          <w:sz w:val="24"/>
          <w:szCs w:val="24"/>
          <w:lang w:val="ro-RO"/>
        </w:rPr>
        <w:t>, reprezentat de Viceprimar;</w:t>
      </w:r>
    </w:p>
    <w:p w14:paraId="04F3DA3A"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 xml:space="preserve">Comuna Bata, </w:t>
      </w:r>
      <w:r w:rsidRPr="00CD3EA5">
        <w:rPr>
          <w:rStyle w:val="Bodytext20"/>
          <w:rFonts w:ascii="Times New Roman" w:hAnsi="Times New Roman" w:cs="Times New Roman"/>
          <w:sz w:val="24"/>
          <w:szCs w:val="24"/>
          <w:lang w:val="ro-RO"/>
        </w:rPr>
        <w:t xml:space="preserve">prin Consiliul Local Bata, cu sediul în </w:t>
      </w:r>
      <w:r w:rsidRPr="00CD3EA5">
        <w:rPr>
          <w:rFonts w:ascii="Times New Roman" w:hAnsi="Times New Roman" w:cs="Times New Roman"/>
          <w:bCs/>
          <w:sz w:val="24"/>
          <w:szCs w:val="24"/>
          <w:lang w:val="ro-RO"/>
        </w:rPr>
        <w:t>Bata nr. 166</w:t>
      </w:r>
      <w:r w:rsidRPr="00CD3EA5">
        <w:rPr>
          <w:rStyle w:val="Bodytext20"/>
          <w:rFonts w:ascii="Times New Roman" w:hAnsi="Times New Roman" w:cs="Times New Roman"/>
          <w:sz w:val="24"/>
          <w:szCs w:val="24"/>
          <w:lang w:val="ro-RO"/>
        </w:rPr>
        <w:t>, reprezentat de Primar;</w:t>
      </w:r>
    </w:p>
    <w:p w14:paraId="1A07859D"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2Bold5"/>
          <w:rFonts w:ascii="Times New Roman" w:hAnsi="Times New Roman" w:cs="Times New Roman"/>
          <w:sz w:val="24"/>
          <w:szCs w:val="24"/>
          <w:lang w:val="ro-RO"/>
        </w:rPr>
        <w:t xml:space="preserve"> Bârzava, prin Consiliul Local Bârzava,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sz w:val="24"/>
          <w:szCs w:val="24"/>
          <w:lang w:val="ro-RO"/>
        </w:rPr>
        <w:t>Bârzava nr. 314</w:t>
      </w:r>
      <w:r w:rsidRPr="00CD3EA5">
        <w:rPr>
          <w:rStyle w:val="Bodytext20"/>
          <w:rFonts w:ascii="Times New Roman" w:hAnsi="Times New Roman" w:cs="Times New Roman"/>
          <w:sz w:val="24"/>
          <w:szCs w:val="24"/>
          <w:lang w:val="ro-RO"/>
        </w:rPr>
        <w:t>, reprezentat de Primar;</w:t>
      </w:r>
    </w:p>
    <w:p w14:paraId="2D9DA7C3"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CD3EA5">
        <w:rPr>
          <w:rStyle w:val="Bodytext2Bold"/>
          <w:rFonts w:ascii="Times New Roman" w:hAnsi="Times New Roman" w:cs="Times New Roman"/>
          <w:sz w:val="24"/>
          <w:szCs w:val="24"/>
          <w:lang w:val="ro-RO"/>
        </w:rPr>
        <w:t xml:space="preserve">Comuna Birchiş, </w:t>
      </w:r>
      <w:r w:rsidRPr="00CD3EA5">
        <w:rPr>
          <w:rStyle w:val="Bodytext20"/>
          <w:rFonts w:ascii="Times New Roman" w:hAnsi="Times New Roman" w:cs="Times New Roman"/>
          <w:sz w:val="24"/>
          <w:szCs w:val="24"/>
          <w:lang w:val="ro-RO"/>
        </w:rPr>
        <w:t xml:space="preserve">prin Consiliul Local Birchiş, cu sediul în </w:t>
      </w:r>
      <w:r w:rsidRPr="00CD3EA5">
        <w:rPr>
          <w:rFonts w:ascii="Times New Roman" w:hAnsi="Times New Roman" w:cs="Times New Roman"/>
          <w:bCs/>
          <w:sz w:val="24"/>
          <w:szCs w:val="24"/>
          <w:lang w:val="ro-RO"/>
        </w:rPr>
        <w:t>Birchis, nr. 162</w:t>
      </w:r>
      <w:r w:rsidRPr="00CD3EA5">
        <w:rPr>
          <w:rStyle w:val="Bodytext20"/>
          <w:rFonts w:ascii="Times New Roman" w:hAnsi="Times New Roman" w:cs="Times New Roman"/>
          <w:sz w:val="24"/>
          <w:szCs w:val="24"/>
          <w:lang w:val="ro-RO"/>
        </w:rPr>
        <w:t>, reprezentat de Primar;</w:t>
      </w:r>
    </w:p>
    <w:p w14:paraId="1439A182"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Fonts w:ascii="Times New Roman" w:hAnsi="Times New Roman" w:cs="Times New Roman"/>
          <w:bCs/>
          <w:sz w:val="24"/>
          <w:szCs w:val="24"/>
          <w:lang w:val="ro-RO"/>
        </w:rPr>
        <w:t xml:space="preserve"> Conop, prin Consiliul Local Conop</w:t>
      </w:r>
      <w:r w:rsidRPr="00CD3EA5">
        <w:rPr>
          <w:rFonts w:ascii="Times New Roman" w:hAnsi="Times New Roman" w:cs="Times New Roman"/>
          <w:sz w:val="24"/>
          <w:szCs w:val="24"/>
          <w:lang w:val="ro-RO"/>
        </w:rPr>
        <w:t>,</w:t>
      </w:r>
      <w:r w:rsidRPr="00CD3EA5">
        <w:rPr>
          <w:rStyle w:val="Heading30"/>
          <w:rFonts w:ascii="Times New Roman" w:hAnsi="Times New Roman" w:cs="Times New Roman"/>
          <w:sz w:val="24"/>
          <w:szCs w:val="24"/>
          <w:lang w:val="ro-RO"/>
        </w:rPr>
        <w:t xml:space="preserve">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Conop nr. 4</w:t>
      </w:r>
      <w:r w:rsidRPr="00CD3EA5">
        <w:rPr>
          <w:rStyle w:val="Bodytext20"/>
          <w:rFonts w:ascii="Times New Roman" w:hAnsi="Times New Roman" w:cs="Times New Roman"/>
          <w:sz w:val="24"/>
          <w:szCs w:val="24"/>
          <w:lang w:val="ro-RO"/>
        </w:rPr>
        <w:t>, reprezentat de Primar;</w:t>
      </w:r>
    </w:p>
    <w:p w14:paraId="01F5BE83"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2Bold5"/>
          <w:rFonts w:ascii="Times New Roman" w:hAnsi="Times New Roman" w:cs="Times New Roman"/>
          <w:sz w:val="24"/>
          <w:szCs w:val="24"/>
          <w:lang w:val="ro-RO"/>
        </w:rPr>
        <w:t xml:space="preserve"> Ghioroc, prin Consiliul Local Ghioroc,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Ghioroc nr. 89</w:t>
      </w:r>
      <w:r w:rsidRPr="00CD3EA5">
        <w:rPr>
          <w:rStyle w:val="Bodytext20"/>
          <w:rFonts w:ascii="Times New Roman" w:hAnsi="Times New Roman" w:cs="Times New Roman"/>
          <w:sz w:val="24"/>
          <w:szCs w:val="24"/>
          <w:lang w:val="ro-RO"/>
        </w:rPr>
        <w:t>, reprezentat de Primar;</w:t>
      </w:r>
    </w:p>
    <w:p w14:paraId="4B9A699A"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2Bold5"/>
          <w:rFonts w:ascii="Times New Roman" w:hAnsi="Times New Roman" w:cs="Times New Roman"/>
          <w:sz w:val="24"/>
          <w:szCs w:val="24"/>
          <w:lang w:val="ro-RO"/>
        </w:rPr>
        <w:t xml:space="preserve"> Păuliş, prin Consiliul Local Păuliş,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Păuliș nr. l</w:t>
      </w:r>
      <w:r w:rsidRPr="00CD3EA5">
        <w:rPr>
          <w:rStyle w:val="Bodytext20"/>
          <w:rFonts w:ascii="Times New Roman" w:hAnsi="Times New Roman" w:cs="Times New Roman"/>
          <w:sz w:val="24"/>
          <w:szCs w:val="24"/>
          <w:lang w:val="ro-RO"/>
        </w:rPr>
        <w:t>, reprezentat de Primar;</w:t>
      </w:r>
    </w:p>
    <w:p w14:paraId="7DD213C2"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30"/>
          <w:rFonts w:ascii="Times New Roman" w:hAnsi="Times New Roman" w:cs="Times New Roman"/>
          <w:sz w:val="24"/>
          <w:szCs w:val="24"/>
          <w:lang w:val="ro-RO"/>
        </w:rPr>
        <w:t xml:space="preserve"> Petriş, prin Consiliul Local Petriş,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sz w:val="24"/>
          <w:szCs w:val="24"/>
          <w:lang w:val="ro-RO"/>
        </w:rPr>
        <w:t>Petriș nr. 253</w:t>
      </w:r>
      <w:r w:rsidRPr="00CD3EA5">
        <w:rPr>
          <w:rStyle w:val="Bodytext20"/>
          <w:rFonts w:ascii="Times New Roman" w:hAnsi="Times New Roman" w:cs="Times New Roman"/>
          <w:sz w:val="24"/>
          <w:szCs w:val="24"/>
          <w:lang w:val="ro-RO"/>
        </w:rPr>
        <w:t>, reprezentat de Primar</w:t>
      </w:r>
      <w:r w:rsidRPr="00CD3EA5">
        <w:rPr>
          <w:rStyle w:val="Bodytext3NotBold"/>
          <w:rFonts w:ascii="Times New Roman" w:hAnsi="Times New Roman" w:cs="Times New Roman"/>
          <w:sz w:val="24"/>
          <w:szCs w:val="24"/>
          <w:lang w:val="ro-RO"/>
        </w:rPr>
        <w:t>;</w:t>
      </w:r>
    </w:p>
    <w:p w14:paraId="7F4CF002"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30"/>
          <w:rFonts w:ascii="Times New Roman" w:hAnsi="Times New Roman" w:cs="Times New Roman"/>
          <w:sz w:val="24"/>
          <w:szCs w:val="24"/>
          <w:lang w:val="ro-RO"/>
        </w:rPr>
        <w:t xml:space="preserve"> Săvârşin, prin Consiliul Local Săvârşin,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sz w:val="24"/>
          <w:szCs w:val="24"/>
          <w:lang w:val="ro-RO"/>
        </w:rPr>
        <w:t>Săvârșin nr. 37</w:t>
      </w:r>
      <w:r w:rsidRPr="00CD3EA5">
        <w:rPr>
          <w:rStyle w:val="Bodytext20"/>
          <w:rFonts w:ascii="Times New Roman" w:hAnsi="Times New Roman" w:cs="Times New Roman"/>
          <w:sz w:val="24"/>
          <w:szCs w:val="24"/>
          <w:lang w:val="ro-RO"/>
        </w:rPr>
        <w:t>, reprezentat de Primar</w:t>
      </w:r>
      <w:r w:rsidRPr="00CD3EA5">
        <w:rPr>
          <w:rStyle w:val="Bodytext3NotBold"/>
          <w:rFonts w:ascii="Times New Roman" w:hAnsi="Times New Roman" w:cs="Times New Roman"/>
          <w:sz w:val="24"/>
          <w:szCs w:val="24"/>
          <w:lang w:val="ro-RO"/>
        </w:rPr>
        <w:t>;</w:t>
      </w:r>
    </w:p>
    <w:p w14:paraId="45A08AB7"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2Bold5"/>
          <w:rFonts w:ascii="Times New Roman" w:hAnsi="Times New Roman" w:cs="Times New Roman"/>
          <w:sz w:val="24"/>
          <w:szCs w:val="24"/>
          <w:lang w:val="ro-RO"/>
        </w:rPr>
        <w:t xml:space="preserve"> Şiştarovăţ, prin Consiliul Local Şiştarovăţ, </w:t>
      </w:r>
      <w:r w:rsidRPr="00CD3EA5">
        <w:rPr>
          <w:rStyle w:val="Bodytext20"/>
          <w:rFonts w:ascii="Times New Roman" w:hAnsi="Times New Roman" w:cs="Times New Roman"/>
          <w:sz w:val="24"/>
          <w:szCs w:val="24"/>
          <w:lang w:val="ro-RO"/>
        </w:rPr>
        <w:t xml:space="preserve">cu sediul în </w:t>
      </w:r>
      <w:r w:rsidRPr="00CD3EA5">
        <w:rPr>
          <w:rStyle w:val="Bodytext2Bold5"/>
          <w:rFonts w:ascii="Times New Roman" w:hAnsi="Times New Roman" w:cs="Times New Roman"/>
          <w:sz w:val="24"/>
          <w:szCs w:val="24"/>
          <w:lang w:val="ro-RO"/>
        </w:rPr>
        <w:t>Şiştarovăţ</w:t>
      </w:r>
      <w:r w:rsidRPr="00CD3EA5">
        <w:rPr>
          <w:rFonts w:ascii="Times New Roman" w:hAnsi="Times New Roman" w:cs="Times New Roman"/>
          <w:sz w:val="24"/>
          <w:szCs w:val="24"/>
          <w:lang w:val="ro-RO"/>
        </w:rPr>
        <w:t xml:space="preserve"> nr. 116</w:t>
      </w:r>
      <w:r w:rsidRPr="00CD3EA5">
        <w:rPr>
          <w:rStyle w:val="Bodytext20"/>
          <w:rFonts w:ascii="Times New Roman" w:hAnsi="Times New Roman" w:cs="Times New Roman"/>
          <w:sz w:val="24"/>
          <w:szCs w:val="24"/>
          <w:lang w:val="ro-RO"/>
        </w:rPr>
        <w:t>, reprezentat de Primar;</w:t>
      </w:r>
    </w:p>
    <w:p w14:paraId="3AF6706A"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Fonts w:ascii="Times New Roman" w:hAnsi="Times New Roman" w:cs="Times New Roman"/>
          <w:bCs/>
          <w:sz w:val="24"/>
          <w:szCs w:val="24"/>
          <w:lang w:val="ro-RO"/>
        </w:rPr>
        <w:t xml:space="preserve"> Ususău, prin Consiliul Local Ususău,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Ususău nr 87 A</w:t>
      </w:r>
      <w:r w:rsidRPr="00CD3EA5">
        <w:rPr>
          <w:rStyle w:val="Bodytext20"/>
          <w:rFonts w:ascii="Times New Roman" w:hAnsi="Times New Roman" w:cs="Times New Roman"/>
          <w:sz w:val="24"/>
          <w:szCs w:val="24"/>
          <w:lang w:val="ro-RO"/>
        </w:rPr>
        <w:t>, reprezentat de Primar;</w:t>
      </w:r>
      <w:r w:rsidRPr="00CD3EA5" w:rsidDel="001D55F0">
        <w:rPr>
          <w:rFonts w:ascii="Times New Roman" w:hAnsi="Times New Roman" w:cs="Times New Roman"/>
          <w:sz w:val="24"/>
          <w:szCs w:val="24"/>
          <w:lang w:val="ro-RO"/>
        </w:rPr>
        <w:t xml:space="preserve"> </w:t>
      </w:r>
    </w:p>
    <w:p w14:paraId="1B43557F"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30"/>
          <w:rFonts w:ascii="Times New Roman" w:hAnsi="Times New Roman" w:cs="Times New Roman"/>
          <w:sz w:val="24"/>
          <w:szCs w:val="24"/>
          <w:lang w:val="ro-RO"/>
        </w:rPr>
        <w:t xml:space="preserve"> Vărădia de Mureş, prin Consiliul Local Vărădia de Mureş, </w:t>
      </w:r>
      <w:r w:rsidRPr="00CD3EA5">
        <w:rPr>
          <w:rStyle w:val="Bodytext20"/>
          <w:rFonts w:ascii="Times New Roman" w:hAnsi="Times New Roman" w:cs="Times New Roman"/>
          <w:sz w:val="24"/>
          <w:szCs w:val="24"/>
          <w:lang w:val="ro-RO"/>
        </w:rPr>
        <w:t xml:space="preserve">cu sediul în </w:t>
      </w:r>
      <w:r w:rsidRPr="00CD3EA5">
        <w:rPr>
          <w:rStyle w:val="Bodytext30"/>
          <w:rFonts w:ascii="Times New Roman" w:hAnsi="Times New Roman" w:cs="Times New Roman"/>
          <w:sz w:val="24"/>
          <w:szCs w:val="24"/>
          <w:lang w:val="ro-RO"/>
        </w:rPr>
        <w:t>Vărădia de Mureş</w:t>
      </w:r>
      <w:r w:rsidRPr="00CD3EA5">
        <w:rPr>
          <w:rFonts w:ascii="Times New Roman" w:hAnsi="Times New Roman" w:cs="Times New Roman"/>
          <w:sz w:val="24"/>
          <w:szCs w:val="24"/>
          <w:lang w:val="ro-RO"/>
        </w:rPr>
        <w:t>, nr. 126</w:t>
      </w:r>
      <w:r w:rsidRPr="00CD3EA5">
        <w:rPr>
          <w:rStyle w:val="Bodytext20"/>
          <w:rFonts w:ascii="Times New Roman" w:hAnsi="Times New Roman" w:cs="Times New Roman"/>
          <w:sz w:val="24"/>
          <w:szCs w:val="24"/>
          <w:lang w:val="ro-RO"/>
        </w:rPr>
        <w:t>, reprezentat de Primar</w:t>
      </w:r>
      <w:r w:rsidRPr="00CD3EA5">
        <w:rPr>
          <w:rStyle w:val="Bodytext3NotBold"/>
          <w:rFonts w:ascii="Times New Roman" w:hAnsi="Times New Roman" w:cs="Times New Roman"/>
          <w:sz w:val="24"/>
          <w:szCs w:val="24"/>
          <w:lang w:val="ro-RO"/>
        </w:rPr>
        <w:t>;</w:t>
      </w:r>
    </w:p>
    <w:p w14:paraId="0133AB74" w14:textId="77777777" w:rsidR="008B2EA6" w:rsidRPr="00CD3EA5" w:rsidRDefault="008B2EA6" w:rsidP="008B2EA6">
      <w:pPr>
        <w:pStyle w:val="Bodytext21"/>
        <w:numPr>
          <w:ilvl w:val="0"/>
          <w:numId w:val="80"/>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CD3EA5">
        <w:rPr>
          <w:rStyle w:val="Bodytext2Bold"/>
          <w:rFonts w:ascii="Times New Roman" w:hAnsi="Times New Roman" w:cs="Times New Roman"/>
          <w:sz w:val="24"/>
          <w:szCs w:val="24"/>
          <w:lang w:val="ro-RO"/>
        </w:rPr>
        <w:t>Comuna</w:t>
      </w:r>
      <w:r w:rsidRPr="00CD3EA5">
        <w:rPr>
          <w:rStyle w:val="Bodytext2Bold5"/>
          <w:rFonts w:ascii="Times New Roman" w:hAnsi="Times New Roman" w:cs="Times New Roman"/>
          <w:sz w:val="24"/>
          <w:szCs w:val="24"/>
          <w:lang w:val="ro-RO"/>
        </w:rPr>
        <w:t xml:space="preserve"> Zăbrani prin Consiliul Local Zăbrani, </w:t>
      </w:r>
      <w:r w:rsidRPr="00CD3EA5">
        <w:rPr>
          <w:rStyle w:val="Bodytext20"/>
          <w:rFonts w:ascii="Times New Roman" w:hAnsi="Times New Roman" w:cs="Times New Roman"/>
          <w:sz w:val="24"/>
          <w:szCs w:val="24"/>
          <w:lang w:val="ro-RO"/>
        </w:rPr>
        <w:t xml:space="preserve">cu sediul în </w:t>
      </w:r>
      <w:r w:rsidRPr="00CD3EA5">
        <w:rPr>
          <w:rFonts w:ascii="Times New Roman" w:hAnsi="Times New Roman" w:cs="Times New Roman"/>
          <w:bCs/>
          <w:sz w:val="24"/>
          <w:szCs w:val="24"/>
          <w:lang w:val="ro-RO"/>
        </w:rPr>
        <w:t>Zăbrani nr. 95</w:t>
      </w:r>
      <w:r w:rsidRPr="00CD3EA5">
        <w:rPr>
          <w:rStyle w:val="Bodytext20"/>
          <w:rFonts w:ascii="Times New Roman" w:hAnsi="Times New Roman" w:cs="Times New Roman"/>
          <w:sz w:val="24"/>
          <w:szCs w:val="24"/>
          <w:lang w:val="ro-RO"/>
        </w:rPr>
        <w:t>, reprezentat de Primar.</w:t>
      </w:r>
    </w:p>
    <w:p w14:paraId="36452B1A" w14:textId="77777777" w:rsidR="008B2EA6" w:rsidRPr="00CD3EA5" w:rsidRDefault="008B2EA6" w:rsidP="008B2EA6">
      <w:pPr>
        <w:pStyle w:val="Bodytext21"/>
        <w:shd w:val="clear" w:color="auto" w:fill="auto"/>
        <w:tabs>
          <w:tab w:val="left" w:pos="360"/>
          <w:tab w:val="center" w:pos="990"/>
        </w:tabs>
        <w:spacing w:after="0" w:line="240" w:lineRule="auto"/>
        <w:ind w:left="760" w:firstLine="0"/>
        <w:jc w:val="both"/>
        <w:rPr>
          <w:rFonts w:ascii="Times New Roman" w:hAnsi="Times New Roman" w:cs="Times New Roman"/>
          <w:sz w:val="24"/>
          <w:szCs w:val="24"/>
        </w:rPr>
      </w:pPr>
    </w:p>
    <w:p w14:paraId="16935380" w14:textId="77777777" w:rsidR="008B2EA6" w:rsidRPr="00CD3EA5" w:rsidRDefault="008B2EA6" w:rsidP="008B2EA6">
      <w:pPr>
        <w:spacing w:after="0" w:line="240" w:lineRule="auto"/>
        <w:jc w:val="both"/>
        <w:rPr>
          <w:rFonts w:ascii="Times New Roman" w:eastAsia="Times New Roman" w:hAnsi="Times New Roman"/>
          <w:sz w:val="24"/>
          <w:szCs w:val="24"/>
          <w:lang w:eastAsia="ro-RO"/>
        </w:rPr>
      </w:pPr>
      <w:r w:rsidRPr="00CD3EA5">
        <w:rPr>
          <w:rFonts w:ascii="Times New Roman" w:eastAsia="Times New Roman" w:hAnsi="Times New Roman"/>
          <w:bCs/>
          <w:sz w:val="24"/>
          <w:szCs w:val="24"/>
          <w:lang w:eastAsia="ro-RO"/>
        </w:rPr>
        <w:t xml:space="preserve">având calitatea de </w:t>
      </w:r>
      <w:r w:rsidRPr="00CD3EA5">
        <w:rPr>
          <w:rFonts w:ascii="Times New Roman" w:eastAsia="Times New Roman" w:hAnsi="Times New Roman"/>
          <w:b/>
          <w:bCs/>
          <w:sz w:val="24"/>
          <w:szCs w:val="24"/>
          <w:lang w:eastAsia="ro-RO"/>
        </w:rPr>
        <w:t>”Delegatar”,</w:t>
      </w:r>
      <w:r w:rsidRPr="00CD3EA5">
        <w:rPr>
          <w:rFonts w:ascii="Times New Roman" w:eastAsia="Times New Roman" w:hAnsi="Times New Roman"/>
          <w:bCs/>
          <w:sz w:val="24"/>
          <w:szCs w:val="24"/>
          <w:lang w:eastAsia="ro-RO"/>
        </w:rPr>
        <w:t xml:space="preserve"> pe de o parte</w:t>
      </w:r>
    </w:p>
    <w:p w14:paraId="2CF70648"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rPr>
      </w:pPr>
      <w:r w:rsidRPr="00CD3EA5">
        <w:rPr>
          <w:rFonts w:ascii="Times New Roman" w:eastAsia="CourierNew" w:hAnsi="Times New Roman"/>
          <w:sz w:val="24"/>
          <w:szCs w:val="24"/>
        </w:rPr>
        <w:t>şi</w:t>
      </w:r>
    </w:p>
    <w:p w14:paraId="1BB8B527"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Societatea …....</w:t>
      </w:r>
      <w:r w:rsidRPr="00CD3EA5">
        <w:rPr>
          <w:rFonts w:ascii="Times New Roman" w:hAnsi="Times New Roman"/>
          <w:sz w:val="24"/>
          <w:szCs w:val="24"/>
        </w:rPr>
        <w:t>, cu sediul social în …. strada ... nr. ..., județul .., înregistrată la Oficiul Registrului Comerțului de pe lângă Tribunalul … sub numărul …, cod unic de înregistrare …, cont … deschis la …, reprezentată de …, având funcția de ..............., în calitate de delegat, denumită în cele ce urmează „</w:t>
      </w:r>
      <w:r w:rsidRPr="00CD3EA5">
        <w:rPr>
          <w:rFonts w:ascii="Times New Roman" w:hAnsi="Times New Roman"/>
          <w:b/>
          <w:sz w:val="24"/>
          <w:szCs w:val="24"/>
        </w:rPr>
        <w:t>Delegat</w:t>
      </w:r>
      <w:r w:rsidRPr="00CD3EA5">
        <w:rPr>
          <w:rFonts w:ascii="Times New Roman" w:hAnsi="Times New Roman"/>
          <w:sz w:val="24"/>
          <w:szCs w:val="24"/>
        </w:rPr>
        <w:t>”, pe de altă parte,</w:t>
      </w:r>
    </w:p>
    <w:p w14:paraId="180A471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Denumite în continuare împreună „</w:t>
      </w:r>
      <w:r w:rsidRPr="00CD3EA5">
        <w:rPr>
          <w:rFonts w:ascii="Times New Roman" w:hAnsi="Times New Roman"/>
          <w:b/>
          <w:sz w:val="24"/>
          <w:szCs w:val="24"/>
        </w:rPr>
        <w:t>Părțile</w:t>
      </w:r>
      <w:r w:rsidRPr="00CD3EA5">
        <w:rPr>
          <w:rFonts w:ascii="Times New Roman" w:hAnsi="Times New Roman"/>
          <w:sz w:val="24"/>
          <w:szCs w:val="24"/>
        </w:rPr>
        <w:t>” şi separat „</w:t>
      </w:r>
      <w:r w:rsidRPr="00CD3EA5">
        <w:rPr>
          <w:rFonts w:ascii="Times New Roman" w:hAnsi="Times New Roman"/>
          <w:b/>
          <w:sz w:val="24"/>
          <w:szCs w:val="24"/>
        </w:rPr>
        <w:t>Partea</w:t>
      </w:r>
      <w:r w:rsidRPr="00CD3EA5">
        <w:rPr>
          <w:rFonts w:ascii="Times New Roman" w:hAnsi="Times New Roman"/>
          <w:sz w:val="24"/>
          <w:szCs w:val="24"/>
        </w:rPr>
        <w:t>”,</w:t>
      </w:r>
    </w:p>
    <w:p w14:paraId="5D56712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b/>
          <w:sz w:val="24"/>
          <w:szCs w:val="24"/>
        </w:rPr>
        <w:t>Având în vedere că</w:t>
      </w:r>
      <w:r w:rsidRPr="00CD3EA5">
        <w:rPr>
          <w:rFonts w:ascii="Times New Roman" w:hAnsi="Times New Roman"/>
          <w:sz w:val="24"/>
          <w:szCs w:val="24"/>
        </w:rPr>
        <w:t>:</w:t>
      </w:r>
    </w:p>
    <w:p w14:paraId="5840EF84"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t>Județul Arad este beneficiarul CCI No 2009R0161PR033 - SISTEM DE MANAGEMENT INTEGRAT AL DEŞEURILOR SOLIDE IN JUDEŢUL ARAD (”Proiectul”) finanțat prin Programul Operațional Sectorial Mediu (”POS Mediu”).</w:t>
      </w:r>
    </w:p>
    <w:p w14:paraId="4E3173D1"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t xml:space="preserve">În scopul realizării Proiectului, Județul Arad şi unitățile administrativ-teritoriale din județul Arad s-au asociat şi au constituit împreună Asociația de Dezvoltare Intercomunitară </w:t>
      </w:r>
      <w:r w:rsidRPr="00CD3EA5">
        <w:rPr>
          <w:rFonts w:ascii="Times New Roman" w:hAnsi="Times New Roman"/>
          <w:spacing w:val="-4"/>
          <w:sz w:val="24"/>
          <w:szCs w:val="24"/>
        </w:rPr>
        <w:t>Sistem Integrat de Gestionare a Deșeurilor, Județul Arad</w:t>
      </w:r>
      <w:r w:rsidRPr="00CD3EA5">
        <w:rPr>
          <w:rFonts w:ascii="Times New Roman" w:hAnsi="Times New Roman"/>
          <w:sz w:val="24"/>
          <w:szCs w:val="24"/>
        </w:rPr>
        <w:t>” ADISIGD Arad”.</w:t>
      </w:r>
    </w:p>
    <w:p w14:paraId="5A350319"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t xml:space="preserve">Unitățile administrativ-teritoriale membre ale ADISIGD, mai sus menționate, au înțeles să delege gestiunea activităților de colectare şi transport componente ale serviciului de salubrizare (”Serviciul”) prin intermediul acestei Asociații. </w:t>
      </w:r>
    </w:p>
    <w:p w14:paraId="3EC4BEAF"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t xml:space="preserve">Asociația de Dezvoltare Intercomunitară </w:t>
      </w:r>
      <w:r w:rsidRPr="00CD3EA5">
        <w:rPr>
          <w:rFonts w:ascii="Times New Roman" w:hAnsi="Times New Roman"/>
          <w:spacing w:val="-4"/>
          <w:sz w:val="24"/>
          <w:szCs w:val="24"/>
        </w:rPr>
        <w:t>Sistem Integrat de Gestionare a Deșeurilor, Județul Arad</w:t>
      </w:r>
      <w:r w:rsidRPr="00CD3EA5">
        <w:rPr>
          <w:rFonts w:ascii="Times New Roman" w:hAnsi="Times New Roman"/>
          <w:sz w:val="24"/>
          <w:szCs w:val="24"/>
        </w:rPr>
        <w:t xml:space="preserve">  ADISIGD Arad, în baza mandatului primit din partea membrilor săi, a organizat procedura de licitație publică în vederea atribuirii prezentului contract de delegare a gestiunii Serviciului.</w:t>
      </w:r>
    </w:p>
    <w:p w14:paraId="1CD408EE"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lastRenderedPageBreak/>
        <w:t xml:space="preserve">Procedura de licitație publică în vederea atribuirii contractului de delegare a gestiunii Serviciului a fost organizată conform prevederilor Legii serviciilor comunitare de utilități publice nr. 51/2006, republicată, cu modificările şi completările ulterioare (”Legea nr. 51/2006), Legii serviciului de salubrizare a localităților nr. 101/2006, republicată, cu modificările şi completările ulterioare („Legea nr. 101/2006”), și ale Legii nr. 100/2016 privind concesiunile de lucrări si concesiunile de servicii (”Legea nr. 100/2016”), </w:t>
      </w:r>
      <w:r w:rsidRPr="00CD3EA5">
        <w:rPr>
          <w:rFonts w:ascii="Tahoma" w:hAnsi="Tahoma" w:cs="Tahoma"/>
          <w:sz w:val="24"/>
          <w:szCs w:val="24"/>
        </w:rPr>
        <w:t>﻿</w:t>
      </w:r>
      <w:r w:rsidRPr="00CD3EA5">
        <w:rPr>
          <w:rFonts w:ascii="Times New Roman" w:hAnsi="Times New Roman"/>
          <w:sz w:val="24"/>
          <w:szCs w:val="24"/>
        </w:rPr>
        <w:t> Ordonanţa de Urgenţă nr. 92/2021 privind regimul deşeurilor, cu modificările şi completările ulterioare (”O.U.G. nr. 92/2021”)</w:t>
      </w:r>
    </w:p>
    <w:p w14:paraId="0D6765A2" w14:textId="77777777" w:rsidR="008B2EA6" w:rsidRPr="00CD3EA5" w:rsidRDefault="008B2EA6" w:rsidP="008B2EA6">
      <w:pPr>
        <w:numPr>
          <w:ilvl w:val="0"/>
          <w:numId w:val="71"/>
        </w:numPr>
        <w:spacing w:after="0" w:line="240" w:lineRule="auto"/>
        <w:jc w:val="both"/>
        <w:rPr>
          <w:rFonts w:ascii="Times New Roman" w:hAnsi="Times New Roman"/>
          <w:sz w:val="24"/>
          <w:szCs w:val="24"/>
        </w:rPr>
      </w:pPr>
      <w:r w:rsidRPr="00CD3EA5">
        <w:rPr>
          <w:rFonts w:ascii="Times New Roman" w:hAnsi="Times New Roman"/>
          <w:sz w:val="24"/>
          <w:szCs w:val="24"/>
        </w:rPr>
        <w:t xml:space="preserve">S.C._________________, denumită mai sus Delegatul a fost desemnată câștigătoarea procedurii organizate pentru delegarea gestiunii Serviciului, conform  Raportului procedurii nr.________ din __________________, </w:t>
      </w:r>
    </w:p>
    <w:p w14:paraId="52B2C327"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Au convenit încheierea prezentului Contract de delegare a gestiunii serviciului de salubrizare, respectiv a activității de colectare şi transport a deșeurilor municipale şi a altor fluxuri de deșeuri conform termenilor şi condițiilor stipulate în cele ce urmează:</w:t>
      </w:r>
    </w:p>
    <w:p w14:paraId="2EF59E10"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1FBD9F0F" w14:textId="77777777" w:rsidR="008B2EA6" w:rsidRPr="00CD3EA5" w:rsidRDefault="008B2EA6" w:rsidP="008B2EA6">
      <w:pPr>
        <w:spacing w:after="0" w:line="240" w:lineRule="auto"/>
        <w:jc w:val="both"/>
        <w:rPr>
          <w:rFonts w:ascii="Times New Roman" w:hAnsi="Times New Roman"/>
          <w:sz w:val="24"/>
          <w:szCs w:val="24"/>
        </w:rPr>
      </w:pPr>
    </w:p>
    <w:p w14:paraId="488BD4B8" w14:textId="77777777" w:rsidR="008B2EA6" w:rsidRPr="00CD3EA5" w:rsidRDefault="008B2EA6" w:rsidP="008B2EA6">
      <w:pPr>
        <w:pStyle w:val="Heading1"/>
        <w:spacing w:line="240" w:lineRule="auto"/>
        <w:rPr>
          <w:rFonts w:ascii="Times New Roman" w:hAnsi="Times New Roman" w:cs="Times New Roman"/>
          <w:sz w:val="24"/>
          <w:szCs w:val="24"/>
        </w:rPr>
      </w:pPr>
      <w:bookmarkStart w:id="21" w:name="_Toc11221546"/>
      <w:r w:rsidRPr="00CD3EA5">
        <w:rPr>
          <w:rFonts w:ascii="Times New Roman" w:hAnsi="Times New Roman" w:cs="Times New Roman"/>
          <w:sz w:val="24"/>
          <w:szCs w:val="24"/>
        </w:rPr>
        <w:t>DEFINIŢII ŞI INTERPRETARE</w:t>
      </w:r>
      <w:bookmarkStart w:id="22" w:name="_Toc350954013"/>
      <w:bookmarkEnd w:id="21"/>
    </w:p>
    <w:p w14:paraId="376C819E"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3" w:name="_Toc11221547"/>
      <w:bookmarkEnd w:id="22"/>
      <w:r w:rsidRPr="00CD3EA5">
        <w:rPr>
          <w:rFonts w:ascii="Times New Roman" w:hAnsi="Times New Roman"/>
          <w:sz w:val="24"/>
          <w:szCs w:val="24"/>
          <w:lang w:val="ro-RO" w:eastAsia="ro-RO"/>
        </w:rPr>
        <w:t>DEFINIŢII ŞI INTERPRETARE</w:t>
      </w:r>
      <w:bookmarkStart w:id="24" w:name="_Toc332970506"/>
      <w:bookmarkStart w:id="25" w:name="_Toc333325556"/>
      <w:bookmarkStart w:id="26" w:name="_Toc333326627"/>
      <w:bookmarkStart w:id="27" w:name="_Toc334082383"/>
      <w:bookmarkStart w:id="28" w:name="_Toc337128330"/>
      <w:bookmarkStart w:id="29" w:name="_Toc337558396"/>
      <w:bookmarkStart w:id="30" w:name="_Toc337653176"/>
      <w:bookmarkStart w:id="31" w:name="_Toc337740250"/>
      <w:bookmarkStart w:id="32" w:name="_Toc378327444"/>
      <w:bookmarkStart w:id="33" w:name="_Toc379978540"/>
      <w:bookmarkStart w:id="34" w:name="_Toc380140985"/>
      <w:bookmarkStart w:id="35" w:name="_Toc381791065"/>
      <w:bookmarkStart w:id="36" w:name="_Toc381957593"/>
      <w:bookmarkEnd w:id="23"/>
    </w:p>
    <w:p w14:paraId="58B55E04" w14:textId="77777777" w:rsidR="008B2EA6" w:rsidRPr="00CD3EA5" w:rsidRDefault="008B2EA6" w:rsidP="008B2EA6">
      <w:pPr>
        <w:spacing w:after="0" w:line="240" w:lineRule="auto"/>
        <w:rPr>
          <w:rFonts w:ascii="Times New Roman" w:hAnsi="Times New Roman"/>
          <w:b/>
          <w:iCs/>
          <w:sz w:val="24"/>
          <w:szCs w:val="24"/>
        </w:rPr>
      </w:pPr>
      <w:bookmarkStart w:id="37" w:name="_Toc11221548"/>
      <w:r w:rsidRPr="00CD3EA5">
        <w:rPr>
          <w:rFonts w:ascii="Times New Roman" w:hAnsi="Times New Roman"/>
          <w:iCs/>
          <w:sz w:val="24"/>
          <w:szCs w:val="24"/>
        </w:rPr>
        <w:t>(1)</w:t>
      </w:r>
      <w:r w:rsidRPr="00CD3EA5">
        <w:rPr>
          <w:rFonts w:ascii="Times New Roman" w:hAnsi="Times New Roman"/>
          <w:b/>
          <w:iCs/>
          <w:sz w:val="24"/>
          <w:szCs w:val="24"/>
        </w:rPr>
        <w:t xml:space="preserve"> În sensul prezentului Contract, termenii şi expresiile scrise cu majusculă vor avea, cu excepția situației în care contextul reclamă altfel, sensul stabilit în prezentul Articol:</w:t>
      </w:r>
      <w:bookmarkEnd w:id="24"/>
      <w:bookmarkEnd w:id="25"/>
      <w:bookmarkEnd w:id="26"/>
      <w:bookmarkEnd w:id="27"/>
      <w:bookmarkEnd w:id="28"/>
      <w:bookmarkEnd w:id="29"/>
      <w:bookmarkEnd w:id="30"/>
      <w:bookmarkEnd w:id="31"/>
      <w:bookmarkEnd w:id="32"/>
      <w:bookmarkEnd w:id="33"/>
      <w:bookmarkEnd w:id="34"/>
      <w:bookmarkEnd w:id="35"/>
      <w:bookmarkEnd w:id="36"/>
      <w:bookmarkEnd w:id="37"/>
    </w:p>
    <w:tbl>
      <w:tblPr>
        <w:tblStyle w:val="TableGrid"/>
        <w:tblW w:w="10064" w:type="dxa"/>
        <w:tblLook w:val="04A0" w:firstRow="1" w:lastRow="0" w:firstColumn="1" w:lastColumn="0" w:noHBand="0" w:noVBand="1"/>
      </w:tblPr>
      <w:tblGrid>
        <w:gridCol w:w="3055"/>
        <w:gridCol w:w="7009"/>
      </w:tblGrid>
      <w:tr w:rsidR="008B2EA6" w:rsidRPr="00CD3EA5" w14:paraId="3090D7F7" w14:textId="77777777" w:rsidTr="00E152C8">
        <w:trPr>
          <w:trHeight w:val="665"/>
        </w:trPr>
        <w:tc>
          <w:tcPr>
            <w:tcW w:w="3055" w:type="dxa"/>
          </w:tcPr>
          <w:p w14:paraId="40E4B491"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„Activitate Componentă”</w:t>
            </w:r>
          </w:p>
        </w:tc>
        <w:tc>
          <w:tcPr>
            <w:tcW w:w="7009" w:type="dxa"/>
          </w:tcPr>
          <w:p w14:paraId="20EFF4D8"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activitățile componente ale serviciului de salubrizare al Delegatarului ce fac obiectul prezentului Contract, astfel cum sunt prevăzute la definiția „Serviciului”.</w:t>
            </w:r>
          </w:p>
        </w:tc>
      </w:tr>
      <w:tr w:rsidR="008B2EA6" w:rsidRPr="00CD3EA5" w14:paraId="7EF21561" w14:textId="77777777" w:rsidTr="00E152C8">
        <w:tc>
          <w:tcPr>
            <w:tcW w:w="3055" w:type="dxa"/>
          </w:tcPr>
          <w:p w14:paraId="3FB9DBDF"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„An Contractual”</w:t>
            </w:r>
          </w:p>
        </w:tc>
        <w:tc>
          <w:tcPr>
            <w:tcW w:w="7009" w:type="dxa"/>
          </w:tcPr>
          <w:p w14:paraId="5834DC3E"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 perioadă de timp începând la Data Începerii şi terminându-se la aceeași dată a anilor următori, până la data încetării Duratei Contractului.</w:t>
            </w:r>
          </w:p>
        </w:tc>
      </w:tr>
      <w:tr w:rsidR="008B2EA6" w:rsidRPr="00CD3EA5" w14:paraId="235312E0" w14:textId="77777777" w:rsidTr="00E152C8">
        <w:tc>
          <w:tcPr>
            <w:tcW w:w="3055" w:type="dxa"/>
          </w:tcPr>
          <w:p w14:paraId="282B28CB"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”An Calendaristic”</w:t>
            </w:r>
          </w:p>
        </w:tc>
        <w:tc>
          <w:tcPr>
            <w:tcW w:w="7009" w:type="dxa"/>
          </w:tcPr>
          <w:p w14:paraId="1AC8C5A5"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rsidR="008B2EA6" w:rsidRPr="00CD3EA5" w14:paraId="77D8BCC9" w14:textId="77777777" w:rsidTr="00E152C8">
        <w:trPr>
          <w:trHeight w:val="1223"/>
        </w:trPr>
        <w:tc>
          <w:tcPr>
            <w:tcW w:w="3055" w:type="dxa"/>
          </w:tcPr>
          <w:p w14:paraId="4507DD3D"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„Aria Delegării”</w:t>
            </w:r>
          </w:p>
        </w:tc>
        <w:tc>
          <w:tcPr>
            <w:tcW w:w="7009" w:type="dxa"/>
          </w:tcPr>
          <w:p w14:paraId="59BF3A09"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raza teritorială a unităților administrative din zona 5 care formează împreună Delegatarul, respectiv: </w:t>
            </w:r>
          </w:p>
          <w:p w14:paraId="1822530C" w14:textId="77777777" w:rsidR="008B2EA6" w:rsidRPr="00CD3EA5" w:rsidRDefault="008B2EA6" w:rsidP="00E152C8">
            <w:pPr>
              <w:pStyle w:val="Bodytext21"/>
              <w:shd w:val="clear" w:color="auto" w:fill="auto"/>
              <w:tabs>
                <w:tab w:val="left" w:pos="349"/>
                <w:tab w:val="left" w:pos="630"/>
              </w:tabs>
              <w:spacing w:after="0" w:line="240" w:lineRule="auto"/>
              <w:ind w:firstLine="0"/>
              <w:jc w:val="both"/>
              <w:rPr>
                <w:rFonts w:ascii="Times New Roman" w:eastAsia="Calibri" w:hAnsi="Times New Roman" w:cs="Times New Roman"/>
                <w:sz w:val="24"/>
                <w:szCs w:val="24"/>
                <w:lang w:val="ro-RO"/>
              </w:rPr>
            </w:pPr>
            <w:r w:rsidRPr="00CD3EA5">
              <w:rPr>
                <w:rFonts w:ascii="Times New Roman" w:eastAsia="Calibri" w:hAnsi="Times New Roman" w:cs="Times New Roman"/>
                <w:sz w:val="24"/>
                <w:szCs w:val="24"/>
                <w:lang w:val="ro-RO"/>
              </w:rPr>
              <w:t xml:space="preserve">Zona 5: </w:t>
            </w:r>
            <w:r w:rsidRPr="00CD3EA5">
              <w:rPr>
                <w:rFonts w:ascii="Times New Roman" w:eastAsia="Calibri" w:hAnsi="Times New Roman" w:cs="Times New Roman"/>
                <w:bCs/>
                <w:sz w:val="24"/>
                <w:szCs w:val="24"/>
                <w:lang w:val="ro-RO"/>
              </w:rPr>
              <w:t>Lipova, Bârzava, Bata, Birchiș, Conop, Ghiroc, Păulis, Petriș, Săvârșin, Șistrovăț, Ususău, Vărădia de Mureș, Zăbrani</w:t>
            </w:r>
            <w:r w:rsidRPr="00CD3EA5">
              <w:rPr>
                <w:rFonts w:ascii="Times New Roman" w:eastAsia="Calibri" w:hAnsi="Times New Roman" w:cs="Times New Roman"/>
                <w:sz w:val="24"/>
                <w:szCs w:val="24"/>
                <w:lang w:val="ro-RO"/>
              </w:rPr>
              <w:t>;</w:t>
            </w:r>
          </w:p>
        </w:tc>
      </w:tr>
      <w:tr w:rsidR="008B2EA6" w:rsidRPr="00CD3EA5" w14:paraId="407C5910" w14:textId="77777777" w:rsidTr="00E152C8">
        <w:tc>
          <w:tcPr>
            <w:tcW w:w="3055" w:type="dxa"/>
          </w:tcPr>
          <w:p w14:paraId="50CF6B85" w14:textId="77777777" w:rsidR="008B2EA6" w:rsidRPr="00CD3EA5" w:rsidRDefault="008B2EA6" w:rsidP="00E152C8">
            <w:pPr>
              <w:rPr>
                <w:rFonts w:ascii="Times New Roman" w:hAnsi="Times New Roman"/>
                <w:sz w:val="24"/>
                <w:szCs w:val="24"/>
              </w:rPr>
            </w:pPr>
            <w:r w:rsidRPr="00CD3EA5">
              <w:rPr>
                <w:rFonts w:ascii="Times New Roman" w:hAnsi="Times New Roman"/>
                <w:b/>
                <w:bCs/>
                <w:sz w:val="24"/>
                <w:szCs w:val="24"/>
              </w:rPr>
              <w:t>„Autoritatea Competentă”</w:t>
            </w:r>
          </w:p>
        </w:tc>
        <w:tc>
          <w:tcPr>
            <w:tcW w:w="7009" w:type="dxa"/>
          </w:tcPr>
          <w:p w14:paraId="405CBAF0"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instanță judecătorească competentă şi orice autoritate locală, naţională sau organizaţie internațională, inspectorat, agenţie, ministru, minister, persoană oficială sau funcţionar public din cadrul Guvernului României, instituţie publică, inclusiv, dar nelimitându-se la, Autoritatea de Reglementare.</w:t>
            </w:r>
          </w:p>
        </w:tc>
      </w:tr>
      <w:tr w:rsidR="008B2EA6" w:rsidRPr="00CD3EA5" w14:paraId="0217F7C6" w14:textId="77777777" w:rsidTr="00E152C8">
        <w:tc>
          <w:tcPr>
            <w:tcW w:w="3055" w:type="dxa"/>
          </w:tcPr>
          <w:p w14:paraId="7D718669"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„Autoritatea de Reglementare”</w:t>
            </w:r>
          </w:p>
        </w:tc>
        <w:tc>
          <w:tcPr>
            <w:tcW w:w="7009" w:type="dxa"/>
          </w:tcPr>
          <w:p w14:paraId="073E74EA"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Autoritatea Naţională de Reglementare pentru Serviciile Comunitare de Utilităţi Publice (ANRSC) sau orice altă instituţie similară care poate fi autorizată şi împuternicită conform Legii în vigoare la un moment dat să monitorizeze şi să reglementeze regimul tarifelor şi/sau al Serviciului.</w:t>
            </w:r>
          </w:p>
        </w:tc>
      </w:tr>
      <w:tr w:rsidR="008B2EA6" w:rsidRPr="00CD3EA5" w14:paraId="1D49A664" w14:textId="77777777" w:rsidTr="00E152C8">
        <w:tc>
          <w:tcPr>
            <w:tcW w:w="3055" w:type="dxa"/>
          </w:tcPr>
          <w:p w14:paraId="6C891455" w14:textId="77777777" w:rsidR="008B2EA6" w:rsidRPr="00CD3EA5" w:rsidRDefault="008B2EA6" w:rsidP="00E152C8">
            <w:pPr>
              <w:rPr>
                <w:rFonts w:ascii="Times New Roman" w:hAnsi="Times New Roman"/>
                <w:sz w:val="24"/>
                <w:szCs w:val="24"/>
              </w:rPr>
            </w:pPr>
            <w:r w:rsidRPr="00CD3EA5">
              <w:rPr>
                <w:rFonts w:ascii="Times New Roman" w:hAnsi="Times New Roman"/>
                <w:sz w:val="24"/>
                <w:szCs w:val="24"/>
              </w:rPr>
              <w:t>„</w:t>
            </w:r>
            <w:r w:rsidRPr="00CD3EA5">
              <w:rPr>
                <w:rFonts w:ascii="Times New Roman" w:hAnsi="Times New Roman"/>
                <w:b/>
                <w:sz w:val="24"/>
                <w:szCs w:val="24"/>
              </w:rPr>
              <w:t>Autorizaţii</w:t>
            </w:r>
            <w:r w:rsidRPr="00CD3EA5">
              <w:rPr>
                <w:rFonts w:ascii="Times New Roman" w:hAnsi="Times New Roman"/>
                <w:sz w:val="24"/>
                <w:szCs w:val="24"/>
              </w:rPr>
              <w:t>”</w:t>
            </w:r>
          </w:p>
        </w:tc>
        <w:tc>
          <w:tcPr>
            <w:tcW w:w="7009" w:type="dxa"/>
          </w:tcPr>
          <w:p w14:paraId="61DE03EE"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toate autorizaţiile, licenţele, permisele, certificatele, avizele, aprobările etc., emise de Autoritatea de Reglementarea sau altă Autoritate Competentă, în scopul furnizării/prestării şi gestiunii Serviciului.</w:t>
            </w:r>
          </w:p>
        </w:tc>
      </w:tr>
      <w:tr w:rsidR="008B2EA6" w:rsidRPr="00CD3EA5" w14:paraId="4404962C" w14:textId="77777777" w:rsidTr="00E152C8">
        <w:tc>
          <w:tcPr>
            <w:tcW w:w="3055" w:type="dxa"/>
          </w:tcPr>
          <w:p w14:paraId="2D811781" w14:textId="77777777" w:rsidR="008B2EA6" w:rsidRPr="00CD3EA5" w:rsidRDefault="008B2EA6" w:rsidP="00E152C8">
            <w:pPr>
              <w:autoSpaceDE w:val="0"/>
              <w:autoSpaceDN w:val="0"/>
              <w:adjustRightInd w:val="0"/>
              <w:rPr>
                <w:rFonts w:ascii="Times New Roman" w:eastAsiaTheme="minorHAnsi" w:hAnsi="Times New Roman"/>
                <w:sz w:val="24"/>
                <w:szCs w:val="24"/>
              </w:rPr>
            </w:pPr>
          </w:p>
          <w:p w14:paraId="4C6F8D26"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„Avize de Rectificare”</w:t>
            </w:r>
          </w:p>
        </w:tc>
        <w:tc>
          <w:tcPr>
            <w:tcW w:w="7009" w:type="dxa"/>
          </w:tcPr>
          <w:p w14:paraId="6E86CA1C"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document elaborat de Delegatar prin care înștiințează Delegatul de identificarea unor deficiențe în prestarea Serviciului, care se pot remedia în 24 de ore.</w:t>
            </w:r>
          </w:p>
        </w:tc>
      </w:tr>
      <w:tr w:rsidR="008B2EA6" w:rsidRPr="00CD3EA5" w14:paraId="5E2A51DF" w14:textId="77777777" w:rsidTr="00E152C8">
        <w:tc>
          <w:tcPr>
            <w:tcW w:w="3055" w:type="dxa"/>
          </w:tcPr>
          <w:p w14:paraId="7F01F584" w14:textId="77777777" w:rsidR="008B2EA6" w:rsidRPr="00CD3EA5" w:rsidRDefault="008B2EA6" w:rsidP="00E152C8">
            <w:pPr>
              <w:autoSpaceDE w:val="0"/>
              <w:autoSpaceDN w:val="0"/>
              <w:adjustRightInd w:val="0"/>
              <w:rPr>
                <w:rFonts w:ascii="Times New Roman" w:eastAsiaTheme="minorHAnsi" w:hAnsi="Times New Roman"/>
                <w:sz w:val="24"/>
                <w:szCs w:val="24"/>
              </w:rPr>
            </w:pPr>
          </w:p>
          <w:p w14:paraId="0934B980" w14:textId="77777777" w:rsidR="008B2EA6" w:rsidRPr="00CD3EA5" w:rsidRDefault="008B2EA6" w:rsidP="00E152C8">
            <w:pPr>
              <w:rPr>
                <w:rFonts w:ascii="Times New Roman" w:eastAsiaTheme="minorHAnsi" w:hAnsi="Times New Roman"/>
                <w:sz w:val="24"/>
                <w:szCs w:val="24"/>
              </w:rPr>
            </w:pPr>
            <w:r w:rsidRPr="00CD3EA5">
              <w:rPr>
                <w:rFonts w:ascii="Times New Roman" w:hAnsi="Times New Roman"/>
                <w:b/>
                <w:sz w:val="24"/>
                <w:szCs w:val="24"/>
              </w:rPr>
              <w:t>„Avize de Rectificare Majoră”</w:t>
            </w:r>
          </w:p>
        </w:tc>
        <w:tc>
          <w:tcPr>
            <w:tcW w:w="7009" w:type="dxa"/>
          </w:tcPr>
          <w:p w14:paraId="46BD1062" w14:textId="77777777" w:rsidR="008B2EA6" w:rsidRPr="00CD3EA5" w:rsidRDefault="008B2EA6" w:rsidP="00E152C8">
            <w:pPr>
              <w:jc w:val="both"/>
              <w:rPr>
                <w:rFonts w:ascii="Times New Roman" w:eastAsiaTheme="minorHAnsi" w:hAnsi="Times New Roman"/>
                <w:sz w:val="24"/>
                <w:szCs w:val="24"/>
              </w:rPr>
            </w:pPr>
            <w:r w:rsidRPr="00CD3EA5">
              <w:rPr>
                <w:rFonts w:ascii="Times New Roman" w:hAnsi="Times New Roman"/>
                <w:sz w:val="24"/>
                <w:szCs w:val="24"/>
              </w:rPr>
              <w:t>înseamnă orice document elaborat de Delegatar prin care înștiințează Delegatul de identificarea unor deficiențe în prestarea Serviciului, care se pot remedia în 48 de ore.</w:t>
            </w:r>
          </w:p>
        </w:tc>
      </w:tr>
      <w:tr w:rsidR="008B2EA6" w:rsidRPr="00CD3EA5" w14:paraId="04FA4460" w14:textId="77777777" w:rsidTr="00E152C8">
        <w:tc>
          <w:tcPr>
            <w:tcW w:w="3055" w:type="dxa"/>
          </w:tcPr>
          <w:p w14:paraId="1893C2CA"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„Bune Practici Comerciale”</w:t>
            </w:r>
          </w:p>
        </w:tc>
        <w:tc>
          <w:tcPr>
            <w:tcW w:w="7009" w:type="dxa"/>
          </w:tcPr>
          <w:p w14:paraId="77A46CA3"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toate acţiunile,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79E89E53" w14:textId="77777777" w:rsidR="008B2EA6" w:rsidRPr="00CD3EA5" w:rsidRDefault="008B2EA6" w:rsidP="008B2EA6">
            <w:pPr>
              <w:pStyle w:val="ListParagraph"/>
              <w:numPr>
                <w:ilvl w:val="0"/>
                <w:numId w:val="72"/>
              </w:numPr>
              <w:contextualSpacing w:val="0"/>
              <w:jc w:val="both"/>
              <w:rPr>
                <w:rFonts w:ascii="Times New Roman" w:hAnsi="Times New Roman"/>
                <w:sz w:val="24"/>
                <w:szCs w:val="24"/>
              </w:rPr>
            </w:pPr>
            <w:r w:rsidRPr="00CD3EA5">
              <w:rPr>
                <w:rFonts w:ascii="Times New Roman" w:hAnsi="Times New Roman"/>
                <w:sz w:val="24"/>
                <w:szCs w:val="24"/>
              </w:rPr>
              <w:t xml:space="preserve">disponibilitatea necesarului de echipamente, utilaje, vehicule, materiale, instalaţii şi staţii, resurse adecvate, inclusiv a </w:t>
            </w:r>
            <w:r w:rsidRPr="00CD3EA5">
              <w:rPr>
                <w:rFonts w:ascii="Times New Roman" w:hAnsi="Times New Roman"/>
                <w:sz w:val="24"/>
                <w:szCs w:val="24"/>
              </w:rPr>
              <w:lastRenderedPageBreak/>
              <w:t>utilităţilor necesare astfel încât aceste elemente ante-menţionate să funcţioneze la capacitate maximă atât în condiţii normale de operare, cât şi în condiţii excepţionale de operare ce pot fi prevăzute în limite rezonabile;</w:t>
            </w:r>
          </w:p>
          <w:p w14:paraId="6C0ED2C1" w14:textId="77777777" w:rsidR="008B2EA6" w:rsidRPr="00CD3EA5" w:rsidRDefault="008B2EA6" w:rsidP="008B2EA6">
            <w:pPr>
              <w:pStyle w:val="ListParagraph"/>
              <w:numPr>
                <w:ilvl w:val="0"/>
                <w:numId w:val="72"/>
              </w:numPr>
              <w:contextualSpacing w:val="0"/>
              <w:jc w:val="both"/>
              <w:rPr>
                <w:rFonts w:ascii="Times New Roman" w:hAnsi="Times New Roman"/>
                <w:sz w:val="24"/>
                <w:szCs w:val="24"/>
              </w:rPr>
            </w:pPr>
            <w:r w:rsidRPr="00CD3EA5">
              <w:rPr>
                <w:rFonts w:ascii="Times New Roman" w:hAnsi="Times New Roman"/>
                <w:sz w:val="24"/>
                <w:szCs w:val="24"/>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0FB83904" w14:textId="77777777" w:rsidR="008B2EA6" w:rsidRPr="00CD3EA5" w:rsidRDefault="008B2EA6" w:rsidP="008B2EA6">
            <w:pPr>
              <w:pStyle w:val="ListParagraph"/>
              <w:numPr>
                <w:ilvl w:val="0"/>
                <w:numId w:val="72"/>
              </w:numPr>
              <w:contextualSpacing w:val="0"/>
              <w:jc w:val="both"/>
              <w:rPr>
                <w:rFonts w:ascii="Times New Roman" w:hAnsi="Times New Roman"/>
                <w:sz w:val="24"/>
                <w:szCs w:val="24"/>
              </w:rPr>
            </w:pPr>
            <w:r w:rsidRPr="00CD3EA5">
              <w:rPr>
                <w:rFonts w:ascii="Times New Roman" w:hAnsi="Times New Roman"/>
                <w:sz w:val="24"/>
                <w:szCs w:val="24"/>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29700E85" w14:textId="77777777" w:rsidR="008B2EA6" w:rsidRPr="00CD3EA5" w:rsidRDefault="008B2EA6" w:rsidP="008B2EA6">
            <w:pPr>
              <w:pStyle w:val="ListParagraph"/>
              <w:numPr>
                <w:ilvl w:val="0"/>
                <w:numId w:val="72"/>
              </w:numPr>
              <w:contextualSpacing w:val="0"/>
              <w:jc w:val="both"/>
              <w:rPr>
                <w:rFonts w:ascii="Times New Roman" w:hAnsi="Times New Roman"/>
                <w:sz w:val="24"/>
                <w:szCs w:val="24"/>
              </w:rPr>
            </w:pPr>
            <w:r w:rsidRPr="00CD3EA5">
              <w:rPr>
                <w:rFonts w:ascii="Times New Roman" w:hAnsi="Times New Roman"/>
                <w:sz w:val="24"/>
                <w:szCs w:val="24"/>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4AE9C368" w14:textId="77777777" w:rsidR="008B2EA6" w:rsidRPr="00CD3EA5" w:rsidRDefault="008B2EA6" w:rsidP="008B2EA6">
            <w:pPr>
              <w:pStyle w:val="ListParagraph"/>
              <w:numPr>
                <w:ilvl w:val="0"/>
                <w:numId w:val="72"/>
              </w:numPr>
              <w:contextualSpacing w:val="0"/>
              <w:jc w:val="both"/>
              <w:rPr>
                <w:rFonts w:ascii="Times New Roman" w:hAnsi="Times New Roman"/>
                <w:sz w:val="24"/>
                <w:szCs w:val="24"/>
              </w:rPr>
            </w:pPr>
            <w:r w:rsidRPr="00CD3EA5">
              <w:rPr>
                <w:rFonts w:ascii="Times New Roman" w:hAnsi="Times New Roman"/>
                <w:sz w:val="24"/>
                <w:szCs w:val="24"/>
              </w:rPr>
              <w:t>operarea echipamentelor şi utilajelor folosite în gestiunea Serviciului în condiţii de siguranţă deplină pentru personalul manevrant, alţi angajaţi, populaţie, mediul înconjurător, precum şi pentru alte instalaţii conexe</w:t>
            </w:r>
          </w:p>
        </w:tc>
      </w:tr>
      <w:tr w:rsidR="008B2EA6" w:rsidRPr="00CD3EA5" w14:paraId="3C586EA0" w14:textId="77777777" w:rsidTr="00E152C8">
        <w:tc>
          <w:tcPr>
            <w:tcW w:w="3055" w:type="dxa"/>
          </w:tcPr>
          <w:p w14:paraId="101DD751"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lang w:eastAsia="ro-RO"/>
              </w:rPr>
              <w:lastRenderedPageBreak/>
              <w:t>„Bunuri de Preluare”</w:t>
            </w:r>
          </w:p>
        </w:tc>
        <w:tc>
          <w:tcPr>
            <w:tcW w:w="7009" w:type="dxa"/>
          </w:tcPr>
          <w:p w14:paraId="63D9F9FE"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acele bunuri care la Data Încetării Contractului pot reveni Delegatarului, în măsura în care acesta din urmă îşi manifestă intenția de a prelua bunurile respective în schimbul plății unei compensații, în condițiile Legii şi ale prezentului Contract.</w:t>
            </w:r>
          </w:p>
        </w:tc>
      </w:tr>
      <w:tr w:rsidR="008B2EA6" w:rsidRPr="00CD3EA5" w14:paraId="79D19923" w14:textId="77777777" w:rsidTr="00E152C8">
        <w:tc>
          <w:tcPr>
            <w:tcW w:w="3055" w:type="dxa"/>
          </w:tcPr>
          <w:p w14:paraId="2798B270" w14:textId="77777777" w:rsidR="008B2EA6" w:rsidRPr="00CD3EA5" w:rsidRDefault="008B2EA6" w:rsidP="00E152C8">
            <w:pPr>
              <w:rPr>
                <w:rFonts w:ascii="Times New Roman" w:hAnsi="Times New Roman"/>
                <w:sz w:val="24"/>
                <w:szCs w:val="24"/>
              </w:rPr>
            </w:pPr>
            <w:r w:rsidRPr="00CD3EA5">
              <w:rPr>
                <w:rFonts w:ascii="Times New Roman" w:hAnsi="Times New Roman"/>
                <w:b/>
                <w:sz w:val="24"/>
                <w:szCs w:val="24"/>
              </w:rPr>
              <w:t>„Bunuri de Retur”</w:t>
            </w:r>
          </w:p>
        </w:tc>
        <w:tc>
          <w:tcPr>
            <w:tcW w:w="7009" w:type="dxa"/>
          </w:tcPr>
          <w:p w14:paraId="28024303"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acele bunuri care, la Data Încetării Contractului, revin sau intră în proprietatea Delegatarului, de plin drept, în principiu gratuit (cu excepția cazurilor prevăzute de prezentul Contract), în bună stare, exploatabile şi libere de orice sarcini, ipoteci, gajuri sau garanții ori obligații similare.</w:t>
            </w:r>
          </w:p>
        </w:tc>
      </w:tr>
      <w:tr w:rsidR="008B2EA6" w:rsidRPr="00CD3EA5" w14:paraId="699A01DD" w14:textId="77777777" w:rsidTr="00E152C8">
        <w:tc>
          <w:tcPr>
            <w:tcW w:w="3055" w:type="dxa"/>
          </w:tcPr>
          <w:p w14:paraId="78ECC5C1"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„Bunuri Proprii”</w:t>
            </w:r>
          </w:p>
        </w:tc>
        <w:tc>
          <w:tcPr>
            <w:tcW w:w="7009" w:type="dxa"/>
          </w:tcPr>
          <w:p w14:paraId="2E6B68A3"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acele bunuri care aparțin Delegatului și care rămân în proprietatea sa după Data Încetării Contractului.</w:t>
            </w:r>
          </w:p>
        </w:tc>
      </w:tr>
      <w:tr w:rsidR="008B2EA6" w:rsidRPr="00CD3EA5" w14:paraId="0E055331" w14:textId="77777777" w:rsidTr="00E152C8">
        <w:tc>
          <w:tcPr>
            <w:tcW w:w="3055" w:type="dxa"/>
          </w:tcPr>
          <w:p w14:paraId="54467485"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„Caietul de Sarcini”</w:t>
            </w:r>
          </w:p>
        </w:tc>
        <w:tc>
          <w:tcPr>
            <w:tcW w:w="7009" w:type="dxa"/>
          </w:tcPr>
          <w:p w14:paraId="2DF0E81C"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Caietul de Sarcini al Serviciului, anexat prezentului Contract.</w:t>
            </w:r>
          </w:p>
        </w:tc>
      </w:tr>
      <w:tr w:rsidR="008B2EA6" w:rsidRPr="00CD3EA5" w14:paraId="041BC595" w14:textId="77777777" w:rsidTr="00E152C8">
        <w:tc>
          <w:tcPr>
            <w:tcW w:w="3055" w:type="dxa"/>
          </w:tcPr>
          <w:p w14:paraId="7D552A2E"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„Colectarea Separată”</w:t>
            </w:r>
          </w:p>
        </w:tc>
        <w:tc>
          <w:tcPr>
            <w:tcW w:w="7009" w:type="dxa"/>
          </w:tcPr>
          <w:p w14:paraId="47402D6F"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colectarea în cadrul căreia un flux de deșeuri este păstrat separat în funcție de tipul şi natura deșeurilor, cu scopul de a facilita tratarea specifică a acestora.</w:t>
            </w:r>
          </w:p>
        </w:tc>
      </w:tr>
      <w:tr w:rsidR="008B2EA6" w:rsidRPr="00CD3EA5" w14:paraId="24DE0B3F" w14:textId="77777777" w:rsidTr="00E152C8">
        <w:tc>
          <w:tcPr>
            <w:tcW w:w="3055" w:type="dxa"/>
          </w:tcPr>
          <w:p w14:paraId="387798D5" w14:textId="77777777" w:rsidR="008B2EA6" w:rsidRPr="00CD3EA5" w:rsidRDefault="008B2EA6" w:rsidP="00E152C8">
            <w:pPr>
              <w:rPr>
                <w:rFonts w:ascii="Times New Roman" w:hAnsi="Times New Roman"/>
                <w:b/>
                <w:sz w:val="24"/>
                <w:szCs w:val="24"/>
              </w:rPr>
            </w:pPr>
            <w:r w:rsidRPr="00CD3EA5">
              <w:rPr>
                <w:rFonts w:ascii="Times New Roman" w:hAnsi="Times New Roman"/>
                <w:b/>
                <w:bCs/>
                <w:iCs/>
                <w:sz w:val="24"/>
                <w:szCs w:val="24"/>
                <w:lang w:eastAsia="ro-RO"/>
              </w:rPr>
              <w:t>„Contract”</w:t>
            </w:r>
          </w:p>
        </w:tc>
        <w:tc>
          <w:tcPr>
            <w:tcW w:w="7009" w:type="dxa"/>
          </w:tcPr>
          <w:p w14:paraId="5F2EE397"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w:t>
            </w:r>
            <w:r w:rsidRPr="00CD3EA5">
              <w:rPr>
                <w:rFonts w:ascii="Times New Roman" w:hAnsi="Times New Roman"/>
                <w:bCs/>
                <w:iCs/>
                <w:sz w:val="24"/>
                <w:szCs w:val="24"/>
              </w:rPr>
              <w:t xml:space="preserve"> prezentul Contract de delegare a gestiunii serviciului în Zonele desemnate din județul Arad </w:t>
            </w:r>
            <w:r w:rsidRPr="00CD3EA5">
              <w:rPr>
                <w:rFonts w:ascii="Times New Roman" w:hAnsi="Times New Roman"/>
                <w:bCs/>
                <w:iCs/>
                <w:sz w:val="24"/>
                <w:szCs w:val="24"/>
              </w:rPr>
              <w:sym w:font="Symbol" w:char="F05B"/>
            </w:r>
            <w:r w:rsidRPr="00CD3EA5">
              <w:rPr>
                <w:rFonts w:ascii="Times New Roman" w:hAnsi="Times New Roman"/>
                <w:bCs/>
                <w:iCs/>
                <w:sz w:val="24"/>
                <w:szCs w:val="24"/>
              </w:rPr>
              <w:t xml:space="preserve">concesiune de servicii conform art. 14 alin (3) din Legea serviciului de salubrizare a localităților nr. 101/2006, republicată, cu modificările și completările ulterioare, coroborat cu art. 29 alin. (9) din Legea serviciilor comunitare de utilități publice nr. 51/2006, republicată, cu modificările și completările ulterioare și art. 8 din Legea nr. 100/2016 privind concesiunile de lucrări și concesiunile de servicii, cu modificările și completările </w:t>
            </w:r>
            <w:r w:rsidRPr="00CD3EA5">
              <w:rPr>
                <w:rFonts w:ascii="Times New Roman" w:hAnsi="Times New Roman"/>
                <w:bCs/>
                <w:iCs/>
                <w:sz w:val="24"/>
                <w:szCs w:val="24"/>
              </w:rPr>
              <w:lastRenderedPageBreak/>
              <w:t>ulterioare</w:t>
            </w:r>
            <w:r w:rsidRPr="00CD3EA5">
              <w:rPr>
                <w:rFonts w:ascii="Times New Roman" w:hAnsi="Times New Roman"/>
                <w:bCs/>
                <w:iCs/>
                <w:sz w:val="24"/>
                <w:szCs w:val="24"/>
              </w:rPr>
              <w:sym w:font="Symbol" w:char="F05D"/>
            </w:r>
            <w:r w:rsidRPr="00CD3EA5">
              <w:rPr>
                <w:rFonts w:ascii="Times New Roman" w:hAnsi="Times New Roman"/>
                <w:bCs/>
                <w:iCs/>
                <w:sz w:val="24"/>
                <w:szCs w:val="24"/>
              </w:rPr>
              <w:t>, împreună cu toate Anexele sale, așa cum pot fi modificate toate aceste documente, la un moment dat, cu acordul Părților prin acte adiționale</w:t>
            </w:r>
          </w:p>
        </w:tc>
      </w:tr>
      <w:tr w:rsidR="008B2EA6" w:rsidRPr="00CD3EA5" w14:paraId="65B2D95E" w14:textId="77777777" w:rsidTr="00E152C8">
        <w:tc>
          <w:tcPr>
            <w:tcW w:w="3055" w:type="dxa"/>
          </w:tcPr>
          <w:p w14:paraId="75623F3C" w14:textId="77777777" w:rsidR="008B2EA6" w:rsidRPr="00CD3EA5" w:rsidRDefault="008B2EA6" w:rsidP="00E152C8">
            <w:pPr>
              <w:rPr>
                <w:rFonts w:ascii="Times New Roman" w:hAnsi="Times New Roman"/>
                <w:b/>
                <w:bCs/>
                <w:iCs/>
                <w:sz w:val="24"/>
                <w:szCs w:val="24"/>
                <w:lang w:eastAsia="ro-RO"/>
              </w:rPr>
            </w:pPr>
            <w:r w:rsidRPr="00CD3EA5">
              <w:rPr>
                <w:rFonts w:ascii="Times New Roman" w:hAnsi="Times New Roman"/>
                <w:b/>
                <w:sz w:val="24"/>
                <w:szCs w:val="24"/>
              </w:rPr>
              <w:lastRenderedPageBreak/>
              <w:t>„Data Începerii”</w:t>
            </w:r>
          </w:p>
        </w:tc>
        <w:tc>
          <w:tcPr>
            <w:tcW w:w="7009" w:type="dxa"/>
          </w:tcPr>
          <w:p w14:paraId="5520C859"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data indicată de Delegatar în Ordinul de Începere, la care Delegatul trebuie să înceapă prestarea Serviciului;</w:t>
            </w:r>
          </w:p>
        </w:tc>
      </w:tr>
      <w:tr w:rsidR="008B2EA6" w:rsidRPr="00CD3EA5" w14:paraId="7C96D7B3" w14:textId="77777777" w:rsidTr="00E152C8">
        <w:tc>
          <w:tcPr>
            <w:tcW w:w="3055" w:type="dxa"/>
          </w:tcPr>
          <w:p w14:paraId="1949DF97"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„Data Intrării în Vigoare”</w:t>
            </w:r>
          </w:p>
        </w:tc>
        <w:tc>
          <w:tcPr>
            <w:tcW w:w="7009" w:type="dxa"/>
          </w:tcPr>
          <w:p w14:paraId="421361AC"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data semnării Contractului de către reprezentanții Delegatului şi ai Delegatarului sau de către ultimul dintre aceştia în cazul în care Contractul nu este semnat în aceeași zi de către ambele Părţi</w:t>
            </w:r>
          </w:p>
        </w:tc>
      </w:tr>
      <w:tr w:rsidR="008B2EA6" w:rsidRPr="00CD3EA5" w14:paraId="7A18C6E2" w14:textId="77777777" w:rsidTr="00E152C8">
        <w:tc>
          <w:tcPr>
            <w:tcW w:w="3055" w:type="dxa"/>
          </w:tcPr>
          <w:p w14:paraId="41DDF486"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„Data Încetării”</w:t>
            </w:r>
          </w:p>
        </w:tc>
        <w:tc>
          <w:tcPr>
            <w:tcW w:w="7009" w:type="dxa"/>
          </w:tcPr>
          <w:p w14:paraId="7AFA9450"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data la care Contractul îşi încetează efectele între Părţi, fără a aduce atingere excepțiilor stipulate la Articolul 50 (“Menţinerea unor prevederi după Data Încetării”) din prezentul Contract</w:t>
            </w:r>
          </w:p>
        </w:tc>
      </w:tr>
      <w:tr w:rsidR="008B2EA6" w:rsidRPr="00CD3EA5" w14:paraId="5E9D54C9" w14:textId="77777777" w:rsidTr="00E152C8">
        <w:tc>
          <w:tcPr>
            <w:tcW w:w="3055" w:type="dxa"/>
          </w:tcPr>
          <w:p w14:paraId="2392B5D4"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„Daună”</w:t>
            </w:r>
          </w:p>
        </w:tc>
        <w:tc>
          <w:tcPr>
            <w:tcW w:w="7009" w:type="dxa"/>
          </w:tcPr>
          <w:p w14:paraId="4E5644E1"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prejudiciu, direct sau indirect, constând în pierderea efectivă suferită de creditorul obligaţiei neîndeplinite de către cealaltă Parte şi beneficiul de care acesta este lipsit, la stabilirea prejudiciului ţinându-se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8B2EA6" w:rsidRPr="00CD3EA5" w14:paraId="741AD0A6" w14:textId="77777777" w:rsidTr="00E152C8">
        <w:tc>
          <w:tcPr>
            <w:tcW w:w="3055" w:type="dxa"/>
          </w:tcPr>
          <w:p w14:paraId="54CA962F"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lang w:eastAsia="ro-RO"/>
              </w:rPr>
              <w:t>„</w:t>
            </w:r>
            <w:r w:rsidRPr="00CD3EA5">
              <w:rPr>
                <w:rFonts w:ascii="Times New Roman" w:hAnsi="Times New Roman"/>
                <w:b/>
                <w:bCs/>
                <w:iCs/>
                <w:sz w:val="24"/>
                <w:szCs w:val="24"/>
                <w:lang w:eastAsia="ro-RO"/>
              </w:rPr>
              <w:t>Delegat”</w:t>
            </w:r>
          </w:p>
        </w:tc>
        <w:tc>
          <w:tcPr>
            <w:tcW w:w="7009" w:type="dxa"/>
          </w:tcPr>
          <w:p w14:paraId="7AF069E1"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societatea</w:t>
            </w:r>
            <w:r w:rsidRPr="00CD3EA5">
              <w:rPr>
                <w:rFonts w:ascii="Times New Roman" w:hAnsi="Times New Roman"/>
                <w:bCs/>
                <w:iCs/>
                <w:sz w:val="24"/>
                <w:szCs w:val="24"/>
              </w:rPr>
              <w:t xml:space="preserve"> </w:t>
            </w:r>
            <w:r w:rsidRPr="00CD3EA5">
              <w:rPr>
                <w:rFonts w:ascii="Times New Roman" w:hAnsi="Times New Roman"/>
                <w:sz w:val="24"/>
                <w:szCs w:val="24"/>
              </w:rPr>
              <w:t>………, căreia îi este delegată gestiunea Serviciului, în baza și în conformitate cu prezentul Contract</w:t>
            </w:r>
          </w:p>
        </w:tc>
      </w:tr>
      <w:tr w:rsidR="008B2EA6" w:rsidRPr="00CD3EA5" w14:paraId="1A506808" w14:textId="77777777" w:rsidTr="00E152C8">
        <w:tc>
          <w:tcPr>
            <w:tcW w:w="3055" w:type="dxa"/>
          </w:tcPr>
          <w:p w14:paraId="43C37082"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lang w:eastAsia="ro-RO"/>
              </w:rPr>
              <w:t>„D</w:t>
            </w:r>
            <w:r w:rsidRPr="00CD3EA5">
              <w:rPr>
                <w:rFonts w:ascii="Times New Roman" w:hAnsi="Times New Roman"/>
                <w:b/>
                <w:bCs/>
                <w:iCs/>
                <w:sz w:val="24"/>
                <w:szCs w:val="24"/>
                <w:lang w:eastAsia="ro-RO"/>
              </w:rPr>
              <w:t>elegatar”</w:t>
            </w:r>
          </w:p>
        </w:tc>
        <w:tc>
          <w:tcPr>
            <w:tcW w:w="7009" w:type="dxa"/>
          </w:tcPr>
          <w:p w14:paraId="3BBFFCF9" w14:textId="77777777" w:rsidR="008B2EA6" w:rsidRDefault="008B2EA6" w:rsidP="00E152C8">
            <w:pPr>
              <w:jc w:val="both"/>
              <w:rPr>
                <w:rFonts w:ascii="Times New Roman" w:hAnsi="Times New Roman"/>
                <w:bCs/>
                <w:iCs/>
                <w:sz w:val="24"/>
                <w:szCs w:val="24"/>
              </w:rPr>
            </w:pPr>
            <w:r w:rsidRPr="00CD3EA5">
              <w:rPr>
                <w:rFonts w:ascii="Times New Roman" w:hAnsi="Times New Roman"/>
                <w:sz w:val="24"/>
                <w:szCs w:val="24"/>
              </w:rPr>
              <w:t xml:space="preserve">înseamnă ADISIGD </w:t>
            </w:r>
            <w:r w:rsidRPr="00CD3EA5">
              <w:rPr>
                <w:rFonts w:ascii="Times New Roman" w:hAnsi="Times New Roman"/>
                <w:bCs/>
                <w:iCs/>
                <w:sz w:val="24"/>
                <w:szCs w:val="24"/>
              </w:rPr>
              <w:t xml:space="preserve">Arad, </w:t>
            </w:r>
            <w:r>
              <w:rPr>
                <w:rFonts w:ascii="Times New Roman" w:hAnsi="Times New Roman"/>
                <w:bCs/>
                <w:iCs/>
                <w:sz w:val="24"/>
                <w:szCs w:val="24"/>
              </w:rPr>
              <w:t xml:space="preserve">în calitate de mandatar, </w:t>
            </w:r>
            <w:r w:rsidRPr="00CD3EA5">
              <w:rPr>
                <w:rFonts w:ascii="Times New Roman" w:hAnsi="Times New Roman"/>
                <w:bCs/>
                <w:iCs/>
                <w:sz w:val="24"/>
                <w:szCs w:val="24"/>
              </w:rPr>
              <w:t>în numele și pe seama unităţilor administrativ-teritoriale din Zona 5 a</w:t>
            </w:r>
            <w:r>
              <w:rPr>
                <w:rFonts w:ascii="Times New Roman" w:hAnsi="Times New Roman"/>
                <w:bCs/>
                <w:iCs/>
                <w:sz w:val="24"/>
                <w:szCs w:val="24"/>
              </w:rPr>
              <w:t>le</w:t>
            </w:r>
            <w:r w:rsidRPr="00CD3EA5">
              <w:rPr>
                <w:rFonts w:ascii="Times New Roman" w:hAnsi="Times New Roman"/>
                <w:bCs/>
                <w:iCs/>
                <w:sz w:val="24"/>
                <w:szCs w:val="24"/>
              </w:rPr>
              <w:t xml:space="preserve"> județului Arad, membre ale ADISIGD, care au atribuit prezentul Contract prin intermediul ADISIGD, </w:t>
            </w:r>
          </w:p>
          <w:p w14:paraId="4F58BCD0" w14:textId="77777777" w:rsidR="008B2EA6" w:rsidRPr="00F14195" w:rsidRDefault="008B2EA6" w:rsidP="00E152C8">
            <w:pPr>
              <w:jc w:val="both"/>
              <w:rPr>
                <w:rFonts w:ascii="Times New Roman" w:hAnsi="Times New Roman"/>
                <w:bCs/>
                <w:iCs/>
                <w:color w:val="227ACB"/>
                <w:sz w:val="24"/>
                <w:szCs w:val="24"/>
              </w:rPr>
            </w:pPr>
            <w:r w:rsidRPr="005F0FEC">
              <w:rPr>
                <w:rFonts w:ascii="Times New Roman" w:hAnsi="Times New Roman"/>
                <w:bCs/>
                <w:iCs/>
                <w:sz w:val="24"/>
                <w:szCs w:val="24"/>
              </w:rPr>
              <w:t xml:space="preserve">înseamnă </w:t>
            </w:r>
            <w:r>
              <w:rPr>
                <w:rFonts w:ascii="Times New Roman" w:hAnsi="Times New Roman"/>
                <w:bCs/>
                <w:iCs/>
                <w:sz w:val="24"/>
                <w:szCs w:val="24"/>
              </w:rPr>
              <w:t xml:space="preserve">Unitatea Administrativ-Teritorială Județul Arad și </w:t>
            </w:r>
            <w:r w:rsidRPr="005F0FEC">
              <w:rPr>
                <w:rFonts w:ascii="Times New Roman" w:hAnsi="Times New Roman"/>
                <w:bCs/>
                <w:iCs/>
                <w:sz w:val="24"/>
                <w:szCs w:val="24"/>
              </w:rPr>
              <w:t>unităţile administrativ-teritoriale aparținând zonei 5, identificate în preambulul contractului, reprezentate prin ADISIGD în numele și pe seama acestora.</w:t>
            </w:r>
          </w:p>
        </w:tc>
      </w:tr>
      <w:tr w:rsidR="008B2EA6" w:rsidRPr="00CD3EA5" w14:paraId="46C54639" w14:textId="77777777" w:rsidTr="00E152C8">
        <w:tc>
          <w:tcPr>
            <w:tcW w:w="3055" w:type="dxa"/>
          </w:tcPr>
          <w:p w14:paraId="19B3C709" w14:textId="77777777" w:rsidR="008B2EA6" w:rsidRPr="00CD3EA5" w:rsidRDefault="008B2EA6" w:rsidP="00E152C8">
            <w:pPr>
              <w:jc w:val="both"/>
              <w:rPr>
                <w:rFonts w:ascii="Times New Roman" w:hAnsi="Times New Roman"/>
                <w:b/>
                <w:sz w:val="24"/>
                <w:szCs w:val="24"/>
              </w:rPr>
            </w:pPr>
            <w:r w:rsidRPr="00CD3EA5">
              <w:rPr>
                <w:rFonts w:ascii="Times New Roman" w:hAnsi="Times New Roman"/>
                <w:b/>
                <w:sz w:val="24"/>
                <w:szCs w:val="24"/>
              </w:rPr>
              <w:t>„Depozit”</w:t>
            </w:r>
          </w:p>
        </w:tc>
        <w:tc>
          <w:tcPr>
            <w:tcW w:w="7009" w:type="dxa"/>
          </w:tcPr>
          <w:p w14:paraId="20E76CBA"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un amplasament pentru eliminarea finală a Deșeurilor, prin depozitare pe sol sau în subteran, pentru scopul prezentului Contract, acesta referindu-se la depozitul de deșeuri nepericuloase situat în municipiul Arad.</w:t>
            </w:r>
          </w:p>
          <w:p w14:paraId="6942E7D8" w14:textId="77777777" w:rsidR="008B2EA6" w:rsidRPr="00CD3EA5" w:rsidRDefault="008B2EA6" w:rsidP="00E152C8">
            <w:pPr>
              <w:jc w:val="both"/>
              <w:rPr>
                <w:rFonts w:ascii="Times New Roman" w:hAnsi="Times New Roman"/>
                <w:sz w:val="24"/>
                <w:szCs w:val="24"/>
              </w:rPr>
            </w:pPr>
            <w:r w:rsidRPr="00CD3EA5">
              <w:rPr>
                <w:rFonts w:ascii="Times New Roman" w:eastAsia="Times New Roman" w:hAnsi="Times New Roman"/>
                <w:sz w:val="24"/>
                <w:szCs w:val="24"/>
                <w:lang w:eastAsia="ro-RO"/>
              </w:rPr>
              <w:t>Depozitul de deșeuri nepericuloase județean situat în localitatea Arad, Șoseaua Centura Nord FN, județul Arad, operat de FCC Environment România SRL</w:t>
            </w:r>
          </w:p>
        </w:tc>
      </w:tr>
      <w:tr w:rsidR="008B2EA6" w:rsidRPr="00CD3EA5" w14:paraId="0AA3A2A3" w14:textId="77777777" w:rsidTr="00E152C8">
        <w:tc>
          <w:tcPr>
            <w:tcW w:w="3055" w:type="dxa"/>
          </w:tcPr>
          <w:p w14:paraId="1923E31C"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„Deşeu(uri)”</w:t>
            </w:r>
          </w:p>
        </w:tc>
        <w:tc>
          <w:tcPr>
            <w:tcW w:w="7009" w:type="dxa"/>
          </w:tcPr>
          <w:p w14:paraId="10CC59F4"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orice substanță sau obiect pe care deținătorul îl aruncă ori are intenția sau obligația să îl arunce;</w:t>
            </w:r>
          </w:p>
        </w:tc>
      </w:tr>
      <w:tr w:rsidR="008B2EA6" w:rsidRPr="00CD3EA5" w14:paraId="27CFEC0E" w14:textId="77777777" w:rsidTr="00E152C8">
        <w:tc>
          <w:tcPr>
            <w:tcW w:w="3055" w:type="dxa"/>
          </w:tcPr>
          <w:p w14:paraId="42A2F52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Municipale”</w:t>
            </w:r>
          </w:p>
        </w:tc>
        <w:tc>
          <w:tcPr>
            <w:tcW w:w="7009" w:type="dxa"/>
          </w:tcPr>
          <w:p w14:paraId="00A3738C" w14:textId="77777777" w:rsidR="008B2EA6" w:rsidRPr="00CD3EA5" w:rsidRDefault="008B2EA6" w:rsidP="00E152C8">
            <w:pPr>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înseamnă:</w:t>
            </w:r>
          </w:p>
          <w:p w14:paraId="199472F1" w14:textId="77777777" w:rsidR="008B2EA6" w:rsidRPr="00CD3EA5" w:rsidRDefault="008B2EA6" w:rsidP="00E152C8">
            <w:pPr>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a) deşeuri amestecate şi deşeuri colectate separat de la gospodării, inclusiv hârtia şi cartonul, sticlă, metalele, materialele plastice, biodeşeurile, lemnul, textilele, ambalajele, deşeurile de echipamente electrice şi electronice, deşeurile de baterii şi acumulatori şi deşeurile voluminoase, inclusiv saltelele şi mobila;</w:t>
            </w:r>
          </w:p>
          <w:p w14:paraId="6F0A3A0D" w14:textId="77777777" w:rsidR="008B2EA6" w:rsidRPr="00CD3EA5" w:rsidRDefault="008B2EA6" w:rsidP="00E152C8">
            <w:pPr>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b) deşeuri amestecate şi deşeuri colectate separat din alte surse în cazul în care deşeurile respective sunt similare ca natură şi compoziţie cu deşeurile menajere, în categoria „alte surse”, se includ, fără a se limita, toate instituțiile publice de pe raza UAT-urilor din aria de delegare a Serviciului, precum și toți agenții economici în condițiile prevăzute de Regulamentul Serviciului.</w:t>
            </w:r>
          </w:p>
          <w:p w14:paraId="7661FA65" w14:textId="77777777" w:rsidR="008B2EA6" w:rsidRPr="00CD3EA5" w:rsidRDefault="008B2EA6" w:rsidP="00E152C8">
            <w:pPr>
              <w:jc w:val="both"/>
              <w:rPr>
                <w:rFonts w:ascii="Times New Roman" w:hAnsi="Times New Roman"/>
                <w:strike/>
                <w:sz w:val="24"/>
                <w:szCs w:val="24"/>
              </w:rPr>
            </w:pPr>
            <w:r w:rsidRPr="00CD3EA5">
              <w:rPr>
                <w:rFonts w:ascii="Times New Roman" w:eastAsia="Times New Roman" w:hAnsi="Times New Roman"/>
                <w:sz w:val="24"/>
                <w:szCs w:val="24"/>
                <w:lang w:eastAsia="ro-RO"/>
              </w:rPr>
              <w:lastRenderedPageBreak/>
              <w:t> </w:t>
            </w:r>
            <w:r w:rsidRPr="00CD3EA5">
              <w:rPr>
                <w:rFonts w:ascii="Times New Roman" w:eastAsia="Times New Roman" w:hAnsi="Times New Roman"/>
                <w:sz w:val="24"/>
                <w:szCs w:val="24"/>
                <w:lang w:eastAsia="ro-RO"/>
              </w:rPr>
              <w:t>Deşeurile municipale nu includ deşeurile de producţie, agricultură, silvicultură, pescuit, fose septice şi reţeaua de canalizare şi tratare, inclusiv nămolul de epurare, vehiculele scoase din uz şi deşeurile provenite din activităţi de construcţie şi desfiinţări.</w:t>
            </w:r>
          </w:p>
        </w:tc>
      </w:tr>
      <w:tr w:rsidR="008B2EA6" w:rsidRPr="00CD3EA5" w14:paraId="12685E0A" w14:textId="77777777" w:rsidTr="00E152C8">
        <w:tc>
          <w:tcPr>
            <w:tcW w:w="3055" w:type="dxa"/>
          </w:tcPr>
          <w:p w14:paraId="6E9F9632"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lastRenderedPageBreak/>
              <w:t>„Deșeuri Menajere”</w:t>
            </w:r>
          </w:p>
        </w:tc>
        <w:tc>
          <w:tcPr>
            <w:tcW w:w="7009" w:type="dxa"/>
          </w:tcPr>
          <w:p w14:paraId="7B51F672"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Deșeurile provenite din gospodării/locuințe, inclusiv fracțiile colectate separat, şi care fac parte din categoriile 20 şi 15.01 din anexa nr. 2 la Hotărârea Guvernului nr. </w:t>
            </w:r>
            <w:r w:rsidRPr="00CD3EA5">
              <w:rPr>
                <w:rFonts w:ascii="Times New Roman" w:hAnsi="Times New Roman"/>
                <w:i/>
                <w:sz w:val="24"/>
                <w:szCs w:val="24"/>
              </w:rPr>
              <w:t>856/2002 privind evidenta gestiunii deşeurilor şi pentru aprobarea listei cuprinzând deşeurile, inclusiv deşeurile periculoase</w:t>
            </w:r>
            <w:r w:rsidRPr="00CD3EA5">
              <w:rPr>
                <w:rFonts w:ascii="Times New Roman" w:hAnsi="Times New Roman"/>
                <w:sz w:val="24"/>
                <w:szCs w:val="24"/>
              </w:rPr>
              <w:t>, cu completările ulterioare, ce includ Deșeuri Reciclabile, Biodeșeuri, Deşeuri Reziduale, Deșeuri Voluminoase, Deșeuri Periculoase din Deșeurile Menajere, Deșeurile Textile</w:t>
            </w:r>
          </w:p>
        </w:tc>
      </w:tr>
      <w:tr w:rsidR="008B2EA6" w:rsidRPr="00CD3EA5" w14:paraId="38311D2E" w14:textId="77777777" w:rsidTr="00E152C8">
        <w:tc>
          <w:tcPr>
            <w:tcW w:w="3055" w:type="dxa"/>
          </w:tcPr>
          <w:p w14:paraId="48EC6B6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Similare”</w:t>
            </w:r>
          </w:p>
        </w:tc>
        <w:tc>
          <w:tcPr>
            <w:tcW w:w="7009" w:type="dxa"/>
          </w:tcPr>
          <w:p w14:paraId="30E0B94A"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Deșeuri care din punctul de vedere al naturii şi al compoziţiei sunt comparabile cu Deșeurile Menajere, exclusiv deșeurile din producţie, din agricultură şi din activităţi forestiere; pot include, după caz și deșeurile din coșurile de gunoi stradale, </w:t>
            </w:r>
          </w:p>
        </w:tc>
      </w:tr>
      <w:tr w:rsidR="008B2EA6" w:rsidRPr="00CD3EA5" w14:paraId="201AC91A" w14:textId="77777777" w:rsidTr="00E152C8">
        <w:tc>
          <w:tcPr>
            <w:tcW w:w="3055" w:type="dxa"/>
          </w:tcPr>
          <w:p w14:paraId="4F394A9F"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din Piețe”</w:t>
            </w:r>
          </w:p>
        </w:tc>
        <w:tc>
          <w:tcPr>
            <w:tcW w:w="7009" w:type="dxa"/>
          </w:tcPr>
          <w:p w14:paraId="63F09897"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Deşeurile rezultate în urma activităților derulate în incinta piețelor autorizate, </w:t>
            </w:r>
            <w:r w:rsidRPr="00CD3EA5">
              <w:rPr>
                <w:rFonts w:ascii="Times New Roman" w:hAnsi="Times New Roman"/>
                <w:sz w:val="24"/>
                <w:szCs w:val="24"/>
                <w:shd w:val="clear" w:color="auto" w:fill="FFFFFF" w:themeFill="background1"/>
              </w:rPr>
              <w:t>codul 20 03 02</w:t>
            </w:r>
            <w:r w:rsidRPr="00CD3EA5">
              <w:rPr>
                <w:rFonts w:ascii="Times New Roman" w:hAnsi="Times New Roman"/>
                <w:sz w:val="24"/>
                <w:szCs w:val="24"/>
              </w:rPr>
              <w:t xml:space="preserve"> conform Deciziei Comisiei 2000/532/CE din 3 mai 2000 de stabilire a unei liste de deşeuri cu modificările ulterioare, </w:t>
            </w:r>
          </w:p>
        </w:tc>
      </w:tr>
      <w:tr w:rsidR="008B2EA6" w:rsidRPr="00CD3EA5" w14:paraId="4D2575B4" w14:textId="77777777" w:rsidTr="00E152C8">
        <w:tc>
          <w:tcPr>
            <w:tcW w:w="3055" w:type="dxa"/>
          </w:tcPr>
          <w:p w14:paraId="3EA1A1AB"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Reziduale”</w:t>
            </w:r>
          </w:p>
        </w:tc>
        <w:tc>
          <w:tcPr>
            <w:tcW w:w="7009" w:type="dxa"/>
          </w:tcPr>
          <w:p w14:paraId="59C3F1F0"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Deșeuri în amestec din Deșeurile Menajere și din Deșeurile Similare cu excepția fracțiilor colectate separat (cod 20 03 01)</w:t>
            </w:r>
          </w:p>
        </w:tc>
      </w:tr>
      <w:tr w:rsidR="008B2EA6" w:rsidRPr="00CD3EA5" w14:paraId="6F5589CF" w14:textId="77777777" w:rsidTr="00E152C8">
        <w:tc>
          <w:tcPr>
            <w:tcW w:w="3055" w:type="dxa"/>
          </w:tcPr>
          <w:p w14:paraId="31215B59"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Reciclabile”</w:t>
            </w:r>
          </w:p>
        </w:tc>
        <w:tc>
          <w:tcPr>
            <w:tcW w:w="7009" w:type="dxa"/>
          </w:tcPr>
          <w:p w14:paraId="67BA40D1"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Deșeu Municipal care poate constitui materie primă într-un proces de producție pentru obținerea produsului iniţial sau pentru alte scopuri, inclusiv Deșeuri din ambalaje municipale</w:t>
            </w:r>
          </w:p>
        </w:tc>
      </w:tr>
      <w:tr w:rsidR="008B2EA6" w:rsidRPr="00CD3EA5" w14:paraId="6C21F79B" w14:textId="77777777" w:rsidTr="00E152C8">
        <w:tc>
          <w:tcPr>
            <w:tcW w:w="3055" w:type="dxa"/>
          </w:tcPr>
          <w:p w14:paraId="3F94BC0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„Biodeșeuri”</w:t>
            </w:r>
          </w:p>
        </w:tc>
        <w:tc>
          <w:tcPr>
            <w:tcW w:w="7009" w:type="dxa"/>
          </w:tcPr>
          <w:p w14:paraId="47FDBBFF"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deșeuri biodegradabile provenite din grădini și parcuri, deșeuri alimentare și de bucătărie provenite de la gospodării, birouri, restaurante, depozite angro, cantine, firme de catering sau magazine de vânzare cu amănuntul și deșeuri comparabile provenite din uzinele de prelucrare a produselor alimentare</w:t>
            </w:r>
          </w:p>
        </w:tc>
      </w:tr>
      <w:tr w:rsidR="008B2EA6" w:rsidRPr="00CD3EA5" w14:paraId="71B283A3" w14:textId="77777777" w:rsidTr="00E152C8">
        <w:tc>
          <w:tcPr>
            <w:tcW w:w="3055" w:type="dxa"/>
          </w:tcPr>
          <w:p w14:paraId="6E24EA92"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Verzi”</w:t>
            </w:r>
          </w:p>
        </w:tc>
        <w:tc>
          <w:tcPr>
            <w:tcW w:w="7009" w:type="dxa"/>
          </w:tcPr>
          <w:p w14:paraId="1947C739"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Deșeuri provenind din parcuri sau grădini (publice și/sau private), precum frunze, iarbă, flori, garduri vii, crengi, etc.</w:t>
            </w:r>
          </w:p>
        </w:tc>
      </w:tr>
      <w:tr w:rsidR="008B2EA6" w:rsidRPr="00CD3EA5" w14:paraId="5B847283" w14:textId="77777777" w:rsidTr="00E152C8">
        <w:tc>
          <w:tcPr>
            <w:tcW w:w="3055" w:type="dxa"/>
          </w:tcPr>
          <w:p w14:paraId="6870EB50"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Voluminoase”</w:t>
            </w:r>
          </w:p>
        </w:tc>
        <w:tc>
          <w:tcPr>
            <w:tcW w:w="7009" w:type="dxa"/>
          </w:tcPr>
          <w:p w14:paraId="4F0059DE" w14:textId="77777777" w:rsidR="008B2EA6" w:rsidRPr="00CD3EA5" w:rsidRDefault="008B2EA6" w:rsidP="00E152C8">
            <w:pPr>
              <w:jc w:val="both"/>
              <w:rPr>
                <w:rFonts w:ascii="Times New Roman" w:hAnsi="Times New Roman"/>
                <w:sz w:val="24"/>
                <w:szCs w:val="24"/>
              </w:rPr>
            </w:pPr>
            <w:r w:rsidRPr="00CD3EA5">
              <w:rPr>
                <w:rFonts w:ascii="Times New Roman" w:hAnsi="Times New Roman"/>
                <w:bCs/>
                <w:sz w:val="24"/>
                <w:szCs w:val="24"/>
              </w:rPr>
              <w:t>înseamnă orice Deșeu Municipal ale cărui dimensiuni îngreunează manipularea acestora, altele decât deșeurile de echipamente electrice și electronice</w:t>
            </w:r>
          </w:p>
        </w:tc>
      </w:tr>
      <w:tr w:rsidR="008B2EA6" w:rsidRPr="00CD3EA5" w14:paraId="7B241268" w14:textId="77777777" w:rsidTr="00E152C8">
        <w:tc>
          <w:tcPr>
            <w:tcW w:w="3055" w:type="dxa"/>
          </w:tcPr>
          <w:p w14:paraId="0329F5C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Periculoase din Deșeurile Menajere”</w:t>
            </w:r>
          </w:p>
        </w:tc>
        <w:tc>
          <w:tcPr>
            <w:tcW w:w="7009" w:type="dxa"/>
          </w:tcPr>
          <w:p w14:paraId="7BC62270"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Deșeurile periculoase generate de populație în urma activităților desfășurate în gospodăriile proprii. În sensul Legii, </w:t>
            </w:r>
            <w:r w:rsidRPr="00CD3EA5">
              <w:rPr>
                <w:rFonts w:ascii="Times New Roman" w:hAnsi="Times New Roman"/>
                <w:i/>
                <w:sz w:val="24"/>
                <w:szCs w:val="24"/>
              </w:rPr>
              <w:t>deșeuri periculoase</w:t>
            </w:r>
            <w:r w:rsidRPr="00CD3EA5">
              <w:rPr>
                <w:rFonts w:ascii="Times New Roman" w:hAnsi="Times New Roman"/>
                <w:b/>
                <w:sz w:val="24"/>
                <w:szCs w:val="24"/>
              </w:rPr>
              <w:t xml:space="preserve"> </w:t>
            </w:r>
            <w:r w:rsidRPr="00CD3EA5">
              <w:rPr>
                <w:rFonts w:ascii="Times New Roman" w:hAnsi="Times New Roman"/>
                <w:sz w:val="24"/>
                <w:szCs w:val="24"/>
              </w:rPr>
              <w:t>înseamnă orice deșeuri care prezintă una sau mai multe din proprietățile periculoase enumerate în anexa III a Directivei 2008/98/CE a Parlamentului European şi a Consiliului privind deşeurile şi de abrogare a anumitor directive, cu modificările şi completările ulterioare</w:t>
            </w:r>
          </w:p>
        </w:tc>
      </w:tr>
      <w:tr w:rsidR="008B2EA6" w:rsidRPr="00CD3EA5" w14:paraId="53EEF9BF" w14:textId="77777777" w:rsidTr="00E152C8">
        <w:tc>
          <w:tcPr>
            <w:tcW w:w="3055" w:type="dxa"/>
          </w:tcPr>
          <w:p w14:paraId="31E309F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„Deșeuri de Ambalaje”</w:t>
            </w:r>
          </w:p>
        </w:tc>
        <w:tc>
          <w:tcPr>
            <w:tcW w:w="7009" w:type="dxa"/>
          </w:tcPr>
          <w:p w14:paraId="6E01BE50"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Deșeurile de ambalaje provenite din Deșeurile Municipale, cu excepția Deșeurilor de ambalaje provenite din activități comerciale și industriale. În sensul Legii, deșeuri de ambalaje înseamnă orice ambalaje sau materiale de ambalare care satisfac cerinţele definiţiei de deşeu, exclusiv deşeurile de producţie, din anexa nr. 1 la Ordonanța de Urgență nr. 92/2021 privind regimul deșeurilor</w:t>
            </w:r>
          </w:p>
        </w:tc>
      </w:tr>
      <w:tr w:rsidR="008B2EA6" w:rsidRPr="00CD3EA5" w14:paraId="717B7D59" w14:textId="77777777" w:rsidTr="00E152C8">
        <w:tc>
          <w:tcPr>
            <w:tcW w:w="3055" w:type="dxa"/>
          </w:tcPr>
          <w:p w14:paraId="11F009CD"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lastRenderedPageBreak/>
              <w:t>„Deşeuri din Construcţii şi Desființări Provenite de la Populație”</w:t>
            </w:r>
          </w:p>
          <w:p w14:paraId="40B4C927" w14:textId="77777777" w:rsidR="008B2EA6" w:rsidRPr="00CD3EA5" w:rsidRDefault="008B2EA6" w:rsidP="00E152C8">
            <w:pPr>
              <w:rPr>
                <w:rFonts w:ascii="Times New Roman" w:hAnsi="Times New Roman"/>
                <w:b/>
                <w:sz w:val="24"/>
                <w:szCs w:val="24"/>
                <w:lang w:eastAsia="ro-RO"/>
              </w:rPr>
            </w:pPr>
          </w:p>
        </w:tc>
        <w:tc>
          <w:tcPr>
            <w:tcW w:w="7009" w:type="dxa"/>
          </w:tcPr>
          <w:p w14:paraId="7295A22D" w14:textId="77777777" w:rsidR="008B2EA6" w:rsidRPr="00CD3EA5" w:rsidRDefault="008B2EA6" w:rsidP="00E152C8">
            <w:pPr>
              <w:jc w:val="both"/>
              <w:rPr>
                <w:rFonts w:ascii="Times New Roman" w:hAnsi="Times New Roman"/>
                <w:sz w:val="24"/>
                <w:szCs w:val="24"/>
              </w:rPr>
            </w:pPr>
            <w:r w:rsidRPr="00CD3EA5">
              <w:rPr>
                <w:rFonts w:ascii="Times New Roman" w:hAnsi="Times New Roman"/>
                <w:bCs/>
                <w:sz w:val="24"/>
                <w:szCs w:val="24"/>
              </w:rPr>
              <w:t xml:space="preserve">înseamnă </w:t>
            </w:r>
            <w:r w:rsidRPr="00CD3EA5">
              <w:rPr>
                <w:rFonts w:ascii="Times New Roman" w:hAnsi="Times New Roman"/>
                <w:sz w:val="24"/>
                <w:szCs w:val="24"/>
              </w:rPr>
              <w:t>Deşeuri solide generate de activităţi de reamenajare şi reabilitare interioară şi/sau exterioară a locuinţelor proprietate individuală. În sensul legii,</w:t>
            </w:r>
            <w:r w:rsidRPr="00CD3EA5">
              <w:rPr>
                <w:rFonts w:ascii="Times New Roman" w:hAnsi="Times New Roman"/>
                <w:b/>
                <w:sz w:val="24"/>
                <w:szCs w:val="24"/>
              </w:rPr>
              <w:t xml:space="preserve"> </w:t>
            </w:r>
            <w:r w:rsidRPr="00CD3EA5">
              <w:rPr>
                <w:rFonts w:ascii="Times New Roman" w:hAnsi="Times New Roman"/>
                <w:bCs/>
                <w:sz w:val="24"/>
                <w:szCs w:val="24"/>
              </w:rPr>
              <w:t>deşeuri din construcţii şi desființări</w:t>
            </w:r>
            <w:r w:rsidRPr="00CD3EA5">
              <w:rPr>
                <w:rFonts w:ascii="Times New Roman" w:hAnsi="Times New Roman"/>
                <w:b/>
                <w:sz w:val="24"/>
                <w:szCs w:val="24"/>
              </w:rPr>
              <w:t xml:space="preserve"> </w:t>
            </w:r>
            <w:r w:rsidRPr="00CD3EA5">
              <w:rPr>
                <w:rFonts w:ascii="Times New Roman" w:hAnsi="Times New Roman"/>
                <w:sz w:val="24"/>
                <w:szCs w:val="24"/>
              </w:rPr>
              <w:t>înseamnă deşeurile corespunzătoare codurilor de deşeuri care sunt prevăzute la capitolul 17 din anexa la Decizia 2014/955/UE a Comisiei din 18 decembrie 2014 de modificare a Deciziei 2000/532/CE de stabilire a unei liste de deșeuri în temeiul Directivei 2008/98/CE a Parlamentului European și a Consiliului, exclusiv deşeurile periculoase şi materialele geologice naturale în conformitate cu definiţia categoriei 17 05 04</w:t>
            </w:r>
          </w:p>
        </w:tc>
      </w:tr>
      <w:tr w:rsidR="008B2EA6" w:rsidRPr="00CD3EA5" w14:paraId="47C9849F" w14:textId="77777777" w:rsidTr="00E152C8">
        <w:tc>
          <w:tcPr>
            <w:tcW w:w="3055" w:type="dxa"/>
          </w:tcPr>
          <w:p w14:paraId="2984B9D7"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„Documentaţia de Atribuire”</w:t>
            </w:r>
          </w:p>
        </w:tc>
        <w:tc>
          <w:tcPr>
            <w:tcW w:w="7009" w:type="dxa"/>
          </w:tcPr>
          <w:p w14:paraId="63DA4658"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documentaţia ce cuprinde toate informaţiile legate de obiectul Contractului şi de procedura de atribuire a acestuia, inclusiv documentele licitației, conform procedurii aplicabile potrivit Legii</w:t>
            </w:r>
          </w:p>
        </w:tc>
      </w:tr>
      <w:tr w:rsidR="008B2EA6" w:rsidRPr="00CD3EA5" w14:paraId="4A4CDD51" w14:textId="77777777" w:rsidTr="00E152C8">
        <w:tc>
          <w:tcPr>
            <w:tcW w:w="3055" w:type="dxa"/>
          </w:tcPr>
          <w:p w14:paraId="18F19BC2"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„Durata Gestiunii Serviciului”</w:t>
            </w:r>
          </w:p>
        </w:tc>
        <w:tc>
          <w:tcPr>
            <w:tcW w:w="7009" w:type="dxa"/>
          </w:tcPr>
          <w:p w14:paraId="07F12CB5"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Perioada de timp în care Gestiunea Serviciului este delegată de Delegatar către Delegat</w:t>
            </w:r>
          </w:p>
        </w:tc>
      </w:tr>
      <w:tr w:rsidR="008B2EA6" w:rsidRPr="00CD3EA5" w14:paraId="493F45E0" w14:textId="77777777" w:rsidTr="00E152C8">
        <w:tc>
          <w:tcPr>
            <w:tcW w:w="3055" w:type="dxa"/>
          </w:tcPr>
          <w:p w14:paraId="01D343CC"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„Durata Contractului”</w:t>
            </w:r>
          </w:p>
        </w:tc>
        <w:tc>
          <w:tcPr>
            <w:tcW w:w="7009" w:type="dxa"/>
          </w:tcPr>
          <w:p w14:paraId="20DC94A5"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perioada ce include Durata Gestiunii Serviciului, plus intervalul de timp dintre Data Intrării în Vigoare și Data Începerii cu excepția cazurilor de încetare înainte de termen</w:t>
            </w:r>
          </w:p>
        </w:tc>
      </w:tr>
      <w:tr w:rsidR="008B2EA6" w:rsidRPr="00CD3EA5" w14:paraId="7ED0E8CD" w14:textId="77777777" w:rsidTr="00E152C8">
        <w:tc>
          <w:tcPr>
            <w:tcW w:w="3055" w:type="dxa"/>
          </w:tcPr>
          <w:p w14:paraId="1B687B3E"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„Garanţia de Bună Execuţie”</w:t>
            </w:r>
          </w:p>
        </w:tc>
        <w:tc>
          <w:tcPr>
            <w:tcW w:w="7009" w:type="dxa"/>
          </w:tcPr>
          <w:p w14:paraId="124CBD56"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garanţia de bună execuţie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şi necondiţionat al emitentului de a plăti orice sumă de bani solicitată de Delegatar dar în limita valorii Garanţiei de Bună Execuţie, pentru a garanta:</w:t>
            </w:r>
          </w:p>
          <w:p w14:paraId="25084E7B" w14:textId="77777777" w:rsidR="008B2EA6" w:rsidRPr="00CD3EA5" w:rsidRDefault="008B2EA6" w:rsidP="008B2EA6">
            <w:pPr>
              <w:numPr>
                <w:ilvl w:val="0"/>
                <w:numId w:val="46"/>
              </w:numPr>
              <w:jc w:val="both"/>
              <w:rPr>
                <w:rFonts w:ascii="Times New Roman" w:hAnsi="Times New Roman"/>
                <w:bCs/>
                <w:sz w:val="24"/>
                <w:szCs w:val="24"/>
              </w:rPr>
            </w:pPr>
            <w:r w:rsidRPr="00CD3EA5">
              <w:rPr>
                <w:rFonts w:ascii="Times New Roman" w:hAnsi="Times New Roman"/>
                <w:bCs/>
                <w:sz w:val="24"/>
                <w:szCs w:val="24"/>
              </w:rPr>
              <w:t>plata oricăror penalităţi care se pot înregistra în favoarea Delegatarului;</w:t>
            </w:r>
          </w:p>
          <w:p w14:paraId="4AB78E0A" w14:textId="77777777" w:rsidR="008B2EA6" w:rsidRPr="00CD3EA5" w:rsidRDefault="008B2EA6" w:rsidP="008B2EA6">
            <w:pPr>
              <w:numPr>
                <w:ilvl w:val="0"/>
                <w:numId w:val="46"/>
              </w:numPr>
              <w:jc w:val="both"/>
              <w:rPr>
                <w:rFonts w:ascii="Times New Roman" w:hAnsi="Times New Roman"/>
                <w:bCs/>
                <w:sz w:val="24"/>
                <w:szCs w:val="24"/>
              </w:rPr>
            </w:pPr>
            <w:r w:rsidRPr="00CD3EA5">
              <w:rPr>
                <w:rFonts w:ascii="Times New Roman" w:hAnsi="Times New Roman"/>
                <w:bCs/>
                <w:sz w:val="24"/>
                <w:szCs w:val="24"/>
              </w:rPr>
              <w:t>plata oricăror sume către Delegatar conform prezentului Contract, inclusiv ca urmare a neîndeplinirii de către Delegat a obligaţiilor asumate prin prezentul Contract</w:t>
            </w:r>
          </w:p>
        </w:tc>
      </w:tr>
      <w:tr w:rsidR="008B2EA6" w:rsidRPr="00CD3EA5" w14:paraId="728E6EC9" w14:textId="77777777" w:rsidTr="00E152C8">
        <w:tc>
          <w:tcPr>
            <w:tcW w:w="3055" w:type="dxa"/>
          </w:tcPr>
          <w:p w14:paraId="2F7FF22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„Gestiunea Serviciului”</w:t>
            </w:r>
          </w:p>
        </w:tc>
        <w:tc>
          <w:tcPr>
            <w:tcW w:w="7009" w:type="dxa"/>
          </w:tcPr>
          <w:p w14:paraId="5A7917AF"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dreptul acordat Delegatului de către Delegatar, pe Durata Gestiunii, precum și obligația de a furniza/presta Serviciul în Aria Delegării în condițiile prevăzute de prezentul Contract, inclusiv dreptul şi obligația de a exploata Bunurile de Retur prevăzute în Anexa nr. 4 la Contract</w:t>
            </w:r>
          </w:p>
        </w:tc>
      </w:tr>
      <w:tr w:rsidR="008B2EA6" w:rsidRPr="00CD3EA5" w14:paraId="76B3B7F8" w14:textId="77777777" w:rsidTr="00E152C8">
        <w:tc>
          <w:tcPr>
            <w:tcW w:w="3055" w:type="dxa"/>
          </w:tcPr>
          <w:p w14:paraId="5D3D0988"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„Indicatori de Performanță”</w:t>
            </w:r>
          </w:p>
        </w:tc>
        <w:tc>
          <w:tcPr>
            <w:tcW w:w="7009" w:type="dxa"/>
          </w:tcPr>
          <w:p w14:paraId="09A391A2" w14:textId="77777777" w:rsidR="008B2EA6" w:rsidRPr="00CD3EA5" w:rsidRDefault="008B2EA6" w:rsidP="00E152C8">
            <w:pPr>
              <w:jc w:val="both"/>
              <w:rPr>
                <w:rFonts w:ascii="Times New Roman" w:hAnsi="Times New Roman"/>
                <w:bCs/>
                <w:strike/>
                <w:sz w:val="24"/>
                <w:szCs w:val="24"/>
              </w:rPr>
            </w:pPr>
            <w:r w:rsidRPr="00CD3EA5">
              <w:rPr>
                <w:rFonts w:ascii="Times New Roman" w:hAnsi="Times New Roman"/>
                <w:bCs/>
                <w:sz w:val="24"/>
                <w:szCs w:val="24"/>
              </w:rPr>
              <w:t>înseamnă Indicatorii astfel cum sunt definiți conform Regulamentului Serviciului (Anexa nr. 1 la prezentul Contract) și în</w:t>
            </w:r>
            <w:r w:rsidRPr="00CD3EA5">
              <w:rPr>
                <w:rFonts w:ascii="Times New Roman" w:hAnsi="Times New Roman"/>
                <w:bCs/>
                <w:strike/>
                <w:sz w:val="24"/>
                <w:szCs w:val="24"/>
              </w:rPr>
              <w:t xml:space="preserve"> </w:t>
            </w:r>
          </w:p>
          <w:p w14:paraId="6316A48E"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Anexa nr. 7 la prezentul Contract</w:t>
            </w:r>
          </w:p>
        </w:tc>
      </w:tr>
      <w:tr w:rsidR="008B2EA6" w:rsidRPr="00CD3EA5" w14:paraId="55A1D9BC" w14:textId="77777777" w:rsidTr="00E152C8">
        <w:tc>
          <w:tcPr>
            <w:tcW w:w="3055" w:type="dxa"/>
          </w:tcPr>
          <w:p w14:paraId="67A5A3DF"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„Informații Confidențiale”</w:t>
            </w:r>
          </w:p>
        </w:tc>
        <w:tc>
          <w:tcPr>
            <w:tcW w:w="7009" w:type="dxa"/>
          </w:tcPr>
          <w:p w14:paraId="588C88BD"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xml:space="preserve">înseamnă: </w:t>
            </w:r>
          </w:p>
          <w:p w14:paraId="226695A0" w14:textId="77777777" w:rsidR="008B2EA6" w:rsidRPr="00CD3EA5" w:rsidRDefault="008B2EA6" w:rsidP="008B2EA6">
            <w:pPr>
              <w:pStyle w:val="ListParagraph"/>
              <w:numPr>
                <w:ilvl w:val="0"/>
                <w:numId w:val="96"/>
              </w:numPr>
              <w:jc w:val="both"/>
              <w:rPr>
                <w:rFonts w:ascii="Times New Roman" w:hAnsi="Times New Roman"/>
                <w:bCs/>
                <w:sz w:val="24"/>
                <w:szCs w:val="24"/>
              </w:rPr>
            </w:pPr>
            <w:r w:rsidRPr="00CD3EA5">
              <w:rPr>
                <w:rFonts w:ascii="Times New Roman" w:hAnsi="Times New Roman"/>
                <w:bCs/>
                <w:sz w:val="24"/>
                <w:szCs w:val="24"/>
              </w:rPr>
              <w:t>toate evidenţele, rapoartele, conturile şi alte documente şi informaţii transmise sau puse la dispoziţie (şi marcate drept confidenţiale) de o Parte celeilalte  în legătură cu obiectul prezentului Contract (transmise în orice mod şi indiferent de suportul pe care sunt stocate), inclusiv toate datele cu caracter personal în sensul Legii privind protecţia datelor cu caracter personal; şi/sau</w:t>
            </w:r>
          </w:p>
          <w:p w14:paraId="5486E23B" w14:textId="77777777" w:rsidR="008B2EA6" w:rsidRPr="00CD3EA5" w:rsidRDefault="008B2EA6" w:rsidP="008B2EA6">
            <w:pPr>
              <w:pStyle w:val="ListParagraph"/>
              <w:numPr>
                <w:ilvl w:val="0"/>
                <w:numId w:val="96"/>
              </w:numPr>
              <w:jc w:val="both"/>
              <w:rPr>
                <w:rFonts w:ascii="Times New Roman" w:hAnsi="Times New Roman"/>
                <w:bCs/>
                <w:sz w:val="24"/>
                <w:szCs w:val="24"/>
              </w:rPr>
            </w:pPr>
            <w:r w:rsidRPr="00CD3EA5">
              <w:rPr>
                <w:rFonts w:ascii="Times New Roman" w:hAnsi="Times New Roman"/>
                <w:bCs/>
                <w:sz w:val="24"/>
                <w:szCs w:val="24"/>
              </w:rPr>
              <w:t xml:space="preserve">informaţiile sensibile din punct de vedere comercial care reprezintă acele informaţii a căror dezvăluire ar prejudicia sau ar putea prejudicia interesele comerciale ale oricărei </w:t>
            </w:r>
            <w:r w:rsidRPr="00CD3EA5">
              <w:rPr>
                <w:rFonts w:ascii="Times New Roman" w:hAnsi="Times New Roman"/>
                <w:bCs/>
                <w:sz w:val="24"/>
                <w:szCs w:val="24"/>
              </w:rPr>
              <w:lastRenderedPageBreak/>
              <w:t>persoane, secretele comerciale, drepturile de proprietate intelectuală şi elementele de know-how ale oricărei Părţi şi care sunt exceptate de la liberul acces la informaţii conform Legii</w:t>
            </w:r>
          </w:p>
        </w:tc>
      </w:tr>
      <w:tr w:rsidR="008B2EA6" w:rsidRPr="00CD3EA5" w14:paraId="3DC1D275" w14:textId="77777777" w:rsidTr="00E152C8">
        <w:tc>
          <w:tcPr>
            <w:tcW w:w="3055" w:type="dxa"/>
          </w:tcPr>
          <w:p w14:paraId="3D2AD52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lastRenderedPageBreak/>
              <w:t>„Lege”</w:t>
            </w:r>
          </w:p>
        </w:tc>
        <w:tc>
          <w:tcPr>
            <w:tcW w:w="7009" w:type="dxa"/>
          </w:tcPr>
          <w:p w14:paraId="2F3FA9BC"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xml:space="preserve">înseamnă orice norme de drept aplicabile în România incluzând, dar fără a se limita la acestea: tratate, legi, ordonanţe, hotărâri, regulamente, coduri, norme metodologice, ordine, decizii, decrete, directive, principii generale de drept şi hotărâri judecătoreşti obligatorii </w:t>
            </w:r>
            <w:r w:rsidRPr="00CD3EA5">
              <w:rPr>
                <w:rFonts w:ascii="Times New Roman" w:hAnsi="Times New Roman"/>
                <w:bCs/>
                <w:i/>
                <w:sz w:val="24"/>
                <w:szCs w:val="24"/>
              </w:rPr>
              <w:t>erga omnes</w:t>
            </w:r>
            <w:r w:rsidRPr="00CD3EA5">
              <w:rPr>
                <w:rFonts w:ascii="Times New Roman" w:hAnsi="Times New Roman"/>
                <w:bCs/>
                <w:sz w:val="24"/>
                <w:szCs w:val="24"/>
              </w:rPr>
              <w:t>, precum şi reglementările obligatorii emise la nivelul Uniunii Europene, precum şi orice cerinţă sau recomandare a Autorităţi de Reglementare, a unei Autorităţi Competente din România sau la nivelul Uniunii Europene, sau interpretare sau aplicare a oricăreia dintre cele de mai sus de către o Autoritate Competentă din România sau la nivelul Uniunii Europene. În sensul prezentei definiţii „</w:t>
            </w:r>
            <w:r w:rsidRPr="00CD3EA5">
              <w:rPr>
                <w:rFonts w:ascii="Times New Roman" w:hAnsi="Times New Roman"/>
                <w:bCs/>
                <w:i/>
                <w:sz w:val="24"/>
                <w:szCs w:val="24"/>
              </w:rPr>
              <w:t>hotărârile judecătoreşti obligatorii erga omnes</w:t>
            </w:r>
            <w:r w:rsidRPr="00CD3EA5">
              <w:rPr>
                <w:rFonts w:ascii="Times New Roman" w:hAnsi="Times New Roman"/>
                <w:bCs/>
                <w:sz w:val="24"/>
                <w:szCs w:val="24"/>
              </w:rPr>
              <w:t>” reprezintă:</w:t>
            </w:r>
          </w:p>
          <w:p w14:paraId="385F5B1A" w14:textId="77777777" w:rsidR="008B2EA6" w:rsidRPr="00CD3EA5" w:rsidRDefault="008B2EA6" w:rsidP="008B2EA6">
            <w:pPr>
              <w:pStyle w:val="ListParagraph"/>
              <w:numPr>
                <w:ilvl w:val="0"/>
                <w:numId w:val="97"/>
              </w:numPr>
              <w:jc w:val="both"/>
              <w:rPr>
                <w:rFonts w:ascii="Times New Roman" w:hAnsi="Times New Roman"/>
                <w:bCs/>
                <w:sz w:val="24"/>
                <w:szCs w:val="24"/>
              </w:rPr>
            </w:pPr>
            <w:r w:rsidRPr="00CD3EA5">
              <w:rPr>
                <w:rFonts w:ascii="Times New Roman" w:hAnsi="Times New Roman"/>
                <w:bCs/>
                <w:sz w:val="24"/>
                <w:szCs w:val="24"/>
              </w:rPr>
              <w:t>hotărârile judecătorești definitive pronunțate în materia contenciosului administrativ prin care s-a anulat în tot sau în parte un act administrativ cu caracter normativ,</w:t>
            </w:r>
          </w:p>
          <w:p w14:paraId="3D36CB10" w14:textId="77777777" w:rsidR="008B2EA6" w:rsidRPr="00CD3EA5" w:rsidRDefault="008B2EA6" w:rsidP="008B2EA6">
            <w:pPr>
              <w:pStyle w:val="ListParagraph"/>
              <w:numPr>
                <w:ilvl w:val="0"/>
                <w:numId w:val="97"/>
              </w:numPr>
              <w:jc w:val="both"/>
              <w:rPr>
                <w:rFonts w:ascii="Times New Roman" w:hAnsi="Times New Roman"/>
                <w:bCs/>
                <w:sz w:val="24"/>
                <w:szCs w:val="24"/>
              </w:rPr>
            </w:pPr>
            <w:r w:rsidRPr="00CD3EA5">
              <w:rPr>
                <w:rFonts w:ascii="Times New Roman" w:hAnsi="Times New Roman"/>
                <w:bCs/>
                <w:sz w:val="24"/>
                <w:szCs w:val="24"/>
              </w:rPr>
              <w:t>deciziile Curții Constituționale prin care se constată neconstituționalitatea unui act normativ,</w:t>
            </w:r>
          </w:p>
          <w:p w14:paraId="7A18FDC0" w14:textId="77777777" w:rsidR="008B2EA6" w:rsidRPr="00CD3EA5" w:rsidRDefault="008B2EA6" w:rsidP="008B2EA6">
            <w:pPr>
              <w:pStyle w:val="ListParagraph"/>
              <w:numPr>
                <w:ilvl w:val="0"/>
                <w:numId w:val="97"/>
              </w:numPr>
              <w:jc w:val="both"/>
              <w:rPr>
                <w:rFonts w:ascii="Times New Roman" w:hAnsi="Times New Roman"/>
                <w:bCs/>
                <w:sz w:val="24"/>
                <w:szCs w:val="24"/>
              </w:rPr>
            </w:pPr>
            <w:r w:rsidRPr="00CD3EA5">
              <w:rPr>
                <w:rFonts w:ascii="Times New Roman" w:hAnsi="Times New Roman"/>
                <w:bCs/>
                <w:sz w:val="24"/>
                <w:szCs w:val="24"/>
              </w:rPr>
              <w:t xml:space="preserve">recursurile în interesul legii pronunțate de Înalta Curte de Casație şi Justiție asupra problemelor de drept care au fost soluționate diferit de instanțele de judecată precum şi </w:t>
            </w:r>
          </w:p>
          <w:p w14:paraId="2BCB9FE5" w14:textId="77777777" w:rsidR="008B2EA6" w:rsidRPr="00CD3EA5" w:rsidRDefault="008B2EA6" w:rsidP="008B2EA6">
            <w:pPr>
              <w:pStyle w:val="ListParagraph"/>
              <w:numPr>
                <w:ilvl w:val="0"/>
                <w:numId w:val="97"/>
              </w:numPr>
              <w:jc w:val="both"/>
              <w:rPr>
                <w:rFonts w:ascii="Times New Roman" w:hAnsi="Times New Roman"/>
                <w:bCs/>
                <w:sz w:val="24"/>
                <w:szCs w:val="24"/>
              </w:rPr>
            </w:pPr>
            <w:r w:rsidRPr="00CD3EA5">
              <w:rPr>
                <w:rFonts w:ascii="Times New Roman" w:hAnsi="Times New Roman"/>
                <w:bCs/>
                <w:sz w:val="24"/>
                <w:szCs w:val="24"/>
              </w:rPr>
              <w:t>hotărârile judecătorești pronunţate în acțiunile colective introduse de către o categorie anume de cetățeni si care beneficiază de efectele acesteia</w:t>
            </w:r>
          </w:p>
        </w:tc>
      </w:tr>
      <w:tr w:rsidR="008B2EA6" w:rsidRPr="00CD3EA5" w14:paraId="5FD1D723" w14:textId="77777777" w:rsidTr="00E152C8">
        <w:tc>
          <w:tcPr>
            <w:tcW w:w="3055" w:type="dxa"/>
          </w:tcPr>
          <w:p w14:paraId="4FB3AA2B"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„Modificare Legislativă”</w:t>
            </w:r>
          </w:p>
        </w:tc>
        <w:tc>
          <w:tcPr>
            <w:tcW w:w="7009" w:type="dxa"/>
          </w:tcPr>
          <w:p w14:paraId="3A942164"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orice intrare în vigoare, modificare, completare, suspendare, abrogare (totală sau parţială) a oricărei Legi astfel cum este definită mai sus sau orice alt eveniment cu efect similar, intervenit după Data Intrării în Vigoare a Contractului</w:t>
            </w:r>
          </w:p>
        </w:tc>
      </w:tr>
      <w:tr w:rsidR="008B2EA6" w:rsidRPr="00CD3EA5" w14:paraId="617D8E2F" w14:textId="77777777" w:rsidTr="00E152C8">
        <w:tc>
          <w:tcPr>
            <w:tcW w:w="3055" w:type="dxa"/>
          </w:tcPr>
          <w:p w14:paraId="10374371"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„Notificare de încălcare”</w:t>
            </w:r>
            <w:r w:rsidRPr="00CD3EA5">
              <w:rPr>
                <w:rFonts w:ascii="Times New Roman" w:hAnsi="Times New Roman"/>
                <w:sz w:val="24"/>
                <w:szCs w:val="24"/>
              </w:rPr>
              <w:t xml:space="preserve"> </w:t>
            </w:r>
          </w:p>
        </w:tc>
        <w:tc>
          <w:tcPr>
            <w:tcW w:w="7009" w:type="dxa"/>
          </w:tcPr>
          <w:p w14:paraId="332304D8"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sz w:val="24"/>
                <w:szCs w:val="24"/>
              </w:rPr>
              <w:t>înseamnă un document transmis de Delegatar către Delegat prin care acesta este înștiințat de neîndeplinirea unei obligații contractuale care poate conduce la rezilierea contractului</w:t>
            </w:r>
          </w:p>
        </w:tc>
      </w:tr>
      <w:tr w:rsidR="008B2EA6" w:rsidRPr="00CD3EA5" w14:paraId="7F912DD0" w14:textId="77777777" w:rsidTr="00E152C8">
        <w:tc>
          <w:tcPr>
            <w:tcW w:w="3055" w:type="dxa"/>
          </w:tcPr>
          <w:p w14:paraId="28C4985D"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„Oferta”</w:t>
            </w:r>
          </w:p>
        </w:tc>
        <w:tc>
          <w:tcPr>
            <w:tcW w:w="7009" w:type="dxa"/>
          </w:tcPr>
          <w:p w14:paraId="1915E1DB"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oferta depusă de Delegat în cadrul procedurii de atribuire a prezentului Contract; oferta cuprinde:</w:t>
            </w:r>
          </w:p>
          <w:p w14:paraId="77865FA1"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documentele de calificare,</w:t>
            </w:r>
          </w:p>
          <w:p w14:paraId="790F91DB"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propunerea financiară,</w:t>
            </w:r>
          </w:p>
          <w:p w14:paraId="655B6DD3"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propunerea tehnică şi este ataşată ca Anexa nr. 3 la prezentul Contract</w:t>
            </w:r>
          </w:p>
        </w:tc>
      </w:tr>
      <w:tr w:rsidR="008B2EA6" w:rsidRPr="00CD3EA5" w14:paraId="5B356FC8" w14:textId="77777777" w:rsidTr="00E152C8">
        <w:tc>
          <w:tcPr>
            <w:tcW w:w="3055" w:type="dxa"/>
          </w:tcPr>
          <w:p w14:paraId="7F976F8E"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rPr>
              <w:t>„OIREP”</w:t>
            </w:r>
          </w:p>
        </w:tc>
        <w:tc>
          <w:tcPr>
            <w:tcW w:w="7009" w:type="dxa"/>
          </w:tcPr>
          <w:p w14:paraId="6F9FA979"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8B2EA6" w:rsidRPr="00CD3EA5" w14:paraId="2BE09208" w14:textId="77777777" w:rsidTr="00E152C8">
        <w:tc>
          <w:tcPr>
            <w:tcW w:w="3055" w:type="dxa"/>
          </w:tcPr>
          <w:p w14:paraId="2C0E29FE" w14:textId="77777777" w:rsidR="008B2EA6" w:rsidRPr="00CD3EA5" w:rsidRDefault="008B2EA6" w:rsidP="00E152C8">
            <w:pPr>
              <w:rPr>
                <w:rFonts w:ascii="Times New Roman" w:hAnsi="Times New Roman"/>
                <w:b/>
                <w:sz w:val="24"/>
                <w:szCs w:val="24"/>
              </w:rPr>
            </w:pPr>
            <w:r w:rsidRPr="00CD3EA5">
              <w:rPr>
                <w:rFonts w:ascii="Times New Roman" w:hAnsi="Times New Roman"/>
                <w:bCs/>
                <w:sz w:val="24"/>
                <w:szCs w:val="24"/>
                <w:lang w:eastAsia="en-GB"/>
              </w:rPr>
              <w:t>”</w:t>
            </w:r>
            <w:r w:rsidRPr="00CD3EA5">
              <w:rPr>
                <w:rFonts w:ascii="Times New Roman" w:hAnsi="Times New Roman"/>
                <w:b/>
                <w:bCs/>
                <w:sz w:val="24"/>
                <w:szCs w:val="24"/>
                <w:lang w:eastAsia="en-GB"/>
              </w:rPr>
              <w:t>Ordinul de Începere</w:t>
            </w:r>
            <w:r w:rsidRPr="00CD3EA5">
              <w:rPr>
                <w:rFonts w:ascii="Times New Roman" w:hAnsi="Times New Roman"/>
                <w:bCs/>
                <w:sz w:val="24"/>
                <w:szCs w:val="24"/>
                <w:lang w:eastAsia="en-GB"/>
              </w:rPr>
              <w:t>”</w:t>
            </w:r>
          </w:p>
        </w:tc>
        <w:tc>
          <w:tcPr>
            <w:tcW w:w="7009" w:type="dxa"/>
          </w:tcPr>
          <w:p w14:paraId="366DC30D"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documentul prin care Delegatul este notificat de Delegatar cu privire la data la care va începe efectiv prestarea Serviciului, conform prevederilor Art. 4 din prezentul Contract</w:t>
            </w:r>
          </w:p>
        </w:tc>
      </w:tr>
      <w:tr w:rsidR="008B2EA6" w:rsidRPr="00CD3EA5" w14:paraId="3D479DF7" w14:textId="77777777" w:rsidTr="00E152C8">
        <w:tc>
          <w:tcPr>
            <w:tcW w:w="3055" w:type="dxa"/>
          </w:tcPr>
          <w:p w14:paraId="614EFB3F" w14:textId="77777777" w:rsidR="008B2EA6" w:rsidRPr="00CD3EA5" w:rsidRDefault="008B2EA6" w:rsidP="00E152C8">
            <w:pPr>
              <w:rPr>
                <w:rFonts w:ascii="Times New Roman" w:hAnsi="Times New Roman"/>
                <w:bCs/>
                <w:sz w:val="24"/>
                <w:szCs w:val="24"/>
                <w:lang w:eastAsia="en-GB"/>
              </w:rPr>
            </w:pPr>
            <w:r w:rsidRPr="00CD3EA5">
              <w:rPr>
                <w:rFonts w:ascii="Times New Roman" w:hAnsi="Times New Roman"/>
                <w:b/>
                <w:sz w:val="24"/>
                <w:szCs w:val="24"/>
                <w:lang w:eastAsia="ro-RO"/>
              </w:rPr>
              <w:t>„Perioada de Remediere”</w:t>
            </w:r>
          </w:p>
        </w:tc>
        <w:tc>
          <w:tcPr>
            <w:tcW w:w="7009" w:type="dxa"/>
          </w:tcPr>
          <w:p w14:paraId="2E097E86"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sz w:val="24"/>
                <w:szCs w:val="24"/>
              </w:rPr>
              <w:t>înseamnă durata de  10 zile de la data primirii Notificării de încălcare până la finalizarea remedierii</w:t>
            </w:r>
          </w:p>
        </w:tc>
      </w:tr>
      <w:tr w:rsidR="008B2EA6" w:rsidRPr="00CD3EA5" w14:paraId="32805D2B" w14:textId="77777777" w:rsidTr="00E152C8">
        <w:tc>
          <w:tcPr>
            <w:tcW w:w="3055" w:type="dxa"/>
          </w:tcPr>
          <w:p w14:paraId="7F83EAE9" w14:textId="77777777" w:rsidR="008B2EA6" w:rsidRPr="00CD3EA5" w:rsidRDefault="008B2EA6" w:rsidP="00E152C8">
            <w:pPr>
              <w:rPr>
                <w:rFonts w:ascii="Times New Roman" w:hAnsi="Times New Roman"/>
                <w:bCs/>
                <w:sz w:val="24"/>
                <w:szCs w:val="24"/>
                <w:lang w:eastAsia="en-GB"/>
              </w:rPr>
            </w:pPr>
            <w:r w:rsidRPr="00CD3EA5">
              <w:rPr>
                <w:rFonts w:ascii="Times New Roman" w:hAnsi="Times New Roman"/>
                <w:b/>
                <w:sz w:val="24"/>
                <w:szCs w:val="24"/>
                <w:lang w:eastAsia="ro-RO"/>
              </w:rPr>
              <w:lastRenderedPageBreak/>
              <w:t>„</w:t>
            </w:r>
            <w:r w:rsidRPr="00CD3EA5">
              <w:rPr>
                <w:rFonts w:ascii="Times New Roman" w:hAnsi="Times New Roman"/>
                <w:b/>
                <w:sz w:val="24"/>
                <w:szCs w:val="24"/>
              </w:rPr>
              <w:t>Perioada de Mobilizare”</w:t>
            </w:r>
          </w:p>
        </w:tc>
        <w:tc>
          <w:tcPr>
            <w:tcW w:w="7009" w:type="dxa"/>
          </w:tcPr>
          <w:p w14:paraId="02D7F937"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 xml:space="preserve">înseamnă perioada cuprinsă între </w:t>
            </w:r>
            <w:r w:rsidRPr="00CD3EA5">
              <w:rPr>
                <w:rFonts w:ascii="Times New Roman" w:hAnsi="Times New Roman"/>
                <w:sz w:val="24"/>
                <w:szCs w:val="24"/>
              </w:rPr>
              <w:t>Data Intrării în Vigoare</w:t>
            </w:r>
            <w:r w:rsidRPr="00CD3EA5">
              <w:rPr>
                <w:rFonts w:ascii="Times New Roman" w:hAnsi="Times New Roman"/>
                <w:bCs/>
                <w:sz w:val="24"/>
                <w:szCs w:val="24"/>
              </w:rPr>
              <w:t xml:space="preserve"> şi Data Începerii</w:t>
            </w:r>
          </w:p>
        </w:tc>
      </w:tr>
      <w:tr w:rsidR="008B2EA6" w:rsidRPr="00CD3EA5" w14:paraId="7BA54309" w14:textId="77777777" w:rsidTr="00E152C8">
        <w:tc>
          <w:tcPr>
            <w:tcW w:w="3055" w:type="dxa"/>
          </w:tcPr>
          <w:p w14:paraId="0182F838"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„Perioada de Monitorizare”</w:t>
            </w:r>
          </w:p>
        </w:tc>
        <w:tc>
          <w:tcPr>
            <w:tcW w:w="7009" w:type="dxa"/>
          </w:tcPr>
          <w:p w14:paraId="18792C4D"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o perioadă specifică (respectiv o lună, un trimestru sau un an) pe parcursul căreia Delegatarul monitorizează modul de prestare a Serviciului de către Delegat, respectiv Indicatorii de Performanță, sau orice perioadă de timp pe parcursul căreia Delegatarul a decis să monitorizeze performanţele Delegatului prin inspecţii inopinate</w:t>
            </w:r>
          </w:p>
        </w:tc>
      </w:tr>
      <w:tr w:rsidR="008B2EA6" w:rsidRPr="00CD3EA5" w14:paraId="58743AF4" w14:textId="77777777" w:rsidTr="00E152C8">
        <w:tc>
          <w:tcPr>
            <w:tcW w:w="3055" w:type="dxa"/>
          </w:tcPr>
          <w:p w14:paraId="0E09BD66"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”Plan tarifar”</w:t>
            </w:r>
          </w:p>
        </w:tc>
        <w:tc>
          <w:tcPr>
            <w:tcW w:w="7009" w:type="dxa"/>
          </w:tcPr>
          <w:p w14:paraId="26B3BD5C"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Document aprobat de toate unitățile administrativ-teritoriale membre ADISIGD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competente.</w:t>
            </w:r>
          </w:p>
        </w:tc>
      </w:tr>
      <w:tr w:rsidR="008B2EA6" w:rsidRPr="00CD3EA5" w14:paraId="7163B238" w14:textId="77777777" w:rsidTr="00E152C8">
        <w:tc>
          <w:tcPr>
            <w:tcW w:w="3055" w:type="dxa"/>
          </w:tcPr>
          <w:p w14:paraId="7E0675E2"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bCs/>
                <w:sz w:val="24"/>
                <w:szCs w:val="24"/>
                <w:lang w:eastAsia="ro-RO"/>
              </w:rPr>
              <w:t>„Program de Investiții”</w:t>
            </w:r>
          </w:p>
        </w:tc>
        <w:tc>
          <w:tcPr>
            <w:tcW w:w="7009" w:type="dxa"/>
          </w:tcPr>
          <w:p w14:paraId="58E557BC"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investițiile asumate de Delegat prin Ofertă, cu respectarea cerințelor prevăzute în Caietul de Sarcini</w:t>
            </w:r>
          </w:p>
        </w:tc>
      </w:tr>
      <w:tr w:rsidR="008B2EA6" w:rsidRPr="00CD3EA5" w14:paraId="46D8E741" w14:textId="77777777" w:rsidTr="00E152C8">
        <w:tc>
          <w:tcPr>
            <w:tcW w:w="3055" w:type="dxa"/>
          </w:tcPr>
          <w:p w14:paraId="18B8EFE7"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rPr>
              <w:t>„Programul de Operare”</w:t>
            </w:r>
          </w:p>
        </w:tc>
        <w:tc>
          <w:tcPr>
            <w:tcW w:w="7009" w:type="dxa"/>
          </w:tcPr>
          <w:p w14:paraId="09D83794"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frecvenţa cu care Delegatul trebuie să îşi îndeplinească obligaţiile specifice de furnizare/prestare a Serviciului, în special să încarce Deșeurile din cadrul activităţii de colectare, astfel cum este stabilit în Articolul 16 (“Prestarea Serviciului, graficul de operare şi întreţinerea bunurilor”) din prezentul Contract</w:t>
            </w:r>
          </w:p>
        </w:tc>
      </w:tr>
      <w:tr w:rsidR="008B2EA6" w:rsidRPr="00CD3EA5" w14:paraId="7866069D" w14:textId="77777777" w:rsidTr="00E152C8">
        <w:tc>
          <w:tcPr>
            <w:tcW w:w="3055" w:type="dxa"/>
          </w:tcPr>
          <w:p w14:paraId="0A2C9530"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„Reciclare”</w:t>
            </w:r>
          </w:p>
        </w:tc>
        <w:tc>
          <w:tcPr>
            <w:tcW w:w="7009" w:type="dxa"/>
          </w:tcPr>
          <w:p w14:paraId="6B640D7B"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orice operaţiune de valorificare prin care Deşeurile sunt transformate în produse, materiale sau substanţe pentru a-şi îndeplini funcţia iniţială ori pentru alte scopuri. Aceasta include retratarea materialelor organice, dar nu include valorificarea energetică şi conversia în vederea folosirii materialelor drept combustibil sau pentru operaţiunile de umplere</w:t>
            </w:r>
          </w:p>
        </w:tc>
      </w:tr>
      <w:tr w:rsidR="008B2EA6" w:rsidRPr="00CD3EA5" w14:paraId="395C8AD8" w14:textId="77777777" w:rsidTr="00E152C8">
        <w:tc>
          <w:tcPr>
            <w:tcW w:w="3055" w:type="dxa"/>
          </w:tcPr>
          <w:p w14:paraId="7D18BAA1"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„Regulamentul Serviciului”</w:t>
            </w:r>
          </w:p>
        </w:tc>
        <w:tc>
          <w:tcPr>
            <w:tcW w:w="7009" w:type="dxa"/>
          </w:tcPr>
          <w:p w14:paraId="38BCAD99"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Regulamentul serviciului de salubrizare (Anexa nr. 1 la prezentul Contract), aprobat de Delegatar conform regulamentului-cadru la nivel național adoptat de Autoritatea de Reglementare; în scopul prezentului Contract vor fi aplicate doar prevederile din Regulament care privesc Activitățile Componente</w:t>
            </w:r>
          </w:p>
        </w:tc>
      </w:tr>
      <w:tr w:rsidR="008B2EA6" w:rsidRPr="00CD3EA5" w14:paraId="657A8350" w14:textId="77777777" w:rsidTr="00E152C8">
        <w:tc>
          <w:tcPr>
            <w:tcW w:w="3055" w:type="dxa"/>
          </w:tcPr>
          <w:p w14:paraId="2E474627"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rPr>
              <w:t>„Salubrizare”</w:t>
            </w:r>
          </w:p>
        </w:tc>
        <w:tc>
          <w:tcPr>
            <w:tcW w:w="7009" w:type="dxa"/>
          </w:tcPr>
          <w:p w14:paraId="7F5B1D28"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totalitatea operaţiunilor şi activităţilor necesare pentru păstrarea unui aspect salubru al localităţilor</w:t>
            </w:r>
          </w:p>
        </w:tc>
      </w:tr>
      <w:tr w:rsidR="008B2EA6" w:rsidRPr="00CD3EA5" w14:paraId="51F4CF54" w14:textId="77777777" w:rsidTr="00E152C8">
        <w:tc>
          <w:tcPr>
            <w:tcW w:w="3055" w:type="dxa"/>
          </w:tcPr>
          <w:p w14:paraId="280C709A"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lang w:eastAsia="ro-RO"/>
              </w:rPr>
              <w:t>„</w:t>
            </w:r>
            <w:r w:rsidRPr="00CD3EA5">
              <w:rPr>
                <w:rFonts w:ascii="Times New Roman" w:hAnsi="Times New Roman"/>
                <w:b/>
                <w:sz w:val="24"/>
                <w:szCs w:val="24"/>
              </w:rPr>
              <w:t>Serviciul”</w:t>
            </w:r>
          </w:p>
        </w:tc>
        <w:tc>
          <w:tcPr>
            <w:tcW w:w="7009" w:type="dxa"/>
          </w:tcPr>
          <w:p w14:paraId="004883F0"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bCs/>
                <w:sz w:val="24"/>
                <w:szCs w:val="24"/>
              </w:rPr>
              <w:t>înseamnă următoarele activităţi componente ale Serviciului de salubrizare al Delegatarului, conform Legii, cu excluderea celorlalte activităţi componente care nu fac obiectul prezentului Contract:</w:t>
            </w:r>
          </w:p>
          <w:p w14:paraId="78FA464E" w14:textId="77777777" w:rsidR="008B2EA6" w:rsidRPr="00CD3EA5" w:rsidRDefault="008B2EA6" w:rsidP="008B2EA6">
            <w:pPr>
              <w:numPr>
                <w:ilvl w:val="0"/>
                <w:numId w:val="64"/>
              </w:numPr>
              <w:ind w:left="432" w:hanging="270"/>
              <w:jc w:val="both"/>
              <w:rPr>
                <w:rFonts w:ascii="Times New Roman" w:hAnsi="Times New Roman"/>
                <w:bCs/>
                <w:sz w:val="24"/>
                <w:szCs w:val="24"/>
              </w:rPr>
            </w:pPr>
            <w:r w:rsidRPr="00CD3EA5">
              <w:rPr>
                <w:rFonts w:ascii="Times New Roman" w:hAnsi="Times New Roman"/>
                <w:bCs/>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w:t>
            </w:r>
          </w:p>
          <w:p w14:paraId="3468206A" w14:textId="77777777" w:rsidR="008B2EA6" w:rsidRPr="00CD3EA5" w:rsidRDefault="008B2EA6" w:rsidP="008B2EA6">
            <w:pPr>
              <w:numPr>
                <w:ilvl w:val="0"/>
                <w:numId w:val="64"/>
              </w:numPr>
              <w:ind w:left="432" w:hanging="270"/>
              <w:jc w:val="both"/>
              <w:rPr>
                <w:rFonts w:ascii="Times New Roman" w:hAnsi="Times New Roman"/>
                <w:bCs/>
                <w:sz w:val="24"/>
                <w:szCs w:val="24"/>
              </w:rPr>
            </w:pPr>
            <w:r w:rsidRPr="00CD3EA5">
              <w:rPr>
                <w:rFonts w:ascii="Times New Roman" w:hAnsi="Times New Roman"/>
                <w:bCs/>
                <w:sz w:val="24"/>
                <w:szCs w:val="24"/>
              </w:rPr>
              <w:t>colectarea şi transportul deșeurilor provenite din locuințe, generate de activități de reamenajare și reabilitare interioară şi/sau exterioară a acestora;</w:t>
            </w:r>
          </w:p>
          <w:p w14:paraId="19B050F6" w14:textId="77777777" w:rsidR="008B2EA6" w:rsidRPr="00CD3EA5" w:rsidRDefault="008B2EA6" w:rsidP="00E152C8">
            <w:pPr>
              <w:widowControl w:val="0"/>
              <w:jc w:val="both"/>
              <w:rPr>
                <w:rFonts w:ascii="Times New Roman" w:hAnsi="Times New Roman"/>
                <w:sz w:val="24"/>
                <w:szCs w:val="24"/>
              </w:rPr>
            </w:pPr>
            <w:r w:rsidRPr="00CD3EA5">
              <w:rPr>
                <w:rFonts w:ascii="Times New Roman" w:hAnsi="Times New Roman"/>
                <w:sz w:val="24"/>
                <w:szCs w:val="24"/>
              </w:rPr>
              <w:t>Activitați așa  cum  sunt  ele  menționate în Ordanța nr. 92/2021 și Legea nr. 181/2020:</w:t>
            </w:r>
          </w:p>
          <w:p w14:paraId="1C1EA7AA"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colectarea separată cel puțin pentru deșeurile de hârtie, metal, plastic și sticlă din deșeurile municipale prevazuta la Art 17 lit a)</w:t>
            </w:r>
          </w:p>
          <w:p w14:paraId="5F12E45F"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 xml:space="preserve">colectarea separată a deseurilor biodegradabile prevazulte la Art. </w:t>
            </w:r>
            <w:r w:rsidRPr="00CD3EA5">
              <w:rPr>
                <w:rFonts w:ascii="Times New Roman" w:hAnsi="Times New Roman"/>
                <w:sz w:val="24"/>
                <w:szCs w:val="24"/>
              </w:rPr>
              <w:lastRenderedPageBreak/>
              <w:t>33 si Art.1 alin 3 din Legea 181/2020</w:t>
            </w:r>
          </w:p>
          <w:p w14:paraId="72CFF284"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colectarea deșeurilor, altele decât cele prevăzute la lit. a); (deseuri reziduale)</w:t>
            </w:r>
          </w:p>
          <w:p w14:paraId="2E97A246"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colectarea deșeurilor periculoase provenite din gospodării prevazulte la Art. 30</w:t>
            </w:r>
          </w:p>
          <w:p w14:paraId="0A3915B3"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colectarea deșeurilor deseurilor voluminoase inclusiv mobila si saltele</w:t>
            </w:r>
          </w:p>
          <w:p w14:paraId="4B022554" w14:textId="77777777" w:rsidR="008B2EA6" w:rsidRPr="00CD3EA5" w:rsidRDefault="008B2EA6" w:rsidP="008B2EA6">
            <w:pPr>
              <w:widowControl w:val="0"/>
              <w:numPr>
                <w:ilvl w:val="2"/>
                <w:numId w:val="64"/>
              </w:numPr>
              <w:ind w:left="455" w:hanging="113"/>
              <w:jc w:val="both"/>
              <w:rPr>
                <w:rFonts w:ascii="Times New Roman" w:hAnsi="Times New Roman"/>
                <w:sz w:val="24"/>
                <w:szCs w:val="24"/>
              </w:rPr>
            </w:pPr>
            <w:r w:rsidRPr="00CD3EA5">
              <w:rPr>
                <w:rFonts w:ascii="Times New Roman" w:hAnsi="Times New Roman"/>
                <w:sz w:val="24"/>
                <w:szCs w:val="24"/>
              </w:rPr>
              <w:t>colectarea deșeurilor textile, îmbrăcăminte</w:t>
            </w:r>
          </w:p>
          <w:p w14:paraId="2C5EF549" w14:textId="77777777" w:rsidR="008B2EA6" w:rsidRPr="00CD3EA5" w:rsidRDefault="008B2EA6" w:rsidP="008B2EA6">
            <w:pPr>
              <w:widowControl w:val="0"/>
              <w:numPr>
                <w:ilvl w:val="2"/>
                <w:numId w:val="64"/>
              </w:numPr>
              <w:ind w:left="455" w:hanging="113"/>
              <w:jc w:val="both"/>
              <w:rPr>
                <w:rFonts w:ascii="Times New Roman" w:hAnsi="Times New Roman"/>
                <w:bCs/>
                <w:sz w:val="24"/>
                <w:szCs w:val="24"/>
              </w:rPr>
            </w:pPr>
            <w:r w:rsidRPr="00CD3EA5">
              <w:rPr>
                <w:rFonts w:ascii="Times New Roman" w:hAnsi="Times New Roman"/>
                <w:sz w:val="24"/>
                <w:szCs w:val="24"/>
              </w:rPr>
              <w:t>colectarea deseurilor abandonate pe teritorul administrativ al UAT urilor din aria de delegare Art. 4 alin. 5 din Legea 101/2006, republicată, cu modificările și completările ulterioare.</w:t>
            </w:r>
          </w:p>
        </w:tc>
      </w:tr>
      <w:tr w:rsidR="008B2EA6" w:rsidRPr="00CD3EA5" w14:paraId="4A75AF25" w14:textId="77777777" w:rsidTr="00E152C8">
        <w:tc>
          <w:tcPr>
            <w:tcW w:w="3055" w:type="dxa"/>
          </w:tcPr>
          <w:p w14:paraId="37C2B33E"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lastRenderedPageBreak/>
              <w:t>„</w:t>
            </w:r>
            <w:r w:rsidRPr="00CD3EA5">
              <w:rPr>
                <w:rFonts w:ascii="Times New Roman" w:hAnsi="Times New Roman"/>
                <w:b/>
                <w:bCs/>
                <w:sz w:val="24"/>
                <w:szCs w:val="24"/>
                <w:lang w:eastAsia="ro-RO"/>
              </w:rPr>
              <w:t>Tariful</w:t>
            </w:r>
            <w:r w:rsidRPr="00CD3EA5">
              <w:rPr>
                <w:rFonts w:ascii="Times New Roman" w:hAnsi="Times New Roman"/>
                <w:b/>
                <w:sz w:val="24"/>
                <w:szCs w:val="24"/>
                <w:lang w:eastAsia="ro-RO"/>
              </w:rPr>
              <w:t>”</w:t>
            </w:r>
          </w:p>
        </w:tc>
        <w:tc>
          <w:tcPr>
            <w:tcW w:w="7009" w:type="dxa"/>
          </w:tcPr>
          <w:p w14:paraId="43631050" w14:textId="77777777" w:rsidR="008B2EA6" w:rsidRPr="00CD3EA5" w:rsidRDefault="008B2EA6" w:rsidP="00E152C8">
            <w:pPr>
              <w:jc w:val="both"/>
              <w:rPr>
                <w:rFonts w:ascii="Times New Roman" w:hAnsi="Times New Roman"/>
                <w:bCs/>
                <w:sz w:val="24"/>
                <w:szCs w:val="24"/>
              </w:rPr>
            </w:pPr>
            <w:r w:rsidRPr="00CD3EA5">
              <w:rPr>
                <w:rFonts w:ascii="Times New Roman" w:hAnsi="Times New Roman"/>
                <w:sz w:val="24"/>
                <w:szCs w:val="24"/>
              </w:rPr>
              <w:t xml:space="preserve">înseamnă, în funcție de context, împreună sau oricare dintre </w:t>
            </w:r>
            <w:r w:rsidRPr="00CD3EA5">
              <w:rPr>
                <w:rFonts w:ascii="Times New Roman" w:hAnsi="Times New Roman"/>
                <w:sz w:val="24"/>
                <w:szCs w:val="24"/>
                <w:lang w:eastAsia="ro-RO"/>
              </w:rPr>
              <w:t>Tariful Activității Componente și Tariful Utilizatorilor</w:t>
            </w:r>
          </w:p>
        </w:tc>
      </w:tr>
      <w:tr w:rsidR="008B2EA6" w:rsidRPr="00CD3EA5" w14:paraId="040D6C6C" w14:textId="77777777" w:rsidTr="00E152C8">
        <w:tc>
          <w:tcPr>
            <w:tcW w:w="3055" w:type="dxa"/>
          </w:tcPr>
          <w:p w14:paraId="1FCCEF5E"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Activității Componente”</w:t>
            </w:r>
          </w:p>
        </w:tc>
        <w:tc>
          <w:tcPr>
            <w:tcW w:w="7009" w:type="dxa"/>
          </w:tcPr>
          <w:p w14:paraId="1407A339"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contravaloarea furnizării/prestării pentru fiecare Activitate Componentă sau, după caz, pentru o activitate ce face parte din aceasta, ce include și Tariful Distinct Activitate Componentă Deșeuri Reciclabile, Tariful Distinct Activitate Componentă Biodeșeuri și Tariful Distinct Activitate Componentă Alte Deșeuri</w:t>
            </w:r>
          </w:p>
        </w:tc>
      </w:tr>
      <w:tr w:rsidR="008B2EA6" w:rsidRPr="00CD3EA5" w14:paraId="35D995CC" w14:textId="77777777" w:rsidTr="00E152C8">
        <w:tc>
          <w:tcPr>
            <w:tcW w:w="3055" w:type="dxa"/>
          </w:tcPr>
          <w:p w14:paraId="12050CE1"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Distinct Activitate Componentă Deșeuri Reciclabile”</w:t>
            </w:r>
          </w:p>
        </w:tc>
        <w:tc>
          <w:tcPr>
            <w:tcW w:w="7009" w:type="dxa"/>
          </w:tcPr>
          <w:p w14:paraId="66CBDC91"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pentru colectarea separată şi transportul separat al Deșeurilor Reciclabile din Deșeurile Menajare, respectiv din Deșeurile Similare, care include și costurile cu activitățile de Sortare, exprimat în lei/tonă</w:t>
            </w:r>
          </w:p>
        </w:tc>
      </w:tr>
      <w:tr w:rsidR="008B2EA6" w:rsidRPr="00CD3EA5" w14:paraId="1548D7D7" w14:textId="77777777" w:rsidTr="00E152C8">
        <w:tc>
          <w:tcPr>
            <w:tcW w:w="3055" w:type="dxa"/>
          </w:tcPr>
          <w:p w14:paraId="775474E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Distinct Activitate Componentă Biodeșeuri”</w:t>
            </w:r>
          </w:p>
        </w:tc>
        <w:tc>
          <w:tcPr>
            <w:tcW w:w="7009" w:type="dxa"/>
          </w:tcPr>
          <w:p w14:paraId="7E156176"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pentru colectarea separată şi transportul separat al Biodeșeurilor din Deșeurile Menajare, respectiv din Deșeurile Similare, care include și costurile cu activitățile de Compostare, exprimat în lei/tonă</w:t>
            </w:r>
          </w:p>
        </w:tc>
      </w:tr>
      <w:tr w:rsidR="008B2EA6" w:rsidRPr="00CD3EA5" w14:paraId="17A7BB19" w14:textId="77777777" w:rsidTr="00E152C8">
        <w:tc>
          <w:tcPr>
            <w:tcW w:w="3055" w:type="dxa"/>
          </w:tcPr>
          <w:p w14:paraId="268D233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rPr>
              <w:t xml:space="preserve">„Tariful Distinct </w:t>
            </w:r>
            <w:r w:rsidRPr="00CD3EA5">
              <w:rPr>
                <w:rFonts w:ascii="Times New Roman" w:hAnsi="Times New Roman"/>
                <w:b/>
                <w:sz w:val="24"/>
                <w:szCs w:val="24"/>
                <w:lang w:eastAsia="ro-RO"/>
              </w:rPr>
              <w:t>Activitate Componentă</w:t>
            </w:r>
            <w:r w:rsidRPr="00CD3EA5">
              <w:rPr>
                <w:rFonts w:ascii="Times New Roman" w:hAnsi="Times New Roman"/>
                <w:sz w:val="24"/>
                <w:szCs w:val="24"/>
                <w:lang w:eastAsia="ro-RO"/>
              </w:rPr>
              <w:t xml:space="preserve"> </w:t>
            </w:r>
            <w:r w:rsidRPr="00CD3EA5">
              <w:rPr>
                <w:rFonts w:ascii="Times New Roman" w:hAnsi="Times New Roman"/>
                <w:b/>
                <w:sz w:val="24"/>
                <w:szCs w:val="24"/>
              </w:rPr>
              <w:t>Alte Deșeuri”</w:t>
            </w:r>
          </w:p>
        </w:tc>
        <w:tc>
          <w:tcPr>
            <w:tcW w:w="7009" w:type="dxa"/>
          </w:tcPr>
          <w:p w14:paraId="0F8C6267"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tariful pentru colectarea separată şi transportul separat al Deșeurilor Menajare, respectiv al Deșeurilor Similare, altele decât Deșeurile Reciclabile care include și costurile cu activitățile de Tratare, exprimat în lei/tonă </w:t>
            </w:r>
          </w:p>
        </w:tc>
      </w:tr>
      <w:tr w:rsidR="008B2EA6" w:rsidRPr="00CD3EA5" w14:paraId="759E4F34" w14:textId="77777777" w:rsidTr="00E152C8">
        <w:tc>
          <w:tcPr>
            <w:tcW w:w="3055" w:type="dxa"/>
          </w:tcPr>
          <w:p w14:paraId="18C171F8"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lang w:eastAsia="ro-RO"/>
              </w:rPr>
              <w:t>„Tarif Utilizatorilor Casnici”</w:t>
            </w:r>
          </w:p>
        </w:tc>
        <w:tc>
          <w:tcPr>
            <w:tcW w:w="7009" w:type="dxa"/>
          </w:tcPr>
          <w:p w14:paraId="503E004C"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facturat Utilizatorilor Casnici, format din Componentă Deșeuri Reciclabile, Componentă Biodeșeuri și Componentă</w:t>
            </w:r>
            <w:r w:rsidRPr="00CD3EA5">
              <w:rPr>
                <w:rFonts w:ascii="Times New Roman" w:hAnsi="Times New Roman"/>
                <w:b/>
                <w:sz w:val="24"/>
                <w:szCs w:val="24"/>
              </w:rPr>
              <w:t xml:space="preserve"> </w:t>
            </w:r>
            <w:r w:rsidRPr="00CD3EA5">
              <w:rPr>
                <w:rFonts w:ascii="Times New Roman" w:hAnsi="Times New Roman"/>
                <w:sz w:val="24"/>
                <w:szCs w:val="24"/>
              </w:rPr>
              <w:t>Alte Deșeuri, exprimat în lei/pers./lună</w:t>
            </w:r>
          </w:p>
        </w:tc>
      </w:tr>
      <w:tr w:rsidR="008B2EA6" w:rsidRPr="00CD3EA5" w14:paraId="59B866C5" w14:textId="77777777" w:rsidTr="00E152C8">
        <w:tc>
          <w:tcPr>
            <w:tcW w:w="3055" w:type="dxa"/>
          </w:tcPr>
          <w:p w14:paraId="555177CC"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„Componentă Deșeuri Reciclabile”</w:t>
            </w:r>
          </w:p>
        </w:tc>
        <w:tc>
          <w:tcPr>
            <w:tcW w:w="7009" w:type="dxa"/>
          </w:tcPr>
          <w:p w14:paraId="316DBB55"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componenta tarifului Utilizatorilor Casnici pentru colectarea separată şi transportul separat al Deșeurilor Reciclabile din Deșeurile Menajare, care include și costurile cu activitățile de Sortare, exprimată în lei/pers./lună</w:t>
            </w:r>
          </w:p>
        </w:tc>
      </w:tr>
      <w:tr w:rsidR="008B2EA6" w:rsidRPr="00CD3EA5" w14:paraId="43CA3474" w14:textId="77777777" w:rsidTr="00E152C8">
        <w:tc>
          <w:tcPr>
            <w:tcW w:w="3055" w:type="dxa"/>
          </w:tcPr>
          <w:p w14:paraId="124B8AEE"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”Componentă Biodeșeuri”</w:t>
            </w:r>
          </w:p>
        </w:tc>
        <w:tc>
          <w:tcPr>
            <w:tcW w:w="7009" w:type="dxa"/>
          </w:tcPr>
          <w:p w14:paraId="771D8D7F"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 xml:space="preserve">înseamnă componenta tarifului Utilizatorilor Casnici pentru colectarea separată şi transportul separat al Biodeșeurilor din Deșeurile Menajare, care include și costurile cu activitățile de compostare, exprimată în lei/pers./lună </w:t>
            </w:r>
          </w:p>
        </w:tc>
      </w:tr>
      <w:tr w:rsidR="008B2EA6" w:rsidRPr="00CD3EA5" w14:paraId="51E20150" w14:textId="77777777" w:rsidTr="00E152C8">
        <w:tc>
          <w:tcPr>
            <w:tcW w:w="3055" w:type="dxa"/>
          </w:tcPr>
          <w:p w14:paraId="3F4B0E99"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„Componentă Alte Deșeuri”</w:t>
            </w:r>
          </w:p>
        </w:tc>
        <w:tc>
          <w:tcPr>
            <w:tcW w:w="7009" w:type="dxa"/>
          </w:tcPr>
          <w:p w14:paraId="3D7BCFDC"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componenta tarifului Utilizatorilor Casnici pentru colectarea separată şi transportul separat al Deșeurilor Menajare, altele decât Deșeurile Reciclabile care include și costurile cu activitățile de Tratare, exprimată în lei/pers./lună</w:t>
            </w:r>
          </w:p>
        </w:tc>
      </w:tr>
      <w:tr w:rsidR="008B2EA6" w:rsidRPr="00CD3EA5" w14:paraId="7C524214" w14:textId="77777777" w:rsidTr="00E152C8">
        <w:tc>
          <w:tcPr>
            <w:tcW w:w="3055" w:type="dxa"/>
          </w:tcPr>
          <w:p w14:paraId="6659447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Utilizatorilor Non-Casnici”</w:t>
            </w:r>
          </w:p>
        </w:tc>
        <w:tc>
          <w:tcPr>
            <w:tcW w:w="7009" w:type="dxa"/>
          </w:tcPr>
          <w:p w14:paraId="09A43A03"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tarifele facturate Utilizatorilor Non-casnici, respectiv Tariful Distinct Deșeuri Reciclabile, Tarif Distinct Biodeșeuri și Tariful Distinct</w:t>
            </w:r>
            <w:r w:rsidRPr="00CD3EA5">
              <w:rPr>
                <w:rFonts w:ascii="Times New Roman" w:hAnsi="Times New Roman"/>
                <w:b/>
                <w:sz w:val="24"/>
                <w:szCs w:val="24"/>
              </w:rPr>
              <w:t xml:space="preserve"> </w:t>
            </w:r>
            <w:r w:rsidRPr="00CD3EA5">
              <w:rPr>
                <w:rFonts w:ascii="Times New Roman" w:hAnsi="Times New Roman"/>
                <w:sz w:val="24"/>
                <w:szCs w:val="24"/>
              </w:rPr>
              <w:t>Alte Deșeuri</w:t>
            </w:r>
            <w:r w:rsidRPr="00CD3EA5">
              <w:rPr>
                <w:rFonts w:ascii="Times New Roman" w:hAnsi="Times New Roman"/>
                <w:strike/>
                <w:sz w:val="24"/>
                <w:szCs w:val="24"/>
              </w:rPr>
              <w:t xml:space="preserve"> </w:t>
            </w:r>
          </w:p>
        </w:tc>
      </w:tr>
      <w:tr w:rsidR="008B2EA6" w:rsidRPr="00CD3EA5" w14:paraId="0E5B4822" w14:textId="77777777" w:rsidTr="00E152C8">
        <w:tc>
          <w:tcPr>
            <w:tcW w:w="3055" w:type="dxa"/>
          </w:tcPr>
          <w:p w14:paraId="7ABDF3EC"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lastRenderedPageBreak/>
              <w:t>„Tariful Distinct Deșeuri Reciclabile”</w:t>
            </w:r>
          </w:p>
        </w:tc>
        <w:tc>
          <w:tcPr>
            <w:tcW w:w="7009" w:type="dxa"/>
          </w:tcPr>
          <w:p w14:paraId="64438BE9"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Utilizatorilor Non-Casnici pentru colectarea separată şi transportul separat al Deșeurilor Reciclabile din Deșeurile Similare care include și costurile cu activitățile de Sortare, exprimat în lei/tonă sau lei/m</w:t>
            </w:r>
            <w:r w:rsidRPr="00CD3EA5">
              <w:rPr>
                <w:rFonts w:ascii="Times New Roman" w:hAnsi="Times New Roman"/>
                <w:sz w:val="24"/>
                <w:szCs w:val="24"/>
                <w:vertAlign w:val="superscript"/>
              </w:rPr>
              <w:t>3</w:t>
            </w:r>
            <w:r w:rsidRPr="00CD3EA5">
              <w:rPr>
                <w:rFonts w:ascii="Times New Roman" w:hAnsi="Times New Roman"/>
                <w:sz w:val="24"/>
                <w:szCs w:val="24"/>
              </w:rPr>
              <w:t>, după caz</w:t>
            </w:r>
          </w:p>
        </w:tc>
      </w:tr>
      <w:tr w:rsidR="008B2EA6" w:rsidRPr="00CD3EA5" w14:paraId="265DD998" w14:textId="77777777" w:rsidTr="00E152C8">
        <w:tc>
          <w:tcPr>
            <w:tcW w:w="3055" w:type="dxa"/>
          </w:tcPr>
          <w:p w14:paraId="5EEAF5B3"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Distinct Biodeșeuri”</w:t>
            </w:r>
          </w:p>
        </w:tc>
        <w:tc>
          <w:tcPr>
            <w:tcW w:w="7009" w:type="dxa"/>
          </w:tcPr>
          <w:p w14:paraId="76E0BA74"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Utilizatorilor Non-Casnici pentru colectarea separată şi transportul separat al Biodeșeurilor din Deșeurile Similare, care include și costurile cu activitățile de compostare, exprimat în lei/tonă sau lei/m</w:t>
            </w:r>
            <w:r w:rsidRPr="00CD3EA5">
              <w:rPr>
                <w:rFonts w:ascii="Times New Roman" w:hAnsi="Times New Roman"/>
                <w:sz w:val="24"/>
                <w:szCs w:val="24"/>
                <w:vertAlign w:val="superscript"/>
              </w:rPr>
              <w:t>3</w:t>
            </w:r>
            <w:r w:rsidRPr="00CD3EA5">
              <w:rPr>
                <w:rFonts w:ascii="Times New Roman" w:hAnsi="Times New Roman"/>
                <w:sz w:val="24"/>
                <w:szCs w:val="24"/>
              </w:rPr>
              <w:t xml:space="preserve"> , după caz</w:t>
            </w:r>
          </w:p>
        </w:tc>
      </w:tr>
      <w:tr w:rsidR="008B2EA6" w:rsidRPr="00CD3EA5" w14:paraId="4490BCDD" w14:textId="77777777" w:rsidTr="00E152C8">
        <w:tc>
          <w:tcPr>
            <w:tcW w:w="3055" w:type="dxa"/>
          </w:tcPr>
          <w:p w14:paraId="797173F5"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„Tariful Distinct Alte Deșeuri”</w:t>
            </w:r>
          </w:p>
        </w:tc>
        <w:tc>
          <w:tcPr>
            <w:tcW w:w="7009" w:type="dxa"/>
          </w:tcPr>
          <w:p w14:paraId="107A72BF"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tariful Utilizatorilor Non-Casnici pentru colectarea separată şi transportul separat al Deșeurilor Similare, altele decât Deșeurile Reciclabile, care include și costurile cu activitățile de Tratare, exprimat în lei/tonă sau lei/m</w:t>
            </w:r>
            <w:r w:rsidRPr="00CD3EA5">
              <w:rPr>
                <w:rFonts w:ascii="Times New Roman" w:hAnsi="Times New Roman"/>
                <w:sz w:val="24"/>
                <w:szCs w:val="24"/>
                <w:vertAlign w:val="superscript"/>
              </w:rPr>
              <w:t>3</w:t>
            </w:r>
            <w:r w:rsidRPr="00CD3EA5">
              <w:rPr>
                <w:rFonts w:ascii="Times New Roman" w:hAnsi="Times New Roman"/>
                <w:sz w:val="24"/>
                <w:szCs w:val="24"/>
              </w:rPr>
              <w:t xml:space="preserve"> , după caz.</w:t>
            </w:r>
          </w:p>
        </w:tc>
      </w:tr>
      <w:tr w:rsidR="008B2EA6" w:rsidRPr="00CD3EA5" w14:paraId="46B493FE" w14:textId="77777777" w:rsidTr="00E152C8">
        <w:tc>
          <w:tcPr>
            <w:tcW w:w="3055" w:type="dxa"/>
          </w:tcPr>
          <w:p w14:paraId="7FAA3BF4"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rPr>
              <w:t>„Tratare”</w:t>
            </w:r>
          </w:p>
        </w:tc>
        <w:tc>
          <w:tcPr>
            <w:tcW w:w="7009" w:type="dxa"/>
          </w:tcPr>
          <w:p w14:paraId="40CAFF65"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totalitatea proceselor fizice, chimice şi biologice care schimbă caracteristicile Deșeurilor, în scopul reducerii volumului şi caracterului periculos al acestora, facilitând manipularea sau valorificarea lor (sortare, compostare, tratare mecano-biologică etc.)</w:t>
            </w:r>
          </w:p>
        </w:tc>
      </w:tr>
      <w:tr w:rsidR="008B2EA6" w:rsidRPr="00CD3EA5" w14:paraId="35865A08" w14:textId="77777777" w:rsidTr="00E152C8">
        <w:tc>
          <w:tcPr>
            <w:tcW w:w="3055" w:type="dxa"/>
          </w:tcPr>
          <w:p w14:paraId="189E49FF" w14:textId="77777777" w:rsidR="008B2EA6" w:rsidRPr="00CD3EA5" w:rsidRDefault="008B2EA6" w:rsidP="00E152C8">
            <w:pPr>
              <w:rPr>
                <w:rFonts w:ascii="Times New Roman" w:hAnsi="Times New Roman"/>
                <w:b/>
                <w:sz w:val="24"/>
                <w:szCs w:val="24"/>
              </w:rPr>
            </w:pPr>
            <w:r w:rsidRPr="00CD3EA5">
              <w:rPr>
                <w:rFonts w:ascii="Times New Roman" w:hAnsi="Times New Roman"/>
                <w:b/>
                <w:sz w:val="24"/>
                <w:szCs w:val="24"/>
                <w:lang w:eastAsia="ro-RO"/>
              </w:rPr>
              <w:t>„</w:t>
            </w:r>
            <w:r w:rsidRPr="00CD3EA5">
              <w:rPr>
                <w:rFonts w:ascii="Times New Roman" w:hAnsi="Times New Roman"/>
                <w:b/>
                <w:bCs/>
                <w:iCs/>
                <w:sz w:val="24"/>
                <w:szCs w:val="24"/>
                <w:lang w:eastAsia="ro-RO"/>
              </w:rPr>
              <w:t>Utilizator(i)”</w:t>
            </w:r>
          </w:p>
        </w:tc>
        <w:tc>
          <w:tcPr>
            <w:tcW w:w="7009" w:type="dxa"/>
          </w:tcPr>
          <w:p w14:paraId="0B89837F"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persoanele fizice sau juridice, altele decât Delegatarul, pentru care Delegatul prestează în mod direct Activităţile Componente prevăzute la litera a) sau b) din definiția Serviciului</w:t>
            </w:r>
          </w:p>
        </w:tc>
      </w:tr>
      <w:tr w:rsidR="008B2EA6" w:rsidRPr="00CD3EA5" w14:paraId="0C4184BE" w14:textId="77777777" w:rsidTr="00E152C8">
        <w:tc>
          <w:tcPr>
            <w:tcW w:w="3055" w:type="dxa"/>
          </w:tcPr>
          <w:p w14:paraId="7E38B5E6"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„Utilizator(i) Casnic(i)”</w:t>
            </w:r>
          </w:p>
        </w:tc>
        <w:tc>
          <w:tcPr>
            <w:tcW w:w="7009" w:type="dxa"/>
          </w:tcPr>
          <w:p w14:paraId="60A74651"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Utilizatorii care sunt persoane fizice sau asociaţii de proprietari/locatari ai apartamentelor din condominii, după caz</w:t>
            </w:r>
          </w:p>
        </w:tc>
      </w:tr>
      <w:tr w:rsidR="008B2EA6" w:rsidRPr="00CD3EA5" w14:paraId="29A7F8DF" w14:textId="77777777" w:rsidTr="00E152C8">
        <w:tc>
          <w:tcPr>
            <w:tcW w:w="3055" w:type="dxa"/>
          </w:tcPr>
          <w:p w14:paraId="488E3567"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„Utilizator(i) Non-Casnic(i)”</w:t>
            </w:r>
          </w:p>
        </w:tc>
        <w:tc>
          <w:tcPr>
            <w:tcW w:w="7009" w:type="dxa"/>
          </w:tcPr>
          <w:p w14:paraId="12A39C18"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Utilizatorii, alţii decât Utilizatorii Casnici, în special persoanele juridice precum: agenţi economici, instituţii publice, asociaţii altele decât asociaţiile de proprietare/locatari, fundaţii etc.</w:t>
            </w:r>
          </w:p>
        </w:tc>
      </w:tr>
      <w:tr w:rsidR="008B2EA6" w:rsidRPr="00CD3EA5" w14:paraId="6740F666" w14:textId="77777777" w:rsidTr="00E152C8">
        <w:tc>
          <w:tcPr>
            <w:tcW w:w="3055" w:type="dxa"/>
          </w:tcPr>
          <w:p w14:paraId="2C0346AC"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„Valorificare”</w:t>
            </w:r>
          </w:p>
        </w:tc>
        <w:tc>
          <w:tcPr>
            <w:tcW w:w="7009" w:type="dxa"/>
          </w:tcPr>
          <w:p w14:paraId="14BB0F27"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Ordonanța de Urgență nr. 92/2021 privind regimul deșeurilor, cu modificările și completările ulterioare, stabileşte o listă a operaţiunilor de valorificare, listă care nu este exhaustivă</w:t>
            </w:r>
          </w:p>
        </w:tc>
      </w:tr>
      <w:tr w:rsidR="008B2EA6" w:rsidRPr="00CD3EA5" w14:paraId="5497A684" w14:textId="77777777" w:rsidTr="00E152C8">
        <w:tc>
          <w:tcPr>
            <w:tcW w:w="3055" w:type="dxa"/>
          </w:tcPr>
          <w:p w14:paraId="42399FD7"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lang w:eastAsia="ro-RO"/>
              </w:rPr>
              <w:t>„Zi”</w:t>
            </w:r>
          </w:p>
        </w:tc>
        <w:tc>
          <w:tcPr>
            <w:tcW w:w="7009" w:type="dxa"/>
          </w:tcPr>
          <w:p w14:paraId="37B5CD74"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zi calendaristică, atunci când nu se face referire expresă la „Zi Lucrătoare”</w:t>
            </w:r>
          </w:p>
        </w:tc>
      </w:tr>
      <w:tr w:rsidR="008B2EA6" w:rsidRPr="00CD3EA5" w14:paraId="3F386495" w14:textId="77777777" w:rsidTr="00E152C8">
        <w:tc>
          <w:tcPr>
            <w:tcW w:w="3055" w:type="dxa"/>
          </w:tcPr>
          <w:p w14:paraId="58DC0BD0" w14:textId="77777777" w:rsidR="008B2EA6" w:rsidRPr="00CD3EA5" w:rsidRDefault="008B2EA6" w:rsidP="00E152C8">
            <w:pPr>
              <w:rPr>
                <w:rFonts w:ascii="Times New Roman" w:hAnsi="Times New Roman"/>
                <w:b/>
                <w:sz w:val="24"/>
                <w:szCs w:val="24"/>
                <w:lang w:eastAsia="ro-RO"/>
              </w:rPr>
            </w:pPr>
            <w:r w:rsidRPr="00CD3EA5">
              <w:rPr>
                <w:rFonts w:ascii="Times New Roman" w:hAnsi="Times New Roman"/>
                <w:b/>
                <w:sz w:val="24"/>
                <w:szCs w:val="24"/>
              </w:rPr>
              <w:t>„Zi Lucrătoare”</w:t>
            </w:r>
          </w:p>
        </w:tc>
        <w:tc>
          <w:tcPr>
            <w:tcW w:w="7009" w:type="dxa"/>
          </w:tcPr>
          <w:p w14:paraId="0CBE200E" w14:textId="77777777" w:rsidR="008B2EA6" w:rsidRPr="00CD3EA5" w:rsidRDefault="008B2EA6" w:rsidP="00E152C8">
            <w:pPr>
              <w:jc w:val="both"/>
              <w:rPr>
                <w:rFonts w:ascii="Times New Roman" w:hAnsi="Times New Roman"/>
                <w:sz w:val="24"/>
                <w:szCs w:val="24"/>
              </w:rPr>
            </w:pPr>
            <w:r w:rsidRPr="00CD3EA5">
              <w:rPr>
                <w:rFonts w:ascii="Times New Roman" w:hAnsi="Times New Roman"/>
                <w:sz w:val="24"/>
                <w:szCs w:val="24"/>
              </w:rPr>
              <w:t>înseamnă orice zi în afara:</w:t>
            </w:r>
          </w:p>
          <w:p w14:paraId="74E0655E" w14:textId="77777777" w:rsidR="008B2EA6" w:rsidRPr="00CD3EA5" w:rsidRDefault="008B2EA6" w:rsidP="008B2EA6">
            <w:pPr>
              <w:pStyle w:val="ListParagraph"/>
              <w:numPr>
                <w:ilvl w:val="0"/>
                <w:numId w:val="98"/>
              </w:numPr>
              <w:jc w:val="both"/>
              <w:rPr>
                <w:rFonts w:ascii="Times New Roman" w:hAnsi="Times New Roman"/>
                <w:sz w:val="24"/>
                <w:szCs w:val="24"/>
              </w:rPr>
            </w:pPr>
            <w:r w:rsidRPr="00CD3EA5">
              <w:rPr>
                <w:rFonts w:ascii="Times New Roman" w:hAnsi="Times New Roman"/>
                <w:sz w:val="24"/>
                <w:szCs w:val="24"/>
              </w:rPr>
              <w:t xml:space="preserve">zilelor de sâmbătă şi duminică; </w:t>
            </w:r>
          </w:p>
          <w:p w14:paraId="5F9DAE66" w14:textId="77777777" w:rsidR="008B2EA6" w:rsidRPr="00CD3EA5" w:rsidRDefault="008B2EA6" w:rsidP="008B2EA6">
            <w:pPr>
              <w:pStyle w:val="ListParagraph"/>
              <w:numPr>
                <w:ilvl w:val="0"/>
                <w:numId w:val="98"/>
              </w:numPr>
              <w:jc w:val="both"/>
              <w:rPr>
                <w:rFonts w:ascii="Times New Roman" w:hAnsi="Times New Roman"/>
                <w:sz w:val="24"/>
                <w:szCs w:val="24"/>
              </w:rPr>
            </w:pPr>
            <w:r w:rsidRPr="00CD3EA5">
              <w:rPr>
                <w:rFonts w:ascii="Times New Roman" w:hAnsi="Times New Roman"/>
                <w:sz w:val="24"/>
                <w:szCs w:val="24"/>
              </w:rPr>
              <w:t>oricărei zile de sărbători legale în România sau oricărei zile în care băncile sunt închise pentru tranzacţii, în conformitate cu Legea în vigoare</w:t>
            </w:r>
          </w:p>
        </w:tc>
      </w:tr>
    </w:tbl>
    <w:p w14:paraId="717786B0" w14:textId="77777777" w:rsidR="008B2EA6" w:rsidRPr="00CD3EA5" w:rsidRDefault="008B2EA6" w:rsidP="008B2EA6">
      <w:pPr>
        <w:spacing w:after="0" w:line="240" w:lineRule="auto"/>
        <w:jc w:val="both"/>
        <w:rPr>
          <w:rFonts w:ascii="Times New Roman" w:hAnsi="Times New Roman"/>
          <w:sz w:val="24"/>
          <w:szCs w:val="24"/>
        </w:rPr>
      </w:pPr>
      <w:bookmarkStart w:id="38" w:name="_Toc332970507"/>
      <w:bookmarkStart w:id="39" w:name="_Toc333325557"/>
      <w:bookmarkStart w:id="40" w:name="_Toc333326628"/>
      <w:bookmarkStart w:id="41" w:name="_Toc334082384"/>
      <w:bookmarkStart w:id="42" w:name="_Toc337128331"/>
      <w:bookmarkStart w:id="43" w:name="_Toc337558397"/>
      <w:bookmarkStart w:id="44" w:name="_Toc337653177"/>
      <w:bookmarkStart w:id="45" w:name="_Toc337740251"/>
    </w:p>
    <w:p w14:paraId="1176F09F" w14:textId="77777777" w:rsidR="008B2EA6" w:rsidRPr="00CD3EA5" w:rsidRDefault="008B2EA6" w:rsidP="008B2EA6">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(2)</w:t>
      </w:r>
      <w:r w:rsidRPr="00CD3EA5">
        <w:rPr>
          <w:rFonts w:ascii="Times New Roman" w:hAnsi="Times New Roman"/>
          <w:sz w:val="24"/>
          <w:szCs w:val="24"/>
        </w:rPr>
        <w:t xml:space="preserve"> </w:t>
      </w:r>
      <w:bookmarkEnd w:id="38"/>
      <w:bookmarkEnd w:id="39"/>
      <w:bookmarkEnd w:id="40"/>
      <w:bookmarkEnd w:id="41"/>
      <w:bookmarkEnd w:id="42"/>
      <w:bookmarkEnd w:id="43"/>
      <w:bookmarkEnd w:id="44"/>
      <w:bookmarkEnd w:id="45"/>
      <w:r w:rsidRPr="00CD3EA5">
        <w:rPr>
          <w:rFonts w:ascii="Times New Roman" w:hAnsi="Times New Roman"/>
          <w:sz w:val="24"/>
          <w:szCs w:val="24"/>
        </w:rPr>
        <w:t xml:space="preserve">În cuprinsul prezentului Contract şi/sau în Anexele sale, termenii folosiţi cu majuscule îşi vor păstra, indiferent de locul în care sunt folosiţi în cuprinsul acestora, înţelesul dat în definiţia aferentă. Formele cuvintelor la singular subînţeleg formele de plural şi invers; </w:t>
      </w:r>
    </w:p>
    <w:p w14:paraId="1AF9BFC8" w14:textId="77777777" w:rsidR="008B2EA6" w:rsidRPr="00CD3EA5" w:rsidRDefault="008B2EA6" w:rsidP="008B2EA6">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(3)</w:t>
      </w:r>
      <w:r w:rsidRPr="00CD3EA5">
        <w:rPr>
          <w:rFonts w:ascii="Times New Roman" w:hAnsi="Times New Roman"/>
          <w:sz w:val="24"/>
          <w:szCs w:val="24"/>
        </w:rPr>
        <w:t xml:space="preserve"> Împărţirea pe capitole şi articole, precum şi titlurile din Contract sunt introduse numai pentru a uşura sistematizarea şi nu vor afecta interpretarea prezentului Contract şi nu vor servi interpretării intenţiilor Părţilor;</w:t>
      </w:r>
      <w:r w:rsidRPr="00CD3EA5" w:rsidDel="00F50579">
        <w:rPr>
          <w:rFonts w:ascii="Times New Roman" w:hAnsi="Times New Roman"/>
          <w:sz w:val="24"/>
          <w:szCs w:val="24"/>
        </w:rPr>
        <w:t xml:space="preserve"> </w:t>
      </w:r>
      <w:r w:rsidRPr="00CD3EA5">
        <w:rPr>
          <w:rFonts w:ascii="Times New Roman" w:hAnsi="Times New Roman"/>
          <w:sz w:val="24"/>
          <w:szCs w:val="24"/>
        </w:rPr>
        <w:t xml:space="preserve"> </w:t>
      </w:r>
    </w:p>
    <w:p w14:paraId="7A3F2216" w14:textId="77777777" w:rsidR="008B2EA6" w:rsidRPr="00CD3EA5" w:rsidRDefault="008B2EA6" w:rsidP="008B2EA6">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(4)</w:t>
      </w:r>
      <w:r w:rsidRPr="00CD3EA5">
        <w:rPr>
          <w:rFonts w:ascii="Times New Roman" w:hAnsi="Times New Roman"/>
          <w:sz w:val="24"/>
          <w:szCs w:val="24"/>
        </w:rPr>
        <w:t xml:space="preserve"> Orice referire la articole sau numere de articole va însemna, dacă nu este altfel specificat, o referire la articolele prezentului Contract. Referirile la anexe vor fi considerate referiri la anexele prezentului Contract;</w:t>
      </w:r>
    </w:p>
    <w:p w14:paraId="630B9C4D" w14:textId="77777777" w:rsidR="008B2EA6" w:rsidRPr="00CD3EA5" w:rsidRDefault="008B2EA6" w:rsidP="008B2EA6">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(5)</w:t>
      </w:r>
      <w:r w:rsidRPr="00CD3EA5">
        <w:rPr>
          <w:rFonts w:ascii="Times New Roman" w:hAnsi="Times New Roman"/>
          <w:sz w:val="24"/>
          <w:szCs w:val="24"/>
        </w:rPr>
        <w:t xml:space="preserve"> Referirile la „acest contract/prezentul Contract” vor fi interpretate ca referiri la acest document </w:t>
      </w:r>
      <w:r w:rsidRPr="00CD3EA5">
        <w:rPr>
          <w:rFonts w:ascii="Times New Roman" w:hAnsi="Times New Roman"/>
          <w:sz w:val="24"/>
          <w:szCs w:val="24"/>
        </w:rPr>
        <w:lastRenderedPageBreak/>
        <w:t xml:space="preserve">împreună cu anexele sale, inclusiv modificările/completările intervenite pe durata acestuia; </w:t>
      </w:r>
    </w:p>
    <w:p w14:paraId="4F782EFB" w14:textId="77777777" w:rsidR="008B2EA6" w:rsidRPr="00CD3EA5" w:rsidRDefault="008B2EA6" w:rsidP="008B2EA6">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rPr>
        <w:t>(6)</w:t>
      </w:r>
      <w:r w:rsidRPr="00CD3EA5">
        <w:rPr>
          <w:rFonts w:ascii="Times New Roman" w:hAnsi="Times New Roman"/>
          <w:sz w:val="24"/>
          <w:szCs w:val="24"/>
        </w:rPr>
        <w:t xml:space="preserve"> Referirile la “Părţi” desemnează părţile prezentului Contract, iar referirile la “Parte” desemnează una dintre părţile prezentului Contract;</w:t>
      </w:r>
    </w:p>
    <w:p w14:paraId="50AF3A6F" w14:textId="77777777" w:rsidR="008B2EA6" w:rsidRPr="00CD3EA5" w:rsidRDefault="008B2EA6" w:rsidP="008B2EA6">
      <w:pPr>
        <w:pStyle w:val="Bodytext21"/>
        <w:shd w:val="clear" w:color="auto" w:fill="auto"/>
        <w:tabs>
          <w:tab w:val="left" w:pos="457"/>
        </w:tabs>
        <w:spacing w:after="0" w:line="240" w:lineRule="auto"/>
        <w:ind w:firstLine="0"/>
        <w:jc w:val="both"/>
        <w:rPr>
          <w:rFonts w:ascii="Times New Roman" w:hAnsi="Times New Roman" w:cs="Times New Roman"/>
          <w:sz w:val="24"/>
          <w:szCs w:val="24"/>
        </w:rPr>
      </w:pPr>
      <w:r w:rsidRPr="00CD3EA5">
        <w:rPr>
          <w:rFonts w:ascii="Times New Roman" w:hAnsi="Times New Roman" w:cs="Times New Roman"/>
          <w:b/>
          <w:sz w:val="24"/>
          <w:szCs w:val="24"/>
          <w:lang w:val="ro-RO"/>
        </w:rPr>
        <w:t>(7)</w:t>
      </w:r>
      <w:r w:rsidRPr="00CD3EA5">
        <w:rPr>
          <w:rFonts w:ascii="Times New Roman" w:hAnsi="Times New Roman" w:cs="Times New Roman"/>
          <w:sz w:val="24"/>
          <w:szCs w:val="24"/>
          <w:lang w:val="ro-RO"/>
        </w:rPr>
        <w:t xml:space="preserve"> Termenii utilizaţi şi nedefiniţi în prezentul Contract şi care sunt definiţi de actele normative aplicabile vor avea înţelesul prevăzut în definiţia corespunzătoare din Lege. </w:t>
      </w:r>
      <w:r w:rsidRPr="00CD3EA5">
        <w:rPr>
          <w:rFonts w:ascii="Times New Roman" w:hAnsi="Times New Roman" w:cs="Times New Roman"/>
          <w:sz w:val="24"/>
          <w:szCs w:val="24"/>
        </w:rPr>
        <w:t>În contextul prezentului Contract referirile la Delegatar, vor fi interpretate:</w:t>
      </w:r>
    </w:p>
    <w:p w14:paraId="6D6199B3" w14:textId="77777777" w:rsidR="008B2EA6" w:rsidRPr="00CD3EA5" w:rsidRDefault="008B2EA6" w:rsidP="008B2EA6">
      <w:pPr>
        <w:pStyle w:val="Bodytext21"/>
        <w:numPr>
          <w:ilvl w:val="0"/>
          <w:numId w:val="81"/>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CD3EA5">
        <w:rPr>
          <w:rFonts w:ascii="Times New Roman" w:hAnsi="Times New Roman" w:cs="Times New Roman"/>
          <w:sz w:val="24"/>
          <w:szCs w:val="24"/>
        </w:rPr>
        <w:t>ADISIGD Arad,</w:t>
      </w:r>
      <w:r>
        <w:rPr>
          <w:rFonts w:ascii="Times New Roman" w:hAnsi="Times New Roman" w:cs="Times New Roman"/>
          <w:sz w:val="24"/>
          <w:szCs w:val="24"/>
        </w:rPr>
        <w:t xml:space="preserve"> în calitate de mandatar al Județul Arad prin Consiliului Județean Arad și a UAT-urilor membre ale Zonei 5,</w:t>
      </w:r>
      <w:r w:rsidRPr="00CD3EA5">
        <w:rPr>
          <w:rFonts w:ascii="Times New Roman" w:hAnsi="Times New Roman" w:cs="Times New Roman"/>
          <w:sz w:val="24"/>
          <w:szCs w:val="24"/>
        </w:rPr>
        <w:t xml:space="preserve"> în cazul clauzelor referitoare la </w:t>
      </w:r>
      <w:r w:rsidRPr="0074562E">
        <w:rPr>
          <w:rFonts w:ascii="Times New Roman" w:hAnsi="Times New Roman" w:cs="Times New Roman"/>
          <w:bCs/>
          <w:sz w:val="24"/>
          <w:szCs w:val="24"/>
        </w:rPr>
        <w:t>parte contractantă</w:t>
      </w:r>
      <w:r w:rsidRPr="00CD3EA5">
        <w:rPr>
          <w:rFonts w:ascii="Times New Roman" w:hAnsi="Times New Roman" w:cs="Times New Roman"/>
          <w:b/>
          <w:bCs/>
          <w:sz w:val="24"/>
          <w:szCs w:val="24"/>
        </w:rPr>
        <w:t xml:space="preserve"> </w:t>
      </w:r>
      <w:r w:rsidRPr="00CD3EA5">
        <w:rPr>
          <w:rFonts w:ascii="Times New Roman" w:hAnsi="Times New Roman" w:cs="Times New Roman"/>
          <w:sz w:val="24"/>
          <w:szCs w:val="24"/>
        </w:rPr>
        <w:t>(în numele și pe seama autorităţilor publice membre), obligaţiile referitoare la monitorizarea activităţilor, stabilirea, aprobarea, ajustarea, modificarea tarifelor, orice altă obligaţie legală care îi revine în conformitate cu prevederile actelor constitutive, Legea nr. 101/2006, Legea nr. 51/2006 și alte norme și reglementări conexe, incidente serviciului de salubrizare</w:t>
      </w:r>
    </w:p>
    <w:p w14:paraId="54525F03" w14:textId="77777777" w:rsidR="008B2EA6" w:rsidRPr="00CD3EA5" w:rsidRDefault="008B2EA6" w:rsidP="008B2EA6">
      <w:pPr>
        <w:pStyle w:val="Bodytext21"/>
        <w:numPr>
          <w:ilvl w:val="0"/>
          <w:numId w:val="81"/>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CD3EA5">
        <w:rPr>
          <w:rFonts w:ascii="Times New Roman" w:hAnsi="Times New Roman" w:cs="Times New Roman"/>
          <w:sz w:val="24"/>
          <w:szCs w:val="24"/>
        </w:rPr>
        <w:t>UAT-urile membre ale Zonei 5 pentru aprobarea ajustării/modificării tarifelor, plata facturilor pentru utilizatorii casnici.</w:t>
      </w:r>
    </w:p>
    <w:p w14:paraId="7713E102" w14:textId="77777777" w:rsidR="008B2EA6" w:rsidRPr="00CD3EA5" w:rsidRDefault="008B2EA6" w:rsidP="008B2EA6">
      <w:pPr>
        <w:autoSpaceDE w:val="0"/>
        <w:autoSpaceDN w:val="0"/>
        <w:adjustRightInd w:val="0"/>
        <w:spacing w:after="0" w:line="240" w:lineRule="auto"/>
        <w:jc w:val="both"/>
        <w:rPr>
          <w:rFonts w:ascii="Times New Roman" w:hAnsi="Times New Roman"/>
          <w:b/>
          <w:bCs/>
          <w:i/>
          <w:iCs/>
          <w:sz w:val="24"/>
          <w:szCs w:val="24"/>
          <w:lang w:eastAsia="ro-RO"/>
        </w:rPr>
      </w:pPr>
    </w:p>
    <w:p w14:paraId="50AC11A5" w14:textId="77777777" w:rsidR="008B2EA6" w:rsidRPr="00CD3EA5" w:rsidRDefault="008B2EA6" w:rsidP="008B2EA6">
      <w:pPr>
        <w:pStyle w:val="Heading1"/>
        <w:spacing w:line="240" w:lineRule="auto"/>
        <w:rPr>
          <w:rFonts w:ascii="Times New Roman" w:hAnsi="Times New Roman" w:cs="Times New Roman"/>
          <w:sz w:val="24"/>
          <w:szCs w:val="24"/>
        </w:rPr>
      </w:pPr>
      <w:bookmarkStart w:id="46" w:name="_Toc11221549"/>
      <w:r w:rsidRPr="00CD3EA5">
        <w:rPr>
          <w:rFonts w:ascii="Times New Roman" w:hAnsi="Times New Roman" w:cs="Times New Roman"/>
          <w:sz w:val="24"/>
          <w:szCs w:val="24"/>
        </w:rPr>
        <w:t>OBIECTUL, DURATA ŞI DOCUMENTELE CONTRACTULUI</w:t>
      </w:r>
      <w:bookmarkStart w:id="47" w:name="_Toc254520612"/>
      <w:bookmarkStart w:id="48" w:name="_Toc337740253"/>
      <w:bookmarkEnd w:id="46"/>
    </w:p>
    <w:p w14:paraId="742DD3F6" w14:textId="77777777" w:rsidR="008B2EA6" w:rsidRPr="00CD3EA5" w:rsidRDefault="008B2EA6" w:rsidP="008B2EA6">
      <w:pPr>
        <w:spacing w:after="0" w:line="240" w:lineRule="auto"/>
      </w:pPr>
    </w:p>
    <w:p w14:paraId="1D296939"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49" w:name="_Toc11221550"/>
      <w:r w:rsidRPr="00CD3EA5">
        <w:rPr>
          <w:rFonts w:ascii="Times New Roman" w:hAnsi="Times New Roman"/>
          <w:sz w:val="24"/>
          <w:szCs w:val="24"/>
          <w:lang w:val="ro-RO" w:eastAsia="ro-RO"/>
        </w:rPr>
        <w:t>OBIECTUL CONTRACTULUI</w:t>
      </w:r>
      <w:bookmarkEnd w:id="49"/>
      <w:r w:rsidRPr="00CD3EA5">
        <w:rPr>
          <w:rFonts w:ascii="Times New Roman" w:hAnsi="Times New Roman"/>
          <w:sz w:val="24"/>
          <w:szCs w:val="24"/>
          <w:lang w:val="ro-RO" w:eastAsia="ro-RO"/>
        </w:rPr>
        <w:t xml:space="preserve"> </w:t>
      </w:r>
    </w:p>
    <w:p w14:paraId="58B67610" w14:textId="77777777" w:rsidR="008B2EA6" w:rsidRPr="00CD3EA5" w:rsidRDefault="008B2EA6" w:rsidP="008B2EA6">
      <w:pPr>
        <w:numPr>
          <w:ilvl w:val="0"/>
          <w:numId w:val="49"/>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bookmarkStart w:id="50" w:name="ref#"/>
      <w:bookmarkEnd w:id="50"/>
      <w:r w:rsidRPr="00CD3EA5">
        <w:rPr>
          <w:rFonts w:ascii="Times New Roman" w:hAnsi="Times New Roman"/>
          <w:sz w:val="24"/>
          <w:szCs w:val="24"/>
          <w:lang w:eastAsia="ro-RO"/>
        </w:rPr>
        <w:t xml:space="preserve">Obiectul prezentului Contract îl reprezintă prestarea activităţilor componente ale serviciului de salubrizare a localităților în regim de gestiune delegată, care compun “Serviciul” astfel cum este definit acesta la Articolul 1 („Definiții şi interpretări”) de mai sus, respectiv </w:t>
      </w:r>
      <w:r w:rsidRPr="00CD3EA5">
        <w:rPr>
          <w:rFonts w:ascii="Times New Roman" w:hAnsi="Times New Roman"/>
          <w:sz w:val="24"/>
          <w:szCs w:val="24"/>
        </w:rPr>
        <w:t>așa cum  sunt  ele  menționate  în  Legea nr.  101/2006  a  serviciului  de  salubrizare  a  localităților, republicată cu modificările și completările ulterioare, Art. 2 alin. (3) punctele a) și b)</w:t>
      </w:r>
      <w:r w:rsidRPr="00CD3EA5">
        <w:rPr>
          <w:rFonts w:ascii="Times New Roman" w:hAnsi="Times New Roman"/>
          <w:sz w:val="24"/>
          <w:szCs w:val="24"/>
          <w:lang w:eastAsia="ro-RO"/>
        </w:rPr>
        <w:t>:</w:t>
      </w:r>
      <w:bookmarkStart w:id="51" w:name="tree#26"/>
    </w:p>
    <w:p w14:paraId="6ADC3327" w14:textId="77777777" w:rsidR="008B2EA6" w:rsidRPr="00CD3EA5" w:rsidRDefault="008B2EA6" w:rsidP="008B2EA6">
      <w:pPr>
        <w:widowControl w:val="0"/>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 xml:space="preserve">colectarea separată și transportul separat al deșeurilor municipale și al deșeurilor similare provenind din activități comerciale din industrie și instituții, inclusiv fracții colectate separat; </w:t>
      </w:r>
    </w:p>
    <w:p w14:paraId="1CA35C3A" w14:textId="77777777" w:rsidR="008B2EA6" w:rsidRPr="00CD3EA5" w:rsidRDefault="008B2EA6" w:rsidP="008B2EA6">
      <w:pPr>
        <w:widowControl w:val="0"/>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Colectarea separată a deşeurilor municipale generate ocazional;</w:t>
      </w:r>
    </w:p>
    <w:p w14:paraId="4215D6B1" w14:textId="77777777" w:rsidR="008B2EA6" w:rsidRPr="00CD3EA5" w:rsidRDefault="008B2EA6" w:rsidP="008B2EA6">
      <w:pPr>
        <w:widowControl w:val="0"/>
        <w:spacing w:after="0" w:line="240" w:lineRule="auto"/>
        <w:jc w:val="both"/>
        <w:rPr>
          <w:rFonts w:ascii="Times New Roman" w:hAnsi="Times New Roman"/>
          <w:sz w:val="24"/>
          <w:szCs w:val="24"/>
        </w:rPr>
      </w:pPr>
      <w:r w:rsidRPr="00CD3EA5">
        <w:rPr>
          <w:rFonts w:ascii="Times New Roman" w:hAnsi="Times New Roman"/>
          <w:sz w:val="24"/>
          <w:szCs w:val="24"/>
        </w:rPr>
        <w:t>Serviciile care fac obiectul prezentului Contract așa cum  sunt  ele  menționate în Ordonanța nr. 92/2021 și Legea nr. 181/2020:</w:t>
      </w:r>
    </w:p>
    <w:p w14:paraId="5ADA11ED"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separată cel puțin pentru deșeurile de hârtie, metal, plastic și sticlă din deșeurile municipale prevazuta la Art 17 alin (5) lit a)</w:t>
      </w:r>
      <w:r>
        <w:rPr>
          <w:rFonts w:ascii="Times New Roman" w:hAnsi="Times New Roman"/>
          <w:sz w:val="24"/>
          <w:szCs w:val="24"/>
        </w:rPr>
        <w:t xml:space="preserve"> din O.U.G. nr. 92/2021</w:t>
      </w:r>
    </w:p>
    <w:p w14:paraId="7AEE91D4"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separată a deseurilor biodegradabile prev</w:t>
      </w:r>
      <w:r>
        <w:rPr>
          <w:rFonts w:ascii="Times New Roman" w:hAnsi="Times New Roman"/>
          <w:sz w:val="24"/>
          <w:szCs w:val="24"/>
        </w:rPr>
        <w:t>ă</w:t>
      </w:r>
      <w:r w:rsidRPr="00CD3EA5">
        <w:rPr>
          <w:rFonts w:ascii="Times New Roman" w:hAnsi="Times New Roman"/>
          <w:sz w:val="24"/>
          <w:szCs w:val="24"/>
        </w:rPr>
        <w:t xml:space="preserve">zute la Art. 33 </w:t>
      </w:r>
      <w:r>
        <w:rPr>
          <w:rFonts w:ascii="Times New Roman" w:hAnsi="Times New Roman"/>
          <w:sz w:val="24"/>
          <w:szCs w:val="24"/>
        </w:rPr>
        <w:t xml:space="preserve">din O.U.G. nr. 92/2021 </w:t>
      </w:r>
      <w:r w:rsidRPr="00CD3EA5">
        <w:rPr>
          <w:rFonts w:ascii="Times New Roman" w:hAnsi="Times New Roman"/>
          <w:sz w:val="24"/>
          <w:szCs w:val="24"/>
        </w:rPr>
        <w:t>și Art. 1 alin. 3 din Legea nr. 181/2020</w:t>
      </w:r>
      <w:r>
        <w:rPr>
          <w:rFonts w:ascii="Times New Roman" w:hAnsi="Times New Roman"/>
          <w:sz w:val="24"/>
          <w:szCs w:val="24"/>
        </w:rPr>
        <w:t xml:space="preserve">  </w:t>
      </w:r>
    </w:p>
    <w:p w14:paraId="2D5D5EF6"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deșeurilor, altele decât cele prevăzute la lit. a); (deșeuri reziduale)</w:t>
      </w:r>
    </w:p>
    <w:p w14:paraId="7210E166"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deșeurilor periculoase provenite din gospodării prevăzulte la Art. 30 - colectarea separată a deșeurilor municipale generate ocazional</w:t>
      </w:r>
    </w:p>
    <w:p w14:paraId="0CA404B0"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deșeurilor voluminoase inclusiv mobilă și saltele - colectarea separat</w:t>
      </w:r>
      <w:r>
        <w:rPr>
          <w:rFonts w:ascii="Times New Roman" w:hAnsi="Times New Roman"/>
          <w:sz w:val="24"/>
          <w:szCs w:val="24"/>
        </w:rPr>
        <w:t>ă</w:t>
      </w:r>
      <w:r w:rsidRPr="00CD3EA5">
        <w:rPr>
          <w:rFonts w:ascii="Times New Roman" w:hAnsi="Times New Roman"/>
          <w:sz w:val="24"/>
          <w:szCs w:val="24"/>
        </w:rPr>
        <w:t xml:space="preserve"> a deseurilor municipale generate ocazional</w:t>
      </w:r>
    </w:p>
    <w:p w14:paraId="0B548685"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 xml:space="preserve">colectarea deșeurilor textile, colectarea deșeurilor îmbrăcăminte </w:t>
      </w:r>
    </w:p>
    <w:p w14:paraId="44B940BB" w14:textId="77777777" w:rsidR="008B2EA6" w:rsidRPr="00CD3EA5" w:rsidRDefault="008B2EA6" w:rsidP="008B2EA6">
      <w:pPr>
        <w:widowControl w:val="0"/>
        <w:numPr>
          <w:ilvl w:val="2"/>
          <w:numId w:val="49"/>
        </w:numPr>
        <w:spacing w:after="0" w:line="240" w:lineRule="auto"/>
        <w:ind w:left="1350" w:hanging="90"/>
        <w:jc w:val="both"/>
        <w:rPr>
          <w:rFonts w:ascii="Times New Roman" w:hAnsi="Times New Roman"/>
          <w:sz w:val="24"/>
          <w:szCs w:val="24"/>
        </w:rPr>
      </w:pPr>
      <w:r w:rsidRPr="00CD3EA5">
        <w:rPr>
          <w:rFonts w:ascii="Times New Roman" w:hAnsi="Times New Roman"/>
          <w:sz w:val="24"/>
          <w:szCs w:val="24"/>
        </w:rPr>
        <w:t>colectarea deseurilor abandonate pe teritorul administrativ al UAT urilor din aria de delegare Art. 4 alin 5 din Legea nr. 101/2006.</w:t>
      </w:r>
    </w:p>
    <w:p w14:paraId="11F52A6A" w14:textId="77777777" w:rsidR="008B2EA6" w:rsidRPr="00CD3EA5" w:rsidRDefault="008B2EA6" w:rsidP="008B2EA6">
      <w:pPr>
        <w:numPr>
          <w:ilvl w:val="0"/>
          <w:numId w:val="49"/>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r w:rsidRPr="00CD3EA5">
        <w:rPr>
          <w:rFonts w:ascii="Times New Roman" w:hAnsi="Times New Roman"/>
          <w:sz w:val="24"/>
          <w:szCs w:val="24"/>
        </w:rPr>
        <w:t>Prin prezentul Contract, Delegatarul atribuie Delegatului, pentru perioada de timp menţionată la Articolul 3 (“Durata Contractului, Perioada de Mobilizare și Data de începere"), dreptul și obligaţia de a presta Serviciul în Aria Delegării, inclusiv dreptul și obligaţia de a administra și de a exploata, în schimbul unei Redevențe, Bunurile de Retur prevăzute în Anexele nr. 4 la prezentul Contract.</w:t>
      </w:r>
    </w:p>
    <w:bookmarkEnd w:id="51"/>
    <w:p w14:paraId="0568EE3E" w14:textId="77777777" w:rsidR="008B2EA6" w:rsidRPr="00CD3EA5" w:rsidRDefault="008B2EA6" w:rsidP="008B2EA6">
      <w:pPr>
        <w:numPr>
          <w:ilvl w:val="0"/>
          <w:numId w:val="49"/>
        </w:numPr>
        <w:tabs>
          <w:tab w:val="left" w:pos="450"/>
        </w:tabs>
        <w:autoSpaceDE w:val="0"/>
        <w:autoSpaceDN w:val="0"/>
        <w:adjustRightInd w:val="0"/>
        <w:spacing w:after="0" w:line="240" w:lineRule="auto"/>
        <w:ind w:left="0" w:firstLine="0"/>
        <w:jc w:val="both"/>
        <w:rPr>
          <w:rFonts w:ascii="Times New Roman" w:hAnsi="Times New Roman"/>
          <w:sz w:val="24"/>
          <w:szCs w:val="24"/>
        </w:rPr>
      </w:pPr>
      <w:r w:rsidRPr="00CD3EA5">
        <w:rPr>
          <w:rFonts w:ascii="Times New Roman" w:hAnsi="Times New Roman"/>
          <w:sz w:val="24"/>
          <w:szCs w:val="24"/>
        </w:rPr>
        <w:t>Obiectivele Delegatarului sunt:</w:t>
      </w:r>
    </w:p>
    <w:p w14:paraId="258869D0" w14:textId="77777777" w:rsidR="008B2EA6" w:rsidRPr="00CD3EA5" w:rsidRDefault="008B2EA6" w:rsidP="008B2EA6">
      <w:pPr>
        <w:pStyle w:val="ListParagraph"/>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îmbunătăţirea condiţiilor de viaţă ale populaţiei;</w:t>
      </w:r>
    </w:p>
    <w:p w14:paraId="7D500742" w14:textId="77777777" w:rsidR="008B2EA6" w:rsidRPr="00CD3EA5" w:rsidRDefault="008B2EA6" w:rsidP="008B2EA6">
      <w:pPr>
        <w:pStyle w:val="ListParagraph"/>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susţinerea dezvoltării economico-sociale a ariei de delegare;</w:t>
      </w:r>
    </w:p>
    <w:p w14:paraId="02335FBF" w14:textId="77777777" w:rsidR="008B2EA6" w:rsidRPr="00CD3EA5" w:rsidRDefault="008B2EA6" w:rsidP="008B2EA6">
      <w:pPr>
        <w:pStyle w:val="ListParagraph"/>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lastRenderedPageBreak/>
        <w:t>promovarea calităţii şi eficienţei Serviciului;</w:t>
      </w:r>
    </w:p>
    <w:p w14:paraId="07ECE41A" w14:textId="77777777" w:rsidR="008B2EA6" w:rsidRPr="00CD3EA5" w:rsidRDefault="008B2EA6" w:rsidP="008B2EA6">
      <w:pPr>
        <w:pStyle w:val="ListParagraph"/>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dezvoltarea durabilă a Serviciului;</w:t>
      </w:r>
    </w:p>
    <w:p w14:paraId="25F77864" w14:textId="77777777" w:rsidR="008B2EA6" w:rsidRPr="00CD3EA5" w:rsidRDefault="008B2EA6" w:rsidP="008B2EA6">
      <w:pPr>
        <w:pStyle w:val="ListParagraph"/>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gestionarea Serviciului pe criterii de transparenţă, competitivitate şi eficienţă;</w:t>
      </w:r>
    </w:p>
    <w:p w14:paraId="21D24E9D" w14:textId="77777777" w:rsidR="008B2EA6" w:rsidRPr="00CD3EA5" w:rsidRDefault="008B2EA6" w:rsidP="008B2EA6">
      <w:pPr>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furnizarea Serviciului la Tarife care să asigure prestarea Serviciului la nivelurile de calitate şi Indicatorii de Performanţă stabiliţi prin Caietul de Sarcini al Serviciului, Regulamentul Serviciului şi prin prezentul Contract și asigurarea echilibrului între riscurile şi beneficiile asumate de Părţi;</w:t>
      </w:r>
    </w:p>
    <w:p w14:paraId="1C1EB3C4" w14:textId="77777777" w:rsidR="008B2EA6" w:rsidRPr="00CD3EA5" w:rsidRDefault="008B2EA6" w:rsidP="008B2EA6">
      <w:pPr>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protecţia şi conservarea mediului înconjurător şi a sănătăţii populaţiei;</w:t>
      </w:r>
    </w:p>
    <w:p w14:paraId="60E3366A" w14:textId="77777777" w:rsidR="008B2EA6" w:rsidRPr="00CD3EA5" w:rsidRDefault="008B2EA6" w:rsidP="008B2EA6">
      <w:pPr>
        <w:numPr>
          <w:ilvl w:val="0"/>
          <w:numId w:val="99"/>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respectarea cerinţelor din legislaţia privind protecţia mediului referitoare la salubrizarea localităţilor.</w:t>
      </w:r>
    </w:p>
    <w:p w14:paraId="07AB584A" w14:textId="77777777" w:rsidR="008B2EA6" w:rsidRPr="00CD3EA5" w:rsidRDefault="008B2EA6" w:rsidP="008B2EA6">
      <w:pPr>
        <w:widowControl w:val="0"/>
        <w:numPr>
          <w:ilvl w:val="0"/>
          <w:numId w:val="99"/>
        </w:numPr>
        <w:tabs>
          <w:tab w:val="num" w:pos="3242"/>
        </w:tabs>
        <w:spacing w:after="0" w:line="240" w:lineRule="auto"/>
        <w:jc w:val="both"/>
        <w:rPr>
          <w:rFonts w:ascii="Times New Roman" w:eastAsiaTheme="minorHAnsi" w:hAnsi="Times New Roman"/>
          <w:sz w:val="24"/>
          <w:szCs w:val="24"/>
        </w:rPr>
      </w:pPr>
      <w:bookmarkStart w:id="52" w:name="_Toc11221551"/>
      <w:r w:rsidRPr="00CD3EA5">
        <w:rPr>
          <w:rFonts w:ascii="Times New Roman" w:hAnsi="Times New Roman"/>
          <w:sz w:val="24"/>
          <w:szCs w:val="24"/>
        </w:rPr>
        <w:t>Categoriile de deșeuri care fac obiectul contractului de delegare sunt:</w:t>
      </w:r>
    </w:p>
    <w:p w14:paraId="5366CD86" w14:textId="77777777" w:rsidR="008B2EA6" w:rsidRPr="00CD3EA5" w:rsidRDefault="008B2EA6" w:rsidP="008B2EA6">
      <w:pPr>
        <w:widowControl w:val="0"/>
        <w:numPr>
          <w:ilvl w:val="1"/>
          <w:numId w:val="99"/>
        </w:numPr>
        <w:tabs>
          <w:tab w:val="num" w:pos="3242"/>
        </w:tabs>
        <w:spacing w:after="0" w:line="240" w:lineRule="auto"/>
        <w:jc w:val="both"/>
        <w:rPr>
          <w:rFonts w:ascii="Times New Roman" w:hAnsi="Times New Roman"/>
          <w:sz w:val="24"/>
          <w:szCs w:val="24"/>
        </w:rPr>
      </w:pPr>
      <w:r w:rsidRPr="00CD3EA5">
        <w:rPr>
          <w:rFonts w:ascii="Times New Roman" w:hAnsi="Times New Roman"/>
          <w:sz w:val="24"/>
          <w:szCs w:val="24"/>
        </w:rPr>
        <w:t>deșeuri  municipale – deșeuri  menajere și asimilabile celor menajere (capitolul 20 din Lista Europeană a Deșeurilor, aprobată prin H.G. nr. 856/2002):</w:t>
      </w:r>
    </w:p>
    <w:p w14:paraId="29E761D3"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rPr>
          <w:rFonts w:ascii="Times New Roman" w:hAnsi="Times New Roman"/>
          <w:sz w:val="24"/>
          <w:szCs w:val="24"/>
        </w:rPr>
      </w:pPr>
      <w:r w:rsidRPr="00CD3EA5">
        <w:rPr>
          <w:rFonts w:ascii="Times New Roman" w:hAnsi="Times New Roman"/>
          <w:w w:val="105"/>
          <w:sz w:val="24"/>
          <w:szCs w:val="24"/>
        </w:rPr>
        <w:t>deșeuri</w:t>
      </w:r>
      <w:r w:rsidRPr="00CD3EA5">
        <w:rPr>
          <w:rFonts w:ascii="Times New Roman" w:hAnsi="Times New Roman"/>
          <w:spacing w:val="42"/>
          <w:w w:val="105"/>
          <w:sz w:val="24"/>
          <w:szCs w:val="24"/>
        </w:rPr>
        <w:t xml:space="preserve"> </w:t>
      </w:r>
      <w:r w:rsidRPr="00CD3EA5">
        <w:rPr>
          <w:rFonts w:ascii="Times New Roman" w:hAnsi="Times New Roman"/>
          <w:w w:val="105"/>
          <w:sz w:val="24"/>
          <w:szCs w:val="24"/>
        </w:rPr>
        <w:t>reciclabile</w:t>
      </w:r>
      <w:r w:rsidRPr="00CD3EA5">
        <w:rPr>
          <w:rFonts w:ascii="Times New Roman" w:hAnsi="Times New Roman"/>
          <w:spacing w:val="-8"/>
          <w:w w:val="105"/>
          <w:sz w:val="24"/>
          <w:szCs w:val="24"/>
        </w:rPr>
        <w:t xml:space="preserve"> </w:t>
      </w:r>
      <w:r w:rsidRPr="00CD3EA5">
        <w:rPr>
          <w:rFonts w:ascii="Times New Roman" w:hAnsi="Times New Roman"/>
          <w:w w:val="105"/>
          <w:sz w:val="24"/>
          <w:szCs w:val="24"/>
        </w:rPr>
        <w:t>colectate</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separat</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pe</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3</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fracții:</w:t>
      </w:r>
    </w:p>
    <w:p w14:paraId="2CA0B4D2" w14:textId="77777777" w:rsidR="008B2EA6" w:rsidRPr="00CD3EA5" w:rsidRDefault="008B2EA6" w:rsidP="008B2EA6">
      <w:pPr>
        <w:pStyle w:val="ListParagraph"/>
        <w:widowControl w:val="0"/>
        <w:numPr>
          <w:ilvl w:val="3"/>
          <w:numId w:val="99"/>
        </w:numPr>
        <w:tabs>
          <w:tab w:val="left" w:pos="1911"/>
        </w:tabs>
        <w:autoSpaceDE w:val="0"/>
        <w:autoSpaceDN w:val="0"/>
        <w:spacing w:after="0" w:line="240" w:lineRule="auto"/>
        <w:ind w:right="28"/>
        <w:rPr>
          <w:rFonts w:ascii="Times New Roman" w:hAnsi="Times New Roman"/>
          <w:sz w:val="24"/>
          <w:szCs w:val="24"/>
        </w:rPr>
      </w:pPr>
      <w:r w:rsidRPr="00CD3EA5">
        <w:rPr>
          <w:rFonts w:ascii="Times New Roman" w:hAnsi="Times New Roman"/>
          <w:w w:val="110"/>
          <w:sz w:val="24"/>
          <w:szCs w:val="24"/>
        </w:rPr>
        <w:t>hârtie/carton</w:t>
      </w:r>
      <w:r w:rsidRPr="00CD3EA5">
        <w:rPr>
          <w:rFonts w:ascii="Times New Roman" w:hAnsi="Times New Roman"/>
          <w:spacing w:val="-11"/>
          <w:w w:val="110"/>
          <w:sz w:val="24"/>
          <w:szCs w:val="24"/>
        </w:rPr>
        <w:t xml:space="preserve"> </w:t>
      </w:r>
      <w:r w:rsidRPr="00CD3EA5">
        <w:rPr>
          <w:rFonts w:ascii="Times New Roman" w:hAnsi="Times New Roman"/>
          <w:w w:val="110"/>
          <w:sz w:val="24"/>
          <w:szCs w:val="24"/>
        </w:rPr>
        <w:t>–</w:t>
      </w:r>
      <w:r w:rsidRPr="00CD3EA5">
        <w:rPr>
          <w:rFonts w:ascii="Times New Roman" w:hAnsi="Times New Roman"/>
          <w:spacing w:val="-11"/>
          <w:w w:val="110"/>
          <w:sz w:val="24"/>
          <w:szCs w:val="24"/>
        </w:rPr>
        <w:t xml:space="preserve"> </w:t>
      </w:r>
      <w:r w:rsidRPr="00CD3EA5">
        <w:rPr>
          <w:rFonts w:ascii="Times New Roman" w:hAnsi="Times New Roman"/>
          <w:w w:val="110"/>
          <w:sz w:val="24"/>
          <w:szCs w:val="24"/>
        </w:rPr>
        <w:t>20</w:t>
      </w:r>
      <w:r w:rsidRPr="00CD3EA5">
        <w:rPr>
          <w:rFonts w:ascii="Times New Roman" w:hAnsi="Times New Roman"/>
          <w:spacing w:val="-12"/>
          <w:w w:val="110"/>
          <w:sz w:val="24"/>
          <w:szCs w:val="24"/>
        </w:rPr>
        <w:t xml:space="preserve"> </w:t>
      </w:r>
      <w:r w:rsidRPr="00CD3EA5">
        <w:rPr>
          <w:rFonts w:ascii="Times New Roman" w:hAnsi="Times New Roman"/>
          <w:w w:val="110"/>
          <w:sz w:val="24"/>
          <w:szCs w:val="24"/>
        </w:rPr>
        <w:t>01</w:t>
      </w:r>
      <w:r w:rsidRPr="00CD3EA5">
        <w:rPr>
          <w:rFonts w:ascii="Times New Roman" w:hAnsi="Times New Roman"/>
          <w:spacing w:val="-10"/>
          <w:w w:val="110"/>
          <w:sz w:val="24"/>
          <w:szCs w:val="24"/>
        </w:rPr>
        <w:t xml:space="preserve"> </w:t>
      </w:r>
      <w:r w:rsidRPr="00CD3EA5">
        <w:rPr>
          <w:rFonts w:ascii="Times New Roman" w:hAnsi="Times New Roman"/>
          <w:w w:val="110"/>
          <w:sz w:val="24"/>
          <w:szCs w:val="24"/>
        </w:rPr>
        <w:t>01</w:t>
      </w:r>
    </w:p>
    <w:p w14:paraId="2C45959C" w14:textId="77777777" w:rsidR="008B2EA6" w:rsidRPr="00CD3EA5" w:rsidRDefault="008B2EA6" w:rsidP="008B2EA6">
      <w:pPr>
        <w:pStyle w:val="ListParagraph"/>
        <w:widowControl w:val="0"/>
        <w:numPr>
          <w:ilvl w:val="3"/>
          <w:numId w:val="99"/>
        </w:numPr>
        <w:tabs>
          <w:tab w:val="left" w:pos="1911"/>
        </w:tabs>
        <w:autoSpaceDE w:val="0"/>
        <w:autoSpaceDN w:val="0"/>
        <w:spacing w:after="0" w:line="240" w:lineRule="auto"/>
        <w:ind w:right="28"/>
        <w:rPr>
          <w:rFonts w:ascii="Times New Roman" w:hAnsi="Times New Roman"/>
          <w:sz w:val="24"/>
          <w:szCs w:val="24"/>
        </w:rPr>
      </w:pPr>
      <w:r w:rsidRPr="00CD3EA5">
        <w:rPr>
          <w:rFonts w:ascii="Times New Roman" w:hAnsi="Times New Roman"/>
          <w:w w:val="105"/>
          <w:sz w:val="24"/>
          <w:szCs w:val="24"/>
        </w:rPr>
        <w:t>plastic</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- 20</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01</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39</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și</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metal</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-20</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01</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40</w:t>
      </w:r>
    </w:p>
    <w:p w14:paraId="048959CB" w14:textId="77777777" w:rsidR="008B2EA6" w:rsidRPr="00CD3EA5" w:rsidRDefault="008B2EA6" w:rsidP="008B2EA6">
      <w:pPr>
        <w:pStyle w:val="ListParagraph"/>
        <w:widowControl w:val="0"/>
        <w:numPr>
          <w:ilvl w:val="3"/>
          <w:numId w:val="99"/>
        </w:numPr>
        <w:tabs>
          <w:tab w:val="left" w:pos="1911"/>
        </w:tabs>
        <w:autoSpaceDE w:val="0"/>
        <w:autoSpaceDN w:val="0"/>
        <w:spacing w:after="0" w:line="240" w:lineRule="auto"/>
        <w:ind w:right="28"/>
        <w:rPr>
          <w:rFonts w:ascii="Times New Roman" w:hAnsi="Times New Roman"/>
          <w:sz w:val="24"/>
          <w:szCs w:val="24"/>
        </w:rPr>
      </w:pPr>
      <w:r w:rsidRPr="00CD3EA5">
        <w:rPr>
          <w:rFonts w:ascii="Times New Roman" w:hAnsi="Times New Roman"/>
          <w:w w:val="110"/>
          <w:sz w:val="24"/>
          <w:szCs w:val="24"/>
        </w:rPr>
        <w:t>sticlă</w:t>
      </w:r>
      <w:r w:rsidRPr="00CD3EA5">
        <w:rPr>
          <w:rFonts w:ascii="Times New Roman" w:hAnsi="Times New Roman"/>
          <w:spacing w:val="-8"/>
          <w:w w:val="110"/>
          <w:sz w:val="24"/>
          <w:szCs w:val="24"/>
        </w:rPr>
        <w:t xml:space="preserve"> </w:t>
      </w:r>
      <w:r w:rsidRPr="00CD3EA5">
        <w:rPr>
          <w:rFonts w:ascii="Times New Roman" w:hAnsi="Times New Roman"/>
          <w:w w:val="110"/>
          <w:sz w:val="24"/>
          <w:szCs w:val="24"/>
        </w:rPr>
        <w:t>–</w:t>
      </w:r>
      <w:r w:rsidRPr="00CD3EA5">
        <w:rPr>
          <w:rFonts w:ascii="Times New Roman" w:hAnsi="Times New Roman"/>
          <w:spacing w:val="-3"/>
          <w:w w:val="110"/>
          <w:sz w:val="24"/>
          <w:szCs w:val="24"/>
        </w:rPr>
        <w:t xml:space="preserve"> </w:t>
      </w:r>
      <w:r w:rsidRPr="00CD3EA5">
        <w:rPr>
          <w:rFonts w:ascii="Times New Roman" w:hAnsi="Times New Roman"/>
          <w:w w:val="110"/>
          <w:sz w:val="24"/>
          <w:szCs w:val="24"/>
        </w:rPr>
        <w:t>20</w:t>
      </w:r>
      <w:r w:rsidRPr="00CD3EA5">
        <w:rPr>
          <w:rFonts w:ascii="Times New Roman" w:hAnsi="Times New Roman"/>
          <w:spacing w:val="-2"/>
          <w:w w:val="110"/>
          <w:sz w:val="24"/>
          <w:szCs w:val="24"/>
        </w:rPr>
        <w:t xml:space="preserve"> </w:t>
      </w:r>
      <w:r w:rsidRPr="00CD3EA5">
        <w:rPr>
          <w:rFonts w:ascii="Times New Roman" w:hAnsi="Times New Roman"/>
          <w:w w:val="110"/>
          <w:sz w:val="24"/>
          <w:szCs w:val="24"/>
        </w:rPr>
        <w:t>01</w:t>
      </w:r>
      <w:r w:rsidRPr="00CD3EA5">
        <w:rPr>
          <w:rFonts w:ascii="Times New Roman" w:hAnsi="Times New Roman"/>
          <w:spacing w:val="-3"/>
          <w:w w:val="110"/>
          <w:sz w:val="24"/>
          <w:szCs w:val="24"/>
        </w:rPr>
        <w:t xml:space="preserve"> </w:t>
      </w:r>
      <w:r w:rsidRPr="00CD3EA5">
        <w:rPr>
          <w:rFonts w:ascii="Times New Roman" w:hAnsi="Times New Roman"/>
          <w:w w:val="110"/>
          <w:sz w:val="24"/>
          <w:szCs w:val="24"/>
        </w:rPr>
        <w:t>02</w:t>
      </w:r>
    </w:p>
    <w:p w14:paraId="2446653D"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rPr>
          <w:rFonts w:ascii="Times New Roman" w:hAnsi="Times New Roman"/>
          <w:sz w:val="24"/>
          <w:szCs w:val="24"/>
        </w:rPr>
      </w:pPr>
      <w:r w:rsidRPr="00CD3EA5">
        <w:rPr>
          <w:rFonts w:ascii="Times New Roman" w:hAnsi="Times New Roman"/>
          <w:w w:val="105"/>
          <w:sz w:val="24"/>
          <w:szCs w:val="24"/>
        </w:rPr>
        <w:t>deșeuri</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biodegradabile</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colectate</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separat</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20</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01</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 xml:space="preserve">08, 20.02.01 </w:t>
      </w:r>
    </w:p>
    <w:p w14:paraId="3BA69A3F"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rPr>
          <w:rFonts w:ascii="Times New Roman" w:hAnsi="Times New Roman"/>
          <w:sz w:val="24"/>
          <w:szCs w:val="24"/>
        </w:rPr>
      </w:pPr>
      <w:r w:rsidRPr="00CD3EA5">
        <w:rPr>
          <w:rFonts w:ascii="Times New Roman" w:hAnsi="Times New Roman"/>
          <w:w w:val="105"/>
          <w:sz w:val="24"/>
          <w:szCs w:val="24"/>
        </w:rPr>
        <w:t>deșeuri</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reziduale</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(deșeuri</w:t>
      </w:r>
      <w:r w:rsidRPr="00CD3EA5">
        <w:rPr>
          <w:rFonts w:ascii="Times New Roman" w:hAnsi="Times New Roman"/>
          <w:spacing w:val="5"/>
          <w:w w:val="105"/>
          <w:sz w:val="24"/>
          <w:szCs w:val="24"/>
        </w:rPr>
        <w:t xml:space="preserve"> </w:t>
      </w:r>
      <w:r w:rsidRPr="00CD3EA5">
        <w:rPr>
          <w:rFonts w:ascii="Times New Roman" w:hAnsi="Times New Roman"/>
          <w:w w:val="105"/>
          <w:sz w:val="24"/>
          <w:szCs w:val="24"/>
        </w:rPr>
        <w:t>municipale</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amestecate)</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20</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03</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01;</w:t>
      </w:r>
    </w:p>
    <w:p w14:paraId="01782880"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rPr>
          <w:rFonts w:ascii="Times New Roman" w:hAnsi="Times New Roman"/>
          <w:sz w:val="24"/>
          <w:szCs w:val="24"/>
        </w:rPr>
      </w:pPr>
      <w:bookmarkStart w:id="53" w:name="_Hlk113890415"/>
      <w:r w:rsidRPr="00CD3EA5">
        <w:rPr>
          <w:rFonts w:ascii="Times New Roman" w:hAnsi="Times New Roman"/>
          <w:w w:val="105"/>
          <w:sz w:val="24"/>
          <w:szCs w:val="24"/>
        </w:rPr>
        <w:t>deșeuri</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din</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piețe –</w:t>
      </w:r>
      <w:r w:rsidRPr="00CD3EA5">
        <w:rPr>
          <w:rFonts w:ascii="Times New Roman" w:hAnsi="Times New Roman"/>
          <w:spacing w:val="2"/>
          <w:w w:val="105"/>
          <w:sz w:val="24"/>
          <w:szCs w:val="24"/>
        </w:rPr>
        <w:t xml:space="preserve"> </w:t>
      </w:r>
      <w:r w:rsidRPr="00CD3EA5">
        <w:rPr>
          <w:rFonts w:ascii="Times New Roman" w:hAnsi="Times New Roman"/>
          <w:w w:val="105"/>
          <w:sz w:val="24"/>
          <w:szCs w:val="24"/>
        </w:rPr>
        <w:t>codul</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20</w:t>
      </w:r>
      <w:r w:rsidRPr="00CD3EA5">
        <w:rPr>
          <w:rFonts w:ascii="Times New Roman" w:hAnsi="Times New Roman"/>
          <w:spacing w:val="3"/>
          <w:w w:val="105"/>
          <w:sz w:val="24"/>
          <w:szCs w:val="24"/>
        </w:rPr>
        <w:t xml:space="preserve"> </w:t>
      </w:r>
      <w:r w:rsidRPr="00CD3EA5">
        <w:rPr>
          <w:rFonts w:ascii="Times New Roman" w:hAnsi="Times New Roman"/>
          <w:w w:val="105"/>
          <w:sz w:val="24"/>
          <w:szCs w:val="24"/>
        </w:rPr>
        <w:t>03</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02</w:t>
      </w:r>
      <w:r w:rsidRPr="00CD3EA5">
        <w:rPr>
          <w:rFonts w:ascii="Times New Roman" w:hAnsi="Times New Roman"/>
          <w:spacing w:val="4"/>
          <w:w w:val="105"/>
          <w:sz w:val="24"/>
          <w:szCs w:val="24"/>
        </w:rPr>
        <w:t xml:space="preserve"> </w:t>
      </w:r>
      <w:r w:rsidRPr="00CD3EA5">
        <w:rPr>
          <w:rFonts w:ascii="Times New Roman" w:hAnsi="Times New Roman"/>
          <w:w w:val="105"/>
          <w:sz w:val="24"/>
          <w:szCs w:val="24"/>
        </w:rPr>
        <w:t>din</w:t>
      </w:r>
      <w:r w:rsidRPr="00CD3EA5">
        <w:rPr>
          <w:rFonts w:ascii="Times New Roman" w:hAnsi="Times New Roman"/>
          <w:spacing w:val="5"/>
          <w:w w:val="105"/>
          <w:sz w:val="24"/>
          <w:szCs w:val="24"/>
        </w:rPr>
        <w:t xml:space="preserve"> </w:t>
      </w:r>
      <w:r w:rsidRPr="00CD3EA5">
        <w:rPr>
          <w:rFonts w:ascii="Times New Roman" w:hAnsi="Times New Roman"/>
          <w:w w:val="105"/>
          <w:sz w:val="24"/>
          <w:szCs w:val="24"/>
        </w:rPr>
        <w:t>H.G. nr.</w:t>
      </w:r>
      <w:r w:rsidRPr="00CD3EA5">
        <w:rPr>
          <w:rFonts w:ascii="Times New Roman" w:hAnsi="Times New Roman"/>
          <w:spacing w:val="1"/>
          <w:w w:val="105"/>
          <w:sz w:val="24"/>
          <w:szCs w:val="24"/>
        </w:rPr>
        <w:t xml:space="preserve"> </w:t>
      </w:r>
      <w:r w:rsidRPr="00CD3EA5">
        <w:rPr>
          <w:rFonts w:ascii="Times New Roman" w:hAnsi="Times New Roman"/>
          <w:w w:val="105"/>
          <w:sz w:val="24"/>
          <w:szCs w:val="24"/>
        </w:rPr>
        <w:t>856/2002</w:t>
      </w:r>
      <w:bookmarkEnd w:id="53"/>
      <w:r w:rsidRPr="00CD3EA5">
        <w:rPr>
          <w:rFonts w:ascii="Times New Roman" w:hAnsi="Times New Roman"/>
          <w:w w:val="105"/>
          <w:sz w:val="24"/>
          <w:szCs w:val="24"/>
        </w:rPr>
        <w:t>;</w:t>
      </w:r>
    </w:p>
    <w:p w14:paraId="79B66028"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jc w:val="both"/>
        <w:rPr>
          <w:rFonts w:ascii="Times New Roman" w:hAnsi="Times New Roman"/>
          <w:sz w:val="24"/>
          <w:szCs w:val="24"/>
        </w:rPr>
      </w:pPr>
      <w:r w:rsidRPr="00CD3EA5">
        <w:rPr>
          <w:rFonts w:ascii="Times New Roman" w:hAnsi="Times New Roman"/>
          <w:w w:val="105"/>
          <w:sz w:val="24"/>
          <w:szCs w:val="24"/>
        </w:rPr>
        <w:t>deșeuri voluminoase 20 03 07 in baza unor campanii periodice</w:t>
      </w:r>
    </w:p>
    <w:p w14:paraId="6493DE6F"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jc w:val="both"/>
        <w:rPr>
          <w:rFonts w:ascii="Times New Roman" w:hAnsi="Times New Roman"/>
          <w:sz w:val="24"/>
          <w:szCs w:val="24"/>
        </w:rPr>
      </w:pPr>
      <w:r w:rsidRPr="00CD3EA5">
        <w:rPr>
          <w:rFonts w:ascii="Times New Roman" w:hAnsi="Times New Roman"/>
          <w:w w:val="105"/>
          <w:sz w:val="24"/>
          <w:szCs w:val="24"/>
        </w:rPr>
        <w:t>deșeuri textile 20 01 11, îmbrăcăminte 20.01.10</w:t>
      </w:r>
      <w:r w:rsidRPr="00CD3EA5">
        <w:rPr>
          <w:rFonts w:ascii="Times New Roman" w:hAnsi="Times New Roman"/>
          <w:sz w:val="24"/>
          <w:szCs w:val="24"/>
        </w:rPr>
        <w:t xml:space="preserve"> - </w:t>
      </w:r>
      <w:r w:rsidRPr="00CD3EA5">
        <w:rPr>
          <w:rFonts w:ascii="Times New Roman" w:hAnsi="Times New Roman"/>
          <w:w w:val="105"/>
          <w:sz w:val="24"/>
          <w:szCs w:val="24"/>
        </w:rPr>
        <w:t>în baza unor campanii periodice</w:t>
      </w:r>
    </w:p>
    <w:p w14:paraId="17C9301A"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jc w:val="both"/>
        <w:rPr>
          <w:rFonts w:ascii="Times New Roman" w:hAnsi="Times New Roman"/>
          <w:sz w:val="24"/>
          <w:szCs w:val="24"/>
        </w:rPr>
      </w:pPr>
      <w:r w:rsidRPr="00CD3EA5">
        <w:rPr>
          <w:rFonts w:ascii="Times New Roman" w:hAnsi="Times New Roman"/>
          <w:sz w:val="24"/>
          <w:szCs w:val="24"/>
        </w:rPr>
        <w:t xml:space="preserve">deșeuri din construcții și demolări 17 01 - </w:t>
      </w:r>
      <w:r w:rsidRPr="00CD3EA5">
        <w:rPr>
          <w:rFonts w:ascii="Times New Roman" w:hAnsi="Times New Roman"/>
          <w:w w:val="105"/>
          <w:sz w:val="24"/>
          <w:szCs w:val="24"/>
        </w:rPr>
        <w:t>deşeurilor provenite din locuinţe, generate de activităţi de reamenajare şi reabilitare interioară şi/sau exterioară a acestora; Colectate la solicitarea utilizatorilor</w:t>
      </w:r>
    </w:p>
    <w:p w14:paraId="1C471EE1" w14:textId="77777777" w:rsidR="008B2EA6" w:rsidRPr="00CD3EA5" w:rsidRDefault="008B2EA6" w:rsidP="008B2EA6">
      <w:pPr>
        <w:pStyle w:val="ListParagraph"/>
        <w:widowControl w:val="0"/>
        <w:numPr>
          <w:ilvl w:val="2"/>
          <w:numId w:val="99"/>
        </w:numPr>
        <w:tabs>
          <w:tab w:val="left" w:pos="1234"/>
        </w:tabs>
        <w:autoSpaceDE w:val="0"/>
        <w:autoSpaceDN w:val="0"/>
        <w:spacing w:after="0" w:line="240" w:lineRule="auto"/>
        <w:ind w:right="28"/>
        <w:jc w:val="both"/>
        <w:rPr>
          <w:rFonts w:ascii="Times New Roman" w:hAnsi="Times New Roman"/>
          <w:sz w:val="24"/>
          <w:szCs w:val="24"/>
        </w:rPr>
      </w:pPr>
      <w:r w:rsidRPr="00CD3EA5">
        <w:rPr>
          <w:rFonts w:ascii="Times New Roman" w:hAnsi="Times New Roman"/>
          <w:sz w:val="24"/>
          <w:szCs w:val="24"/>
        </w:rPr>
        <w:t>deșeuri p</w:t>
      </w:r>
      <w:r>
        <w:rPr>
          <w:rFonts w:ascii="Times New Roman" w:hAnsi="Times New Roman"/>
          <w:sz w:val="24"/>
          <w:szCs w:val="24"/>
        </w:rPr>
        <w:t>ericuloase provenite din gospodă</w:t>
      </w:r>
      <w:r w:rsidRPr="00CD3EA5">
        <w:rPr>
          <w:rFonts w:ascii="Times New Roman" w:hAnsi="Times New Roman"/>
          <w:sz w:val="24"/>
          <w:szCs w:val="24"/>
        </w:rPr>
        <w:t>rii ca de ex: 20 01 33, 20 01 34, 15.01.10, 20.01.14, 20.01.15, 20.01.21, 20.01.26, 20.01.27, 20.01.37, Colectate</w:t>
      </w:r>
      <w:r>
        <w:rPr>
          <w:rFonts w:ascii="Times New Roman" w:hAnsi="Times New Roman"/>
          <w:w w:val="105"/>
          <w:sz w:val="24"/>
          <w:szCs w:val="24"/>
        </w:rPr>
        <w:t xml:space="preserve"> î</w:t>
      </w:r>
      <w:r w:rsidRPr="00CD3EA5">
        <w:rPr>
          <w:rFonts w:ascii="Times New Roman" w:hAnsi="Times New Roman"/>
          <w:w w:val="105"/>
          <w:sz w:val="24"/>
          <w:szCs w:val="24"/>
        </w:rPr>
        <w:t>n baza unor campanii periodice</w:t>
      </w:r>
    </w:p>
    <w:p w14:paraId="6F785183" w14:textId="77777777" w:rsidR="008B2EA6" w:rsidRPr="00CD3EA5" w:rsidRDefault="008B2EA6" w:rsidP="008B2EA6">
      <w:pPr>
        <w:widowControl w:val="0"/>
        <w:numPr>
          <w:ilvl w:val="1"/>
          <w:numId w:val="99"/>
        </w:numPr>
        <w:tabs>
          <w:tab w:val="num" w:pos="3242"/>
        </w:tabs>
        <w:spacing w:after="0" w:line="240" w:lineRule="auto"/>
        <w:jc w:val="both"/>
        <w:rPr>
          <w:rFonts w:ascii="Times New Roman" w:hAnsi="Times New Roman"/>
          <w:w w:val="105"/>
          <w:sz w:val="24"/>
          <w:szCs w:val="24"/>
        </w:rPr>
      </w:pPr>
      <w:r w:rsidRPr="00CD3EA5">
        <w:rPr>
          <w:rFonts w:ascii="Times New Roman" w:hAnsi="Times New Roman"/>
          <w:sz w:val="24"/>
          <w:szCs w:val="24"/>
        </w:rPr>
        <w:t xml:space="preserve">deșeuri de ambalaje rezultate de la utilizatorii casnici (categoria 15 01 din H.G. nr. 856/2002) </w:t>
      </w:r>
    </w:p>
    <w:p w14:paraId="75DBFC22" w14:textId="77777777" w:rsidR="008B2EA6" w:rsidRPr="00CD3EA5" w:rsidRDefault="008B2EA6" w:rsidP="008B2EA6">
      <w:pPr>
        <w:widowControl w:val="0"/>
        <w:numPr>
          <w:ilvl w:val="1"/>
          <w:numId w:val="99"/>
        </w:numPr>
        <w:tabs>
          <w:tab w:val="num" w:pos="3242"/>
        </w:tabs>
        <w:spacing w:after="0" w:line="240" w:lineRule="auto"/>
        <w:jc w:val="both"/>
        <w:rPr>
          <w:rFonts w:ascii="Times New Roman" w:hAnsi="Times New Roman"/>
          <w:sz w:val="24"/>
          <w:szCs w:val="24"/>
        </w:rPr>
      </w:pPr>
      <w:r w:rsidRPr="00CD3EA5">
        <w:rPr>
          <w:rFonts w:ascii="Times New Roman" w:hAnsi="Times New Roman"/>
          <w:sz w:val="24"/>
          <w:szCs w:val="24"/>
        </w:rPr>
        <w:t>o parte din deșeurile de ambalaje rezultate de la utilizatorii non-casnici (categoria</w:t>
      </w:r>
      <w:r>
        <w:rPr>
          <w:rFonts w:ascii="Times New Roman" w:hAnsi="Times New Roman"/>
          <w:sz w:val="24"/>
          <w:szCs w:val="24"/>
        </w:rPr>
        <w:t xml:space="preserve"> </w:t>
      </w:r>
      <w:r w:rsidRPr="00CD3EA5">
        <w:rPr>
          <w:rFonts w:ascii="Times New Roman" w:hAnsi="Times New Roman"/>
          <w:sz w:val="24"/>
          <w:szCs w:val="24"/>
        </w:rPr>
        <w:t>15 01 din H.G. nr. 856/2002) – cel care fac parte din categoria deșeurilor similare (restul deșeurilor de ambalaje din industrie comerț și instituții sunt gestionate direct de către generatori);</w:t>
      </w:r>
    </w:p>
    <w:p w14:paraId="136493C6" w14:textId="77777777" w:rsidR="008B2EA6" w:rsidRPr="00CD3EA5" w:rsidRDefault="008B2EA6" w:rsidP="008B2EA6">
      <w:pPr>
        <w:spacing w:after="0" w:line="240" w:lineRule="auto"/>
        <w:rPr>
          <w:rFonts w:ascii="Times New Roman" w:hAnsi="Times New Roman"/>
          <w:i/>
          <w:sz w:val="24"/>
          <w:szCs w:val="24"/>
          <w:lang w:eastAsia="ro-RO"/>
        </w:rPr>
      </w:pPr>
    </w:p>
    <w:bookmarkEnd w:id="47"/>
    <w:bookmarkEnd w:id="48"/>
    <w:p w14:paraId="1485CA4E" w14:textId="77777777" w:rsidR="008B2EA6"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DURATA CONTRACTULUI, PERIOADA DE MOBILIZARE ŞI DATA ÎNCEPERII</w:t>
      </w:r>
      <w:bookmarkEnd w:id="52"/>
    </w:p>
    <w:p w14:paraId="6BAECEBA" w14:textId="77777777" w:rsidR="008B2EA6" w:rsidRPr="00B647D2" w:rsidRDefault="008B2EA6" w:rsidP="008B2EA6">
      <w:pPr>
        <w:pStyle w:val="ListParagraph"/>
        <w:numPr>
          <w:ilvl w:val="0"/>
          <w:numId w:val="44"/>
        </w:numPr>
        <w:tabs>
          <w:tab w:val="left" w:pos="461"/>
        </w:tabs>
        <w:autoSpaceDE w:val="0"/>
        <w:autoSpaceDN w:val="0"/>
        <w:adjustRightInd w:val="0"/>
        <w:spacing w:after="0" w:line="240" w:lineRule="auto"/>
        <w:jc w:val="both"/>
        <w:rPr>
          <w:rFonts w:ascii="Times New Roman" w:hAnsi="Times New Roman"/>
          <w:sz w:val="24"/>
          <w:szCs w:val="24"/>
          <w:lang w:eastAsia="en-GB"/>
        </w:rPr>
      </w:pPr>
      <w:r w:rsidRPr="00B647D2">
        <w:rPr>
          <w:rFonts w:ascii="Times New Roman" w:hAnsi="Times New Roman"/>
          <w:sz w:val="24"/>
          <w:szCs w:val="24"/>
          <w:lang w:eastAsia="en-GB"/>
        </w:rPr>
        <w:t>Durata prezentului contract de delegare a gestiunii este de la Data Intrării în Vigoare până în data de 24.04.2032. Durata Gestiunii Serviciului este de 5 ani de la Data Începerii Contractului. Data de începere este ulterioară Datei Intrării in Vigoare, astfel cum sunt definite ambele la Articolul 1 („Definiţii si interpretare") din prezentul Contract, după expirarea Perioadei de Mobilizare.</w:t>
      </w:r>
    </w:p>
    <w:p w14:paraId="2C3D9ED9" w14:textId="77777777" w:rsidR="008B2EA6" w:rsidRDefault="008B2EA6" w:rsidP="008B2EA6">
      <w:pPr>
        <w:tabs>
          <w:tab w:val="left" w:pos="461"/>
        </w:tabs>
        <w:autoSpaceDE w:val="0"/>
        <w:autoSpaceDN w:val="0"/>
        <w:adjustRightInd w:val="0"/>
        <w:spacing w:after="0" w:line="240" w:lineRule="auto"/>
        <w:ind w:left="360"/>
        <w:jc w:val="both"/>
        <w:rPr>
          <w:rFonts w:ascii="Times New Roman" w:hAnsi="Times New Roman"/>
          <w:sz w:val="24"/>
          <w:szCs w:val="24"/>
          <w:lang w:eastAsia="en-GB"/>
        </w:rPr>
      </w:pPr>
    </w:p>
    <w:p w14:paraId="5303A640" w14:textId="77777777" w:rsidR="008B2EA6" w:rsidRPr="00CD3EA5" w:rsidRDefault="008B2EA6" w:rsidP="008B2EA6">
      <w:pPr>
        <w:numPr>
          <w:ilvl w:val="0"/>
          <w:numId w:val="44"/>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Contractul va produce efecte pe toată durata sa – de la Data Intrării în Vigoare şi până la expirarea Duratei Gestiunii Serviciului, dacă Părţile nu au hotărât prelungirea sa, cu excepția situațiilor de încetare înainte de termen.</w:t>
      </w:r>
    </w:p>
    <w:p w14:paraId="4E0DC0A9" w14:textId="77777777" w:rsidR="008B2EA6" w:rsidRPr="00CD3EA5" w:rsidRDefault="008B2EA6" w:rsidP="008B2EA6">
      <w:pPr>
        <w:numPr>
          <w:ilvl w:val="0"/>
          <w:numId w:val="44"/>
        </w:numPr>
        <w:autoSpaceDE w:val="0"/>
        <w:autoSpaceDN w:val="0"/>
        <w:adjustRightInd w:val="0"/>
        <w:spacing w:after="0" w:line="240" w:lineRule="auto"/>
        <w:jc w:val="both"/>
        <w:rPr>
          <w:rFonts w:ascii="Times New Roman" w:hAnsi="Times New Roman"/>
          <w:sz w:val="24"/>
          <w:szCs w:val="24"/>
          <w:lang w:eastAsia="en-GB"/>
        </w:rPr>
      </w:pPr>
      <w:r w:rsidRPr="00CD3EA5" w:rsidDel="0078101A">
        <w:rPr>
          <w:rFonts w:ascii="Times New Roman" w:hAnsi="Times New Roman"/>
          <w:sz w:val="24"/>
          <w:szCs w:val="24"/>
          <w:lang w:eastAsia="en-GB"/>
        </w:rPr>
        <w:t xml:space="preserve"> </w:t>
      </w:r>
      <w:r w:rsidRPr="00CD3EA5">
        <w:rPr>
          <w:rFonts w:ascii="Times New Roman" w:hAnsi="Times New Roman"/>
          <w:sz w:val="24"/>
          <w:szCs w:val="24"/>
          <w:lang w:eastAsia="en-GB"/>
        </w:rPr>
        <w:t xml:space="preserve">Părţile pot conveni asupra prelungirii Duratei Gestiunii Serviciului, respectiv a Duratei Contractului, în condiţiile prevăzute de Legea aplicabilă la data prelungirii. Prelungirea va fi convenită prin act adiţional la Contract aprobat conform prevederilor Legii și semnat de reprezentanții autorizați ai Părților. </w:t>
      </w:r>
    </w:p>
    <w:p w14:paraId="00A50451" w14:textId="77777777" w:rsidR="008B2EA6" w:rsidRPr="00CD3EA5" w:rsidRDefault="008B2EA6" w:rsidP="008B2EA6">
      <w:pPr>
        <w:numPr>
          <w:ilvl w:val="0"/>
          <w:numId w:val="44"/>
        </w:numPr>
        <w:autoSpaceDE w:val="0"/>
        <w:autoSpaceDN w:val="0"/>
        <w:adjustRightInd w:val="0"/>
        <w:spacing w:after="0" w:line="240" w:lineRule="auto"/>
        <w:jc w:val="both"/>
        <w:rPr>
          <w:rFonts w:ascii="Times New Roman" w:hAnsi="Times New Roman"/>
          <w:sz w:val="24"/>
          <w:szCs w:val="24"/>
          <w:lang w:eastAsia="en-GB"/>
        </w:rPr>
      </w:pPr>
      <w:bookmarkStart w:id="54" w:name="_Toc378327448"/>
      <w:bookmarkStart w:id="55" w:name="_Toc379978544"/>
      <w:bookmarkStart w:id="56" w:name="_Toc380140989"/>
      <w:bookmarkStart w:id="57" w:name="_Toc381791069"/>
      <w:bookmarkStart w:id="58" w:name="_Toc381957597"/>
      <w:r w:rsidRPr="00CD3EA5">
        <w:rPr>
          <w:rFonts w:ascii="Times New Roman" w:hAnsi="Times New Roman"/>
          <w:sz w:val="24"/>
          <w:szCs w:val="24"/>
          <w:lang w:eastAsia="en-GB"/>
        </w:rPr>
        <w:t>Între Data Intrării în Vigoare şi Data Începerii se întinde Perioada de Mobilizare.</w:t>
      </w:r>
      <w:bookmarkEnd w:id="54"/>
      <w:bookmarkEnd w:id="55"/>
      <w:bookmarkEnd w:id="56"/>
      <w:bookmarkEnd w:id="57"/>
      <w:bookmarkEnd w:id="58"/>
    </w:p>
    <w:p w14:paraId="55A340A3" w14:textId="77777777" w:rsidR="008B2EA6" w:rsidRPr="00F14195" w:rsidRDefault="008B2EA6" w:rsidP="008B2EA6">
      <w:pPr>
        <w:numPr>
          <w:ilvl w:val="0"/>
          <w:numId w:val="44"/>
        </w:numPr>
        <w:autoSpaceDE w:val="0"/>
        <w:autoSpaceDN w:val="0"/>
        <w:adjustRightInd w:val="0"/>
        <w:spacing w:after="0" w:line="240" w:lineRule="auto"/>
        <w:jc w:val="both"/>
        <w:rPr>
          <w:rFonts w:ascii="Times New Roman" w:hAnsi="Times New Roman"/>
          <w:sz w:val="24"/>
          <w:szCs w:val="24"/>
          <w:lang w:eastAsia="en-GB"/>
        </w:rPr>
      </w:pPr>
      <w:bookmarkStart w:id="59" w:name="_Toc378327449"/>
      <w:bookmarkStart w:id="60" w:name="_Toc379978545"/>
      <w:bookmarkStart w:id="61" w:name="_Toc380140990"/>
      <w:bookmarkStart w:id="62" w:name="_Toc381791070"/>
      <w:bookmarkStart w:id="63" w:name="_Toc381957598"/>
      <w:r w:rsidRPr="00CD3EA5">
        <w:rPr>
          <w:rFonts w:ascii="Times New Roman" w:hAnsi="Times New Roman"/>
          <w:sz w:val="24"/>
          <w:szCs w:val="24"/>
          <w:lang w:eastAsia="en-GB"/>
        </w:rPr>
        <w:lastRenderedPageBreak/>
        <w:t xml:space="preserve">În Perioada de Mobilizare, care nu poate fi mai lungă de 150 de Zile de la Data Intrării în Vigoare (dacă Părţile nu convin prelungirea acestui termen conform alin. (11) de mai jos), </w:t>
      </w:r>
      <w:r w:rsidRPr="00F14195">
        <w:rPr>
          <w:rFonts w:ascii="Times New Roman" w:hAnsi="Times New Roman"/>
          <w:sz w:val="24"/>
          <w:szCs w:val="24"/>
          <w:lang w:eastAsia="en-GB"/>
        </w:rPr>
        <w:t>Delegatul va prezenta ADISIGD în reprezentarea Delegatarului dovezile (original sau copii certificate pentru conformitate cu originalul, după caz) care confirmă:</w:t>
      </w:r>
      <w:bookmarkEnd w:id="59"/>
      <w:bookmarkEnd w:id="60"/>
      <w:bookmarkEnd w:id="61"/>
      <w:bookmarkEnd w:id="62"/>
      <w:bookmarkEnd w:id="63"/>
      <w:r w:rsidRPr="00F14195">
        <w:rPr>
          <w:rFonts w:ascii="Times New Roman" w:hAnsi="Times New Roman"/>
          <w:sz w:val="24"/>
          <w:szCs w:val="24"/>
          <w:lang w:eastAsia="en-GB"/>
        </w:rPr>
        <w:t xml:space="preserve"> </w:t>
      </w:r>
    </w:p>
    <w:p w14:paraId="72F3834E"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bookmarkStart w:id="64" w:name="_Toc378327450"/>
      <w:bookmarkStart w:id="65" w:name="_Toc379978546"/>
      <w:bookmarkStart w:id="66" w:name="_Toc380140991"/>
      <w:bookmarkStart w:id="67" w:name="_Toc381791071"/>
      <w:bookmarkStart w:id="68" w:name="_Toc381957599"/>
      <w:r w:rsidRPr="00CD3EA5">
        <w:rPr>
          <w:rFonts w:ascii="Times New Roman" w:hAnsi="Times New Roman"/>
          <w:sz w:val="24"/>
          <w:szCs w:val="24"/>
          <w:lang w:eastAsia="en-GB"/>
        </w:rPr>
        <w:t>constituirea Garanţiei de Bună Execuţie prevăzută la Articolul 21 („Garanţia de Bună Execuţie”) din prezentul Contract;</w:t>
      </w:r>
      <w:bookmarkEnd w:id="64"/>
      <w:bookmarkEnd w:id="65"/>
      <w:bookmarkEnd w:id="66"/>
      <w:bookmarkEnd w:id="67"/>
      <w:bookmarkEnd w:id="68"/>
      <w:r w:rsidRPr="00CD3EA5">
        <w:rPr>
          <w:rFonts w:ascii="Times New Roman" w:hAnsi="Times New Roman"/>
          <w:sz w:val="24"/>
          <w:szCs w:val="24"/>
          <w:lang w:eastAsia="en-GB"/>
        </w:rPr>
        <w:t xml:space="preserve"> </w:t>
      </w:r>
    </w:p>
    <w:p w14:paraId="030147B1"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bookmarkStart w:id="69" w:name="_Toc378327451"/>
      <w:bookmarkStart w:id="70" w:name="_Toc379978547"/>
      <w:bookmarkStart w:id="71" w:name="_Toc380140992"/>
      <w:bookmarkStart w:id="72" w:name="_Toc381791072"/>
      <w:bookmarkStart w:id="73" w:name="_Toc381957600"/>
      <w:r w:rsidRPr="00CD3EA5">
        <w:rPr>
          <w:rFonts w:ascii="Times New Roman" w:hAnsi="Times New Roman"/>
          <w:sz w:val="24"/>
          <w:szCs w:val="24"/>
          <w:lang w:eastAsia="en-GB"/>
        </w:rPr>
        <w:t>încheierea tuturor poliţelor de asigurare solicitate la Articolul 22 (“Asigurări”) din prezentul Contract și a taxelor legale obligatorii pentru bunurile de retur;</w:t>
      </w:r>
      <w:bookmarkEnd w:id="69"/>
      <w:bookmarkEnd w:id="70"/>
      <w:bookmarkEnd w:id="71"/>
      <w:bookmarkEnd w:id="72"/>
      <w:bookmarkEnd w:id="73"/>
    </w:p>
    <w:p w14:paraId="63280A9E"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bookmarkStart w:id="74" w:name="_Toc378327452"/>
      <w:bookmarkStart w:id="75" w:name="_Toc379978548"/>
      <w:bookmarkStart w:id="76" w:name="_Toc380140993"/>
      <w:bookmarkStart w:id="77" w:name="_Toc381791073"/>
      <w:bookmarkStart w:id="78" w:name="_Toc381957601"/>
      <w:r w:rsidRPr="00CD3EA5">
        <w:rPr>
          <w:rFonts w:ascii="Times New Roman" w:hAnsi="Times New Roman"/>
          <w:sz w:val="24"/>
          <w:szCs w:val="24"/>
          <w:lang w:eastAsia="en-GB"/>
        </w:rPr>
        <w:t>licența eliberată de Autoritatea de Reglementare prin care Delegatului i se acordă permisiunea furnizării/prestării Serviciului în Aria Delegării;</w:t>
      </w:r>
      <w:bookmarkEnd w:id="74"/>
      <w:bookmarkEnd w:id="75"/>
      <w:bookmarkEnd w:id="76"/>
      <w:bookmarkEnd w:id="77"/>
      <w:bookmarkEnd w:id="78"/>
    </w:p>
    <w:p w14:paraId="122C4DE2"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bookmarkStart w:id="79" w:name="_Toc378327453"/>
      <w:bookmarkStart w:id="80" w:name="_Toc379978549"/>
      <w:bookmarkStart w:id="81" w:name="_Toc380140994"/>
      <w:bookmarkStart w:id="82" w:name="_Toc381791074"/>
      <w:bookmarkStart w:id="83" w:name="_Toc381957602"/>
      <w:r>
        <w:rPr>
          <w:rFonts w:ascii="Times New Roman" w:hAnsi="Times New Roman"/>
          <w:sz w:val="24"/>
          <w:szCs w:val="24"/>
          <w:lang w:eastAsia="en-GB"/>
        </w:rPr>
        <w:t>o</w:t>
      </w:r>
      <w:r w:rsidRPr="00CD3EA5">
        <w:rPr>
          <w:rFonts w:ascii="Times New Roman" w:hAnsi="Times New Roman"/>
          <w:sz w:val="24"/>
          <w:szCs w:val="24"/>
          <w:lang w:eastAsia="en-GB"/>
        </w:rPr>
        <w:t>bținerea Autorizatiei de mediu, obținerea celorlalte Autorizații necesare conform Legii pentru începerea prestării Serviciului;</w:t>
      </w:r>
      <w:bookmarkEnd w:id="79"/>
      <w:bookmarkEnd w:id="80"/>
      <w:bookmarkEnd w:id="81"/>
      <w:bookmarkEnd w:id="82"/>
      <w:bookmarkEnd w:id="83"/>
    </w:p>
    <w:p w14:paraId="48B49298"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angajarea personalului necesar prestării Serviciului la un grad de cel puțin 85%, posturile cheie trebuie toate ocupate;</w:t>
      </w:r>
    </w:p>
    <w:p w14:paraId="5268B399"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procurarea utilajelor şi echipamentelor necesare (pentru categoriile de Deșeuri și activitățile care fac obiectul Contractului) şi amplasarea lor în teritoriu – cumpărare, închiriere, leasing, comodat etc.;</w:t>
      </w:r>
    </w:p>
    <w:p w14:paraId="15BEE161"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amenajarea şi autorizarea activităților în conformitate cu cerințele legale pentru toate punctele de lucru (inclusiv baza de lucru, conform Caietului de Sarcini);</w:t>
      </w:r>
    </w:p>
    <w:p w14:paraId="56D91630"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bookmarkStart w:id="84" w:name="_Hlk81141456"/>
      <w:r w:rsidRPr="00CD3EA5">
        <w:rPr>
          <w:rFonts w:ascii="Times New Roman" w:hAnsi="Times New Roman"/>
          <w:sz w:val="24"/>
          <w:szCs w:val="24"/>
          <w:lang w:eastAsia="en-GB"/>
        </w:rPr>
        <w:t>instruirea populației cu privire la modalitatea de colectare a deșeurilor reciclabile/reziduale, fluxuri speciale, etc. inclusiv distribuirea de materiale informative cu privire la sistemul de colectare</w:t>
      </w:r>
      <w:bookmarkEnd w:id="84"/>
      <w:r w:rsidRPr="00CD3EA5">
        <w:rPr>
          <w:rFonts w:ascii="Times New Roman" w:hAnsi="Times New Roman"/>
          <w:sz w:val="24"/>
          <w:szCs w:val="24"/>
          <w:lang w:eastAsia="en-GB"/>
        </w:rPr>
        <w:t>;</w:t>
      </w:r>
    </w:p>
    <w:p w14:paraId="61350202"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 efectuat investiția initială, pe Aria Delegării, respectiv a achiziționat toate utilajele și echipamentele pentru care s-a angajat la Data de începere a Contractului prin Ofertă, trebuie să pună la dispoziţia Delegatarului/ADISIGD Arad, documentele de proprietate (contracte de leasing, contracte de închiriere) asupra echipamentelor/bunurilor minime solicitate pentru care s-a angajat prin ofertă;</w:t>
      </w:r>
    </w:p>
    <w:p w14:paraId="499AE702" w14:textId="77777777" w:rsidR="008B2EA6" w:rsidRPr="00CD3EA5" w:rsidRDefault="008B2EA6" w:rsidP="008B2EA6">
      <w:pPr>
        <w:widowControl w:val="0"/>
        <w:numPr>
          <w:ilvl w:val="0"/>
          <w:numId w:val="66"/>
        </w:numPr>
        <w:tabs>
          <w:tab w:val="left" w:pos="90"/>
        </w:tabs>
        <w:spacing w:after="0" w:line="240" w:lineRule="auto"/>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va obține orice echipament suplimentar, vehicule, instalații, dotări pe care le va considera necesare prin oferta sa, pentru a putea executa complet Serviciul;</w:t>
      </w:r>
    </w:p>
    <w:p w14:paraId="569D2139"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prezentarea, în termen de 7 (șapte) zile de la data semnării prezentului Contract, a modelului de contract de prestare a Serviciului ce urmează a fi încheiat cu Utilizatorii Non-Casnici și Utilizatorii Casnici, redactat pe baza Contractului-cadru de furnizare/prestare a serviciului de salubrizare a localităților aprobat prin Ordinul președintelui ANRSC nr. 112/2007, supus apobării de către ADISIGD;</w:t>
      </w:r>
    </w:p>
    <w:p w14:paraId="65107E51"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prezentarea, în termen de 7 (șapte) zile de la data semnării prezentului Contract, a modelului de contract de prestare a serviciului </w:t>
      </w:r>
      <w:r w:rsidRPr="00CD3EA5">
        <w:rPr>
          <w:rFonts w:ascii="Times New Roman" w:hAnsi="Times New Roman"/>
          <w:sz w:val="24"/>
          <w:szCs w:val="24"/>
        </w:rPr>
        <w:t xml:space="preserve">pentru colectarea anumitor categorii de deșeuri la solicitarea expresă a utilizatorilor, </w:t>
      </w:r>
      <w:r w:rsidRPr="00CD3EA5">
        <w:rPr>
          <w:rFonts w:ascii="Times New Roman" w:hAnsi="Times New Roman"/>
          <w:sz w:val="24"/>
          <w:szCs w:val="24"/>
          <w:lang w:eastAsia="en-GB"/>
        </w:rPr>
        <w:t>redactat pe baza Contractului-cadru de furnizare/prestare a serviciului de salubrizare a localităților aprobat prin Ordinul președintelui ANRSC nr. 112/2007, supus apobării de către ADISIGD;</w:t>
      </w:r>
    </w:p>
    <w:p w14:paraId="44CAD7DF" w14:textId="77777777" w:rsidR="008B2EA6" w:rsidRPr="00CD3EA5" w:rsidRDefault="008B2EA6" w:rsidP="008B2EA6">
      <w:pPr>
        <w:numPr>
          <w:ilvl w:val="0"/>
          <w:numId w:val="6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după aprobarea acestor contracte, Delegatul  va încheia contractele cu toți utilizatorii Non-Casnici ai Serviciului de salubrizare din aria delegării, până la sfârțitul perioadei de mobilizare; în caz contrar va suporta consecințele neâncheierii acestor contracte;</w:t>
      </w:r>
    </w:p>
    <w:p w14:paraId="34C855D0" w14:textId="77777777" w:rsidR="008B2EA6" w:rsidRPr="00CD3EA5" w:rsidRDefault="008B2EA6" w:rsidP="008B2EA6">
      <w:pPr>
        <w:numPr>
          <w:ilvl w:val="0"/>
          <w:numId w:val="44"/>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În aceeași perioadă, Delegatul:</w:t>
      </w:r>
    </w:p>
    <w:p w14:paraId="0490D133"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va eticheta corespunzător și va distribui recipientele destinate colectării Deșeurilor Menajere și Deșeurilor Similare, inclusiv a Deșeurilor Reciclabile pe fracții și va asigura echiparea platformelor de colectare, după caz;</w:t>
      </w:r>
    </w:p>
    <w:p w14:paraId="42B653B0"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va asigura identificarea, împreună cu reprezentanții Delegatarului a amplasamentelor pentru punctele mobile de colectare a Deșeurilor Periculoase din Deșeurile Menajere;</w:t>
      </w:r>
    </w:p>
    <w:p w14:paraId="67B56FAF"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lastRenderedPageBreak/>
        <w:t>va asigura amenajarea bazei/bazelor de lucru operaționale, inclusiv a  zonelor de stocare temporară a fluxurilor speciale de deșeuri municipale, respectiv pentru deșeurile periculoase din deșeurile menajere, deșeurile voluminoase (dacă este cazul);</w:t>
      </w:r>
    </w:p>
    <w:p w14:paraId="368A8A3B"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va obține acces la orice amplasamente și facilități necesare pentru prestarea Serviciului;</w:t>
      </w:r>
    </w:p>
    <w:p w14:paraId="7BE5C45C"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va implementa sistemul informatic și va stabili, împreună cu Delegatarul formatul standard a tuturor documentelor care vor fi utilizate în scopuri de raportare / monitorizare /control a activităților desfășurate în baza prezentului Contract; Accesul delegatarului la sistemul informatic pentru toate cerințele impuse prin contract fiind condiție obligatorie pentru stabilirea Datei de începere;</w:t>
      </w:r>
    </w:p>
    <w:p w14:paraId="38AAEFD7"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va realiza programul de spălare a recipientelor de colectare a deșeurilor municipale aferent primului An Contractual;</w:t>
      </w:r>
    </w:p>
    <w:p w14:paraId="10BFCCAC" w14:textId="77777777" w:rsidR="008B2EA6" w:rsidRPr="00CD3EA5" w:rsidRDefault="008B2EA6" w:rsidP="008B2EA6">
      <w:pPr>
        <w:numPr>
          <w:ilvl w:val="1"/>
          <w:numId w:val="49"/>
        </w:numPr>
        <w:spacing w:after="0" w:line="240" w:lineRule="auto"/>
        <w:jc w:val="both"/>
        <w:rPr>
          <w:rFonts w:ascii="Times New Roman" w:hAnsi="Times New Roman"/>
          <w:sz w:val="24"/>
          <w:szCs w:val="24"/>
        </w:rPr>
      </w:pPr>
      <w:r w:rsidRPr="00CD3EA5">
        <w:rPr>
          <w:rFonts w:ascii="Times New Roman" w:hAnsi="Times New Roman"/>
          <w:sz w:val="24"/>
          <w:szCs w:val="24"/>
        </w:rPr>
        <w:t>cu cel mult 30 (treizeci)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siguranță, ținând seama de nivelul de zgomot și asigurând confortul lucrătorilor la temperaturi extreme.</w:t>
      </w:r>
    </w:p>
    <w:p w14:paraId="291B937D" w14:textId="77777777" w:rsidR="008B2EA6" w:rsidRPr="00CD3EA5" w:rsidRDefault="008B2EA6" w:rsidP="008B2EA6">
      <w:pPr>
        <w:spacing w:after="0" w:line="240" w:lineRule="auto"/>
        <w:rPr>
          <w:rFonts w:ascii="Times New Roman" w:hAnsi="Times New Roman"/>
          <w:sz w:val="24"/>
          <w:szCs w:val="24"/>
          <w:lang w:eastAsia="en-GB"/>
        </w:rPr>
      </w:pPr>
      <w:bookmarkStart w:id="85" w:name="_Toc378327454"/>
      <w:bookmarkStart w:id="86" w:name="_Toc379978550"/>
      <w:bookmarkStart w:id="87" w:name="_Toc380140995"/>
      <w:bookmarkStart w:id="88" w:name="_Toc381791075"/>
      <w:bookmarkStart w:id="89" w:name="_Toc381957603"/>
      <w:r w:rsidRPr="00CD3EA5">
        <w:rPr>
          <w:rFonts w:ascii="Times New Roman" w:hAnsi="Times New Roman"/>
          <w:b/>
          <w:sz w:val="24"/>
          <w:szCs w:val="24"/>
          <w:lang w:eastAsia="en-GB"/>
        </w:rPr>
        <w:t>(7)</w:t>
      </w:r>
      <w:r w:rsidRPr="00CD3EA5">
        <w:rPr>
          <w:rFonts w:ascii="Times New Roman" w:hAnsi="Times New Roman"/>
          <w:sz w:val="24"/>
          <w:szCs w:val="24"/>
          <w:lang w:eastAsia="en-GB"/>
        </w:rPr>
        <w:t xml:space="preserve"> Pe durata Perioadei de Mobilizare, Părţile:</w:t>
      </w:r>
      <w:bookmarkEnd w:id="85"/>
      <w:bookmarkEnd w:id="86"/>
      <w:bookmarkEnd w:id="87"/>
      <w:bookmarkEnd w:id="88"/>
      <w:bookmarkEnd w:id="89"/>
    </w:p>
    <w:p w14:paraId="21F5F44F" w14:textId="77777777" w:rsidR="008B2EA6" w:rsidRPr="00CD3EA5" w:rsidRDefault="008B2EA6" w:rsidP="008B2EA6">
      <w:pPr>
        <w:numPr>
          <w:ilvl w:val="0"/>
          <w:numId w:val="48"/>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CD3EA5">
        <w:rPr>
          <w:rFonts w:ascii="Times New Roman" w:hAnsi="Times New Roman"/>
          <w:sz w:val="24"/>
          <w:szCs w:val="24"/>
          <w:lang w:eastAsia="en-GB"/>
        </w:rPr>
        <w:t>îşi vor asuma toate obligațiile necesare şi vor depune toate diligențele pentru ca prestarea Serviciului să poată începe, conform celor prevăzute în Caietul de Sarcini (Anexa nr. 2 la Contract) şi</w:t>
      </w:r>
    </w:p>
    <w:p w14:paraId="73AA42A1" w14:textId="77777777" w:rsidR="008B2EA6" w:rsidRPr="00CD3EA5" w:rsidRDefault="008B2EA6" w:rsidP="008B2EA6">
      <w:pPr>
        <w:numPr>
          <w:ilvl w:val="0"/>
          <w:numId w:val="48"/>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CD3EA5">
        <w:rPr>
          <w:rFonts w:ascii="Times New Roman" w:hAnsi="Times New Roman"/>
          <w:sz w:val="24"/>
          <w:szCs w:val="24"/>
          <w:lang w:eastAsia="en-GB"/>
        </w:rPr>
        <w:t>își vor furniza toate informaţiile şi datele necesare care le sunt solicitate prin prevederile acestui Contract, ale Caietului de Sarcini (Anexa nr. 2 la Contract) şi ale anexelor acestora, după caz.</w:t>
      </w:r>
    </w:p>
    <w:p w14:paraId="65CB02B6"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(8) </w:t>
      </w:r>
      <w:r w:rsidRPr="00CD3EA5">
        <w:rPr>
          <w:rFonts w:ascii="Times New Roman" w:hAnsi="Times New Roman"/>
          <w:sz w:val="24"/>
          <w:szCs w:val="24"/>
          <w:lang w:eastAsia="en-GB"/>
        </w:rPr>
        <w:t>Pe durata Perioadei de Mobilizare, Delegatul va furniza Delegatarului, un raport de progres pentru fiecare 4 (patru) săptămâni, constituind câte o perioadă de raportare, care să includă:</w:t>
      </w:r>
    </w:p>
    <w:p w14:paraId="3833F36F" w14:textId="77777777" w:rsidR="008B2EA6" w:rsidRPr="00CD3EA5" w:rsidRDefault="008B2EA6" w:rsidP="008B2EA6">
      <w:pPr>
        <w:numPr>
          <w:ilvl w:val="0"/>
          <w:numId w:val="69"/>
        </w:numPr>
        <w:spacing w:after="0" w:line="240" w:lineRule="auto"/>
        <w:jc w:val="both"/>
        <w:rPr>
          <w:rFonts w:ascii="Times New Roman" w:hAnsi="Times New Roman"/>
          <w:sz w:val="24"/>
          <w:szCs w:val="24"/>
        </w:rPr>
      </w:pPr>
      <w:r w:rsidRPr="00CD3EA5">
        <w:rPr>
          <w:rFonts w:ascii="Times New Roman" w:hAnsi="Times New Roman"/>
          <w:sz w:val="24"/>
          <w:szCs w:val="24"/>
        </w:rPr>
        <w:t>programul de mobilizare și progresele la data respectivă;</w:t>
      </w:r>
    </w:p>
    <w:p w14:paraId="3C0EB1B5" w14:textId="77777777" w:rsidR="008B2EA6" w:rsidRPr="00CD3EA5" w:rsidRDefault="008B2EA6" w:rsidP="008B2EA6">
      <w:pPr>
        <w:numPr>
          <w:ilvl w:val="0"/>
          <w:numId w:val="69"/>
        </w:numPr>
        <w:spacing w:after="0" w:line="240" w:lineRule="auto"/>
        <w:jc w:val="both"/>
        <w:rPr>
          <w:rFonts w:ascii="Times New Roman" w:hAnsi="Times New Roman"/>
          <w:sz w:val="24"/>
          <w:szCs w:val="24"/>
        </w:rPr>
      </w:pPr>
      <w:r w:rsidRPr="00CD3EA5">
        <w:rPr>
          <w:rFonts w:ascii="Times New Roman" w:hAnsi="Times New Roman"/>
          <w:sz w:val="24"/>
          <w:szCs w:val="24"/>
        </w:rPr>
        <w:t>devieri de la programul de mobilizare, motive și măsuri de soluționare;</w:t>
      </w:r>
    </w:p>
    <w:p w14:paraId="1AC43211" w14:textId="77777777" w:rsidR="008B2EA6" w:rsidRPr="00CD3EA5" w:rsidRDefault="008B2EA6" w:rsidP="008B2EA6">
      <w:pPr>
        <w:numPr>
          <w:ilvl w:val="0"/>
          <w:numId w:val="69"/>
        </w:numPr>
        <w:spacing w:after="0" w:line="240" w:lineRule="auto"/>
        <w:jc w:val="both"/>
        <w:rPr>
          <w:rFonts w:ascii="Times New Roman" w:hAnsi="Times New Roman"/>
          <w:sz w:val="24"/>
          <w:szCs w:val="24"/>
        </w:rPr>
      </w:pPr>
      <w:r w:rsidRPr="00CD3EA5">
        <w:rPr>
          <w:rFonts w:ascii="Times New Roman" w:hAnsi="Times New Roman"/>
          <w:sz w:val="24"/>
          <w:szCs w:val="24"/>
        </w:rPr>
        <w:t>detalii asupra implementării sistemului informatic;</w:t>
      </w:r>
    </w:p>
    <w:p w14:paraId="73C16A53" w14:textId="77777777" w:rsidR="008B2EA6" w:rsidRPr="00CD3EA5" w:rsidRDefault="008B2EA6" w:rsidP="008B2EA6">
      <w:pPr>
        <w:numPr>
          <w:ilvl w:val="0"/>
          <w:numId w:val="69"/>
        </w:numPr>
        <w:tabs>
          <w:tab w:val="left" w:pos="567"/>
        </w:tabs>
        <w:spacing w:after="0" w:line="240" w:lineRule="auto"/>
        <w:jc w:val="both"/>
        <w:rPr>
          <w:rFonts w:ascii="Times New Roman" w:hAnsi="Times New Roman"/>
          <w:bCs/>
          <w:noProof/>
          <w:sz w:val="24"/>
          <w:szCs w:val="24"/>
          <w:lang w:val="fr-FR"/>
        </w:rPr>
      </w:pPr>
      <w:r w:rsidRPr="00CD3EA5">
        <w:rPr>
          <w:rFonts w:ascii="Times New Roman" w:hAnsi="Times New Roman"/>
          <w:bCs/>
          <w:noProof/>
          <w:sz w:val="24"/>
          <w:szCs w:val="24"/>
          <w:lang w:val="fr-FR"/>
        </w:rPr>
        <w:t>evidența contractelor încheiate cu utilizatorii serviciului;</w:t>
      </w:r>
    </w:p>
    <w:p w14:paraId="5E18DC2D" w14:textId="77777777" w:rsidR="008B2EA6" w:rsidRPr="00CD3EA5" w:rsidRDefault="008B2EA6" w:rsidP="008B2EA6">
      <w:pPr>
        <w:numPr>
          <w:ilvl w:val="0"/>
          <w:numId w:val="69"/>
        </w:numPr>
        <w:spacing w:after="0" w:line="240" w:lineRule="auto"/>
        <w:jc w:val="both"/>
        <w:rPr>
          <w:rFonts w:ascii="Times New Roman" w:hAnsi="Times New Roman"/>
          <w:sz w:val="24"/>
          <w:szCs w:val="24"/>
        </w:rPr>
      </w:pPr>
      <w:r w:rsidRPr="00CD3EA5">
        <w:rPr>
          <w:rFonts w:ascii="Times New Roman" w:hAnsi="Times New Roman"/>
          <w:sz w:val="24"/>
          <w:szCs w:val="24"/>
        </w:rPr>
        <w:t>alte informații, dacă este cazul.</w:t>
      </w:r>
    </w:p>
    <w:p w14:paraId="7AC38515" w14:textId="77777777" w:rsidR="008B2EA6" w:rsidRPr="00CD3EA5" w:rsidRDefault="008B2EA6" w:rsidP="008B2EA6">
      <w:pPr>
        <w:widowControl w:val="0"/>
        <w:spacing w:after="0" w:line="240" w:lineRule="auto"/>
        <w:jc w:val="both"/>
        <w:rPr>
          <w:rFonts w:ascii="Times New Roman" w:hAnsi="Times New Roman"/>
          <w:sz w:val="24"/>
          <w:szCs w:val="24"/>
          <w:lang w:eastAsia="en-GB"/>
        </w:rPr>
      </w:pPr>
      <w:r w:rsidRPr="00CD3EA5">
        <w:rPr>
          <w:rFonts w:ascii="Times New Roman" w:hAnsi="Times New Roman"/>
          <w:sz w:val="24"/>
          <w:szCs w:val="24"/>
          <w:lang w:val="fr-FR"/>
        </w:rPr>
        <w:t>(</w:t>
      </w:r>
      <w:r w:rsidRPr="00CD3EA5">
        <w:rPr>
          <w:rFonts w:ascii="Times New Roman" w:hAnsi="Times New Roman"/>
          <w:b/>
          <w:sz w:val="24"/>
          <w:szCs w:val="24"/>
          <w:lang w:eastAsia="en-GB"/>
        </w:rPr>
        <w:t xml:space="preserve">9) </w:t>
      </w:r>
      <w:r w:rsidRPr="00CD3EA5">
        <w:rPr>
          <w:rFonts w:ascii="Times New Roman" w:hAnsi="Times New Roman"/>
          <w:sz w:val="24"/>
          <w:szCs w:val="24"/>
          <w:lang w:eastAsia="en-GB"/>
        </w:rPr>
        <w:t>Rapoartele de progres vor fi transmise în maxim 3 zile de la încheierea perioadei de raportare, în format letric și în format pdf.</w:t>
      </w:r>
    </w:p>
    <w:p w14:paraId="39D5758F" w14:textId="77777777" w:rsidR="008B2EA6" w:rsidRPr="00CD3EA5" w:rsidRDefault="008B2EA6" w:rsidP="008B2EA6">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(10)</w:t>
      </w:r>
      <w:r w:rsidRPr="00CD3EA5">
        <w:rPr>
          <w:rFonts w:ascii="Times New Roman" w:hAnsi="Times New Roman"/>
          <w:sz w:val="24"/>
          <w:szCs w:val="24"/>
          <w:lang w:eastAsia="en-GB"/>
        </w:rPr>
        <w:t xml:space="preserve"> Dacă la expirarea termenului de 150 de Zile de la Data Intrării în Vigoare, dacă Părţile nu convin în scris prelungirea acestui termen conform alin. (11)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14:paraId="4D0BBD66"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(11)</w:t>
      </w:r>
      <w:r w:rsidRPr="00CD3EA5">
        <w:rPr>
          <w:rFonts w:ascii="Times New Roman" w:hAnsi="Times New Roman"/>
          <w:sz w:val="24"/>
          <w:szCs w:val="24"/>
          <w:lang w:eastAsia="en-GB"/>
        </w:rPr>
        <w:t xml:space="preserve"> Părțile pot conveni, prin act adițional, prelungirea Perioadei de Mobilizare, în scris, la cererea motivată a Delegatului notificată Delegatarului cu cel puțin 10 (zece) Zile înainte de expirarea termenului de  150 de Zile de la Data Intrării în Vigoare și numai pentru motive care nu sunt imputabile Delegatului. Prelungirea se poate face o singură dată pentru cel mult  30 (treizeci) de Zile.</w:t>
      </w:r>
    </w:p>
    <w:p w14:paraId="566DD2B6"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(1</w:t>
      </w:r>
      <w:r>
        <w:rPr>
          <w:rFonts w:ascii="Times New Roman" w:hAnsi="Times New Roman"/>
          <w:b/>
          <w:sz w:val="24"/>
          <w:szCs w:val="24"/>
          <w:lang w:eastAsia="en-GB"/>
        </w:rPr>
        <w:t>2</w:t>
      </w:r>
      <w:r w:rsidRPr="00CD3EA5">
        <w:rPr>
          <w:rFonts w:ascii="Times New Roman" w:hAnsi="Times New Roman"/>
          <w:b/>
          <w:sz w:val="24"/>
          <w:szCs w:val="24"/>
          <w:lang w:eastAsia="en-GB"/>
        </w:rPr>
        <w:t>)</w:t>
      </w:r>
      <w:r w:rsidRPr="00CD3EA5">
        <w:rPr>
          <w:rFonts w:ascii="Times New Roman" w:hAnsi="Times New Roman"/>
          <w:sz w:val="24"/>
          <w:szCs w:val="24"/>
          <w:lang w:eastAsia="en-GB"/>
        </w:rPr>
        <w:t xml:space="preserve"> În vederea implementării obligațiilor prevăzute de art. 60 din </w:t>
      </w:r>
      <w:r w:rsidRPr="00CD3EA5">
        <w:rPr>
          <w:rFonts w:ascii="Times New Roman" w:hAnsi="Times New Roman"/>
          <w:sz w:val="24"/>
          <w:szCs w:val="24"/>
        </w:rPr>
        <w:t xml:space="preserve">Ordonanța de Urgență nr. 92/2021 </w:t>
      </w:r>
      <w:r w:rsidRPr="00CD3EA5">
        <w:rPr>
          <w:rFonts w:ascii="Times New Roman" w:hAnsi="Times New Roman"/>
          <w:sz w:val="24"/>
          <w:szCs w:val="24"/>
          <w:lang w:eastAsia="en-GB"/>
        </w:rPr>
        <w:t xml:space="preserve">privind regimul deșeurilor, cu modificările și completările ulterioare, în Perioada de Mobilizare, ADISIGD, în numele și pe seama UAT-urilor membre, va încheia cu toți OIREP licențiați convenții pentru acoperirea costurilor de gestionare pentru Deșeurile de Ambalaje colectate separat.   </w:t>
      </w:r>
    </w:p>
    <w:p w14:paraId="4E397618" w14:textId="77777777" w:rsidR="008B2EA6" w:rsidRPr="00CD3EA5" w:rsidRDefault="008B2EA6" w:rsidP="008B2EA6">
      <w:pPr>
        <w:spacing w:after="0" w:line="240" w:lineRule="auto"/>
        <w:jc w:val="both"/>
        <w:rPr>
          <w:rFonts w:ascii="Times New Roman" w:hAnsi="Times New Roman"/>
          <w:bCs/>
          <w:sz w:val="24"/>
          <w:szCs w:val="24"/>
          <w:lang w:eastAsia="en-GB"/>
        </w:rPr>
      </w:pPr>
      <w:r w:rsidRPr="00CD3EA5">
        <w:rPr>
          <w:rFonts w:ascii="Times New Roman" w:hAnsi="Times New Roman"/>
          <w:b/>
          <w:bCs/>
          <w:sz w:val="24"/>
          <w:szCs w:val="24"/>
          <w:lang w:eastAsia="en-GB"/>
        </w:rPr>
        <w:t>(1</w:t>
      </w:r>
      <w:r>
        <w:rPr>
          <w:rFonts w:ascii="Times New Roman" w:hAnsi="Times New Roman"/>
          <w:b/>
          <w:bCs/>
          <w:sz w:val="24"/>
          <w:szCs w:val="24"/>
          <w:lang w:eastAsia="en-GB"/>
        </w:rPr>
        <w:t>3</w:t>
      </w:r>
      <w:r w:rsidRPr="00CD3EA5">
        <w:rPr>
          <w:rFonts w:ascii="Times New Roman" w:hAnsi="Times New Roman"/>
          <w:b/>
          <w:bCs/>
          <w:sz w:val="24"/>
          <w:szCs w:val="24"/>
          <w:lang w:eastAsia="en-GB"/>
        </w:rPr>
        <w:t>)</w:t>
      </w:r>
      <w:r w:rsidRPr="00CD3EA5">
        <w:rPr>
          <w:rFonts w:ascii="Times New Roman" w:hAnsi="Times New Roman"/>
          <w:bCs/>
          <w:sz w:val="24"/>
          <w:szCs w:val="24"/>
          <w:lang w:eastAsia="en-GB"/>
        </w:rPr>
        <w:t xml:space="preserve"> Delegatarul va transmite către Delegat Ordinul de Începere prin care Delegatul va fi notificat cu privire la data la care va începe efectiv prestarea Serviciului, numai după finalizarea tuturor operațiunilor menționate la alineatele (5) și (6) de mai sus. Data la care se începe efectiv prestarea Serviciului marchează Data Începerii, astfel cum este aceasta definită la Articolul 1 (“</w:t>
      </w:r>
      <w:r w:rsidRPr="00CD3EA5">
        <w:rPr>
          <w:rFonts w:ascii="Times New Roman" w:hAnsi="Times New Roman"/>
          <w:sz w:val="24"/>
          <w:szCs w:val="24"/>
          <w:lang w:eastAsia="en-GB"/>
        </w:rPr>
        <w:t>Definiţii şi interpretare</w:t>
      </w:r>
      <w:r w:rsidRPr="00CD3EA5">
        <w:rPr>
          <w:rFonts w:ascii="Times New Roman" w:hAnsi="Times New Roman"/>
          <w:bCs/>
          <w:sz w:val="24"/>
          <w:szCs w:val="24"/>
          <w:lang w:eastAsia="en-GB"/>
        </w:rPr>
        <w:t xml:space="preserve">”) din prezentul Contract. Delegatul va emite Ordinul de Începere în maxim 3 (trei) Zile de la data primirii dovezilor </w:t>
      </w:r>
      <w:r w:rsidRPr="00CD3EA5">
        <w:rPr>
          <w:rFonts w:ascii="Times New Roman" w:hAnsi="Times New Roman"/>
          <w:bCs/>
          <w:sz w:val="24"/>
          <w:szCs w:val="24"/>
          <w:lang w:eastAsia="en-GB"/>
        </w:rPr>
        <w:lastRenderedPageBreak/>
        <w:t>complete transmise de Delegatar, iar Data Începerii notificată nu va fi mai târziu de 5 (cinci) Zile de la data emiterii Ordinului de Începere.</w:t>
      </w:r>
    </w:p>
    <w:p w14:paraId="0D7458BA" w14:textId="77777777" w:rsidR="008B2EA6" w:rsidRPr="00CD3EA5" w:rsidRDefault="008B2EA6" w:rsidP="008B2EA6">
      <w:pPr>
        <w:spacing w:after="0" w:line="240" w:lineRule="auto"/>
        <w:jc w:val="both"/>
        <w:rPr>
          <w:rFonts w:ascii="Times New Roman" w:hAnsi="Times New Roman"/>
          <w:sz w:val="24"/>
          <w:szCs w:val="24"/>
          <w:lang w:eastAsia="en-GB"/>
        </w:rPr>
      </w:pPr>
    </w:p>
    <w:p w14:paraId="437CA186"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90" w:name="_Toc11221552"/>
      <w:r w:rsidRPr="00CD3EA5">
        <w:rPr>
          <w:rFonts w:ascii="Times New Roman" w:hAnsi="Times New Roman"/>
          <w:sz w:val="24"/>
          <w:szCs w:val="24"/>
          <w:lang w:val="ro-RO" w:eastAsia="ro-RO"/>
        </w:rPr>
        <w:t>CONTRACTUL ŞI DOCUMENTELE CONTRACTUALE</w:t>
      </w:r>
      <w:bookmarkEnd w:id="90"/>
    </w:p>
    <w:p w14:paraId="1F4D763C"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(1) </w:t>
      </w:r>
      <w:r w:rsidRPr="00CD3EA5">
        <w:rPr>
          <w:rFonts w:ascii="Times New Roman" w:hAnsi="Times New Roman"/>
          <w:sz w:val="24"/>
          <w:szCs w:val="24"/>
          <w:lang w:eastAsia="en-GB"/>
        </w:rPr>
        <w:t>Prezentul Contract reprezintă întreaga înţelegere contractuală a Părţilor cu privire la obiectul acestuia.</w:t>
      </w:r>
    </w:p>
    <w:p w14:paraId="79BDAC7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(2) </w:t>
      </w:r>
      <w:r w:rsidRPr="00CD3EA5">
        <w:rPr>
          <w:rFonts w:ascii="Times New Roman" w:hAnsi="Times New Roman"/>
          <w:sz w:val="24"/>
          <w:szCs w:val="24"/>
          <w:lang w:eastAsia="en-GB"/>
        </w:rPr>
        <w:t>Se consideră că documentele care alcătuiesc Contractul se explică reciproc şi se interpretează împreună. În eventualitatea oricăror neconcordanțe între cuvinte, termeni, fraze sau abrevieri scrise cu majusculă şi definite în cadrul unei Anexe, înţelesul stabilit de Articolul 1 („Definiţii şi interpretare”) al Contractului va prevala asupra înțelesului din Anexă, dacă contextul acestui Contract permite.</w:t>
      </w:r>
    </w:p>
    <w:p w14:paraId="7C8F4FA9"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Prezentul Contract are următoarele anexe:</w:t>
      </w:r>
    </w:p>
    <w:p w14:paraId="20F00A32"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Regulamentul Serviciului (Anexa nr. 1);</w:t>
      </w:r>
    </w:p>
    <w:p w14:paraId="33C3E71F"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 xml:space="preserve">Caietul de sarcini inclusiv clarificările şi/sau măsurile de remediere aduse la documentația de atribuire până la depunerea ofertelor </w:t>
      </w:r>
      <w:r w:rsidRPr="00CD3EA5">
        <w:rPr>
          <w:rStyle w:val="Bodytext20"/>
          <w:rFonts w:ascii="Times New Roman" w:hAnsi="Times New Roman" w:cs="Times New Roman"/>
          <w:sz w:val="24"/>
          <w:szCs w:val="24"/>
        </w:rPr>
        <w:t>(Anexa nr. 2);</w:t>
      </w:r>
    </w:p>
    <w:p w14:paraId="7D866A9F"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Oferta Delegatului, inclusiv solicitările de clarificare și răspunsurile la acestea, transmise în perioada de evaluare a ofertelor (Anexa nr. 3);</w:t>
      </w:r>
    </w:p>
    <w:p w14:paraId="28B55837"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Inventarul Bunurilor de Retur, concesion</w:t>
      </w:r>
      <w:r>
        <w:rPr>
          <w:rFonts w:ascii="Times New Roman" w:hAnsi="Times New Roman"/>
          <w:sz w:val="24"/>
          <w:szCs w:val="24"/>
        </w:rPr>
        <w:t>ate de Delegatar către Delegat</w:t>
      </w:r>
      <w:r w:rsidRPr="00CD3EA5">
        <w:rPr>
          <w:rFonts w:ascii="Times New Roman" w:hAnsi="Times New Roman"/>
          <w:sz w:val="24"/>
          <w:szCs w:val="24"/>
        </w:rPr>
        <w:t xml:space="preserve"> (Anexa nr. 4);</w:t>
      </w:r>
    </w:p>
    <w:p w14:paraId="5005F299"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Ordinul de Începere a prestării Serviciului (Anexa nr. 5);</w:t>
      </w:r>
    </w:p>
    <w:p w14:paraId="0F38AF67"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Programul de Investiții (Anexa nr. 6);</w:t>
      </w:r>
    </w:p>
    <w:p w14:paraId="0CADB167"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Indicatorii de Performanță (Anexa nr. 7);</w:t>
      </w:r>
    </w:p>
    <w:p w14:paraId="7E7B6B9F"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rPr>
      </w:pPr>
      <w:r w:rsidRPr="00CD3EA5">
        <w:rPr>
          <w:rFonts w:ascii="Times New Roman" w:hAnsi="Times New Roman"/>
          <w:sz w:val="24"/>
          <w:szCs w:val="24"/>
        </w:rPr>
        <w:t>Asigurările (Anexa nr. 8);</w:t>
      </w:r>
    </w:p>
    <w:p w14:paraId="5FDC9D3C"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lang w:eastAsia="en-GB"/>
        </w:rPr>
      </w:pPr>
      <w:r w:rsidRPr="00CD3EA5">
        <w:rPr>
          <w:rFonts w:ascii="Times New Roman" w:hAnsi="Times New Roman"/>
          <w:spacing w:val="-3"/>
          <w:sz w:val="24"/>
          <w:szCs w:val="24"/>
        </w:rPr>
        <w:t>Garanția de Bună Execuție (</w:t>
      </w:r>
      <w:r w:rsidRPr="00CD3EA5">
        <w:rPr>
          <w:rFonts w:ascii="Times New Roman" w:hAnsi="Times New Roman"/>
          <w:sz w:val="24"/>
          <w:szCs w:val="24"/>
        </w:rPr>
        <w:t xml:space="preserve">Anexa nr. </w:t>
      </w:r>
      <w:r w:rsidRPr="00CD3EA5">
        <w:rPr>
          <w:rFonts w:ascii="Times New Roman" w:hAnsi="Times New Roman"/>
          <w:spacing w:val="-3"/>
          <w:sz w:val="24"/>
          <w:szCs w:val="24"/>
        </w:rPr>
        <w:t>9);</w:t>
      </w:r>
    </w:p>
    <w:p w14:paraId="2D88E4FC"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lang w:eastAsia="en-GB"/>
        </w:rPr>
      </w:pPr>
      <w:r w:rsidRPr="00CD3EA5">
        <w:rPr>
          <w:rFonts w:ascii="Times New Roman" w:hAnsi="Times New Roman"/>
          <w:spacing w:val="-3"/>
          <w:sz w:val="24"/>
          <w:szCs w:val="24"/>
        </w:rPr>
        <w:t>Tarifele (Anexa nr. 10);</w:t>
      </w:r>
    </w:p>
    <w:p w14:paraId="77C55762"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sz w:val="24"/>
          <w:szCs w:val="24"/>
          <w:lang w:eastAsia="en-GB"/>
        </w:rPr>
      </w:pPr>
      <w:r w:rsidRPr="00CD3EA5">
        <w:rPr>
          <w:rFonts w:ascii="Times New Roman" w:hAnsi="Times New Roman"/>
          <w:sz w:val="24"/>
          <w:szCs w:val="24"/>
          <w:lang w:eastAsia="en-GB"/>
        </w:rPr>
        <w:t>Modificarea/Ajustarea Tarifelor (Anexa nr. 11)</w:t>
      </w:r>
    </w:p>
    <w:p w14:paraId="68B64183"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bCs/>
          <w:noProof/>
          <w:sz w:val="24"/>
          <w:szCs w:val="24"/>
          <w:lang w:val="fr-FR"/>
        </w:rPr>
      </w:pPr>
      <w:r w:rsidRPr="00CD3EA5">
        <w:rPr>
          <w:rFonts w:ascii="Times New Roman" w:hAnsi="Times New Roman"/>
          <w:bCs/>
          <w:noProof/>
          <w:sz w:val="24"/>
          <w:szCs w:val="24"/>
          <w:lang w:val="fr-FR"/>
        </w:rPr>
        <w:t>Modul de calcul al sumelor plătite de Delegatar către Delegat din costurile nete de gestionare a deșeurilor de ambalaje încasate de la OIREP (Anexa nr. 12)</w:t>
      </w:r>
    </w:p>
    <w:p w14:paraId="32FC229F" w14:textId="77777777" w:rsidR="008B2EA6" w:rsidRPr="00CD3EA5" w:rsidRDefault="008B2EA6" w:rsidP="008B2EA6">
      <w:pPr>
        <w:numPr>
          <w:ilvl w:val="0"/>
          <w:numId w:val="47"/>
        </w:numPr>
        <w:tabs>
          <w:tab w:val="left" w:pos="567"/>
        </w:tabs>
        <w:spacing w:after="0" w:line="240" w:lineRule="auto"/>
        <w:ind w:left="567" w:hanging="297"/>
        <w:jc w:val="both"/>
        <w:rPr>
          <w:rFonts w:ascii="Times New Roman" w:hAnsi="Times New Roman"/>
          <w:bCs/>
          <w:noProof/>
          <w:sz w:val="24"/>
          <w:szCs w:val="24"/>
          <w:lang w:val="fr-FR"/>
        </w:rPr>
      </w:pPr>
      <w:r w:rsidRPr="00CD3EA5">
        <w:rPr>
          <w:rFonts w:ascii="Times New Roman" w:hAnsi="Times New Roman"/>
          <w:bCs/>
          <w:noProof/>
          <w:sz w:val="24"/>
          <w:szCs w:val="24"/>
          <w:lang w:val="fr-FR"/>
        </w:rPr>
        <w:t>Procedura de monitorizare a executării Contractului (Anexa nr. 13);</w:t>
      </w:r>
    </w:p>
    <w:p w14:paraId="0DC8F40C" w14:textId="77777777" w:rsidR="008B2EA6" w:rsidRPr="00CD3EA5" w:rsidRDefault="008B2EA6" w:rsidP="008B2EA6">
      <w:pPr>
        <w:numPr>
          <w:ilvl w:val="0"/>
          <w:numId w:val="47"/>
        </w:numPr>
        <w:tabs>
          <w:tab w:val="left" w:pos="567"/>
          <w:tab w:val="num" w:pos="720"/>
        </w:tabs>
        <w:spacing w:after="0" w:line="240" w:lineRule="auto"/>
        <w:ind w:left="567" w:hanging="297"/>
        <w:jc w:val="both"/>
        <w:rPr>
          <w:rFonts w:ascii="Times New Roman" w:hAnsi="Times New Roman"/>
          <w:bCs/>
          <w:noProof/>
          <w:sz w:val="24"/>
          <w:szCs w:val="24"/>
          <w:lang w:val="fr-FR"/>
        </w:rPr>
      </w:pPr>
      <w:r w:rsidRPr="00CD3EA5">
        <w:rPr>
          <w:rFonts w:ascii="Times New Roman" w:hAnsi="Times New Roman"/>
          <w:bCs/>
          <w:noProof/>
          <w:sz w:val="24"/>
          <w:szCs w:val="24"/>
          <w:lang w:val="fr-FR"/>
        </w:rPr>
        <w:t>Programul de Operare (Anexa nr. 14);</w:t>
      </w:r>
    </w:p>
    <w:p w14:paraId="7147325E" w14:textId="77777777" w:rsidR="008B2EA6" w:rsidRDefault="008B2EA6" w:rsidP="008B2EA6">
      <w:pPr>
        <w:numPr>
          <w:ilvl w:val="0"/>
          <w:numId w:val="47"/>
        </w:numPr>
        <w:tabs>
          <w:tab w:val="left" w:pos="567"/>
          <w:tab w:val="num" w:pos="720"/>
        </w:tabs>
        <w:spacing w:after="0" w:line="240" w:lineRule="auto"/>
        <w:ind w:left="567" w:hanging="297"/>
        <w:jc w:val="both"/>
        <w:rPr>
          <w:rFonts w:ascii="Times New Roman" w:hAnsi="Times New Roman"/>
          <w:bCs/>
          <w:noProof/>
          <w:sz w:val="24"/>
          <w:szCs w:val="24"/>
          <w:lang w:val="fr-FR"/>
        </w:rPr>
      </w:pPr>
      <w:r w:rsidRPr="00CD3EA5">
        <w:rPr>
          <w:rFonts w:ascii="Times New Roman" w:hAnsi="Times New Roman"/>
          <w:bCs/>
          <w:noProof/>
          <w:sz w:val="24"/>
          <w:szCs w:val="24"/>
          <w:lang w:val="fr-FR"/>
        </w:rPr>
        <w:t>Lista indicativa a bunurilor de preluare (Anexa 15)</w:t>
      </w:r>
    </w:p>
    <w:p w14:paraId="53644153" w14:textId="77777777" w:rsidR="008B2EA6" w:rsidRPr="00CD3EA5" w:rsidRDefault="008B2EA6" w:rsidP="008B2EA6">
      <w:pPr>
        <w:numPr>
          <w:ilvl w:val="0"/>
          <w:numId w:val="47"/>
        </w:numPr>
        <w:tabs>
          <w:tab w:val="left" w:pos="567"/>
          <w:tab w:val="num" w:pos="720"/>
        </w:tabs>
        <w:spacing w:after="0" w:line="240" w:lineRule="auto"/>
        <w:ind w:left="567" w:hanging="297"/>
        <w:jc w:val="both"/>
        <w:rPr>
          <w:rFonts w:ascii="Times New Roman" w:hAnsi="Times New Roman"/>
          <w:bCs/>
          <w:noProof/>
          <w:sz w:val="24"/>
          <w:szCs w:val="24"/>
          <w:lang w:val="fr-FR"/>
        </w:rPr>
      </w:pPr>
      <w:r>
        <w:rPr>
          <w:rFonts w:ascii="Times New Roman" w:hAnsi="Times New Roman"/>
          <w:bCs/>
          <w:noProof/>
          <w:sz w:val="24"/>
          <w:szCs w:val="24"/>
          <w:lang w:val="fr-FR"/>
        </w:rPr>
        <w:t xml:space="preserve">Procesul-verbal de </w:t>
      </w:r>
      <w:r w:rsidRPr="00CD3EA5">
        <w:rPr>
          <w:rFonts w:ascii="Times New Roman" w:hAnsi="Times New Roman"/>
          <w:sz w:val="24"/>
          <w:szCs w:val="24"/>
        </w:rPr>
        <w:t>predare-primire a Bunurilor de Retur</w:t>
      </w:r>
      <w:r>
        <w:rPr>
          <w:rFonts w:ascii="Times New Roman" w:hAnsi="Times New Roman"/>
          <w:sz w:val="24"/>
          <w:szCs w:val="24"/>
        </w:rPr>
        <w:t xml:space="preserve"> </w:t>
      </w:r>
      <w:r w:rsidRPr="00CD3EA5">
        <w:rPr>
          <w:rFonts w:ascii="Times New Roman" w:hAnsi="Times New Roman"/>
          <w:bCs/>
          <w:noProof/>
          <w:sz w:val="24"/>
          <w:szCs w:val="24"/>
          <w:lang w:val="fr-FR"/>
        </w:rPr>
        <w:t>(Anexa 1</w:t>
      </w:r>
      <w:r>
        <w:rPr>
          <w:rFonts w:ascii="Times New Roman" w:hAnsi="Times New Roman"/>
          <w:bCs/>
          <w:noProof/>
          <w:sz w:val="24"/>
          <w:szCs w:val="24"/>
          <w:lang w:val="fr-FR"/>
        </w:rPr>
        <w:t>6</w:t>
      </w:r>
      <w:r w:rsidRPr="00CD3EA5">
        <w:rPr>
          <w:rFonts w:ascii="Times New Roman" w:hAnsi="Times New Roman"/>
          <w:bCs/>
          <w:noProof/>
          <w:sz w:val="24"/>
          <w:szCs w:val="24"/>
          <w:lang w:val="fr-FR"/>
        </w:rPr>
        <w:t>)</w:t>
      </w:r>
    </w:p>
    <w:p w14:paraId="482AECB0" w14:textId="77777777" w:rsidR="008B2EA6" w:rsidRPr="00CD3EA5" w:rsidRDefault="008B2EA6" w:rsidP="008B2EA6">
      <w:pPr>
        <w:autoSpaceDE w:val="0"/>
        <w:autoSpaceDN w:val="0"/>
        <w:adjustRightInd w:val="0"/>
        <w:spacing w:after="0" w:line="240" w:lineRule="auto"/>
        <w:jc w:val="both"/>
        <w:rPr>
          <w:rFonts w:ascii="Times New Roman" w:hAnsi="Times New Roman"/>
          <w:spacing w:val="-3"/>
          <w:sz w:val="24"/>
          <w:szCs w:val="24"/>
        </w:rPr>
      </w:pPr>
      <w:r w:rsidRPr="00CD3EA5">
        <w:rPr>
          <w:rFonts w:ascii="Times New Roman" w:hAnsi="Times New Roman"/>
          <w:b/>
          <w:sz w:val="24"/>
          <w:szCs w:val="24"/>
        </w:rPr>
        <w:t xml:space="preserve"> (4) </w:t>
      </w:r>
      <w:r w:rsidRPr="00CD3EA5">
        <w:rPr>
          <w:rFonts w:ascii="Times New Roman" w:hAnsi="Times New Roman"/>
          <w:sz w:val="24"/>
          <w:szCs w:val="24"/>
          <w:lang w:eastAsia="en-GB"/>
        </w:rPr>
        <w:t xml:space="preserve">În cazul oricărui conflict sau neconcordanță între corpul principal al Contractului şi orice Anexă, clauză din cuprinsul Contractului va prevala, cu excepția situației în care se specifică altfel în prezentul Contract. </w:t>
      </w:r>
    </w:p>
    <w:p w14:paraId="31C6E61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3676DFFF"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097BFDF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74CB061B" w14:textId="77777777" w:rsidR="008B2EA6" w:rsidRPr="00CD3EA5" w:rsidRDefault="008B2EA6" w:rsidP="008B2EA6">
      <w:pPr>
        <w:pStyle w:val="Heading1"/>
        <w:spacing w:line="240" w:lineRule="auto"/>
        <w:rPr>
          <w:rFonts w:ascii="Times New Roman" w:hAnsi="Times New Roman" w:cs="Times New Roman"/>
          <w:sz w:val="24"/>
          <w:szCs w:val="24"/>
        </w:rPr>
      </w:pPr>
      <w:bookmarkStart w:id="91" w:name="_Toc11221553"/>
      <w:r w:rsidRPr="00CD3EA5">
        <w:rPr>
          <w:rFonts w:ascii="Times New Roman" w:hAnsi="Times New Roman" w:cs="Times New Roman"/>
          <w:sz w:val="24"/>
          <w:szCs w:val="24"/>
        </w:rPr>
        <w:t>DREPTURILE ŞI OBLIGAŢIILE PĂRŢILOR</w:t>
      </w:r>
      <w:bookmarkEnd w:id="91"/>
    </w:p>
    <w:p w14:paraId="2BB6330B" w14:textId="77777777" w:rsidR="008B2EA6" w:rsidRPr="00CD3EA5" w:rsidRDefault="008B2EA6" w:rsidP="008B2EA6">
      <w:pPr>
        <w:rPr>
          <w:rFonts w:ascii="Times New Roman" w:hAnsi="Times New Roman"/>
          <w:sz w:val="24"/>
          <w:szCs w:val="24"/>
        </w:rPr>
      </w:pPr>
    </w:p>
    <w:p w14:paraId="07D102F1"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92" w:name="_Toc11221554"/>
      <w:r w:rsidRPr="00CD3EA5">
        <w:rPr>
          <w:rFonts w:ascii="Times New Roman" w:hAnsi="Times New Roman"/>
          <w:sz w:val="24"/>
          <w:szCs w:val="24"/>
          <w:lang w:val="ro-RO" w:eastAsia="ro-RO"/>
        </w:rPr>
        <w:t>DREPTURILE DELEGATARULUI</w:t>
      </w:r>
      <w:bookmarkEnd w:id="92"/>
      <w:r w:rsidRPr="00CD3EA5">
        <w:rPr>
          <w:rFonts w:ascii="Times New Roman" w:hAnsi="Times New Roman"/>
          <w:sz w:val="24"/>
          <w:szCs w:val="24"/>
          <w:lang w:val="ro-RO" w:eastAsia="ro-RO"/>
        </w:rPr>
        <w:t xml:space="preserve"> </w:t>
      </w:r>
    </w:p>
    <w:p w14:paraId="786A9823" w14:textId="77777777" w:rsidR="008B2EA6" w:rsidRPr="00F14195" w:rsidRDefault="008B2EA6" w:rsidP="008B2EA6">
      <w:pPr>
        <w:tabs>
          <w:tab w:val="left" w:pos="630"/>
        </w:tabs>
        <w:autoSpaceDE w:val="0"/>
        <w:autoSpaceDN w:val="0"/>
        <w:adjustRightInd w:val="0"/>
        <w:spacing w:after="0" w:line="240" w:lineRule="auto"/>
        <w:ind w:left="360"/>
        <w:jc w:val="both"/>
        <w:rPr>
          <w:rStyle w:val="Bodytext20"/>
          <w:rFonts w:ascii="Times New Roman" w:hAnsi="Times New Roman" w:cs="Times New Roman"/>
          <w:sz w:val="24"/>
          <w:szCs w:val="24"/>
        </w:rPr>
      </w:pPr>
      <w:r>
        <w:rPr>
          <w:rStyle w:val="Bodytext20"/>
          <w:rFonts w:ascii="Times New Roman" w:hAnsi="Times New Roman" w:cs="Times New Roman"/>
          <w:sz w:val="24"/>
          <w:szCs w:val="24"/>
        </w:rPr>
        <w:t xml:space="preserve">(1) </w:t>
      </w:r>
      <w:r w:rsidRPr="00F14195">
        <w:rPr>
          <w:rStyle w:val="Bodytext20"/>
          <w:rFonts w:ascii="Times New Roman" w:hAnsi="Times New Roman" w:cs="Times New Roman"/>
          <w:sz w:val="24"/>
          <w:szCs w:val="24"/>
        </w:rPr>
        <w:t>Delegatarul prin ADISIGD Arad are următoarele drepturi, pe care le va exercita însă în corelare cu regulamentele, politicile tarifare și programele și strategiile de dezvoltare adoptate în cadrul ADISIGD Arad pentru Aria Delegării și cu raportare strictă la activitatea delegată, respectiv aceea de colectare separată şi transport separat al deşeurilor municipale şi al deşeurilor similare provenind din activităţi comerciale din industrie şi instituţii, inclusiv fracţii colectate separat:</w:t>
      </w:r>
    </w:p>
    <w:p w14:paraId="2C5B6696"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stabilească programele de reabilitare, extindere şi modernizare a infrastructurii tehnico-edilitare aferente Serviciului;</w:t>
      </w:r>
    </w:p>
    <w:p w14:paraId="497B4350"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inspecteze Bunurile de Retur şi să verifice modul de realizare a investiţiilor în sarcina Delegatului,</w:t>
      </w:r>
      <w:r w:rsidRPr="00CD3EA5">
        <w:rPr>
          <w:rStyle w:val="Heading6Char"/>
          <w:rFonts w:ascii="Times New Roman" w:eastAsia="Calibri" w:hAnsi="Times New Roman"/>
          <w:sz w:val="24"/>
          <w:szCs w:val="24"/>
        </w:rPr>
        <w:t xml:space="preserve"> </w:t>
      </w:r>
      <w:r w:rsidRPr="00343109">
        <w:rPr>
          <w:rStyle w:val="Heading6Char"/>
          <w:rFonts w:ascii="Times New Roman" w:eastAsia="Calibri" w:hAnsi="Times New Roman"/>
          <w:b/>
          <w:sz w:val="24"/>
          <w:szCs w:val="24"/>
        </w:rPr>
        <w:t>operațiune</w:t>
      </w:r>
      <w:r>
        <w:rPr>
          <w:rStyle w:val="Heading6Char"/>
          <w:rFonts w:ascii="Times New Roman" w:eastAsia="Calibri" w:hAnsi="Times New Roman"/>
          <w:sz w:val="24"/>
          <w:szCs w:val="24"/>
        </w:rPr>
        <w:t xml:space="preserve"> </w:t>
      </w:r>
      <w:r w:rsidRPr="00343109">
        <w:rPr>
          <w:rStyle w:val="Heading6Char"/>
          <w:rFonts w:ascii="Times New Roman" w:eastAsia="Calibri" w:hAnsi="Times New Roman"/>
          <w:b/>
          <w:sz w:val="24"/>
          <w:szCs w:val="24"/>
        </w:rPr>
        <w:t>efectuat</w:t>
      </w:r>
      <w:r>
        <w:rPr>
          <w:rStyle w:val="Heading6Char"/>
          <w:rFonts w:ascii="Times New Roman" w:eastAsia="Calibri" w:hAnsi="Times New Roman"/>
          <w:b/>
          <w:sz w:val="24"/>
          <w:szCs w:val="24"/>
        </w:rPr>
        <w:t xml:space="preserve">ă de către Aparatul Tehnic al ADISIGD. În situația în care se constată nereguli, </w:t>
      </w:r>
      <w:r>
        <w:rPr>
          <w:rStyle w:val="Heading6Char"/>
          <w:rFonts w:ascii="Times New Roman" w:eastAsia="Calibri" w:hAnsi="Times New Roman"/>
          <w:b/>
          <w:sz w:val="24"/>
          <w:szCs w:val="24"/>
        </w:rPr>
        <w:lastRenderedPageBreak/>
        <w:t xml:space="preserve">Aparatul Tehnic al </w:t>
      </w:r>
      <w:r w:rsidRPr="00F14195">
        <w:rPr>
          <w:rStyle w:val="Heading6Char"/>
          <w:rFonts w:ascii="Times New Roman" w:eastAsia="Calibri" w:hAnsi="Times New Roman"/>
          <w:b/>
          <w:sz w:val="24"/>
          <w:szCs w:val="24"/>
        </w:rPr>
        <w:t>ADISIGD va informa</w:t>
      </w:r>
      <w:r w:rsidRPr="00F14195">
        <w:rPr>
          <w:rStyle w:val="Bodytext20"/>
          <w:rFonts w:ascii="Times New Roman" w:hAnsi="Times New Roman" w:cs="Times New Roman"/>
          <w:sz w:val="24"/>
          <w:szCs w:val="24"/>
        </w:rPr>
        <w:t xml:space="preserve"> proprietarul Județul Arad prin Consiliul Județean Arad </w:t>
      </w:r>
      <w:r>
        <w:rPr>
          <w:rStyle w:val="Bodytext20"/>
          <w:rFonts w:ascii="Times New Roman" w:hAnsi="Times New Roman" w:cs="Times New Roman"/>
          <w:sz w:val="24"/>
          <w:szCs w:val="24"/>
        </w:rPr>
        <w:t>despre acestea</w:t>
      </w:r>
      <w:r w:rsidRPr="00CD3EA5">
        <w:rPr>
          <w:rFonts w:ascii="Times New Roman" w:hAnsi="Times New Roman"/>
          <w:bCs/>
          <w:sz w:val="24"/>
          <w:szCs w:val="24"/>
        </w:rPr>
        <w:t>;</w:t>
      </w:r>
    </w:p>
    <w:p w14:paraId="18D21E18"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monitorizeze îndeplinirea obligaţiilor contractuale asumate de Delegat și să verifice periodic calitatea Serviciului prestat, inclusiv îndeplinirea Indicatorilor de Performanţă;</w:t>
      </w:r>
    </w:p>
    <w:p w14:paraId="4FD943E0"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 xml:space="preserve">să aplice </w:t>
      </w:r>
      <w:r w:rsidRPr="00CD3EA5">
        <w:rPr>
          <w:rFonts w:ascii="Times New Roman" w:hAnsi="Times New Roman"/>
          <w:sz w:val="24"/>
          <w:szCs w:val="24"/>
          <w:lang w:eastAsia="en-GB"/>
        </w:rPr>
        <w:t>penalitățile</w:t>
      </w:r>
      <w:r w:rsidRPr="00CD3EA5">
        <w:rPr>
          <w:rFonts w:ascii="Times New Roman" w:hAnsi="Times New Roman"/>
          <w:bCs/>
          <w:sz w:val="24"/>
          <w:szCs w:val="24"/>
        </w:rPr>
        <w:t xml:space="preserve"> prevăzute de Contract în caz de executare cu întârziere sau neexecutare a obligaţiilor contractuale de către Delegat; </w:t>
      </w:r>
    </w:p>
    <w:p w14:paraId="5D0DDB50"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Pr>
          <w:rStyle w:val="Heading6Char"/>
          <w:rFonts w:ascii="Times New Roman" w:eastAsia="Calibri" w:hAnsi="Times New Roman"/>
          <w:b/>
          <w:sz w:val="24"/>
          <w:szCs w:val="24"/>
        </w:rPr>
        <w:t>Aparatul Tehnic al ADISIGD</w:t>
      </w:r>
      <w:r w:rsidRPr="00CD3EA5">
        <w:rPr>
          <w:rFonts w:ascii="Times New Roman" w:hAnsi="Times New Roman"/>
          <w:sz w:val="24"/>
          <w:szCs w:val="24"/>
          <w:lang w:eastAsia="en-GB"/>
        </w:rPr>
        <w:t xml:space="preserve"> </w:t>
      </w:r>
      <w:r>
        <w:rPr>
          <w:rFonts w:ascii="Times New Roman" w:hAnsi="Times New Roman"/>
          <w:sz w:val="24"/>
          <w:szCs w:val="24"/>
          <w:lang w:eastAsia="en-GB"/>
        </w:rPr>
        <w:t xml:space="preserve">va înștiința, </w:t>
      </w:r>
      <w:r w:rsidRPr="00CD3EA5">
        <w:rPr>
          <w:rFonts w:ascii="Times New Roman" w:hAnsi="Times New Roman"/>
          <w:sz w:val="24"/>
          <w:szCs w:val="24"/>
          <w:lang w:eastAsia="en-GB"/>
        </w:rPr>
        <w:t xml:space="preserve">dacă este cazul, Județul Arad prin Consiliul Județean Arad, </w:t>
      </w:r>
      <w:r>
        <w:rPr>
          <w:rFonts w:ascii="Times New Roman" w:hAnsi="Times New Roman"/>
          <w:sz w:val="24"/>
          <w:szCs w:val="24"/>
          <w:lang w:eastAsia="en-GB"/>
        </w:rPr>
        <w:t xml:space="preserve">cu privire la bunurile de preluare, cu 60 de zile înainte de încetarea contractului, urmând ca acesta </w:t>
      </w:r>
      <w:r w:rsidRPr="00CD3EA5">
        <w:rPr>
          <w:rFonts w:ascii="Times New Roman" w:hAnsi="Times New Roman"/>
          <w:sz w:val="24"/>
          <w:szCs w:val="24"/>
          <w:lang w:eastAsia="en-GB"/>
        </w:rPr>
        <w:t>să-şi exprime intenţia de a dobândi Bunurile de Preluare şi să solicite Delegatului să semneze contractul de vânzare-cumpărare a acestor bunuri, la încetarea prezentului Contract</w:t>
      </w:r>
      <w:r>
        <w:rPr>
          <w:rFonts w:ascii="Times New Roman" w:hAnsi="Times New Roman"/>
          <w:sz w:val="24"/>
          <w:szCs w:val="24"/>
          <w:lang w:eastAsia="en-GB"/>
        </w:rPr>
        <w:t>, cu respectarea termenelor prevăzute în prezentul Contract</w:t>
      </w:r>
      <w:r w:rsidRPr="00CD3EA5">
        <w:rPr>
          <w:rFonts w:ascii="Times New Roman" w:hAnsi="Times New Roman"/>
          <w:sz w:val="24"/>
          <w:szCs w:val="24"/>
          <w:lang w:eastAsia="en-GB"/>
        </w:rPr>
        <w:t>;</w:t>
      </w:r>
    </w:p>
    <w:p w14:paraId="77A37E53"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modifice unilateral partea reglementară a Contractului (respectiv Regulamentul Serviciului şi Caietul de Sarcini al Serviciului, Anexele nr. 1 şi nr. 2 la Contract) numai pentru motive ce ţin de interesul naţional sau local şi/sau în caz de Modificare Legislativă cu aplicarea Art. 34, după caz;</w:t>
      </w:r>
    </w:p>
    <w:p w14:paraId="5632366E"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aprobe structura şi ajustarea/modificarea Tarifelor, conform prezentului Contract (Anexa 11);</w:t>
      </w:r>
    </w:p>
    <w:p w14:paraId="5F5EF299"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rezilieze Contractul dacă Delegatul nu îşi respectă obligaţiile asumate prin Contract, conform prevederilor Articolului 38 ”Rezilierea Contractului”;</w:t>
      </w:r>
    </w:p>
    <w:p w14:paraId="588DD336"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aplice penalitățile pentru nerespectarea de către Delegat a Indicatorilor de Performanță;</w:t>
      </w:r>
    </w:p>
    <w:p w14:paraId="53ECB394"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14:paraId="3AB2235C" w14:textId="77777777" w:rsidR="008B2EA6"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sidRPr="00CD3EA5">
        <w:rPr>
          <w:rFonts w:ascii="Times New Roman" w:hAnsi="Times New Roman"/>
          <w:sz w:val="24"/>
          <w:szCs w:val="24"/>
          <w:lang w:eastAsia="en-GB"/>
        </w:rPr>
        <w:t>Județul Arad prin Consiliul Județean Arad, în calitate de Delegatar, are dreptul de a recupera orice sume reprezentând: redevența, penalități pentru neplata redevenței, daune, prejudicii cauzate bunurilor de retur, inclusiv fără a se limita la asigurările prevăzute în contract/caietul de sarcini, sau penalități aplicate de către ADISIGD pentru încălcarea clauzelor contractuale și a indicatorilor de performanță, pentru executarea cu întârziere, neexecutarea sau executarea necorespunzătoare a obligațiilor contractuale, inclusiv să execute garanția de bună execuție, dacă este cazul;</w:t>
      </w:r>
    </w:p>
    <w:p w14:paraId="5F035E28" w14:textId="77777777" w:rsidR="008B2EA6" w:rsidRPr="00CD3EA5" w:rsidRDefault="008B2EA6" w:rsidP="008B2EA6">
      <w:pPr>
        <w:numPr>
          <w:ilvl w:val="0"/>
          <w:numId w:val="52"/>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CD3EA5">
        <w:rPr>
          <w:rFonts w:ascii="Times New Roman" w:hAnsi="Times New Roman"/>
          <w:bCs/>
          <w:sz w:val="24"/>
          <w:szCs w:val="24"/>
        </w:rPr>
        <w:t>alte drepturi prevăzute de prezentul Contract sau de Lege.</w:t>
      </w:r>
    </w:p>
    <w:p w14:paraId="1F40074A" w14:textId="77777777" w:rsidR="008B2EA6" w:rsidRDefault="008B2EA6" w:rsidP="008B2EA6">
      <w:pPr>
        <w:spacing w:after="0" w:line="240" w:lineRule="auto"/>
        <w:ind w:left="360" w:hanging="360"/>
        <w:jc w:val="both"/>
        <w:rPr>
          <w:rFonts w:ascii="Times New Roman" w:hAnsi="Times New Roman"/>
          <w:iCs/>
          <w:sz w:val="24"/>
          <w:szCs w:val="24"/>
          <w:lang w:eastAsia="ro-RO"/>
        </w:rPr>
      </w:pPr>
      <w:bookmarkStart w:id="93" w:name="_Toc11221555"/>
      <w:r>
        <w:rPr>
          <w:rFonts w:ascii="Times New Roman" w:hAnsi="Times New Roman"/>
          <w:i/>
          <w:sz w:val="24"/>
          <w:szCs w:val="24"/>
          <w:lang w:eastAsia="ro-RO"/>
        </w:rPr>
        <w:t xml:space="preserve"> </w:t>
      </w:r>
      <w:r w:rsidRPr="00EC775E">
        <w:rPr>
          <w:rFonts w:ascii="Times New Roman" w:hAnsi="Times New Roman"/>
          <w:i/>
          <w:color w:val="004F88"/>
          <w:sz w:val="24"/>
          <w:szCs w:val="24"/>
          <w:lang w:eastAsia="ro-RO"/>
        </w:rPr>
        <w:tab/>
      </w:r>
      <w:r w:rsidRPr="00F14195">
        <w:rPr>
          <w:rFonts w:ascii="Times New Roman" w:hAnsi="Times New Roman"/>
          <w:iCs/>
          <w:sz w:val="24"/>
          <w:szCs w:val="24"/>
          <w:lang w:eastAsia="ro-RO"/>
        </w:rPr>
        <w:t>(2) Drepturile prevăzute la alin.1 urmează a fi exercitate în numele și pe seama Delegatarului, de către ADISIGD, în calitate de mandatar, în baza mandatului primit prin Statutul său, cu excepția dreptului de a încasa redevența, penalitățile pentru neplata redevenței sau penalitățile pentru neîndeplinirea sau îndeplinirea cu întârziere a obligațiilor contractuale care vor fi execitate de către Consiliul Județean Arad. Delegatarul păstrează dreptul de a fi informat și de a propune măsuri privind Serviciul aflat sub responsabilitatea sa și bunurile ce îi aparțin, prin intermediul și în cadrul ADISIGD Arad.</w:t>
      </w:r>
    </w:p>
    <w:p w14:paraId="766464CA" w14:textId="77777777" w:rsidR="008B2EA6" w:rsidRPr="00F14195" w:rsidRDefault="008B2EA6" w:rsidP="008B2EA6">
      <w:pPr>
        <w:spacing w:after="0" w:line="240" w:lineRule="auto"/>
        <w:ind w:left="360" w:hanging="360"/>
        <w:jc w:val="both"/>
        <w:rPr>
          <w:rFonts w:ascii="Times New Roman" w:hAnsi="Times New Roman"/>
          <w:iCs/>
          <w:sz w:val="24"/>
          <w:szCs w:val="24"/>
          <w:lang w:eastAsia="ro-RO"/>
        </w:rPr>
      </w:pPr>
    </w:p>
    <w:p w14:paraId="047BA175"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DREPTURILE DELEGATULUI</w:t>
      </w:r>
      <w:bookmarkEnd w:id="93"/>
    </w:p>
    <w:p w14:paraId="15EDB396" w14:textId="77777777" w:rsidR="008B2EA6" w:rsidRPr="00CD3EA5" w:rsidRDefault="008B2EA6" w:rsidP="008B2EA6">
      <w:pPr>
        <w:autoSpaceDE w:val="0"/>
        <w:autoSpaceDN w:val="0"/>
        <w:adjustRightInd w:val="0"/>
        <w:spacing w:after="0" w:line="240" w:lineRule="auto"/>
        <w:ind w:firstLine="360"/>
        <w:jc w:val="both"/>
        <w:rPr>
          <w:rFonts w:ascii="Times New Roman" w:hAnsi="Times New Roman"/>
          <w:bCs/>
          <w:sz w:val="24"/>
          <w:szCs w:val="24"/>
        </w:rPr>
      </w:pPr>
      <w:bookmarkStart w:id="94" w:name="tree#701"/>
      <w:r w:rsidRPr="00CD3EA5">
        <w:rPr>
          <w:rFonts w:ascii="Times New Roman" w:hAnsi="Times New Roman"/>
          <w:bCs/>
          <w:sz w:val="24"/>
          <w:szCs w:val="24"/>
        </w:rPr>
        <w:t>Delegatul are următoarele drepturi:</w:t>
      </w:r>
    </w:p>
    <w:p w14:paraId="5B0F502A"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CD3EA5">
        <w:rPr>
          <w:rFonts w:ascii="Times New Roman" w:hAnsi="Times New Roman"/>
          <w:bCs/>
          <w:sz w:val="24"/>
          <w:szCs w:val="24"/>
        </w:rPr>
        <w:t>să încaseze contravaloarea Serviciului, corespunzător Tarifelor aprobate de Delegatar și a sumelor stabilite conform Anexei 12;</w:t>
      </w:r>
    </w:p>
    <w:p w14:paraId="758350D1"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95" w:name="tree#703"/>
      <w:bookmarkEnd w:id="94"/>
      <w:r w:rsidRPr="00CD3EA5">
        <w:rPr>
          <w:rFonts w:ascii="Times New Roman" w:hAnsi="Times New Roman"/>
          <w:bCs/>
          <w:sz w:val="24"/>
          <w:szCs w:val="24"/>
        </w:rPr>
        <w:t xml:space="preserve">să solicite ajustarea și modificarea Tarifelor în condițiile prevăzute în Ordinul nr. </w:t>
      </w:r>
      <w:r w:rsidRPr="00CD3EA5">
        <w:rPr>
          <w:rFonts w:ascii="Times New Roman" w:hAnsi="Times New Roman"/>
          <w:bCs/>
          <w:kern w:val="32"/>
          <w:sz w:val="24"/>
          <w:szCs w:val="24"/>
        </w:rPr>
        <w:t xml:space="preserve">640/2022, cu modificările și completările ulterioare și </w:t>
      </w:r>
      <w:r w:rsidRPr="00CD3EA5">
        <w:rPr>
          <w:rFonts w:ascii="Times New Roman" w:hAnsi="Times New Roman"/>
          <w:bCs/>
          <w:sz w:val="24"/>
          <w:szCs w:val="24"/>
        </w:rPr>
        <w:t>Anexa nr. 1</w:t>
      </w:r>
      <w:bookmarkStart w:id="96" w:name="tree#704"/>
      <w:bookmarkEnd w:id="95"/>
      <w:r w:rsidRPr="00CD3EA5">
        <w:rPr>
          <w:rFonts w:ascii="Times New Roman" w:hAnsi="Times New Roman"/>
          <w:bCs/>
          <w:sz w:val="24"/>
          <w:szCs w:val="24"/>
        </w:rPr>
        <w:t>1 ”</w:t>
      </w:r>
      <w:r w:rsidRPr="00CD3EA5">
        <w:rPr>
          <w:rFonts w:ascii="Times New Roman" w:hAnsi="Times New Roman"/>
          <w:sz w:val="24"/>
          <w:szCs w:val="24"/>
          <w:lang w:eastAsia="en-GB"/>
        </w:rPr>
        <w:t>Modificarea/Ajustarea Tarifelor”</w:t>
      </w:r>
      <w:r w:rsidRPr="00CD3EA5">
        <w:rPr>
          <w:rFonts w:ascii="Times New Roman" w:hAnsi="Times New Roman"/>
          <w:bCs/>
          <w:sz w:val="24"/>
          <w:szCs w:val="24"/>
        </w:rPr>
        <w:t xml:space="preserve">; </w:t>
      </w:r>
    </w:p>
    <w:p w14:paraId="49C061E7"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97" w:name="tree#705"/>
      <w:bookmarkEnd w:id="96"/>
      <w:r w:rsidRPr="00CD3EA5">
        <w:rPr>
          <w:rFonts w:ascii="Times New Roman" w:hAnsi="Times New Roman"/>
          <w:bCs/>
          <w:sz w:val="24"/>
          <w:szCs w:val="24"/>
        </w:rPr>
        <w:t xml:space="preserve">să beneficieze de exclusivitatea prestării Serviciului în Aria Delegării, acordată în baza prezentului Contract; </w:t>
      </w:r>
    </w:p>
    <w:bookmarkEnd w:id="97"/>
    <w:p w14:paraId="7478BE0C"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CD3EA5">
        <w:rPr>
          <w:rFonts w:ascii="Times New Roman" w:hAnsi="Times New Roman"/>
          <w:sz w:val="24"/>
          <w:szCs w:val="24"/>
          <w:lang w:eastAsia="ro-RO"/>
        </w:rPr>
        <w:t>să încheie contracte cu terţii pentru întreținerea și reparațiile instalaţiilor, utilajelor, echipamentelor utilizate pentru prestarea Serviciului;</w:t>
      </w:r>
    </w:p>
    <w:p w14:paraId="571FB81C"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CD3EA5">
        <w:rPr>
          <w:rFonts w:ascii="Times New Roman" w:hAnsi="Times New Roman"/>
          <w:bCs/>
          <w:sz w:val="24"/>
          <w:szCs w:val="24"/>
        </w:rPr>
        <w:lastRenderedPageBreak/>
        <w:t>să solicite recuperarea debitelor direct de la UAT-urile care nu și-a îndeplinit obligația de plată sau de la utilizatorii pe baza de contract in conformitate cu prevederile legale aplicabile;</w:t>
      </w:r>
    </w:p>
    <w:p w14:paraId="76E6FDC8"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CD3EA5">
        <w:rPr>
          <w:rFonts w:ascii="Times New Roman" w:hAnsi="Times New Roman"/>
          <w:bCs/>
          <w:sz w:val="24"/>
          <w:szCs w:val="24"/>
        </w:rPr>
        <w:t>să iniţieze modificarea prezentului contract, în cazul modificării reglementărilor şi/sau a condiţiilor tehnico-economice care au stat la baza încheierii sale;</w:t>
      </w:r>
    </w:p>
    <w:p w14:paraId="16A2EC47" w14:textId="77777777" w:rsidR="008B2EA6" w:rsidRPr="00CD3EA5" w:rsidRDefault="008B2EA6" w:rsidP="008B2EA6">
      <w:pPr>
        <w:numPr>
          <w:ilvl w:val="0"/>
          <w:numId w:val="51"/>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CD3EA5">
        <w:rPr>
          <w:rFonts w:ascii="Times New Roman" w:hAnsi="Times New Roman"/>
          <w:bCs/>
          <w:sz w:val="24"/>
          <w:szCs w:val="24"/>
        </w:rPr>
        <w:t>alte drepturi prevăzute de prezentul Contract sau de Lege.</w:t>
      </w:r>
    </w:p>
    <w:p w14:paraId="034F14C5" w14:textId="77777777" w:rsidR="008B2EA6" w:rsidRPr="00CD3EA5" w:rsidRDefault="008B2EA6" w:rsidP="008B2EA6">
      <w:pPr>
        <w:autoSpaceDE w:val="0"/>
        <w:autoSpaceDN w:val="0"/>
        <w:adjustRightInd w:val="0"/>
        <w:spacing w:after="0" w:line="240" w:lineRule="auto"/>
        <w:ind w:left="720"/>
        <w:jc w:val="both"/>
        <w:rPr>
          <w:rFonts w:ascii="Times New Roman" w:hAnsi="Times New Roman"/>
          <w:bCs/>
          <w:sz w:val="24"/>
          <w:szCs w:val="24"/>
        </w:rPr>
      </w:pPr>
    </w:p>
    <w:p w14:paraId="0BDC8D28"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98" w:name="_Toc11221556"/>
      <w:r w:rsidRPr="00CD3EA5">
        <w:rPr>
          <w:rFonts w:ascii="Times New Roman" w:hAnsi="Times New Roman"/>
          <w:sz w:val="24"/>
          <w:szCs w:val="24"/>
          <w:lang w:val="ro-RO" w:eastAsia="ro-RO"/>
        </w:rPr>
        <w:t>OBLIGAŢIILE DELEGATARULUI</w:t>
      </w:r>
      <w:bookmarkStart w:id="99" w:name="_Toc378327462"/>
      <w:bookmarkStart w:id="100" w:name="_Toc379978558"/>
      <w:bookmarkStart w:id="101" w:name="_Toc380141003"/>
      <w:bookmarkStart w:id="102" w:name="_Toc381791082"/>
      <w:bookmarkStart w:id="103" w:name="_Toc381957610"/>
      <w:bookmarkEnd w:id="98"/>
    </w:p>
    <w:p w14:paraId="271FE4DE" w14:textId="77777777" w:rsidR="008B2EA6" w:rsidRPr="00CD3EA5" w:rsidRDefault="008B2EA6" w:rsidP="008B2EA6">
      <w:pPr>
        <w:spacing w:after="0" w:line="240" w:lineRule="auto"/>
        <w:rPr>
          <w:rFonts w:ascii="Times New Roman" w:hAnsi="Times New Roman"/>
          <w:bCs/>
          <w:kern w:val="32"/>
          <w:sz w:val="24"/>
          <w:szCs w:val="24"/>
        </w:rPr>
      </w:pPr>
      <w:bookmarkStart w:id="104" w:name="_Toc11221557"/>
      <w:r w:rsidRPr="00CD3EA5">
        <w:rPr>
          <w:rFonts w:ascii="Times New Roman" w:hAnsi="Times New Roman"/>
          <w:bCs/>
          <w:kern w:val="32"/>
          <w:sz w:val="24"/>
          <w:szCs w:val="24"/>
        </w:rPr>
        <w:t>Delegatarul are urm</w:t>
      </w:r>
      <w:r w:rsidRPr="00CD3EA5">
        <w:rPr>
          <w:rFonts w:ascii="Times New Roman" w:eastAsia="CourierNew" w:hAnsi="Times New Roman"/>
          <w:bCs/>
          <w:kern w:val="32"/>
          <w:sz w:val="24"/>
          <w:szCs w:val="24"/>
        </w:rPr>
        <w:t>ă</w:t>
      </w:r>
      <w:r w:rsidRPr="00CD3EA5">
        <w:rPr>
          <w:rFonts w:ascii="Times New Roman" w:hAnsi="Times New Roman"/>
          <w:bCs/>
          <w:kern w:val="32"/>
          <w:sz w:val="24"/>
          <w:szCs w:val="24"/>
        </w:rPr>
        <w:t>toarele obliga</w:t>
      </w:r>
      <w:r w:rsidRPr="00CD3EA5">
        <w:rPr>
          <w:rFonts w:ascii="Times New Roman" w:eastAsia="CourierNew" w:hAnsi="Times New Roman"/>
          <w:bCs/>
          <w:kern w:val="32"/>
          <w:sz w:val="24"/>
          <w:szCs w:val="24"/>
        </w:rPr>
        <w:t>ţ</w:t>
      </w:r>
      <w:r w:rsidRPr="00CD3EA5">
        <w:rPr>
          <w:rFonts w:ascii="Times New Roman" w:hAnsi="Times New Roman"/>
          <w:bCs/>
          <w:kern w:val="32"/>
          <w:sz w:val="24"/>
          <w:szCs w:val="24"/>
        </w:rPr>
        <w:t>ii:</w:t>
      </w:r>
      <w:bookmarkEnd w:id="99"/>
      <w:bookmarkEnd w:id="100"/>
      <w:bookmarkEnd w:id="101"/>
      <w:bookmarkEnd w:id="102"/>
      <w:bookmarkEnd w:id="103"/>
      <w:bookmarkEnd w:id="104"/>
    </w:p>
    <w:p w14:paraId="0D9BDF00"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UAT-urile din aria delegării să sprijine Delegatul în procesul de încheiere a contractelor de prestare a serviciului cu Utilizatorii Non-Casnici;</w:t>
      </w:r>
    </w:p>
    <w:p w14:paraId="2FC6BCBC"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UAT-urile din aria delegării să instituie taxa prevăzută la art. 41 din Legea serviciului de salubrizare a localităţilor nr. 101/2006;</w:t>
      </w:r>
    </w:p>
    <w:p w14:paraId="76433D31"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aprobe ajustările şi modificările la Tarifele propuse de Delegat dacă acestea respectă prevederile Ordinului nr. </w:t>
      </w:r>
      <w:r w:rsidRPr="00CD3EA5">
        <w:rPr>
          <w:rFonts w:ascii="Times New Roman" w:hAnsi="Times New Roman"/>
          <w:bCs/>
          <w:kern w:val="32"/>
          <w:sz w:val="24"/>
          <w:szCs w:val="24"/>
        </w:rPr>
        <w:t>640/2022</w:t>
      </w:r>
      <w:r w:rsidRPr="00CD3EA5">
        <w:rPr>
          <w:rFonts w:ascii="Times New Roman" w:hAnsi="Times New Roman"/>
          <w:bCs/>
          <w:sz w:val="24"/>
          <w:szCs w:val="24"/>
        </w:rPr>
        <w:t xml:space="preserve"> privind aprobarea Normelor metodologice de stabilire, ajustare sau modificare a tarifelor pentru activităţile specifice serviciului de salubrizare a localităţilor si a  condițiilor contractuale, </w:t>
      </w:r>
      <w:r w:rsidRPr="00CD3EA5">
        <w:rPr>
          <w:rFonts w:ascii="Times New Roman" w:hAnsi="Times New Roman"/>
          <w:bCs/>
          <w:kern w:val="32"/>
          <w:sz w:val="24"/>
          <w:szCs w:val="24"/>
        </w:rPr>
        <w:t>cu modificările și completările ulterioare</w:t>
      </w:r>
      <w:r w:rsidRPr="00CD3EA5">
        <w:rPr>
          <w:rFonts w:ascii="Times New Roman" w:hAnsi="Times New Roman"/>
          <w:bCs/>
          <w:sz w:val="24"/>
          <w:szCs w:val="24"/>
        </w:rPr>
        <w:t>.</w:t>
      </w:r>
    </w:p>
    <w:p w14:paraId="0C8F6E89" w14:textId="77777777" w:rsidR="008B2EA6" w:rsidRPr="00CD3EA5" w:rsidRDefault="008B2EA6" w:rsidP="008B2EA6">
      <w:pPr>
        <w:pStyle w:val="ListParagraph"/>
        <w:numPr>
          <w:ilvl w:val="0"/>
          <w:numId w:val="63"/>
        </w:numPr>
        <w:autoSpaceDE w:val="0"/>
        <w:autoSpaceDN w:val="0"/>
        <w:adjustRightInd w:val="0"/>
        <w:spacing w:after="0" w:line="240" w:lineRule="auto"/>
        <w:contextualSpacing w:val="0"/>
        <w:jc w:val="both"/>
        <w:rPr>
          <w:rFonts w:ascii="Times New Roman" w:hAnsi="Times New Roman"/>
          <w:bCs/>
          <w:sz w:val="24"/>
          <w:szCs w:val="24"/>
        </w:rPr>
      </w:pPr>
      <w:r w:rsidRPr="00CD3EA5">
        <w:rPr>
          <w:rFonts w:ascii="Times New Roman" w:hAnsi="Times New Roman"/>
          <w:bCs/>
          <w:sz w:val="24"/>
          <w:szCs w:val="24"/>
        </w:rPr>
        <w:t>ADISIGD Arad să încheie cu OIREP potrivit Legii, convenții pentru acoperirea costurilor de gestionare pentru Deșeurile din Ambalaje Municipale in conformitate cu prevederile Art. 41 alin. (4) din Legea nr. 101/2006</w:t>
      </w:r>
      <w:r w:rsidRPr="00CD3EA5">
        <w:rPr>
          <w:rFonts w:ascii="Times New Roman" w:hAnsi="Times New Roman"/>
          <w:bCs/>
          <w:kern w:val="32"/>
          <w:sz w:val="24"/>
          <w:szCs w:val="24"/>
        </w:rPr>
        <w:t>.</w:t>
      </w:r>
    </w:p>
    <w:p w14:paraId="75904506" w14:textId="77777777" w:rsidR="008B2EA6" w:rsidRPr="00CD3EA5" w:rsidRDefault="008B2EA6" w:rsidP="008B2EA6">
      <w:pPr>
        <w:pStyle w:val="ListParagraph"/>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ADISIGD va utiliza sumele încasate de la OIREP exclusiv pentru scopurile cărora le sunt destinate;</w:t>
      </w:r>
    </w:p>
    <w:p w14:paraId="3AB4ED6B"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nu-l tulbure pe Delegat în exercițiul drepturilor sale ce rezultă din prezentul Contract;</w:t>
      </w:r>
    </w:p>
    <w:p w14:paraId="4A04EDA0"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medieze, eventualele divergențe, sesizări, plângeri etc. care apar între Delegat, Utilizatori și ceilalți operatori care prestează serviciul de salubrizare în aria delegării (operatorul economic care operează stația de sortare, compost și depozitare);</w:t>
      </w:r>
    </w:p>
    <w:p w14:paraId="3A1CDF1A"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verifice periodic:</w:t>
      </w:r>
    </w:p>
    <w:p w14:paraId="00A7C955" w14:textId="77777777" w:rsidR="008B2EA6" w:rsidRPr="00CD3EA5" w:rsidRDefault="008B2EA6" w:rsidP="008B2EA6">
      <w:pPr>
        <w:numPr>
          <w:ilvl w:val="1"/>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calitatea Serviciului prestat;</w:t>
      </w:r>
    </w:p>
    <w:p w14:paraId="3FE37009" w14:textId="77777777" w:rsidR="008B2EA6" w:rsidRPr="00CD3EA5" w:rsidRDefault="008B2EA6" w:rsidP="008B2EA6">
      <w:pPr>
        <w:numPr>
          <w:ilvl w:val="1"/>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îndeplinirea Indicatorilor de Performanță;</w:t>
      </w:r>
    </w:p>
    <w:p w14:paraId="134DDEEB" w14:textId="77777777" w:rsidR="008B2EA6" w:rsidRPr="00CD3EA5" w:rsidRDefault="008B2EA6" w:rsidP="008B2EA6">
      <w:pPr>
        <w:numPr>
          <w:ilvl w:val="1"/>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menținerea echilibrului contractual;</w:t>
      </w:r>
    </w:p>
    <w:p w14:paraId="2D6D8D8D" w14:textId="77777777" w:rsidR="008B2EA6" w:rsidRPr="00CD3EA5" w:rsidRDefault="008B2EA6" w:rsidP="008B2EA6">
      <w:pPr>
        <w:numPr>
          <w:ilvl w:val="1"/>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asigurarea unor relații echidistante și echilibrate între Delegat și Utilizatori;</w:t>
      </w:r>
    </w:p>
    <w:p w14:paraId="5EDC2C31"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sprijine Delegatul în campaniile organizate pentru informarea şi conștientizarea Utilizatorilor privind colectarea separată a Deşeurilor Municipale;</w:t>
      </w:r>
    </w:p>
    <w:p w14:paraId="3F984910"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păstreze, în condiţiile Legii, confidenţialitatea datelor şi informaţiilor economico-financiare privind activitatea Delegatului care i-au fost comunicate cu titlu confidențial, altele decât cele de interes public;</w:t>
      </w:r>
    </w:p>
    <w:p w14:paraId="5037CEEB" w14:textId="77777777" w:rsidR="008B2EA6" w:rsidRPr="00CD3EA5" w:rsidRDefault="008B2EA6" w:rsidP="008B2EA6">
      <w:pPr>
        <w:numPr>
          <w:ilvl w:val="0"/>
          <w:numId w:val="63"/>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alte obligații prevăzute de prezentul Contract sau de Lege.</w:t>
      </w:r>
    </w:p>
    <w:p w14:paraId="0809DAA0" w14:textId="77777777" w:rsidR="008B2EA6" w:rsidRPr="00CD3EA5" w:rsidRDefault="008B2EA6" w:rsidP="008B2EA6">
      <w:pPr>
        <w:spacing w:after="0" w:line="240" w:lineRule="auto"/>
        <w:rPr>
          <w:rFonts w:ascii="Times New Roman" w:hAnsi="Times New Roman"/>
          <w:i/>
          <w:sz w:val="24"/>
          <w:szCs w:val="24"/>
          <w:lang w:eastAsia="ro-RO"/>
        </w:rPr>
      </w:pPr>
      <w:bookmarkStart w:id="105" w:name="_Toc11221558"/>
    </w:p>
    <w:p w14:paraId="7D14EA03"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OBLIGAŢIILE DELEGATULUI</w:t>
      </w:r>
      <w:bookmarkStart w:id="106" w:name="_Toc350954015"/>
      <w:bookmarkEnd w:id="105"/>
    </w:p>
    <w:p w14:paraId="266276A5"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Delegatul are următoarele obligaţii generale:</w:t>
      </w:r>
    </w:p>
    <w:p w14:paraId="2A6E4DAB"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să respecte Planul tarifar aferent SMIDS Arad pus la dispoziție prin documentația de atribuire;</w:t>
      </w:r>
    </w:p>
    <w:p w14:paraId="64A655A9"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Cs/>
          <w:sz w:val="24"/>
          <w:szCs w:val="24"/>
        </w:rPr>
        <w:t>să factureze:</w:t>
      </w:r>
    </w:p>
    <w:p w14:paraId="5C312B9B" w14:textId="77777777" w:rsidR="008B2EA6" w:rsidRPr="00CD3EA5" w:rsidRDefault="008B2EA6" w:rsidP="008B2EA6">
      <w:pPr>
        <w:pStyle w:val="ListParagraph"/>
        <w:numPr>
          <w:ilvl w:val="0"/>
          <w:numId w:val="109"/>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către UAT–urile din aria delegării, facturează autorităţilor administraţiei publice locale implicate sau, conform fluxului financiar stabilit prin contractul de delegare, numai cu contravaloarea activităţii prestate, calculată pe baza tarifului aprobat prin taxa de salubrizare instituită prin Hotărâri ale Consiliilor Locale pentru Utilizătorii Casnici ai serviciului de salubrizare;</w:t>
      </w:r>
    </w:p>
    <w:p w14:paraId="6562B2C5" w14:textId="77777777" w:rsidR="008B2EA6" w:rsidRPr="00CD3EA5" w:rsidRDefault="008B2EA6" w:rsidP="008B2EA6">
      <w:pPr>
        <w:pStyle w:val="ListParagraph"/>
        <w:numPr>
          <w:ilvl w:val="0"/>
          <w:numId w:val="109"/>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către Utilizatorii Non-Casnici - </w:t>
      </w:r>
      <w:r w:rsidRPr="00CD3EA5">
        <w:rPr>
          <w:rFonts w:ascii="Times New Roman" w:hAnsi="Times New Roman"/>
          <w:sz w:val="24"/>
          <w:szCs w:val="24"/>
        </w:rPr>
        <w:t xml:space="preserve">Tarifele Utilizatorilor Non-Casnici aprobate de Delegatar, </w:t>
      </w:r>
    </w:p>
    <w:p w14:paraId="16712B20"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asigure prestarea Serviciului conform prevederilor contractuale şi cu respectarea Regulamentului Serviciului (Anexa nr. 1 la Contract) şi a Caietului de Sarcini al Serviciului (Anexa nr. 2 la Contract) părți integrante ale prezentului Contract, a prescripţiilor, normelor şi normativelor tehnice în vigoare, </w:t>
      </w:r>
      <w:r w:rsidRPr="00CD3EA5">
        <w:rPr>
          <w:rFonts w:ascii="Times New Roman" w:hAnsi="Times New Roman"/>
          <w:sz w:val="24"/>
          <w:szCs w:val="24"/>
          <w:lang w:eastAsia="en-GB"/>
        </w:rPr>
        <w:t>într-o manieră continuă și eficientă, în conformitate cu Legea şi Bunele Practici Comerciale</w:t>
      </w:r>
      <w:r w:rsidRPr="00CD3EA5">
        <w:rPr>
          <w:rFonts w:ascii="Times New Roman" w:hAnsi="Times New Roman"/>
          <w:bCs/>
          <w:sz w:val="24"/>
          <w:szCs w:val="24"/>
        </w:rPr>
        <w:t xml:space="preserve">; </w:t>
      </w:r>
    </w:p>
    <w:p w14:paraId="0E903243"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lastRenderedPageBreak/>
        <w:t xml:space="preserve">să presteze Serviciul în Aria Delegării, cu asigurarea colectării întregii cantităţi de Deşeuri care fac obiectul prezentului Contract şi să lase în stare de curăţenie spaţiul destinat recipientelor de precolectare şi domeniul public; </w:t>
      </w:r>
    </w:p>
    <w:p w14:paraId="4CE4DA54"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sz w:val="24"/>
          <w:szCs w:val="24"/>
        </w:rPr>
        <w:t>contractele cu Utilizatorii Non-Casnici vor fi redactate pe baza Contractului-cadru de prestare a serviciului de salubrizare a localităţilor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situație în care se vor aplica clauzele din prezentul Contract referitoare la utilizatorii fără contract, supus aprobării prealabile ADISIGD Arad;</w:t>
      </w:r>
    </w:p>
    <w:p w14:paraId="0298A5E1" w14:textId="77777777" w:rsidR="008B2EA6" w:rsidRPr="00CD3EA5" w:rsidRDefault="008B2EA6" w:rsidP="008B2EA6">
      <w:pPr>
        <w:numPr>
          <w:ilvl w:val="1"/>
          <w:numId w:val="50"/>
        </w:numPr>
        <w:spacing w:after="0" w:line="240" w:lineRule="auto"/>
        <w:jc w:val="both"/>
        <w:rPr>
          <w:rFonts w:ascii="Times New Roman" w:hAnsi="Times New Roman"/>
          <w:sz w:val="24"/>
          <w:szCs w:val="24"/>
        </w:rPr>
      </w:pPr>
      <w:r w:rsidRPr="00CD3EA5">
        <w:rPr>
          <w:rFonts w:ascii="Times New Roman" w:hAnsi="Times New Roman"/>
          <w:sz w:val="24"/>
          <w:szCs w:val="24"/>
        </w:rPr>
        <w:t xml:space="preserve">să respecte fluxul Deșeurilor prevăzut la Articolul 14 (“Fluxul Deșeurilor”) din prezentul Contract; </w:t>
      </w:r>
    </w:p>
    <w:p w14:paraId="352068A7"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07" w:name="tree#711"/>
      <w:bookmarkEnd w:id="107"/>
      <w:r w:rsidRPr="00CD3EA5">
        <w:rPr>
          <w:rFonts w:ascii="Times New Roman" w:hAnsi="Times New Roman"/>
          <w:bCs/>
          <w:sz w:val="24"/>
          <w:szCs w:val="24"/>
        </w:rPr>
        <w:t xml:space="preserve">să plătească despăgubiri pentru întreruperea nejustificată a prestării Serviciului; </w:t>
      </w:r>
    </w:p>
    <w:p w14:paraId="375BA630"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08" w:name="tree#713"/>
      <w:bookmarkEnd w:id="108"/>
      <w:r w:rsidRPr="00CD3EA5">
        <w:rPr>
          <w:rFonts w:ascii="Times New Roman" w:hAnsi="Times New Roman"/>
          <w:bCs/>
          <w:sz w:val="24"/>
          <w:szCs w:val="24"/>
        </w:rPr>
        <w:t xml:space="preserve">să depună toate diligenţele necesare pentru conservarea integrităţii bunurilor concesionate pe toată Durata Gestiunii Serviciului şi să asigure întreţinerea, înlocuirea şi reparaţia acestora,  conform obligațiilor asumate; </w:t>
      </w:r>
    </w:p>
    <w:p w14:paraId="52034FE9"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eastAsia="Times New Roman" w:hAnsi="Times New Roman"/>
          <w:sz w:val="24"/>
          <w:szCs w:val="24"/>
          <w:lang w:eastAsia="ro-RO"/>
        </w:rPr>
        <w:t>să nu instrăineze sau închirieze niciun Bun de Retur; Delegatul nu va înlocui și nu va dispune în niciun fel de aceste bunuri fără consimţământul prealabil, în scris, al Județului Arad prin Consiliul Județean Arad în calitate de Delegatar;</w:t>
      </w:r>
    </w:p>
    <w:p w14:paraId="641D7AA1"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09" w:name="_Hlk78213535"/>
      <w:r w:rsidRPr="00CD3EA5">
        <w:rPr>
          <w:rFonts w:ascii="Times New Roman" w:hAnsi="Times New Roman"/>
          <w:bCs/>
          <w:sz w:val="24"/>
          <w:szCs w:val="24"/>
        </w:rPr>
        <w:t xml:space="preserve">să întrețină platformele/punctele de colectare în conformitate cu prevederile Normelor de igienă și sănătate publică privind mediul de viață al populației, nerespectarea acestei clauze fiind considerata </w:t>
      </w:r>
      <w:r w:rsidRPr="00CD3EA5">
        <w:rPr>
          <w:rFonts w:ascii="Times New Roman" w:hAnsi="Times New Roman"/>
          <w:sz w:val="24"/>
          <w:szCs w:val="24"/>
          <w:lang w:eastAsia="en-GB"/>
        </w:rPr>
        <w:t>încălcare semnificativă a obligațiilor contractuale;</w:t>
      </w:r>
    </w:p>
    <w:p w14:paraId="59F65C49"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0" w:name="_Hlk81142055"/>
      <w:bookmarkStart w:id="111" w:name="_Hlk78214107"/>
      <w:r w:rsidRPr="00CD3EA5">
        <w:rPr>
          <w:rFonts w:ascii="Times New Roman" w:hAnsi="Times New Roman"/>
          <w:bCs/>
          <w:sz w:val="24"/>
          <w:szCs w:val="24"/>
        </w:rPr>
        <w:t xml:space="preserve">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 Nerespectarea acestei clauze fiind considerata </w:t>
      </w:r>
      <w:r w:rsidRPr="00CD3EA5">
        <w:rPr>
          <w:rFonts w:ascii="Times New Roman" w:hAnsi="Times New Roman"/>
          <w:sz w:val="24"/>
          <w:szCs w:val="24"/>
          <w:lang w:eastAsia="en-GB"/>
        </w:rPr>
        <w:t>încălcare semnificativa a obligațiilor contractuale</w:t>
      </w:r>
      <w:bookmarkEnd w:id="110"/>
      <w:r w:rsidRPr="00CD3EA5">
        <w:rPr>
          <w:rFonts w:ascii="Times New Roman" w:hAnsi="Times New Roman"/>
          <w:sz w:val="24"/>
          <w:szCs w:val="24"/>
          <w:lang w:eastAsia="en-GB"/>
        </w:rPr>
        <w:t>;</w:t>
      </w:r>
      <w:bookmarkEnd w:id="109"/>
      <w:bookmarkEnd w:id="111"/>
    </w:p>
    <w:p w14:paraId="5B3F48A4" w14:textId="77777777" w:rsidR="008B2EA6"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ro-RO"/>
        </w:rPr>
        <w:t>să transmită Județului Arad prin Consiliul Județean Arad, în calitate de Delegatar modificările de patrimoniu apărute în cursul anului, precum şi situaţia patrimoniului public (cantitativ şi valoric) la data de 31 decembrie a fiecărui an pentru înregistrarea în contabilitatea acestuia;</w:t>
      </w:r>
    </w:p>
    <w:p w14:paraId="25D2998A" w14:textId="77777777" w:rsidR="008B2EA6" w:rsidRPr="000475B4"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0475B4">
        <w:rPr>
          <w:rFonts w:ascii="Times New Roman" w:hAnsi="Times New Roman"/>
          <w:bCs/>
          <w:sz w:val="24"/>
          <w:szCs w:val="24"/>
        </w:rPr>
        <w:t xml:space="preserve">să predea </w:t>
      </w:r>
      <w:r w:rsidRPr="000475B4">
        <w:rPr>
          <w:rFonts w:ascii="Times New Roman" w:hAnsi="Times New Roman"/>
          <w:sz w:val="24"/>
          <w:szCs w:val="24"/>
          <w:lang w:eastAsia="ro-RO"/>
        </w:rPr>
        <w:t>Județului Arad prin Consiliul Județean Arad, în calitate de Delegatar</w:t>
      </w:r>
      <w:r w:rsidRPr="000475B4">
        <w:rPr>
          <w:rFonts w:ascii="Times New Roman" w:hAnsi="Times New Roman"/>
          <w:bCs/>
          <w:sz w:val="24"/>
          <w:szCs w:val="24"/>
        </w:rPr>
        <w:t>, la încetarea din orice motive a Contractului, toate Bunurile de Retur, conform condiţiilor stipulate la Art. 17.1., în stare tehnică corespunzătoare duratei lor normale de funcționare, precum și toată documentația tehnică aferentă, inclusiv documentele justificative ale obligațiilor de întreținere, revizie, itp, etc. în unități autorizate, pe bază de proces verbal de predare-primire;</w:t>
      </w:r>
    </w:p>
    <w:p w14:paraId="1B59146F"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2" w:name="tree#715"/>
      <w:bookmarkEnd w:id="112"/>
      <w:r w:rsidRPr="00CD3EA5">
        <w:rPr>
          <w:rFonts w:ascii="Times New Roman" w:hAnsi="Times New Roman"/>
          <w:bCs/>
          <w:sz w:val="24"/>
          <w:szCs w:val="24"/>
        </w:rPr>
        <w:t xml:space="preserve">să deţină toate Autorizaţiile și Licențele necesare prestării Serviciului, prevăzute de legislaţia în vigoare, să obţină şi să menţină valabile, pe cheltuiala sa proprie, toate aceste Autorizaţii și Licențe; </w:t>
      </w:r>
    </w:p>
    <w:p w14:paraId="43719CDF"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3" w:name="tree#716"/>
      <w:bookmarkEnd w:id="113"/>
      <w:r w:rsidRPr="00CD3EA5">
        <w:rPr>
          <w:rFonts w:ascii="Times New Roman" w:hAnsi="Times New Roman"/>
          <w:bCs/>
          <w:sz w:val="24"/>
          <w:szCs w:val="24"/>
        </w:rPr>
        <w:t xml:space="preserve">să respecte Indicatorii de Performanţă prevăzuţi în Regulamentul Serviciului şi în Anexa nr. 7 („Indicatorii de Performanţă”) la prezentul Contract şi să îmbunătăţească în mod continuu calitatea Serviciului prestat; </w:t>
      </w:r>
    </w:p>
    <w:p w14:paraId="789BF9D7"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4" w:name="tree#721"/>
      <w:bookmarkEnd w:id="114"/>
      <w:r w:rsidRPr="00CD3EA5">
        <w:rPr>
          <w:rFonts w:ascii="Times New Roman" w:hAnsi="Times New Roman"/>
          <w:bCs/>
          <w:sz w:val="24"/>
          <w:szCs w:val="24"/>
        </w:rPr>
        <w:t xml:space="preserve">să aplice metode performante de management care să conducă la reducerea costurilor de operare; </w:t>
      </w:r>
    </w:p>
    <w:p w14:paraId="12CC9D5A"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5" w:name="tree#722"/>
      <w:bookmarkEnd w:id="115"/>
      <w:r w:rsidRPr="00CD3EA5">
        <w:rPr>
          <w:rFonts w:ascii="Times New Roman" w:hAnsi="Times New Roman"/>
          <w:bCs/>
          <w:sz w:val="24"/>
          <w:szCs w:val="24"/>
        </w:rPr>
        <w:t xml:space="preserve">să înregistreze toate reclamaţiile şi sesizările, care îi sunt adresate, într-un registru şi să ia măsurile de rezolvare ce se impun. În registru se vor consemna numele, prenumele persoanei/societăţii care a reclamat, adresa reclamantului, data şi ora reclamaţiei, data şi ora rezolvării, numărul de ordine al reclamaţiei care va fi comunicat petentului. La sesizările scrise, Delegatul are obligaţia să răspundă, în scris, în termen de maximum 3 (trei) Zile de la înregistrarea acestora; </w:t>
      </w:r>
    </w:p>
    <w:p w14:paraId="4EBD3D11"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furnizeze Autorităţilor Competente și Delegatarului toate informaţiile solicitate şi să asigure accesul la documentele şi documentaţiile pe baza cărora prestează Serviciul, în condiţiile Legii şi ale prezentului Contract; </w:t>
      </w:r>
    </w:p>
    <w:p w14:paraId="4CDC97EE"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6" w:name="tree#714"/>
      <w:bookmarkStart w:id="117" w:name="tree#731"/>
      <w:bookmarkEnd w:id="116"/>
      <w:bookmarkEnd w:id="117"/>
      <w:r w:rsidRPr="00CD3EA5">
        <w:rPr>
          <w:rFonts w:ascii="Times New Roman" w:hAnsi="Times New Roman"/>
          <w:bCs/>
          <w:sz w:val="24"/>
          <w:szCs w:val="24"/>
        </w:rPr>
        <w:lastRenderedPageBreak/>
        <w:t>lunar va furniza delegatarului situația privind sumele facturate și sumele încasate;</w:t>
      </w:r>
    </w:p>
    <w:p w14:paraId="45BD6EBC"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eastAsia="Times New Roman" w:hAnsi="Times New Roman"/>
          <w:sz w:val="24"/>
          <w:szCs w:val="24"/>
          <w:lang w:eastAsia="ro-RO"/>
        </w:rPr>
        <w:t>să țină o evidență separată a activităților desfășurate pentru fiecare tip de serviciu si localitate de operare în parte, după caz, astfel încât activitățile sale din diferite sectoare și localități, să fie ușor de evaluat, monitorizat și controlat;</w:t>
      </w:r>
    </w:p>
    <w:p w14:paraId="0F4E0402"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dacă operatorul prestează mai multe tipuri de activități sau mai multe servicii va ține evidențe distincte pe fiecare activitate sau tip de serviciu, având contabilitate separată pentru fiecare zonă de operare și UAT;</w:t>
      </w:r>
    </w:p>
    <w:p w14:paraId="3EFC6ECF"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bookmarkStart w:id="118" w:name="_Hlk81140033"/>
      <w:r w:rsidRPr="00CD3EA5">
        <w:rPr>
          <w:rFonts w:ascii="Times New Roman" w:hAnsi="Times New Roman"/>
          <w:bCs/>
          <w:sz w:val="24"/>
          <w:szCs w:val="24"/>
        </w:rPr>
        <w:t xml:space="preserve">operarea în afara Ariei de delegare utilizând echipamentele și personalul aferent acesteia constituie </w:t>
      </w:r>
      <w:r w:rsidRPr="00CD3EA5">
        <w:rPr>
          <w:rFonts w:ascii="Times New Roman" w:hAnsi="Times New Roman"/>
          <w:sz w:val="24"/>
          <w:szCs w:val="24"/>
          <w:lang w:eastAsia="en-GB"/>
        </w:rPr>
        <w:t>încălcare semnificativă a obligațiilor contractuale;</w:t>
      </w:r>
      <w:bookmarkEnd w:id="118"/>
    </w:p>
    <w:p w14:paraId="7533C9DF"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ţină evidenţa gestiunii Deşeurilor ce fac obiectul prezentului Contract şi să raporteze periodic către Delegatar şi oricăror alte Autorităţi Competente, inclusiv prin transmiterea către Autoritatea Competentă în domeniul protecţiei mediului, date şi informaţii despre activitatea specifică conform chestionarului din anchetele statistice naționale, după caz, conform Legii în vigoare;   </w:t>
      </w:r>
    </w:p>
    <w:p w14:paraId="5ED46593"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se asigure că </w:t>
      </w:r>
      <w:r w:rsidRPr="00CD3EA5">
        <w:rPr>
          <w:rFonts w:ascii="Times New Roman" w:hAnsi="Times New Roman"/>
          <w:sz w:val="24"/>
          <w:szCs w:val="24"/>
          <w:lang w:eastAsia="en-GB"/>
        </w:rPr>
        <w:t>toate substanţele şi materialele periculoase folosite sau care urmează să fie folosite în prestarea Serviciului sunt păstrate într-un mediu controlat şi în condiţii de siguranţă conform Legii în domeniu şi Bunelor Practici Comerciale, precum şi că toate recipientele cu substanţe periculoase sunt etichetate corect şi clar;</w:t>
      </w:r>
    </w:p>
    <w:p w14:paraId="15499218"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contracteze şi să menţină pe toată Durata Gestiunii Serviciului toate asigurările prevăzute la Articolul 22 (“Asigurări”) din prezentul Contract și să achite toate taxele legale aferente bunurilor de retur (</w:t>
      </w:r>
      <w:r w:rsidRPr="00CD3EA5">
        <w:rPr>
          <w:rStyle w:val="Bodytext20"/>
          <w:rFonts w:ascii="Times New Roman" w:hAnsi="Times New Roman" w:cs="Times New Roman"/>
          <w:sz w:val="24"/>
          <w:szCs w:val="24"/>
        </w:rPr>
        <w:t>roviniete, taxe, impozite alte asigurări, după caz</w:t>
      </w:r>
      <w:r w:rsidRPr="00CD3EA5">
        <w:rPr>
          <w:rFonts w:ascii="Times New Roman" w:hAnsi="Times New Roman"/>
          <w:bCs/>
          <w:sz w:val="24"/>
          <w:szCs w:val="24"/>
        </w:rPr>
        <w:t>);</w:t>
      </w:r>
    </w:p>
    <w:p w14:paraId="42766674"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asigure existenţa și instruirea personalului necesar pentru prestarea Serviciului şi să asigure conducerea operativă, mijloacele tehnice şi personalul de intervenţie în situaţii de urgenţă;</w:t>
      </w:r>
    </w:p>
    <w:p w14:paraId="534551C5"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să furnizeze Statul de funcții aferent ariei de delegare;</w:t>
      </w:r>
    </w:p>
    <w:p w14:paraId="255EE668" w14:textId="77777777" w:rsidR="008B2EA6" w:rsidRPr="00CD3EA5" w:rsidRDefault="008B2EA6" w:rsidP="008B2EA6">
      <w:pPr>
        <w:numPr>
          <w:ilvl w:val="1"/>
          <w:numId w:val="50"/>
        </w:numPr>
        <w:tabs>
          <w:tab w:val="left" w:pos="450"/>
        </w:tabs>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ro-RO"/>
        </w:rPr>
        <w:t>să pună la dispoziţia organizatorilor unor acţiuni de salubrizare, igienizare, iniţiate de către Delegatar sau organizaţii ne-guvernamentale, mijloace tehnice, utilaje specifice şi mijloace de transport aflate în dotare, în condiţiile recuperării de la organizator a cheltuielilor efectuate;</w:t>
      </w:r>
    </w:p>
    <w:p w14:paraId="44B9F694"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sz w:val="24"/>
          <w:szCs w:val="24"/>
          <w:lang w:eastAsia="ro-RO"/>
        </w:rPr>
        <w:t xml:space="preserve">să încheie contracte pentru activităţile de transfer/tratare, inclusiv depozitarea Deşeurilor, cu operatorii instalațiilor respective; să plătească tariful pentru activităţile de eliminare a Deşeurilor la Depozit și pentru activitatea de valorificare a Deşeurilor la staţiile de sortare/compostare în Tunel Arad, conform cantității de Deşeuri transportate în vederea depozitării sau compostării/sortării; În conformitate cu prevederile Legii nr. 101/2006 și a Odinului nr. 640/2022 </w:t>
      </w:r>
      <w:r w:rsidRPr="00CD3EA5">
        <w:rPr>
          <w:rFonts w:ascii="Times New Roman" w:hAnsi="Times New Roman"/>
          <w:bCs/>
          <w:kern w:val="32"/>
          <w:sz w:val="24"/>
          <w:szCs w:val="24"/>
        </w:rPr>
        <w:t>cu modificările și completările ulterioare</w:t>
      </w:r>
      <w:r w:rsidRPr="00CD3EA5">
        <w:rPr>
          <w:rFonts w:ascii="Times New Roman" w:hAnsi="Times New Roman"/>
          <w:sz w:val="24"/>
          <w:szCs w:val="24"/>
          <w:lang w:eastAsia="ro-RO"/>
        </w:rPr>
        <w:t xml:space="preserve"> în special identificarea în factura a fiecarei componente a serviciului; Încălcarea acestei obligaţii (inclusiv a obligaţiilor de plată) de mai mult de 5 ori sau pentru o perioadă mai mare de 150 zile, îi dă dreptul Delegatarului să rezilieze Contractul conform procedurii stipulate la Art. 38;</w:t>
      </w:r>
    </w:p>
    <w:p w14:paraId="2D355A97" w14:textId="77777777" w:rsidR="008B2EA6" w:rsidRPr="00CD3EA5" w:rsidRDefault="008B2EA6" w:rsidP="008B2EA6">
      <w:pPr>
        <w:numPr>
          <w:ilvl w:val="1"/>
          <w:numId w:val="50"/>
        </w:numPr>
        <w:tabs>
          <w:tab w:val="left" w:pos="450"/>
        </w:tabs>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ro-RO"/>
        </w:rPr>
        <w:t>să organizeze periodic campanii de informare si conştientizare a publicului privind colectarea separată a Deşeurilor şi să sprijine Delegatarul în campaniile proprii, organizate pentru informarea Utilizatorilor; Suma minimă alocată acestor campa</w:t>
      </w:r>
      <w:r w:rsidRPr="00D60682">
        <w:rPr>
          <w:rFonts w:ascii="Times New Roman" w:hAnsi="Times New Roman"/>
          <w:sz w:val="24"/>
          <w:szCs w:val="24"/>
          <w:lang w:eastAsia="ro-RO"/>
        </w:rPr>
        <w:t>nii este de</w:t>
      </w:r>
      <w:r>
        <w:rPr>
          <w:rFonts w:ascii="Times New Roman" w:hAnsi="Times New Roman"/>
          <w:sz w:val="24"/>
          <w:szCs w:val="24"/>
          <w:lang w:eastAsia="ro-RO"/>
        </w:rPr>
        <w:t xml:space="preserve"> 150.000</w:t>
      </w:r>
      <w:r w:rsidRPr="00D60682">
        <w:rPr>
          <w:rFonts w:ascii="Times New Roman" w:hAnsi="Times New Roman"/>
          <w:sz w:val="24"/>
          <w:szCs w:val="24"/>
          <w:lang w:eastAsia="ro-RO"/>
        </w:rPr>
        <w:t xml:space="preserve"> lei/an</w:t>
      </w:r>
      <w:r w:rsidRPr="00CD3EA5">
        <w:rPr>
          <w:rFonts w:ascii="Times New Roman" w:hAnsi="Times New Roman"/>
          <w:sz w:val="24"/>
          <w:szCs w:val="24"/>
          <w:lang w:eastAsia="ro-RO"/>
        </w:rPr>
        <w:t xml:space="preserve"> contractual. </w:t>
      </w:r>
      <w:r w:rsidRPr="00CD3EA5">
        <w:rPr>
          <w:rFonts w:ascii="Times New Roman" w:hAnsi="Times New Roman"/>
          <w:sz w:val="24"/>
          <w:szCs w:val="24"/>
        </w:rPr>
        <w:t>Delegatul va furniza Delegatarului informaţiile privind costurile aferente campaniilor de informare și conştientizare, împreună cu documentele justificative;</w:t>
      </w:r>
    </w:p>
    <w:p w14:paraId="72E12FFD"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să plătească penalităţile contractuale în cuantumul prevăzut de prezentul Contract şi anexele corespunzătoare, în caz de nerespectare a obligaţiilor sale contractuale şi a Indicatorilor de Performanţă;</w:t>
      </w:r>
    </w:p>
    <w:p w14:paraId="43FAF4A5"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să realizeze toate investiţiile și lucrările la infrastructura aferenta Serviciului, (dacă acestea vor deveni incidente) conform prevederilor prezentului Contract, în special ale Articolului 9 (“Obligaţiile de investiţii ale Delegatului”) și ale Articolului 16 (“Prestarea Serviciului, graficul de operare și întreţinerea bunurilor”), precum și ale Anexei nr. </w:t>
      </w:r>
      <w:r>
        <w:rPr>
          <w:rFonts w:ascii="Times New Roman" w:hAnsi="Times New Roman"/>
          <w:bCs/>
          <w:sz w:val="24"/>
          <w:szCs w:val="24"/>
        </w:rPr>
        <w:t>6</w:t>
      </w:r>
      <w:r w:rsidRPr="00CD3EA5">
        <w:rPr>
          <w:rFonts w:ascii="Times New Roman" w:hAnsi="Times New Roman"/>
          <w:bCs/>
          <w:sz w:val="24"/>
          <w:szCs w:val="24"/>
        </w:rPr>
        <w:t xml:space="preserve"> la prezentul Contract (“Programul de Investiţii”);</w:t>
      </w:r>
    </w:p>
    <w:p w14:paraId="0D8841F9"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en-GB"/>
        </w:rPr>
        <w:t>să asigure menţinerea continuităţii Gestiunii Serviciului pentru o perioadă de cel mult 90 (nouăzeci) de Zile de la Data Încetării Contractului, la solicitarea Delegatarului, cu excepția cazurilor de încetare la termen sau cauzate de intervenția Forței Majore sau de falimentul Delegatului;</w:t>
      </w:r>
    </w:p>
    <w:p w14:paraId="3F57B3BD" w14:textId="77777777" w:rsidR="008B2EA6" w:rsidRPr="00CD3EA5" w:rsidRDefault="008B2EA6" w:rsidP="008B2EA6">
      <w:pPr>
        <w:numPr>
          <w:ilvl w:val="1"/>
          <w:numId w:val="50"/>
        </w:numPr>
        <w:tabs>
          <w:tab w:val="left" w:pos="450"/>
        </w:tabs>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en-GB"/>
        </w:rPr>
        <w:lastRenderedPageBreak/>
        <w:t>să încheie, în perioada de mobilizare, toate contractele cu utilizatorii serviciului din aria delegării și să prezinte dovezi în acest sens Delegatarului, cel mai târziu la finalizarea perioadei de mobilizare;</w:t>
      </w:r>
    </w:p>
    <w:p w14:paraId="2297420A"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hAnsi="Times New Roman"/>
          <w:bCs/>
          <w:strike/>
          <w:sz w:val="24"/>
          <w:szCs w:val="24"/>
        </w:rPr>
      </w:pPr>
      <w:r w:rsidRPr="00CD3EA5">
        <w:rPr>
          <w:rFonts w:ascii="Times New Roman" w:eastAsia="Times New Roman" w:hAnsi="Times New Roman"/>
          <w:sz w:val="24"/>
          <w:szCs w:val="24"/>
          <w:lang w:eastAsia="ro-RO"/>
        </w:rPr>
        <w:t>să nu cesioneze sau transfere în vreun mod prezentul Contract sau orice parte din drepturile și obligaţiile sale derivate din prezentul Contract, fără acordul ADISIGD Arad;</w:t>
      </w:r>
    </w:p>
    <w:p w14:paraId="1FCD2E16" w14:textId="77777777" w:rsidR="008B2EA6" w:rsidRPr="00CD3EA5" w:rsidRDefault="008B2EA6" w:rsidP="008B2EA6">
      <w:pPr>
        <w:numPr>
          <w:ilvl w:val="1"/>
          <w:numId w:val="50"/>
        </w:numPr>
        <w:autoSpaceDE w:val="0"/>
        <w:autoSpaceDN w:val="0"/>
        <w:adjustRightInd w:val="0"/>
        <w:spacing w:after="0" w:line="240" w:lineRule="auto"/>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să plătească din fondurile proprii contribuția pentru economia circulară pentru cantitățile de deșeuri reziduale încredințate operatorului Stației de sortare/depozit, după caz, în vederea eliminării finale prin depozitare care depășesc indicatorii de performanță prevăzuți în Anexa nr. 7 – Indicatori de performanță la prezentul contract; </w:t>
      </w:r>
    </w:p>
    <w:p w14:paraId="1D6DBB2A" w14:textId="77777777" w:rsidR="008B2EA6" w:rsidRDefault="008B2EA6" w:rsidP="008B2EA6">
      <w:pPr>
        <w:numPr>
          <w:ilvl w:val="1"/>
          <w:numId w:val="50"/>
        </w:numPr>
        <w:tabs>
          <w:tab w:val="left" w:pos="450"/>
        </w:tabs>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orice alte obligaţii prevăzute de prezent</w:t>
      </w:r>
      <w:r>
        <w:rPr>
          <w:rFonts w:ascii="Times New Roman" w:hAnsi="Times New Roman"/>
          <w:bCs/>
          <w:sz w:val="24"/>
          <w:szCs w:val="24"/>
        </w:rPr>
        <w:t>ul Contract sau de Lege,</w:t>
      </w:r>
    </w:p>
    <w:p w14:paraId="15B20471" w14:textId="77777777" w:rsidR="008B2EA6" w:rsidRDefault="008B2EA6" w:rsidP="008B2EA6">
      <w:pPr>
        <w:numPr>
          <w:ilvl w:val="1"/>
          <w:numId w:val="50"/>
        </w:numPr>
        <w:tabs>
          <w:tab w:val="left" w:pos="450"/>
        </w:tabs>
        <w:autoSpaceDE w:val="0"/>
        <w:autoSpaceDN w:val="0"/>
        <w:adjustRightInd w:val="0"/>
        <w:spacing w:after="0" w:line="240" w:lineRule="auto"/>
        <w:jc w:val="both"/>
        <w:rPr>
          <w:rFonts w:ascii="Times New Roman" w:hAnsi="Times New Roman"/>
          <w:bCs/>
          <w:sz w:val="24"/>
          <w:szCs w:val="24"/>
        </w:rPr>
      </w:pPr>
      <w:r w:rsidRPr="00A530B9">
        <w:rPr>
          <w:rFonts w:ascii="Times New Roman" w:hAnsi="Times New Roman"/>
          <w:bCs/>
          <w:sz w:val="24"/>
          <w:szCs w:val="24"/>
        </w:rPr>
        <w:t>să actualizeze împreună cu autorităţile administraţiei publice locale evidenţa tuturor utilizatorilor cu şi fără contracte de prestări de servicii, în vederea decontării prestaţiei direct din bugetul local pe baza taxelor locale instituite în acest sens;</w:t>
      </w:r>
    </w:p>
    <w:p w14:paraId="69610FC8" w14:textId="77777777" w:rsidR="008B2EA6"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A530B9">
        <w:rPr>
          <w:rFonts w:ascii="Times New Roman" w:hAnsi="Times New Roman"/>
          <w:bCs/>
          <w:sz w:val="24"/>
          <w:szCs w:val="24"/>
        </w:rPr>
        <w:t>să asigure continuitatea serviciului, cu excepţia cazurilor de forţă majoră, aşa cum sunt acestea definite prin lege;</w:t>
      </w:r>
    </w:p>
    <w:p w14:paraId="4BA7565B"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verifice integritatea recipientelor de colectare şi să le înlocuiască în termen de maximum 48 de ore de la constatare sau de la sesizarea primită în acest sens, dacă acestea nu mai asigură etanşeitatea;</w:t>
      </w:r>
    </w:p>
    <w:p w14:paraId="6DA8ADB5"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plătească penalizări în cuantumul prevăzut de art. 28 din prezentu Contract  curente pentru:</w:t>
      </w:r>
    </w:p>
    <w:p w14:paraId="7B1CF1FC" w14:textId="77777777" w:rsidR="008B2EA6" w:rsidRPr="003B133D" w:rsidRDefault="008B2EA6" w:rsidP="008B2EA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3B133D">
        <w:rPr>
          <w:rFonts w:ascii="Times New Roman" w:hAnsi="Times New Roman"/>
          <w:color w:val="000000"/>
          <w:sz w:val="24"/>
          <w:szCs w:val="24"/>
        </w:rPr>
        <w:t> </w:t>
      </w:r>
      <w:r w:rsidRPr="003B133D">
        <w:rPr>
          <w:rFonts w:ascii="Times New Roman" w:hAnsi="Times New Roman"/>
          <w:color w:val="000000"/>
          <w:sz w:val="24"/>
          <w:szCs w:val="24"/>
        </w:rPr>
        <w:t> </w:t>
      </w:r>
      <w:r w:rsidRPr="003B133D">
        <w:rPr>
          <w:rFonts w:ascii="Times New Roman" w:hAnsi="Times New Roman"/>
          <w:color w:val="000000"/>
          <w:sz w:val="24"/>
          <w:szCs w:val="24"/>
        </w:rPr>
        <w:t>1.întreruperea nejustificată a prestării serviciului;</w:t>
      </w:r>
    </w:p>
    <w:p w14:paraId="207C4CDB" w14:textId="77777777" w:rsidR="008B2EA6" w:rsidRPr="003B133D" w:rsidRDefault="008B2EA6" w:rsidP="008B2EA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3B133D">
        <w:rPr>
          <w:rFonts w:ascii="Times New Roman" w:hAnsi="Times New Roman"/>
          <w:color w:val="000000"/>
          <w:sz w:val="24"/>
          <w:szCs w:val="24"/>
        </w:rPr>
        <w:t> </w:t>
      </w:r>
      <w:r w:rsidRPr="003B133D">
        <w:rPr>
          <w:rFonts w:ascii="Times New Roman" w:hAnsi="Times New Roman"/>
          <w:color w:val="000000"/>
          <w:sz w:val="24"/>
          <w:szCs w:val="24"/>
        </w:rPr>
        <w:t> </w:t>
      </w:r>
      <w:r w:rsidRPr="003B133D">
        <w:rPr>
          <w:rFonts w:ascii="Times New Roman" w:hAnsi="Times New Roman"/>
          <w:color w:val="000000"/>
          <w:sz w:val="24"/>
          <w:szCs w:val="24"/>
        </w:rPr>
        <w:t>2. prestarea serviciului sub parametrii de calitate şi cantitate prevăzuţi în contract;</w:t>
      </w:r>
    </w:p>
    <w:p w14:paraId="5B9D2E38" w14:textId="77777777" w:rsidR="008B2EA6" w:rsidRPr="003B133D" w:rsidRDefault="008B2EA6" w:rsidP="008B2EA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3B133D">
        <w:rPr>
          <w:rFonts w:ascii="Times New Roman" w:hAnsi="Times New Roman"/>
          <w:color w:val="000000"/>
          <w:sz w:val="24"/>
          <w:szCs w:val="24"/>
        </w:rPr>
        <w:t> </w:t>
      </w:r>
      <w:r w:rsidRPr="003B133D">
        <w:rPr>
          <w:rFonts w:ascii="Times New Roman" w:hAnsi="Times New Roman"/>
          <w:color w:val="000000"/>
          <w:sz w:val="24"/>
          <w:szCs w:val="24"/>
        </w:rPr>
        <w:t> </w:t>
      </w:r>
      <w:r w:rsidRPr="003B133D">
        <w:rPr>
          <w:rFonts w:ascii="Times New Roman" w:hAnsi="Times New Roman"/>
          <w:color w:val="000000"/>
          <w:sz w:val="24"/>
          <w:szCs w:val="24"/>
        </w:rPr>
        <w:t>3. neridicarea deşeurilor la data şi intervalul orar stabilite prin contract;</w:t>
      </w:r>
    </w:p>
    <w:p w14:paraId="3803112E" w14:textId="77777777" w:rsidR="008B2EA6" w:rsidRPr="0023686B"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bCs/>
          <w:sz w:val="24"/>
          <w:szCs w:val="24"/>
        </w:rPr>
        <w:t xml:space="preserve"> </w:t>
      </w:r>
      <w:r w:rsidRPr="003B133D">
        <w:rPr>
          <w:rFonts w:ascii="Times New Roman" w:hAnsi="Times New Roman"/>
          <w:color w:val="000000"/>
          <w:sz w:val="24"/>
          <w:szCs w:val="24"/>
        </w:rPr>
        <w:t>să inscripţioneze containerele şi recipientele folosite pentru colectarea separată a diferitelor tipuri de materiale conţinute în deşeurile municipale conform prevederilor legale în vigoare;</w:t>
      </w:r>
    </w:p>
    <w:p w14:paraId="68B6EEB2" w14:textId="77777777" w:rsidR="008B2EA6" w:rsidRPr="007E14E9" w:rsidRDefault="008B2EA6" w:rsidP="008B2EA6">
      <w:pPr>
        <w:pStyle w:val="ListParagraph"/>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 </w:t>
      </w:r>
      <w:r w:rsidRPr="007E14E9">
        <w:rPr>
          <w:rFonts w:ascii="Times New Roman" w:hAnsi="Times New Roman"/>
          <w:color w:val="000000"/>
          <w:sz w:val="24"/>
          <w:szCs w:val="24"/>
        </w:rPr>
        <w:t xml:space="preserve">să inscripţioneze </w:t>
      </w:r>
      <w:r w:rsidRPr="007E14E9">
        <w:rPr>
          <w:rFonts w:ascii="Times New Roman" w:hAnsi="Times New Roman"/>
          <w:bCs/>
          <w:sz w:val="24"/>
          <w:szCs w:val="24"/>
        </w:rPr>
        <w:t>autovehiculele cu tipul de deșeu colectat;</w:t>
      </w:r>
    </w:p>
    <w:p w14:paraId="4CF00C76"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 xml:space="preserve"> să colecteze deşeurile folosind autovehicule special echipate pentru transportul deşeurilor menajere;</w:t>
      </w:r>
    </w:p>
    <w:p w14:paraId="301AF6FD"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 </w:t>
      </w:r>
      <w:r w:rsidRPr="003B133D">
        <w:rPr>
          <w:rFonts w:ascii="Times New Roman" w:hAnsi="Times New Roman"/>
          <w:color w:val="000000"/>
          <w:sz w:val="24"/>
          <w:szCs w:val="24"/>
        </w:rPr>
        <w:t>să ridice deşeurile în zilele şi în intervalul orar stabilite;</w:t>
      </w:r>
    </w:p>
    <w:p w14:paraId="158225E0"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 xml:space="preserve"> să încarce întreaga cantitate de deşeuri, inclusiv deşeurile municipale amplasate lângă containerele de colectare, şi să lase în stare de curăţenie spaţiul destinat depozitării;</w:t>
      </w:r>
    </w:p>
    <w:p w14:paraId="3CF3AD4F"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aşeze după golire recipientele în poziţie normală, pe locul de unde au fost ridicate. Toate operaţiunile vor fi efectuate astfel încât să se evite producerea zgomotului şi a altor inconveniente pentru utilizator;</w:t>
      </w:r>
    </w:p>
    <w:p w14:paraId="6B4C8C9C"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spele şi să dezinfecteze recipientele de colectare conform caietului de sarcini;</w:t>
      </w:r>
    </w:p>
    <w:p w14:paraId="72BB1F80"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menţină în stare salubră punctele de colectare amplasate pe domeniul public şi să asigure desfăşurarea corespunzătoare a programelor de dezinsecţie, dezinfecţie şi deratizare, conform programelor aprobate de autoritatea administraţiei publice locale;</w:t>
      </w:r>
    </w:p>
    <w:p w14:paraId="0FB461D2" w14:textId="77777777" w:rsidR="008B2EA6" w:rsidRPr="003B133D" w:rsidRDefault="008B2EA6" w:rsidP="008B2EA6">
      <w:pPr>
        <w:numPr>
          <w:ilvl w:val="1"/>
          <w:numId w:val="50"/>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3B133D">
        <w:rPr>
          <w:rFonts w:ascii="Times New Roman" w:hAnsi="Times New Roman"/>
          <w:color w:val="000000"/>
          <w:sz w:val="24"/>
          <w:szCs w:val="24"/>
        </w:rPr>
        <w:t>să aducă la cunoştinţa utilizatorilor modificările de tarif şi alte informaţii necesare, prin adresă ataşată facturii şi prin afişare la utilizatori.</w:t>
      </w:r>
    </w:p>
    <w:p w14:paraId="1619738F" w14:textId="77777777" w:rsidR="008B2EA6" w:rsidRPr="00CD3EA5" w:rsidRDefault="008B2EA6" w:rsidP="008B2EA6">
      <w:pPr>
        <w:autoSpaceDE w:val="0"/>
        <w:autoSpaceDN w:val="0"/>
        <w:adjustRightInd w:val="0"/>
        <w:spacing w:after="0" w:line="240" w:lineRule="auto"/>
        <w:ind w:left="1440"/>
        <w:jc w:val="both"/>
        <w:rPr>
          <w:rFonts w:ascii="Times New Roman" w:hAnsi="Times New Roman"/>
          <w:bCs/>
          <w:sz w:val="24"/>
          <w:szCs w:val="24"/>
        </w:rPr>
      </w:pPr>
    </w:p>
    <w:p w14:paraId="6972E64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119" w:name="_Toc11221559"/>
      <w:r w:rsidRPr="00CD3EA5">
        <w:rPr>
          <w:rFonts w:ascii="Times New Roman" w:hAnsi="Times New Roman"/>
          <w:sz w:val="24"/>
          <w:szCs w:val="24"/>
          <w:lang w:val="ro-RO" w:eastAsia="ro-RO"/>
        </w:rPr>
        <w:t>OBLIGAŢIILE DE INVESTIŢII ALE DELEGATULUI</w:t>
      </w:r>
      <w:bookmarkEnd w:id="119"/>
      <w:r w:rsidRPr="00CD3EA5">
        <w:rPr>
          <w:rFonts w:ascii="Times New Roman" w:hAnsi="Times New Roman"/>
          <w:sz w:val="24"/>
          <w:szCs w:val="24"/>
          <w:lang w:val="ro-RO" w:eastAsia="ro-RO"/>
        </w:rPr>
        <w:t xml:space="preserve"> </w:t>
      </w:r>
    </w:p>
    <w:bookmarkEnd w:id="106"/>
    <w:p w14:paraId="77F81304"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(1)</w:t>
      </w:r>
      <w:r w:rsidRPr="00CD3EA5">
        <w:rPr>
          <w:rFonts w:ascii="Times New Roman" w:hAnsi="Times New Roman"/>
          <w:bCs/>
          <w:sz w:val="24"/>
          <w:szCs w:val="24"/>
        </w:rPr>
        <w:t xml:space="preserve"> Delegatul se obligă să realizeze Programul de Investiţii, ataşat ca Anexa nr. 6 la prezentul Contract, şi ţinând seama de prevederile de mai jos ale prezentului articol.</w:t>
      </w:r>
    </w:p>
    <w:p w14:paraId="02FE84A1"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(2)</w:t>
      </w:r>
      <w:r w:rsidRPr="00CD3EA5">
        <w:rPr>
          <w:rFonts w:ascii="Times New Roman" w:hAnsi="Times New Roman"/>
          <w:bCs/>
          <w:sz w:val="24"/>
          <w:szCs w:val="24"/>
        </w:rPr>
        <w:t xml:space="preserve"> Delegatul va achiziționa și va pune la dispoziţia Utilizatorilor recipientele necesare realizării activităţii de colectare separată a Deșeurilor pentru care Legea prevede obligativitatea colectării separate. Costurile de achiziţionare a acestora sunt incluse în Tarifele ofertate de Delegat pentru  respectivele Activități Componente, conform Ofertei (Anexa nr. 3 la prezentul Contract). Numărul şi alocarea acestor recipiente sunt prevăzute în Programul de Investiţii. </w:t>
      </w:r>
    </w:p>
    <w:p w14:paraId="7932D7D8"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DF3D2D">
        <w:rPr>
          <w:rFonts w:ascii="Times New Roman" w:hAnsi="Times New Roman"/>
          <w:b/>
          <w:sz w:val="24"/>
          <w:szCs w:val="24"/>
        </w:rPr>
        <w:t>(3)</w:t>
      </w:r>
      <w:r w:rsidRPr="00CD3EA5">
        <w:rPr>
          <w:rFonts w:ascii="Times New Roman" w:hAnsi="Times New Roman"/>
          <w:bCs/>
          <w:sz w:val="24"/>
          <w:szCs w:val="24"/>
        </w:rPr>
        <w:t xml:space="preserve"> Delegatul va achiziționa toate bunurile cuprinse în anexa 6 și le va amortiza pe durata contractului, astfel încât, la ajungererea la termen a contractului acestea vor avea natura juridică a bunurilor de retur.</w:t>
      </w:r>
    </w:p>
    <w:p w14:paraId="2E8F84FD" w14:textId="77777777" w:rsidR="008B2EA6" w:rsidRPr="000475B4"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 xml:space="preserve">(4) </w:t>
      </w:r>
      <w:r w:rsidRPr="000475B4">
        <w:rPr>
          <w:rFonts w:ascii="Times New Roman" w:hAnsi="Times New Roman"/>
          <w:bCs/>
          <w:sz w:val="24"/>
          <w:szCs w:val="24"/>
        </w:rPr>
        <w:t xml:space="preserve">Orice modificare la Programul de Investiţii, în măsura în care o astfel de modificare este permisă conform Legii aplicabile nu va fi operată decât după aprobarea propunerilor Delegatului de către ADISIGD </w:t>
      </w:r>
      <w:r w:rsidRPr="000475B4">
        <w:rPr>
          <w:rFonts w:ascii="Times New Roman" w:hAnsi="Times New Roman"/>
          <w:bCs/>
          <w:sz w:val="24"/>
          <w:szCs w:val="24"/>
        </w:rPr>
        <w:lastRenderedPageBreak/>
        <w:t>Arad (pe baza mandatului exprimat în cadrul AGA) şi va fi inclusă în Programul de Investiţii prin act adiţional la prezentul Contract, semnat de Părţi.</w:t>
      </w:r>
    </w:p>
    <w:p w14:paraId="52EDB0B5" w14:textId="77777777" w:rsidR="008B2EA6" w:rsidRDefault="008B2EA6" w:rsidP="008B2EA6">
      <w:pPr>
        <w:autoSpaceDE w:val="0"/>
        <w:autoSpaceDN w:val="0"/>
        <w:adjustRightInd w:val="0"/>
        <w:spacing w:after="0" w:line="240" w:lineRule="auto"/>
        <w:jc w:val="both"/>
        <w:rPr>
          <w:rFonts w:ascii="Times New Roman" w:hAnsi="Times New Roman"/>
          <w:bCs/>
          <w:color w:val="004F88"/>
          <w:sz w:val="24"/>
          <w:szCs w:val="24"/>
        </w:rPr>
      </w:pPr>
    </w:p>
    <w:p w14:paraId="03A0DE95" w14:textId="77777777" w:rsidR="008B2EA6" w:rsidRPr="00DF3D2D" w:rsidRDefault="008B2EA6" w:rsidP="008B2EA6">
      <w:pPr>
        <w:autoSpaceDE w:val="0"/>
        <w:autoSpaceDN w:val="0"/>
        <w:adjustRightInd w:val="0"/>
        <w:spacing w:after="0" w:line="240" w:lineRule="auto"/>
        <w:jc w:val="both"/>
        <w:rPr>
          <w:rFonts w:ascii="Times New Roman" w:hAnsi="Times New Roman"/>
          <w:bCs/>
          <w:color w:val="004F88"/>
          <w:sz w:val="24"/>
          <w:szCs w:val="24"/>
        </w:rPr>
      </w:pPr>
    </w:p>
    <w:p w14:paraId="4D87B0E7" w14:textId="77777777" w:rsidR="008B2EA6" w:rsidRDefault="008B2EA6" w:rsidP="008B2EA6">
      <w:pPr>
        <w:pStyle w:val="Heading1"/>
        <w:spacing w:line="240" w:lineRule="auto"/>
        <w:rPr>
          <w:rFonts w:ascii="Times New Roman" w:hAnsi="Times New Roman" w:cs="Times New Roman"/>
          <w:sz w:val="24"/>
          <w:szCs w:val="24"/>
        </w:rPr>
      </w:pPr>
      <w:bookmarkStart w:id="120" w:name="_Toc11221560"/>
      <w:r w:rsidRPr="00CD3EA5">
        <w:rPr>
          <w:rFonts w:ascii="Times New Roman" w:hAnsi="Times New Roman" w:cs="Times New Roman"/>
          <w:sz w:val="24"/>
          <w:szCs w:val="24"/>
        </w:rPr>
        <w:t>EXECUTAREA CONTRACTULUI</w:t>
      </w:r>
      <w:bookmarkEnd w:id="120"/>
    </w:p>
    <w:p w14:paraId="699A5F4A" w14:textId="77777777" w:rsidR="008B2EA6" w:rsidRPr="000475B4" w:rsidRDefault="008B2EA6" w:rsidP="008B2EA6">
      <w:pPr>
        <w:spacing w:after="0" w:line="240" w:lineRule="auto"/>
      </w:pPr>
    </w:p>
    <w:p w14:paraId="62467DC3" w14:textId="77777777" w:rsidR="008B2EA6" w:rsidRPr="00CD3EA5" w:rsidRDefault="008B2EA6" w:rsidP="008B2EA6">
      <w:pPr>
        <w:pStyle w:val="Heading2"/>
        <w:numPr>
          <w:ilvl w:val="0"/>
          <w:numId w:val="76"/>
        </w:numPr>
        <w:tabs>
          <w:tab w:val="left" w:pos="2250"/>
        </w:tabs>
        <w:spacing w:before="0" w:line="240" w:lineRule="auto"/>
        <w:rPr>
          <w:rFonts w:ascii="Times New Roman" w:hAnsi="Times New Roman"/>
          <w:i/>
          <w:sz w:val="24"/>
          <w:szCs w:val="24"/>
          <w:lang w:val="ro-RO" w:eastAsia="ro-RO"/>
        </w:rPr>
      </w:pPr>
      <w:bookmarkStart w:id="121" w:name="_Toc11221561"/>
      <w:r w:rsidRPr="00CD3EA5">
        <w:rPr>
          <w:rFonts w:ascii="Times New Roman" w:hAnsi="Times New Roman"/>
          <w:sz w:val="24"/>
          <w:szCs w:val="24"/>
          <w:lang w:val="ro-RO" w:eastAsia="ro-RO"/>
        </w:rPr>
        <w:t>TARIFUL</w:t>
      </w:r>
      <w:bookmarkEnd w:id="121"/>
    </w:p>
    <w:p w14:paraId="4553808D" w14:textId="77777777" w:rsidR="008B2EA6" w:rsidRPr="00CD3EA5" w:rsidRDefault="008B2EA6" w:rsidP="008B2EA6">
      <w:pPr>
        <w:pStyle w:val="ListParagraph"/>
        <w:numPr>
          <w:ilvl w:val="0"/>
          <w:numId w:val="78"/>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bookmarkStart w:id="122" w:name="_Toc350954017"/>
      <w:r w:rsidRPr="00CD3EA5">
        <w:rPr>
          <w:rFonts w:ascii="Times New Roman" w:hAnsi="Times New Roman"/>
          <w:bCs/>
          <w:kern w:val="32"/>
          <w:sz w:val="24"/>
          <w:szCs w:val="24"/>
        </w:rPr>
        <w:t>Tarifele pe care Delegatul are dreptul</w:t>
      </w:r>
      <w:r>
        <w:rPr>
          <w:rFonts w:ascii="Times New Roman" w:hAnsi="Times New Roman"/>
          <w:bCs/>
          <w:kern w:val="32"/>
          <w:sz w:val="24"/>
          <w:szCs w:val="24"/>
        </w:rPr>
        <w:t xml:space="preserve"> să le aplice la Data Începerii</w:t>
      </w:r>
      <w:r w:rsidRPr="00CD3EA5">
        <w:rPr>
          <w:rFonts w:ascii="Times New Roman" w:hAnsi="Times New Roman"/>
          <w:bCs/>
          <w:kern w:val="32"/>
          <w:sz w:val="24"/>
          <w:szCs w:val="24"/>
        </w:rPr>
        <w:t xml:space="preserve"> sunt cele prevăzute în Anexa nr. 10 la prezentul Contract.</w:t>
      </w:r>
    </w:p>
    <w:p w14:paraId="2F776B7A" w14:textId="77777777" w:rsidR="008B2EA6" w:rsidRPr="00CD3EA5" w:rsidRDefault="008B2EA6" w:rsidP="008B2EA6">
      <w:pPr>
        <w:pStyle w:val="ListParagraph"/>
        <w:numPr>
          <w:ilvl w:val="0"/>
          <w:numId w:val="78"/>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bookmarkStart w:id="123" w:name="_Toc378327473"/>
      <w:bookmarkStart w:id="124" w:name="_Toc379978570"/>
      <w:bookmarkStart w:id="125" w:name="_Toc380141015"/>
      <w:bookmarkStart w:id="126" w:name="_Toc381791092"/>
      <w:bookmarkStart w:id="127" w:name="_Toc381957620"/>
      <w:bookmarkStart w:id="128" w:name="_Toc378327475"/>
      <w:bookmarkStart w:id="129" w:name="_Toc379978572"/>
      <w:bookmarkStart w:id="130" w:name="_Toc380141017"/>
      <w:bookmarkStart w:id="131" w:name="_Toc381791094"/>
      <w:bookmarkStart w:id="132" w:name="_Toc381957622"/>
      <w:bookmarkEnd w:id="123"/>
      <w:bookmarkEnd w:id="124"/>
      <w:bookmarkEnd w:id="125"/>
      <w:bookmarkEnd w:id="126"/>
      <w:bookmarkEnd w:id="127"/>
      <w:r w:rsidRPr="00CD3EA5">
        <w:rPr>
          <w:rFonts w:ascii="Times New Roman" w:hAnsi="Times New Roman"/>
          <w:bCs/>
          <w:kern w:val="32"/>
          <w:sz w:val="24"/>
          <w:szCs w:val="24"/>
        </w:rPr>
        <w:t xml:space="preserve">Pentru Utilizatorii Casnici – </w:t>
      </w:r>
      <w:r w:rsidRPr="00CD3EA5">
        <w:rPr>
          <w:rFonts w:ascii="Times New Roman" w:hAnsi="Times New Roman"/>
          <w:b/>
          <w:kern w:val="32"/>
          <w:sz w:val="24"/>
          <w:szCs w:val="24"/>
        </w:rPr>
        <w:t>modalitatea de plată este stabilită prin taxă</w:t>
      </w:r>
      <w:r w:rsidRPr="00CD3EA5">
        <w:rPr>
          <w:rFonts w:ascii="Times New Roman" w:hAnsi="Times New Roman"/>
          <w:bCs/>
          <w:kern w:val="32"/>
          <w:sz w:val="24"/>
          <w:szCs w:val="24"/>
        </w:rPr>
        <w:t>,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prevăzut la art. 283 alin. (2), din care se scade valoarea reducerii taxei din sumele încasate de la organizaţiile care implementează obligaţiile privind răspunderea extinsă a producătorilor, calculat în conformitate cu normele metodologice elaborate şi aprobate de A.N.R.S.C.</w:t>
      </w:r>
    </w:p>
    <w:p w14:paraId="13630163"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Tarifele pe care Delegatul le aplică Utilizatorilor Non-Casnici vor fi plătite direct de acești utilizatori, în baza contractelor de prestări servicii încheiate de Delegat cu aceștia. Astfel, Delegatul va factura fiecărui Utilizator Non-Casnic Tarifului Distinct Deșeuri Reciclabile și Tariful Distinct Alte Deșeuri, fiecare tarif distinct fiind înmulțit cu cantitățile/volumele efectiv colectate de la Utilizatorii Non-Casnici.</w:t>
      </w:r>
    </w:p>
    <w:bookmarkEnd w:id="128"/>
    <w:bookmarkEnd w:id="129"/>
    <w:bookmarkEnd w:id="130"/>
    <w:bookmarkEnd w:id="131"/>
    <w:bookmarkEnd w:id="132"/>
    <w:p w14:paraId="5838F32D"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 xml:space="preserve">Tarifele aplicate de Delegat pentru prestarea serviciului includ şi tarifele aferente activităţilor de tratare, valorificare, eliminare, după caz, reprezentând obligaţii de plată ale Delegatului către alţi operatori de salubrizare. </w:t>
      </w:r>
    </w:p>
    <w:p w14:paraId="1BD5F8BD"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Tarifele vor fi modificate sau ajustate în conformitate cu prevederile Ordinului nr. 640/2022, Anexei nr. 1</w:t>
      </w:r>
      <w:r>
        <w:rPr>
          <w:rFonts w:ascii="Times New Roman" w:hAnsi="Times New Roman"/>
          <w:bCs/>
          <w:kern w:val="32"/>
          <w:sz w:val="24"/>
          <w:szCs w:val="24"/>
        </w:rPr>
        <w:t>1</w:t>
      </w:r>
      <w:r w:rsidRPr="00CD3EA5">
        <w:rPr>
          <w:rFonts w:ascii="Times New Roman" w:hAnsi="Times New Roman"/>
          <w:bCs/>
          <w:kern w:val="32"/>
          <w:sz w:val="24"/>
          <w:szCs w:val="24"/>
        </w:rPr>
        <w:t xml:space="preserve"> la Contract ”Modificarea/ajustarea Tarifului. Tarifele ajustate/modificate se vor încadra în planul tarifar. </w:t>
      </w:r>
    </w:p>
    <w:p w14:paraId="7AB43A02"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33" w:name="_Toc378327479"/>
      <w:bookmarkStart w:id="134" w:name="_Toc379978576"/>
      <w:bookmarkStart w:id="135" w:name="_Toc380141021"/>
      <w:bookmarkStart w:id="136" w:name="_Toc381791098"/>
      <w:bookmarkStart w:id="137" w:name="_Toc381957626"/>
      <w:bookmarkStart w:id="138" w:name="_Hlk78983263"/>
      <w:r w:rsidRPr="00CD3EA5">
        <w:rPr>
          <w:rFonts w:ascii="Times New Roman" w:hAnsi="Times New Roman"/>
          <w:bCs/>
          <w:kern w:val="32"/>
          <w:sz w:val="24"/>
          <w:szCs w:val="24"/>
        </w:rPr>
        <w:t>Modificarea şi ajustarea Tarifelor se aprobă de către Delegatar, conform Legii – în conformitate cu prevederile Art. 57 din Ordinul nr. 640/2022, în termen de maxim 70 zile.</w:t>
      </w:r>
      <w:bookmarkStart w:id="139" w:name="_Hlk27509509"/>
      <w:bookmarkEnd w:id="133"/>
      <w:bookmarkEnd w:id="134"/>
      <w:bookmarkEnd w:id="135"/>
      <w:bookmarkEnd w:id="136"/>
      <w:bookmarkEnd w:id="137"/>
      <w:r w:rsidRPr="00CD3EA5">
        <w:rPr>
          <w:rFonts w:ascii="Times New Roman" w:hAnsi="Times New Roman"/>
          <w:bCs/>
          <w:kern w:val="32"/>
          <w:sz w:val="24"/>
          <w:szCs w:val="24"/>
        </w:rPr>
        <w:t xml:space="preserve"> Delegatarul are dreptul să refuze, în condiții justificate, aprobarea prețurilor și tarifelor propuse de </w:t>
      </w:r>
      <w:bookmarkEnd w:id="139"/>
      <w:r w:rsidRPr="00CD3EA5">
        <w:rPr>
          <w:rFonts w:ascii="Times New Roman" w:hAnsi="Times New Roman"/>
          <w:bCs/>
          <w:kern w:val="32"/>
          <w:sz w:val="24"/>
          <w:szCs w:val="24"/>
        </w:rPr>
        <w:t xml:space="preserve">Delegat. Solicitarea de ajustare sau modificare a tarifelor pentru activitățile specifice de salubrizare va respecta prevederile Secțiunii a 2 a și a 3 a  din Odinul 640/2022 și lipsa sau furnizarea incompletă a oricăror informații conduce la respingerea documentației. </w:t>
      </w:r>
      <w:bookmarkEnd w:id="138"/>
    </w:p>
    <w:p w14:paraId="6F224646"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Modificarea și ajustarea tarifului se aprobă de AGA a Delegatarului, în temeiul hotărârilor emise de UAT-uri membre și urmează să facă obiectul unui act adițional la contract;</w:t>
      </w:r>
    </w:p>
    <w:p w14:paraId="10EEECD6" w14:textId="77777777" w:rsidR="008B2EA6" w:rsidRPr="00CD3EA5" w:rsidRDefault="008B2EA6" w:rsidP="008B2EA6">
      <w:pPr>
        <w:pStyle w:val="ListParagraph"/>
        <w:numPr>
          <w:ilvl w:val="0"/>
          <w:numId w:val="7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40" w:name="_Toc378327480"/>
      <w:bookmarkStart w:id="141" w:name="_Toc379978577"/>
      <w:bookmarkStart w:id="142" w:name="_Toc380141022"/>
      <w:bookmarkStart w:id="143" w:name="_Toc381791099"/>
      <w:bookmarkStart w:id="144" w:name="_Toc381957627"/>
      <w:r w:rsidRPr="00CD3EA5" w:rsidDel="00094E16">
        <w:rPr>
          <w:rFonts w:ascii="Times New Roman" w:hAnsi="Times New Roman"/>
          <w:bCs/>
          <w:kern w:val="32"/>
          <w:sz w:val="24"/>
          <w:szCs w:val="24"/>
        </w:rPr>
        <w:t xml:space="preserve"> </w:t>
      </w:r>
      <w:bookmarkStart w:id="145" w:name="_Toc378327485"/>
      <w:bookmarkStart w:id="146" w:name="_Toc379978582"/>
      <w:bookmarkStart w:id="147" w:name="_Toc380141027"/>
      <w:bookmarkStart w:id="148" w:name="_Toc381791104"/>
      <w:bookmarkStart w:id="149" w:name="_Toc381957632"/>
      <w:bookmarkEnd w:id="140"/>
      <w:bookmarkEnd w:id="141"/>
      <w:bookmarkEnd w:id="142"/>
      <w:bookmarkEnd w:id="143"/>
      <w:bookmarkEnd w:id="144"/>
      <w:r w:rsidRPr="00CD3EA5">
        <w:rPr>
          <w:rFonts w:ascii="Times New Roman" w:hAnsi="Times New Roman"/>
          <w:bCs/>
          <w:kern w:val="32"/>
          <w:sz w:val="24"/>
          <w:szCs w:val="24"/>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45"/>
      <w:bookmarkEnd w:id="146"/>
      <w:bookmarkEnd w:id="147"/>
      <w:bookmarkEnd w:id="148"/>
      <w:bookmarkEnd w:id="149"/>
    </w:p>
    <w:p w14:paraId="39007588" w14:textId="77777777" w:rsidR="008B2EA6" w:rsidRDefault="008B2EA6" w:rsidP="008B2EA6">
      <w:pPr>
        <w:pStyle w:val="ListParagraph"/>
        <w:numPr>
          <w:ilvl w:val="0"/>
          <w:numId w:val="78"/>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Soluţionarea oricăror dispute legate de Tarif se face conform prevederilor Articolului 52 („Legea aplicabilă şi soluţionarea litigiilor”) din prezentul Contract.</w:t>
      </w:r>
    </w:p>
    <w:p w14:paraId="61A9A730" w14:textId="77777777" w:rsidR="008B2EA6" w:rsidRPr="00CD3EA5" w:rsidRDefault="008B2EA6" w:rsidP="008B2EA6">
      <w:pPr>
        <w:pStyle w:val="ListParagraph"/>
        <w:tabs>
          <w:tab w:val="left" w:pos="360"/>
          <w:tab w:val="left" w:pos="450"/>
        </w:tabs>
        <w:autoSpaceDE w:val="0"/>
        <w:autoSpaceDN w:val="0"/>
        <w:adjustRightInd w:val="0"/>
        <w:spacing w:after="0" w:line="240" w:lineRule="auto"/>
        <w:ind w:left="284"/>
        <w:jc w:val="both"/>
        <w:rPr>
          <w:rFonts w:ascii="Times New Roman" w:hAnsi="Times New Roman"/>
          <w:bCs/>
          <w:kern w:val="32"/>
          <w:sz w:val="24"/>
          <w:szCs w:val="24"/>
        </w:rPr>
      </w:pPr>
    </w:p>
    <w:p w14:paraId="447FD2E6"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76CAA20F"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150" w:name="tree#7"/>
      <w:bookmarkStart w:id="151" w:name="_Toc11221562"/>
      <w:bookmarkEnd w:id="122"/>
      <w:bookmarkEnd w:id="150"/>
      <w:r w:rsidRPr="00CD3EA5">
        <w:rPr>
          <w:rFonts w:ascii="Times New Roman" w:hAnsi="Times New Roman"/>
          <w:sz w:val="24"/>
          <w:szCs w:val="24"/>
          <w:lang w:val="ro-RO" w:eastAsia="ro-RO"/>
        </w:rPr>
        <w:t xml:space="preserve"> REDEVENŢA</w:t>
      </w:r>
      <w:bookmarkEnd w:id="151"/>
      <w:r w:rsidRPr="00CD3EA5">
        <w:rPr>
          <w:rFonts w:ascii="Times New Roman" w:hAnsi="Times New Roman"/>
          <w:sz w:val="24"/>
          <w:szCs w:val="24"/>
          <w:lang w:val="ro-RO" w:eastAsia="ro-RO"/>
        </w:rPr>
        <w:t xml:space="preserve"> </w:t>
      </w:r>
    </w:p>
    <w:p w14:paraId="56B817DA" w14:textId="77777777" w:rsidR="008B2EA6" w:rsidRPr="00CD3EA5" w:rsidRDefault="008B2EA6" w:rsidP="008B2EA6">
      <w:pPr>
        <w:autoSpaceDE w:val="0"/>
        <w:autoSpaceDN w:val="0"/>
        <w:adjustRightInd w:val="0"/>
        <w:spacing w:after="0" w:line="240" w:lineRule="auto"/>
        <w:jc w:val="both"/>
        <w:rPr>
          <w:rFonts w:ascii="Times New Roman" w:hAnsi="Times New Roman"/>
          <w:bCs/>
          <w:kern w:val="32"/>
          <w:sz w:val="24"/>
          <w:szCs w:val="24"/>
        </w:rPr>
      </w:pPr>
      <w:bookmarkStart w:id="152" w:name="_Ref307063369"/>
    </w:p>
    <w:p w14:paraId="6F77F084"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lastRenderedPageBreak/>
        <w:t>Pentru fiecare An Contractual de la Da</w:t>
      </w:r>
      <w:r>
        <w:rPr>
          <w:rFonts w:ascii="Times New Roman" w:hAnsi="Times New Roman"/>
          <w:bCs/>
          <w:kern w:val="32"/>
          <w:sz w:val="24"/>
          <w:szCs w:val="24"/>
        </w:rPr>
        <w:t>ta Începerii Delegatul va plăti</w:t>
      </w:r>
      <w:r w:rsidRPr="00CD3EA5">
        <w:rPr>
          <w:rFonts w:ascii="Times New Roman" w:hAnsi="Times New Roman"/>
          <w:bCs/>
          <w:kern w:val="32"/>
          <w:sz w:val="24"/>
          <w:szCs w:val="24"/>
        </w:rPr>
        <w:t xml:space="preserve"> Județului Arad prin Consiliul Județean Arad, având calitatea de Delegatar o Redevență în sumă de </w:t>
      </w:r>
      <w:r w:rsidRPr="00726C23">
        <w:rPr>
          <w:rFonts w:ascii="Times New Roman" w:hAnsi="Times New Roman"/>
          <w:bCs/>
          <w:kern w:val="32"/>
          <w:sz w:val="24"/>
          <w:szCs w:val="24"/>
        </w:rPr>
        <w:t>1</w:t>
      </w:r>
      <w:r>
        <w:rPr>
          <w:rFonts w:ascii="Times New Roman" w:hAnsi="Times New Roman"/>
          <w:bCs/>
          <w:kern w:val="32"/>
          <w:sz w:val="24"/>
          <w:szCs w:val="24"/>
        </w:rPr>
        <w:t>8</w:t>
      </w:r>
      <w:r w:rsidRPr="00726C23">
        <w:rPr>
          <w:rFonts w:ascii="Times New Roman" w:hAnsi="Times New Roman"/>
          <w:bCs/>
          <w:kern w:val="32"/>
          <w:sz w:val="24"/>
          <w:szCs w:val="24"/>
        </w:rPr>
        <w:t>1.</w:t>
      </w:r>
      <w:r>
        <w:rPr>
          <w:rFonts w:ascii="Times New Roman" w:hAnsi="Times New Roman"/>
          <w:bCs/>
          <w:kern w:val="32"/>
          <w:sz w:val="24"/>
          <w:szCs w:val="24"/>
        </w:rPr>
        <w:t>307</w:t>
      </w:r>
      <w:r w:rsidRPr="00726C23">
        <w:rPr>
          <w:rFonts w:ascii="Times New Roman" w:hAnsi="Times New Roman"/>
          <w:bCs/>
          <w:kern w:val="32"/>
          <w:sz w:val="24"/>
          <w:szCs w:val="24"/>
        </w:rPr>
        <w:t>,</w:t>
      </w:r>
      <w:r>
        <w:rPr>
          <w:rFonts w:ascii="Times New Roman" w:hAnsi="Times New Roman"/>
          <w:bCs/>
          <w:kern w:val="32"/>
          <w:sz w:val="24"/>
          <w:szCs w:val="24"/>
        </w:rPr>
        <w:t>09</w:t>
      </w:r>
      <w:r w:rsidRPr="00726C23">
        <w:rPr>
          <w:rFonts w:ascii="Times New Roman" w:hAnsi="Times New Roman"/>
          <w:bCs/>
          <w:kern w:val="32"/>
          <w:sz w:val="24"/>
          <w:szCs w:val="24"/>
        </w:rPr>
        <w:t xml:space="preserve"> </w:t>
      </w:r>
      <w:r w:rsidRPr="00CD3EA5">
        <w:rPr>
          <w:rFonts w:ascii="Times New Roman" w:hAnsi="Times New Roman"/>
          <w:bCs/>
          <w:kern w:val="32"/>
          <w:sz w:val="24"/>
          <w:szCs w:val="24"/>
        </w:rPr>
        <w:t xml:space="preserve">lei/an în contul </w:t>
      </w:r>
      <w:r w:rsidRPr="00CD3EA5">
        <w:rPr>
          <w:rStyle w:val="Bodytext20"/>
          <w:rFonts w:ascii="Times New Roman" w:hAnsi="Times New Roman" w:cs="Times New Roman"/>
          <w:sz w:val="24"/>
          <w:szCs w:val="24"/>
          <w:lang w:eastAsia="ro-RO"/>
        </w:rPr>
        <w:t>RO97 TREZ 0212 1A30 0530 XXXX</w:t>
      </w:r>
      <w:r w:rsidRPr="00CD3EA5">
        <w:rPr>
          <w:rFonts w:ascii="Times New Roman" w:hAnsi="Times New Roman"/>
          <w:bCs/>
          <w:kern w:val="32"/>
          <w:sz w:val="24"/>
          <w:szCs w:val="24"/>
        </w:rPr>
        <w:t>.</w:t>
      </w:r>
    </w:p>
    <w:p w14:paraId="6752EE7D"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Redevența devine exigibilă de la Data de începere a Contractului și 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p>
    <w:bookmarkEnd w:id="152"/>
    <w:p w14:paraId="73941908"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 xml:space="preserve">În cazul în care Delegatul nu efectuează plata redevenței datorată Delegatarului în termenul prevăzut la alin. (2), Delegatul va plăti penalități de întârziere în cuantum de 0,01% din suma datorată pentru fiecare zi de întârziere. </w:t>
      </w:r>
    </w:p>
    <w:p w14:paraId="13915021"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 xml:space="preserve">Neplata redevenţei de către Delegat în termen de 60 (șasezeci) de Zile de la data scadenței, conferă Delegatarului dreptul de a 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14:paraId="48BBBE28"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Prin prezentul Contract nu sunt acceptate plăţi parţiale. În cazul efectuării unei astfel de plăţi parţiale, Delegatarul va fi îndreptățit să considere plata ca fiind neefectuată, devenind astfel incidente prevederile alin. (3) și (4) ale prezentului Articol.</w:t>
      </w:r>
    </w:p>
    <w:p w14:paraId="657AD8E6"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 xml:space="preserve">Momentul efectuării plăţii se considera a </w:t>
      </w:r>
      <w:r w:rsidRPr="00CD3EA5">
        <w:rPr>
          <w:rFonts w:ascii="Times New Roman" w:hAnsi="Times New Roman"/>
          <w:kern w:val="32"/>
          <w:sz w:val="24"/>
          <w:szCs w:val="24"/>
        </w:rPr>
        <w:t>fi</w:t>
      </w:r>
      <w:r w:rsidRPr="00CD3EA5">
        <w:rPr>
          <w:rFonts w:ascii="Times New Roman" w:hAnsi="Times New Roman"/>
          <w:b/>
          <w:kern w:val="32"/>
          <w:sz w:val="24"/>
          <w:szCs w:val="24"/>
        </w:rPr>
        <w:t xml:space="preserve"> </w:t>
      </w:r>
      <w:r w:rsidRPr="00CD3EA5">
        <w:rPr>
          <w:rFonts w:ascii="Times New Roman" w:hAnsi="Times New Roman"/>
          <w:bCs/>
          <w:kern w:val="32"/>
          <w:sz w:val="24"/>
          <w:szCs w:val="24"/>
        </w:rPr>
        <w:t xml:space="preserve">ziua în care contul Delegatarului este creditat </w:t>
      </w:r>
      <w:r w:rsidRPr="00CD3EA5">
        <w:rPr>
          <w:rFonts w:ascii="Times New Roman" w:hAnsi="Times New Roman"/>
          <w:bCs/>
          <w:i/>
          <w:iCs/>
          <w:kern w:val="32"/>
          <w:sz w:val="24"/>
          <w:szCs w:val="24"/>
        </w:rPr>
        <w:t>cu suma reprezentând transa trimestrială de plată.</w:t>
      </w:r>
    </w:p>
    <w:p w14:paraId="34DFDDA0"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Cuantumul redevenței se va actualiza anual cu indicele prețurilor de consum  (”IPC”) comunicat de Institutul Naţional de Statistică.</w:t>
      </w:r>
    </w:p>
    <w:p w14:paraId="0B461673" w14:textId="77777777" w:rsidR="008B2EA6" w:rsidRPr="00CD3EA5"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Redevenţa astfel plătită se face venit la Fondul de Întreținere, Înlocuire şi Dezvoltare (“Fondul IID”), constituit în condiţiile Legii pentru bunurile aferente Serviciului care au fost finanţate prin Programul POS Mediu.</w:t>
      </w:r>
    </w:p>
    <w:p w14:paraId="1AD7ECA8" w14:textId="77777777" w:rsidR="008B2EA6" w:rsidRPr="008B3EA1" w:rsidRDefault="008B2EA6" w:rsidP="008B2EA6">
      <w:pPr>
        <w:pStyle w:val="ListParagraph"/>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53" w:name="_Toc11221563"/>
      <w:r w:rsidRPr="008B3EA1">
        <w:rPr>
          <w:rFonts w:ascii="Times New Roman" w:hAnsi="Times New Roman"/>
          <w:sz w:val="24"/>
          <w:szCs w:val="24"/>
        </w:rPr>
        <w:t xml:space="preserve"> </w:t>
      </w:r>
      <w:r w:rsidRPr="00B673A3">
        <w:rPr>
          <w:rFonts w:ascii="Times New Roman" w:hAnsi="Times New Roman"/>
          <w:sz w:val="24"/>
          <w:szCs w:val="24"/>
        </w:rPr>
        <w:t>În cazul actualizării Anexei nr. 4 la prezentul contract, conform prevederilor din Art. 288 al Caietului de Sarcini al procedurii de achiziţie, dacă este cazul, Delegatarul va proceda la actualizarea valorii redevenţei în conformitate cu prevederile legale în vigoare, părţile urmând a încheia în acest sens un act adiţional la prezentul contract.</w:t>
      </w:r>
    </w:p>
    <w:p w14:paraId="689EA951" w14:textId="77777777" w:rsidR="008B2EA6" w:rsidRPr="008B3EA1" w:rsidRDefault="008B2EA6" w:rsidP="008B2EA6">
      <w:pPr>
        <w:pStyle w:val="ListParagraph"/>
        <w:tabs>
          <w:tab w:val="left" w:pos="360"/>
        </w:tabs>
        <w:autoSpaceDE w:val="0"/>
        <w:autoSpaceDN w:val="0"/>
        <w:adjustRightInd w:val="0"/>
        <w:spacing w:after="0" w:line="240" w:lineRule="auto"/>
        <w:ind w:left="284"/>
        <w:jc w:val="both"/>
        <w:rPr>
          <w:rFonts w:ascii="Times New Roman" w:hAnsi="Times New Roman"/>
          <w:i/>
          <w:sz w:val="24"/>
          <w:szCs w:val="24"/>
          <w:lang w:eastAsia="ro-RO"/>
        </w:rPr>
      </w:pPr>
    </w:p>
    <w:p w14:paraId="29D282C9"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INDICATORII DE PERFORMANŢĂ</w:t>
      </w:r>
      <w:bookmarkEnd w:id="153"/>
    </w:p>
    <w:p w14:paraId="0BF02440" w14:textId="77777777" w:rsidR="008B2EA6" w:rsidRPr="00CD3EA5" w:rsidRDefault="008B2EA6" w:rsidP="008B2EA6">
      <w:pPr>
        <w:pStyle w:val="ListParagraph"/>
        <w:numPr>
          <w:ilvl w:val="0"/>
          <w:numId w:val="83"/>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Delegatul va presta Serviciul astfel încât să asigure îndeplinirea Indicatorilor de Performanţă, stabiliţi în Regulamentul Serviciului (</w:t>
      </w:r>
      <w:r w:rsidRPr="00CD3EA5">
        <w:rPr>
          <w:rFonts w:ascii="Times New Roman" w:hAnsi="Times New Roman"/>
          <w:bCs/>
          <w:kern w:val="32"/>
          <w:sz w:val="24"/>
          <w:szCs w:val="24"/>
        </w:rPr>
        <w:fldChar w:fldCharType="begin"/>
      </w:r>
      <w:r w:rsidRPr="00CD3EA5">
        <w:rPr>
          <w:rFonts w:ascii="Times New Roman" w:hAnsi="Times New Roman"/>
          <w:bCs/>
          <w:kern w:val="32"/>
          <w:sz w:val="24"/>
          <w:szCs w:val="24"/>
        </w:rPr>
        <w:instrText xml:space="preserve"> REF _Ref68462174 \r \h  \* MERGEFORMAT </w:instrText>
      </w:r>
      <w:r w:rsidRPr="00CD3EA5">
        <w:rPr>
          <w:rFonts w:ascii="Times New Roman" w:hAnsi="Times New Roman"/>
          <w:bCs/>
          <w:kern w:val="32"/>
          <w:sz w:val="24"/>
          <w:szCs w:val="24"/>
        </w:rPr>
      </w:r>
      <w:r w:rsidRPr="00CD3EA5">
        <w:rPr>
          <w:rFonts w:ascii="Times New Roman" w:hAnsi="Times New Roman"/>
          <w:bCs/>
          <w:kern w:val="32"/>
          <w:sz w:val="24"/>
          <w:szCs w:val="24"/>
        </w:rPr>
        <w:fldChar w:fldCharType="separate"/>
      </w:r>
      <w:r>
        <w:rPr>
          <w:rFonts w:ascii="Times New Roman" w:hAnsi="Times New Roman"/>
          <w:bCs/>
          <w:kern w:val="32"/>
          <w:sz w:val="24"/>
          <w:szCs w:val="24"/>
        </w:rPr>
        <w:t>Anexa 1</w:t>
      </w:r>
      <w:r w:rsidRPr="00CD3EA5">
        <w:rPr>
          <w:rFonts w:ascii="Times New Roman" w:hAnsi="Times New Roman"/>
          <w:bCs/>
          <w:kern w:val="32"/>
          <w:sz w:val="24"/>
          <w:szCs w:val="24"/>
        </w:rPr>
        <w:fldChar w:fldCharType="end"/>
      </w:r>
      <w:r w:rsidRPr="00CD3EA5">
        <w:rPr>
          <w:rFonts w:ascii="Times New Roman" w:hAnsi="Times New Roman"/>
          <w:bCs/>
          <w:kern w:val="32"/>
          <w:sz w:val="24"/>
          <w:szCs w:val="24"/>
        </w:rPr>
        <w:t xml:space="preserve"> la prezentul Contract), </w:t>
      </w:r>
      <w:r w:rsidRPr="00CD3EA5">
        <w:rPr>
          <w:rFonts w:ascii="Times New Roman" w:hAnsi="Times New Roman"/>
          <w:bCs/>
          <w:sz w:val="24"/>
          <w:szCs w:val="24"/>
        </w:rPr>
        <w:t>şi</w:t>
      </w:r>
      <w:r w:rsidRPr="00CD3EA5">
        <w:rPr>
          <w:rFonts w:ascii="Times New Roman" w:hAnsi="Times New Roman"/>
          <w:bCs/>
          <w:kern w:val="32"/>
          <w:sz w:val="24"/>
          <w:szCs w:val="24"/>
        </w:rPr>
        <w:t xml:space="preserve"> în 7 („Indicatorii de Performanță”) la Contract.</w:t>
      </w:r>
    </w:p>
    <w:p w14:paraId="16AB6CD1" w14:textId="77777777" w:rsidR="008B2EA6" w:rsidRPr="00CD3EA5" w:rsidRDefault="008B2EA6" w:rsidP="008B2EA6">
      <w:pPr>
        <w:pStyle w:val="ListParagraph"/>
        <w:numPr>
          <w:ilvl w:val="0"/>
          <w:numId w:val="83"/>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CD3EA5">
        <w:rPr>
          <w:rFonts w:ascii="Times New Roman" w:hAnsi="Times New Roman"/>
          <w:bCs/>
          <w:kern w:val="32"/>
          <w:sz w:val="24"/>
          <w:szCs w:val="24"/>
        </w:rPr>
        <w:t>Indicatorii de Performanţă stabilesc, printre altele, condiţiile pe care trebuie să le îndeplinească Serviciul, având printre obiective:</w:t>
      </w:r>
    </w:p>
    <w:p w14:paraId="497A3EEE" w14:textId="77777777" w:rsidR="008B2EA6" w:rsidRPr="00CD3EA5" w:rsidRDefault="008B2EA6" w:rsidP="008B2EA6">
      <w:pPr>
        <w:numPr>
          <w:ilvl w:val="0"/>
          <w:numId w:val="5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continuitatea Serviciului din punct de vedere cantitativ și calitativ;</w:t>
      </w:r>
    </w:p>
    <w:p w14:paraId="71CD025B" w14:textId="77777777" w:rsidR="008B2EA6" w:rsidRPr="00CD3EA5" w:rsidRDefault="008B2EA6" w:rsidP="008B2EA6">
      <w:pPr>
        <w:numPr>
          <w:ilvl w:val="0"/>
          <w:numId w:val="5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adaptarea permanentă la cerințele rezonabile ale Utilizatorilor;</w:t>
      </w:r>
    </w:p>
    <w:p w14:paraId="60E04B5A" w14:textId="77777777" w:rsidR="008B2EA6" w:rsidRPr="00CD3EA5" w:rsidRDefault="008B2EA6" w:rsidP="008B2EA6">
      <w:pPr>
        <w:numPr>
          <w:ilvl w:val="0"/>
          <w:numId w:val="5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excluderea oricărei discriminări privind accesul la Serviciu;</w:t>
      </w:r>
    </w:p>
    <w:p w14:paraId="17B7A3EC" w14:textId="77777777" w:rsidR="008B2EA6" w:rsidRPr="00CD3EA5" w:rsidRDefault="008B2EA6" w:rsidP="008B2EA6">
      <w:pPr>
        <w:numPr>
          <w:ilvl w:val="0"/>
          <w:numId w:val="5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respectarea reglementărilor specifice din domeniu.</w:t>
      </w:r>
    </w:p>
    <w:p w14:paraId="7B18619C" w14:textId="77777777" w:rsidR="008B2EA6" w:rsidRPr="00CD3EA5" w:rsidRDefault="008B2EA6" w:rsidP="008B2EA6">
      <w:pPr>
        <w:pStyle w:val="ListParagraph"/>
        <w:numPr>
          <w:ilvl w:val="0"/>
          <w:numId w:val="83"/>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54" w:name="_Toc11221564"/>
      <w:r w:rsidRPr="00CD3EA5">
        <w:rPr>
          <w:rFonts w:ascii="Times New Roman" w:hAnsi="Times New Roman"/>
          <w:bCs/>
          <w:kern w:val="32"/>
          <w:sz w:val="24"/>
          <w:szCs w:val="24"/>
        </w:rPr>
        <w:t>Indicatorii de Performanță includ, fără însă a se limita la acestea, următoarele cerinţe:</w:t>
      </w:r>
    </w:p>
    <w:p w14:paraId="71658572"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 xml:space="preserve">Eficiența încheierea contractelor de prestare de servicii de către Delegat cu Utilizatorii din aria delegării; </w:t>
      </w:r>
    </w:p>
    <w:p w14:paraId="5EBD5648"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Eficiența în îmbunătăţirea parametrilor de calitate în contractele de prestare de servicii încheiate de Delegat cu Utilizatorii din aria delegării;</w:t>
      </w:r>
    </w:p>
    <w:p w14:paraId="20A3E957"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Reactivitatea Delegatului la cererile Utilizatorilor pentru containere și recipiente de Deşeuri pentru colectare;</w:t>
      </w:r>
    </w:p>
    <w:p w14:paraId="4B3B78A2"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Reactivitatea Delegatului, la plângerile Utilizatorilor;</w:t>
      </w:r>
    </w:p>
    <w:p w14:paraId="438FCA60"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Respectarea de către Delegat a obligaţiei de a furniza informaţii privind Serviciul;</w:t>
      </w:r>
    </w:p>
    <w:p w14:paraId="7E539173"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lastRenderedPageBreak/>
        <w:t>Gradul, de acoperire al furnizării/prestării Serviciului, raportat la Aria Delegării;</w:t>
      </w:r>
    </w:p>
    <w:p w14:paraId="66FFDB0A" w14:textId="77777777" w:rsidR="008B2EA6" w:rsidRPr="00CD3EA5" w:rsidRDefault="008B2EA6" w:rsidP="008B2EA6">
      <w:pPr>
        <w:pStyle w:val="Bodytext21"/>
        <w:numPr>
          <w:ilvl w:val="0"/>
          <w:numId w:val="82"/>
        </w:numPr>
        <w:shd w:val="clear" w:color="auto" w:fill="auto"/>
        <w:tabs>
          <w:tab w:val="left" w:pos="778"/>
        </w:tabs>
        <w:spacing w:after="0" w:line="240" w:lineRule="auto"/>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Cantitatea de Deşeuri Municipale colectate separat, pe tipuri de deşeuri.</w:t>
      </w:r>
    </w:p>
    <w:p w14:paraId="00830EFD" w14:textId="77777777" w:rsidR="008B2EA6" w:rsidRPr="00CD3EA5" w:rsidRDefault="008B2EA6" w:rsidP="008B2EA6">
      <w:pPr>
        <w:spacing w:after="0" w:line="240" w:lineRule="auto"/>
        <w:rPr>
          <w:rFonts w:ascii="Times New Roman" w:hAnsi="Times New Roman"/>
          <w:i/>
          <w:sz w:val="24"/>
          <w:szCs w:val="24"/>
          <w:lang w:eastAsia="ro-RO"/>
        </w:rPr>
      </w:pPr>
    </w:p>
    <w:p w14:paraId="3EE2B928"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MONITORIZAREA CONTRACTULUI</w:t>
      </w:r>
      <w:bookmarkEnd w:id="154"/>
      <w:r w:rsidRPr="00CD3EA5">
        <w:rPr>
          <w:rFonts w:ascii="Times New Roman" w:hAnsi="Times New Roman"/>
          <w:sz w:val="24"/>
          <w:szCs w:val="24"/>
          <w:lang w:val="ro-RO" w:eastAsia="ro-RO"/>
        </w:rPr>
        <w:t xml:space="preserve"> </w:t>
      </w:r>
    </w:p>
    <w:p w14:paraId="1AE604AF"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Respectarea şi îndeplinirea de către Delegat a Indicatorilor de Performanţă şi în general a tuturor obligaţiilor stabilite prin prezentul Contract vor fi monitorizate de către Delegatar conform termenilor şi condiţiilor stipulate de prezentul articol. </w:t>
      </w:r>
    </w:p>
    <w:p w14:paraId="054E61A7"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Operatorul va monitoriza activitatea sa și furniza rapoarte referitoare la prestarea serviciului în conformitate cu prevederile contractuale și ale caietului de sarcini.</w:t>
      </w:r>
    </w:p>
    <w:p w14:paraId="2B05005D"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Delegatarul are dreptul să verifice și să monitorizeze prestarea serviciilor.</w:t>
      </w:r>
    </w:p>
    <w:p w14:paraId="79EBA834"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Delegatarul</w:t>
      </w:r>
      <w:r w:rsidRPr="00CD3EA5">
        <w:rPr>
          <w:rStyle w:val="Bodytext20"/>
          <w:rFonts w:ascii="Times New Roman" w:hAnsi="Times New Roman"/>
          <w:sz w:val="24"/>
          <w:szCs w:val="24"/>
        </w:rPr>
        <w:t xml:space="preserve"> are dreptul de a efectua inspecții inopinate.</w:t>
      </w:r>
    </w:p>
    <w:p w14:paraId="60A0CA79"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Style w:val="Bodytext20"/>
          <w:rFonts w:ascii="Times New Roman" w:hAnsi="Times New Roman" w:cs="Times New Roman"/>
          <w:sz w:val="24"/>
          <w:szCs w:val="24"/>
          <w:lang w:eastAsia="en-GB"/>
        </w:rPr>
      </w:pPr>
      <w:r w:rsidRPr="00CD3EA5">
        <w:rPr>
          <w:rStyle w:val="Bodytext20"/>
          <w:rFonts w:ascii="Times New Roman" w:hAnsi="Times New Roman" w:cs="Times New Roman"/>
          <w:sz w:val="24"/>
          <w:szCs w:val="24"/>
        </w:rPr>
        <w:t xml:space="preserve">La sfârşitul fiecărei misiuni de verificare/inspecție, inclusiv a inspecțiilor inopinate, ADISIGD Arad va întocmi un “Raport de verificare/inspecție”. Raportul de verificare/inspecție va conține cel puțin: perioada de desfășurare a inspecției, persoanele care au participat, tematica verificării/inspecției, constatările echipei de verificare/inspecție, eventualele observațiile/obiecțiuni la reprezentantului desemnat al Delegatului să participe la efectuarea verificării/inspecției în cazul inspecțiilor programate, măsurile de conformare dispuse și termenele de conformare acordate, care nu pot fi mai mari de 30 de zile calendaristice. Un exemplar al Raportului de verificare/inspecție se înmânează, sub semnătură, reprezentantului Delegatului la data finalizării verificării/inspecției, iar în situația în care acesta refuză primirea, se va transmite Delegatului, în termen de 3 zile de la încheierea misiunii de verificare/inspecție. În cazul inspecțiilor inopinate, se va întocmi un singur Raport de inspecție pentru toate inspecțiile inopinate desfășurate pe parcursul unui luni calendaristice și se va transmite Delegatului până în data de 10 a lunii în curs pentru inspecțiile desfășurate în luna anterioară. </w:t>
      </w:r>
    </w:p>
    <w:p w14:paraId="13848044"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Style w:val="Bodytext20"/>
          <w:rFonts w:ascii="Times New Roman" w:hAnsi="Times New Roman" w:cs="Times New Roman"/>
          <w:sz w:val="24"/>
          <w:szCs w:val="24"/>
          <w:lang w:eastAsia="en-GB"/>
        </w:rPr>
      </w:pPr>
      <w:r w:rsidRPr="00CD3EA5">
        <w:rPr>
          <w:rFonts w:ascii="Times New Roman" w:hAnsi="Times New Roman"/>
          <w:sz w:val="24"/>
          <w:szCs w:val="24"/>
        </w:rPr>
        <w:t xml:space="preserve">La împlinirea termenului acordat prin Raportul de verificare/inspecție pentru remedierea neconformităților constatate, reprezentanții desemnați ai ADISIGD Arad vor efectua o misiune de verificare a realizării măsurilor dispuse. Desfășurarea misiunii de verificare nu se notifică Delegatului. În urma desfășurării misiunii de verificare a realizării măsurilor dispuse se va întocmi o Notă de constatare a ducerii la îndeplinire a măsurilor în cuprinsul cărei se vor menționa cel puțin: data desfășurării misiunii de verificare, numele persoanelor care au participat, măsurile dispuse și stadiul realizării acestora. Nota de constatare se comunică sub semnătură reprezentantului Delegatului în cazul în care acesta este prezent, în caz contrar prin orice mijloc admis de prezentul contract în termen de 3 zile de la încheierea misiunii de verificare.   </w:t>
      </w:r>
    </w:p>
    <w:p w14:paraId="5D39714A"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Delegatarul are dreptul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14:paraId="7FBC13BF"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Delegatul va furniza, la solicitarea Delegatarului, informatii detaliate asupra derulării serviciului atât în forma scrisă cât și pe suport electronic, ori de câte Delegatarul va solicita asemnea informații în scopul monitorizării și supravegherii serviciului. Sfera de aplicare, conținutul, formatul și metoda de trimitere a acestor informații vor fi notificate în scris Delegatului și vor fi compatibile cu sistemul informatic al Delegatarului.</w:t>
      </w:r>
    </w:p>
    <w:p w14:paraId="6D4E8DDB"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Style w:val="Bodytext20"/>
          <w:rFonts w:ascii="Times New Roman" w:hAnsi="Times New Roman" w:cs="Times New Roman"/>
          <w:sz w:val="24"/>
          <w:szCs w:val="24"/>
          <w:lang w:eastAsia="en-GB"/>
        </w:rPr>
      </w:pPr>
      <w:r w:rsidRPr="00CD3EA5">
        <w:rPr>
          <w:rFonts w:ascii="Times New Roman" w:hAnsi="Times New Roman"/>
          <w:sz w:val="24"/>
          <w:szCs w:val="24"/>
          <w:lang w:eastAsia="en-GB"/>
        </w:rPr>
        <w:t>Delegatul va permite Delegatarului accesul la registrele contractului, în functie de solicitarea acestuia.</w:t>
      </w:r>
    </w:p>
    <w:p w14:paraId="79A4F3FB"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14:paraId="4830D3E7"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lastRenderedPageBreak/>
        <w:t>După primirea Raportului de monitorizare, Delegatul va prezenta Delegatarului propunerile sale de îmbunătăţire a activității pentru a se conforma Contractului, inclusiv Indicatorilor de Performanță, transmiţând aceste propuneri în termen de 10 (zece) Zile de la data primirii Raportului de monitorizare. Propunerile de îmbunătățire a activității vor explica măsurile pe care Delegatul intenţionează să le ia pentru a-şi îmbunătăţi activitatea în scopul conformării cu Contractul, inclusiv cu nivelul Indicatorilor de Performanţă;</w:t>
      </w:r>
    </w:p>
    <w:p w14:paraId="143E182B"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trike/>
          <w:sz w:val="24"/>
          <w:szCs w:val="24"/>
          <w:lang w:eastAsia="en-GB"/>
        </w:rPr>
      </w:pPr>
      <w:r w:rsidRPr="00CD3EA5">
        <w:rPr>
          <w:rFonts w:ascii="Times New Roman" w:hAnsi="Times New Roman"/>
          <w:sz w:val="24"/>
          <w:szCs w:val="24"/>
          <w:lang w:eastAsia="en-GB"/>
        </w:rPr>
        <w:t xml:space="preserve">Propunerile de îmbunătățire a activității înaintate de Delegat Delegatarului, sau măsurile de conformare în termenul stabilit prin Raportul de monitorizare (în cazul lipsei unui răspuns din partea Delegatului în termenul prevăzut de alin. (11) din prezentul articol), reprezintă obligații asumate de Delegat, nerespectarea lor determinând aplicarea penalităților contractuale specifice. </w:t>
      </w:r>
    </w:p>
    <w:p w14:paraId="2D31D588"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ţine şi va păstra în bună stare toate înregistrările rezultatelor, evenimentelor şi incidentelor, în detaliu, care au legătură sau sunt necesare a fi colectate pentru Indicatorii de Performanţă. </w:t>
      </w:r>
    </w:p>
    <w:p w14:paraId="6BD986D0" w14:textId="77777777" w:rsidR="008B2EA6" w:rsidRPr="00CD3EA5" w:rsidRDefault="008B2EA6" w:rsidP="008B2EA6">
      <w:pPr>
        <w:pStyle w:val="ListParagraph"/>
        <w:tabs>
          <w:tab w:val="left" w:pos="450"/>
        </w:tabs>
        <w:autoSpaceDE w:val="0"/>
        <w:autoSpaceDN w:val="0"/>
        <w:adjustRightInd w:val="0"/>
        <w:spacing w:after="0" w:line="240" w:lineRule="auto"/>
        <w:ind w:left="284"/>
        <w:jc w:val="both"/>
        <w:rPr>
          <w:rFonts w:ascii="Times New Roman" w:hAnsi="Times New Roman"/>
          <w:sz w:val="24"/>
          <w:szCs w:val="24"/>
          <w:lang w:eastAsia="en-GB"/>
        </w:rPr>
      </w:pPr>
      <w:r w:rsidRPr="00CD3EA5">
        <w:rPr>
          <w:rFonts w:ascii="Times New Roman" w:hAnsi="Times New Roman"/>
          <w:sz w:val="24"/>
          <w:szCs w:val="24"/>
          <w:lang w:eastAsia="en-GB"/>
        </w:rPr>
        <w:t>Toate bazele de date şi tabelele centralizatoare trebuie păstrate în format electronic şi actualizate periodic. Copii în format electronic trebuie furnizate către Delegatar la cerere. Formatul standard al rapoartelor (zilnice, săptămânale, lunare, trimestriale și anuale) se va conveni între Delegatar și Operator în perioada de mobilizare.</w:t>
      </w:r>
    </w:p>
    <w:p w14:paraId="1315D38C"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trike/>
          <w:sz w:val="24"/>
          <w:szCs w:val="24"/>
          <w:lang w:eastAsia="en-GB"/>
        </w:rPr>
      </w:pPr>
      <w:r w:rsidRPr="00CD3EA5">
        <w:rPr>
          <w:rFonts w:ascii="Times New Roman" w:hAnsi="Times New Roman"/>
          <w:sz w:val="24"/>
          <w:szCs w:val="24"/>
          <w:lang w:eastAsia="en-GB"/>
        </w:rPr>
        <w:t xml:space="preserve">Delegatul va întocmi rapoarte lunare, trimestriale și anuale pe care le va înainta Delegatarului. </w:t>
      </w:r>
    </w:p>
    <w:p w14:paraId="4761709C"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raporta </w:t>
      </w:r>
      <w:r w:rsidRPr="00CD3EA5">
        <w:rPr>
          <w:rFonts w:ascii="Times New Roman" w:hAnsi="Times New Roman"/>
          <w:b/>
          <w:i/>
          <w:sz w:val="24"/>
          <w:szCs w:val="24"/>
          <w:lang w:eastAsia="en-GB"/>
        </w:rPr>
        <w:t>lunar</w:t>
      </w:r>
      <w:r w:rsidRPr="00CD3EA5">
        <w:rPr>
          <w:rFonts w:ascii="Times New Roman" w:hAnsi="Times New Roman"/>
          <w:sz w:val="24"/>
          <w:szCs w:val="24"/>
          <w:lang w:eastAsia="en-GB"/>
        </w:rPr>
        <w:t>, Delegatarului cel puțin următoarele:</w:t>
      </w:r>
    </w:p>
    <w:p w14:paraId="0029E6D8"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cantitatea de deșeuri Municipale colectate de pe raza fiecarui UAT din Aria de delegare, defalcat pe surse, tip de utilizatori și categorii de deșeuri;</w:t>
      </w:r>
    </w:p>
    <w:p w14:paraId="62899B99"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cantitatea de deșeuri predată operatorilor care desfășoară operațiuni de tratare a deșeurilor pe fiecare tip de deșeu;</w:t>
      </w:r>
    </w:p>
    <w:p w14:paraId="54232016"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rPr>
        <w:t>situația</w:t>
      </w:r>
      <w:r w:rsidRPr="00CD3EA5">
        <w:rPr>
          <w:rFonts w:ascii="Times New Roman" w:hAnsi="Times New Roman"/>
          <w:sz w:val="24"/>
          <w:szCs w:val="24"/>
          <w:lang w:eastAsia="en-GB"/>
        </w:rPr>
        <w:t xml:space="preserve"> tuturor Utilizatorilor cu care a încheiat un contract de prestări de servicii;</w:t>
      </w:r>
    </w:p>
    <w:p w14:paraId="6292DC9C"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situația numărului de utilizatori pentru care operatorul a prsetat serviciul în baza prezentului contract;</w:t>
      </w:r>
    </w:p>
    <w:p w14:paraId="372626BD"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situaţia tuturor utilizatorilor care nu au contract de prestări de servicii încheiat cu operatorul;</w:t>
      </w:r>
    </w:p>
    <w:p w14:paraId="4DA8E0E0"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înregistrări ale activităţii zilnice de prestare a serviciului pentru fiecare traseu de colectare;</w:t>
      </w:r>
    </w:p>
    <w:p w14:paraId="62C7BE66"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infrastructura de colectare a deșeurilor;</w:t>
      </w:r>
    </w:p>
    <w:p w14:paraId="23E044C5" w14:textId="77777777" w:rsidR="008B2EA6" w:rsidRPr="00CD3EA5" w:rsidRDefault="008B2EA6" w:rsidP="008B2EA6">
      <w:pPr>
        <w:pStyle w:val="ListParagraph"/>
        <w:numPr>
          <w:ilvl w:val="0"/>
          <w:numId w:val="101"/>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CD3EA5">
        <w:rPr>
          <w:rFonts w:ascii="Times New Roman" w:hAnsi="Times New Roman"/>
          <w:sz w:val="24"/>
          <w:szCs w:val="24"/>
          <w:lang w:eastAsia="en-GB"/>
        </w:rPr>
        <w:t>asigurarea igienei la platformele de colectare / dotarea operatorului de salubritate cu unelte și echipament de protecție;</w:t>
      </w:r>
    </w:p>
    <w:p w14:paraId="6DBAFAC0" w14:textId="77777777" w:rsidR="008B2EA6" w:rsidRPr="00CD3EA5" w:rsidRDefault="008B2EA6" w:rsidP="008B2EA6">
      <w:pPr>
        <w:pStyle w:val="ListParagraph"/>
        <w:numPr>
          <w:ilvl w:val="0"/>
          <w:numId w:val="101"/>
        </w:numPr>
        <w:tabs>
          <w:tab w:val="left" w:pos="900"/>
        </w:tabs>
        <w:spacing w:after="0" w:line="240" w:lineRule="auto"/>
        <w:ind w:left="63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evidența reclamațiilor și sesizările, modul și termenul de soluționare a acestora</w:t>
      </w:r>
      <w:r w:rsidRPr="00CD3EA5">
        <w:rPr>
          <w:rFonts w:ascii="Times New Roman" w:eastAsia="Times New Roman" w:hAnsi="Times New Roman"/>
          <w:b/>
          <w:bCs/>
          <w:sz w:val="24"/>
          <w:szCs w:val="24"/>
          <w:lang w:eastAsia="ro-RO"/>
        </w:rPr>
        <w:t xml:space="preserve">, </w:t>
      </w:r>
      <w:r w:rsidRPr="00CD3EA5">
        <w:rPr>
          <w:rFonts w:ascii="Times New Roman" w:eastAsia="Times New Roman" w:hAnsi="Times New Roman"/>
          <w:sz w:val="24"/>
          <w:szCs w:val="24"/>
          <w:lang w:eastAsia="ro-RO"/>
        </w:rPr>
        <w:t>procentul de sesizări/reclamații primite și a celor rămase nesoluționate.</w:t>
      </w:r>
    </w:p>
    <w:p w14:paraId="39329901" w14:textId="77777777" w:rsidR="008B2EA6" w:rsidRPr="00CD3EA5" w:rsidRDefault="008B2EA6" w:rsidP="008B2EA6">
      <w:pPr>
        <w:tabs>
          <w:tab w:val="left" w:pos="450"/>
        </w:tabs>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În sensul prezentului alineat, “lunar” va fi interpretat prin aceea că Delegatul trebuie să furnizeze în primele 7 (șapte) Zile din luna următoare  informațiile referitoare la situația Serviciului prestat pe luna precedentă, potrivit prevederilor prezentului articol.</w:t>
      </w:r>
    </w:p>
    <w:p w14:paraId="65247B93"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eastAsia="Times New Roman" w:hAnsi="Times New Roman"/>
          <w:sz w:val="24"/>
          <w:szCs w:val="24"/>
          <w:lang w:eastAsia="ro-RO"/>
        </w:rPr>
        <w:t xml:space="preserve">Delegatul va raporta </w:t>
      </w:r>
      <w:r w:rsidRPr="00CD3EA5">
        <w:rPr>
          <w:rFonts w:ascii="Times New Roman" w:eastAsia="Times New Roman" w:hAnsi="Times New Roman"/>
          <w:b/>
          <w:bCs/>
          <w:i/>
          <w:iCs/>
          <w:sz w:val="24"/>
          <w:szCs w:val="24"/>
          <w:lang w:eastAsia="ro-RO"/>
        </w:rPr>
        <w:t>trimestrial</w:t>
      </w:r>
      <w:r w:rsidRPr="00CD3EA5">
        <w:rPr>
          <w:rFonts w:ascii="Times New Roman" w:eastAsia="Times New Roman" w:hAnsi="Times New Roman"/>
          <w:b/>
          <w:bCs/>
          <w:sz w:val="24"/>
          <w:szCs w:val="24"/>
          <w:lang w:eastAsia="ro-RO"/>
        </w:rPr>
        <w:t xml:space="preserve"> </w:t>
      </w:r>
      <w:r w:rsidRPr="00CD3EA5">
        <w:rPr>
          <w:rFonts w:ascii="Times New Roman" w:eastAsia="Times New Roman" w:hAnsi="Times New Roman"/>
          <w:sz w:val="24"/>
          <w:szCs w:val="24"/>
          <w:lang w:eastAsia="ro-RO"/>
        </w:rPr>
        <w:t>Delegatarului cel puțin următoarele:</w:t>
      </w:r>
    </w:p>
    <w:p w14:paraId="43A5A9CB"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performanța realizată în ceea ce priveşte respectarea Indicatorilor de Performanță stabiliţi pe  baza anuală;</w:t>
      </w:r>
    </w:p>
    <w:p w14:paraId="456FA018"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Situația facturilor emise de către operatorul Stației de sortare Arad/Stație compostare în Tunel din Arad/Depozitul conform Arad și situația plăților efectuate către acești operatori;</w:t>
      </w:r>
    </w:p>
    <w:p w14:paraId="665DA045"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Numărul personalului angajat pentru derularea prezentului contract;</w:t>
      </w:r>
    </w:p>
    <w:p w14:paraId="30DA51F5"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Numărul total al utilajelor folosite în derularea contractului;</w:t>
      </w:r>
    </w:p>
    <w:p w14:paraId="4286E425"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Numărul recipienților de precolectare distribuiți la solicitarea utilizatorilor, pe tipuri de recipienți;</w:t>
      </w:r>
    </w:p>
    <w:p w14:paraId="4BEB2580"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Situația investițiilor efectuate conform planului de investiții însoțită de documente justificative;</w:t>
      </w:r>
    </w:p>
    <w:p w14:paraId="170A72F9" w14:textId="77777777" w:rsidR="008B2EA6" w:rsidRPr="00CD3EA5" w:rsidRDefault="008B2EA6" w:rsidP="008B2EA6">
      <w:pPr>
        <w:numPr>
          <w:ilvl w:val="0"/>
          <w:numId w:val="100"/>
        </w:numPr>
        <w:spacing w:after="0" w:line="240" w:lineRule="auto"/>
        <w:ind w:left="72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Numărul sesizărilor primite, numărul sesizărilor soluționate/nesoluționate.</w:t>
      </w:r>
    </w:p>
    <w:p w14:paraId="06E97B46" w14:textId="77777777" w:rsidR="008B2EA6" w:rsidRPr="00CD3EA5" w:rsidRDefault="008B2EA6" w:rsidP="008B2EA6">
      <w:pPr>
        <w:spacing w:after="0" w:line="240" w:lineRule="auto"/>
        <w:ind w:firstLine="360"/>
        <w:jc w:val="both"/>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 xml:space="preserve">În sensul prezentului alineat “trimestrial” va fi interpretat prin aceea că Delegatul trebuie să furnizeze înainte de sfârşitul primei luni din trimestru (perioada de trei luni/patru trimestre pe an) informaţiile referitoare la trimestrul precedent. Pentru primul an de operare, în situația în care primul trimestru dintr-un </w:t>
      </w:r>
      <w:r w:rsidRPr="00CD3EA5">
        <w:rPr>
          <w:rFonts w:ascii="Times New Roman" w:eastAsia="Times New Roman" w:hAnsi="Times New Roman"/>
          <w:sz w:val="24"/>
          <w:szCs w:val="24"/>
          <w:lang w:eastAsia="ro-RO"/>
        </w:rPr>
        <w:lastRenderedPageBreak/>
        <w:t>an nu este acoperit integral, prima raportare trimestrială va avea în vedere lunile din acel trimestru pentru care operarea a fost prestată. Pentru ultimul an de operare, în situația în care ultimul trimestru nu este complet, clauza se aplică prin similitudine.</w:t>
      </w:r>
    </w:p>
    <w:p w14:paraId="462AE47A" w14:textId="77777777" w:rsidR="008B2EA6" w:rsidRPr="00CD3EA5" w:rsidRDefault="008B2EA6" w:rsidP="008B2EA6">
      <w:pPr>
        <w:pStyle w:val="ListParagraph"/>
        <w:numPr>
          <w:ilvl w:val="0"/>
          <w:numId w:val="79"/>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raporta </w:t>
      </w:r>
      <w:r w:rsidRPr="00CD3EA5">
        <w:rPr>
          <w:rFonts w:ascii="Times New Roman" w:hAnsi="Times New Roman"/>
          <w:b/>
          <w:i/>
          <w:sz w:val="24"/>
          <w:szCs w:val="24"/>
          <w:lang w:eastAsia="en-GB"/>
        </w:rPr>
        <w:t>anual</w:t>
      </w:r>
      <w:r w:rsidRPr="00CD3EA5">
        <w:rPr>
          <w:rFonts w:ascii="Times New Roman" w:hAnsi="Times New Roman"/>
          <w:sz w:val="24"/>
          <w:szCs w:val="24"/>
          <w:lang w:eastAsia="en-GB"/>
        </w:rPr>
        <w:t xml:space="preserve"> Delegatarului cel puțin următoarele:</w:t>
      </w:r>
    </w:p>
    <w:p w14:paraId="768BF110"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hAnsi="Times New Roman"/>
          <w:sz w:val="24"/>
          <w:szCs w:val="24"/>
          <w:lang w:eastAsia="en-GB"/>
        </w:rPr>
        <w:t>rezultatele determinărilor privind compoziţia Deşeurilor Municipale pe baza de cantitati colectate separat pe tipuri de deşeuri;</w:t>
      </w:r>
    </w:p>
    <w:p w14:paraId="71ABDD5C"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hAnsi="Times New Roman"/>
          <w:sz w:val="24"/>
          <w:szCs w:val="24"/>
          <w:lang w:eastAsia="en-GB"/>
        </w:rPr>
        <w:t>informaţii privind: numărul total de personal angajat; numărul total al zilelor lucrate; consumul total de combustibil pe vehicul pe luna pentru, fiecare flux de colectare (ex.: Deşeuri Reciclabile, Biodeşeuri. etc.); numărul total de kilometri/vehicul pe luna pentru fiecare flux de colectare (ex.: Deşeuri Reciclabile, Bio-deseuri, etc.);</w:t>
      </w:r>
    </w:p>
    <w:p w14:paraId="6957F7A6"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hAnsi="Times New Roman"/>
          <w:sz w:val="24"/>
          <w:szCs w:val="24"/>
          <w:lang w:eastAsia="en-GB"/>
        </w:rPr>
        <w:t>informaţii privind: eficiența colectării privind: % de Utilizatori Casnici de la care nu au fost colectate Deşeuri; % din colectările planificate nu au fost realizate (colectările omise) dar au fost remediate în maxim 24 ore; % din colectările de la Utilizatori Non-Casnici care nu au fost realizate în termen de 24 ore; cantitatea de Deşeuri Municipale abandonate ca procentaj din cantitatea totală de Deşeuri Municipale colectate;</w:t>
      </w:r>
    </w:p>
    <w:p w14:paraId="6EC4846D"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hAnsi="Times New Roman"/>
          <w:sz w:val="24"/>
          <w:szCs w:val="24"/>
          <w:lang w:eastAsia="en-GB"/>
        </w:rPr>
        <w:t xml:space="preserve"> performanța realizată în ceea ce priveşte respectarea Indicatorilor de Performanță stabiliţi pe o baza anuală, după caz.</w:t>
      </w:r>
    </w:p>
    <w:p w14:paraId="041943BC"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eastAsia="Times New Roman" w:hAnsi="Times New Roman"/>
          <w:sz w:val="24"/>
          <w:szCs w:val="24"/>
          <w:lang w:eastAsia="ro-RO"/>
        </w:rPr>
        <w:t>Situația investițiilor efectuate conform Planului de investiții însoțită de documente justificative;</w:t>
      </w:r>
    </w:p>
    <w:p w14:paraId="584839C5" w14:textId="77777777" w:rsidR="008B2EA6" w:rsidRPr="00CD3EA5" w:rsidRDefault="008B2EA6" w:rsidP="008B2EA6">
      <w:pPr>
        <w:pStyle w:val="ListParagraph"/>
        <w:numPr>
          <w:ilvl w:val="1"/>
          <w:numId w:val="79"/>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prezenta, la începutul fiecărui An Contractual, Delegatarului, dovezi: </w:t>
      </w:r>
    </w:p>
    <w:p w14:paraId="65DD166D" w14:textId="77777777" w:rsidR="008B2EA6" w:rsidRPr="00CD3EA5" w:rsidRDefault="008B2EA6" w:rsidP="008B2EA6">
      <w:pPr>
        <w:numPr>
          <w:ilvl w:val="0"/>
          <w:numId w:val="65"/>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CD3EA5">
        <w:rPr>
          <w:rFonts w:ascii="Times New Roman" w:hAnsi="Times New Roman"/>
          <w:bCs/>
          <w:sz w:val="24"/>
          <w:szCs w:val="24"/>
        </w:rPr>
        <w:t xml:space="preserve">de plată a impozitelor, taxelor și contribuțiilor precum și a primelor de asigurări; </w:t>
      </w:r>
    </w:p>
    <w:p w14:paraId="6DB247F5" w14:textId="77777777" w:rsidR="008B2EA6" w:rsidRPr="00CD3EA5" w:rsidRDefault="008B2EA6" w:rsidP="008B2EA6">
      <w:pPr>
        <w:numPr>
          <w:ilvl w:val="0"/>
          <w:numId w:val="65"/>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CD3EA5">
        <w:rPr>
          <w:rFonts w:ascii="Times New Roman" w:hAnsi="Times New Roman"/>
          <w:bCs/>
          <w:sz w:val="24"/>
          <w:szCs w:val="24"/>
        </w:rPr>
        <w:t>de înmatriculare a vehiculelor de transport deșeuri, corespondența acestora cu cele din oferta tehnică;</w:t>
      </w:r>
    </w:p>
    <w:p w14:paraId="6B7F8593" w14:textId="77777777" w:rsidR="008B2EA6" w:rsidRPr="00CD3EA5" w:rsidRDefault="008B2EA6" w:rsidP="008B2EA6">
      <w:pPr>
        <w:numPr>
          <w:ilvl w:val="0"/>
          <w:numId w:val="65"/>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CD3EA5">
        <w:rPr>
          <w:rFonts w:ascii="Times New Roman" w:hAnsi="Times New Roman"/>
          <w:bCs/>
          <w:sz w:val="24"/>
          <w:szCs w:val="24"/>
        </w:rPr>
        <w:t>de control tehnic al vehiculelor și încadrare în normele de control a emisiilor;</w:t>
      </w:r>
    </w:p>
    <w:p w14:paraId="1634571C" w14:textId="77777777" w:rsidR="008B2EA6" w:rsidRPr="00CD3EA5" w:rsidRDefault="008B2EA6" w:rsidP="008B2EA6">
      <w:pPr>
        <w:numPr>
          <w:ilvl w:val="0"/>
          <w:numId w:val="65"/>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CD3EA5">
        <w:rPr>
          <w:rFonts w:ascii="Times New Roman" w:hAnsi="Times New Roman"/>
          <w:bCs/>
          <w:sz w:val="24"/>
          <w:szCs w:val="24"/>
        </w:rPr>
        <w:t>suma cheltuită în fiecare an cu lucrările (inclusiv investițiile) în sarcina delegatului în baza prezentului contract, detaliat pe fiecare tip de lucrare/investiție dacă este cazul;</w:t>
      </w:r>
    </w:p>
    <w:p w14:paraId="70FE86A4" w14:textId="77777777" w:rsidR="008B2EA6" w:rsidRPr="00CD3EA5" w:rsidRDefault="008B2EA6" w:rsidP="008B2EA6">
      <w:pPr>
        <w:numPr>
          <w:ilvl w:val="0"/>
          <w:numId w:val="65"/>
        </w:numPr>
        <w:tabs>
          <w:tab w:val="left" w:pos="1350"/>
        </w:tabs>
        <w:autoSpaceDE w:val="0"/>
        <w:autoSpaceDN w:val="0"/>
        <w:adjustRightInd w:val="0"/>
        <w:spacing w:after="0" w:line="240" w:lineRule="auto"/>
        <w:ind w:left="709" w:firstLine="371"/>
        <w:jc w:val="both"/>
        <w:rPr>
          <w:rFonts w:ascii="Times New Roman" w:hAnsi="Times New Roman"/>
          <w:bCs/>
          <w:kern w:val="32"/>
          <w:sz w:val="24"/>
          <w:szCs w:val="24"/>
        </w:rPr>
      </w:pPr>
      <w:r w:rsidRPr="00CD3EA5">
        <w:rPr>
          <w:rFonts w:ascii="Times New Roman" w:hAnsi="Times New Roman"/>
          <w:bCs/>
          <w:sz w:val="24"/>
          <w:szCs w:val="24"/>
        </w:rPr>
        <w:t>de deținere a tuturor Autorizațiilor valabile.</w:t>
      </w:r>
    </w:p>
    <w:p w14:paraId="6F8027A1" w14:textId="77777777" w:rsidR="008B2EA6" w:rsidRPr="00CD3EA5" w:rsidRDefault="008B2EA6" w:rsidP="008B2EA6">
      <w:pPr>
        <w:pStyle w:val="ListParagraph"/>
        <w:numPr>
          <w:ilvl w:val="1"/>
          <w:numId w:val="79"/>
        </w:numPr>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en-GB"/>
        </w:rPr>
        <w:t>Delegatul va raporta date și informații Autorității competente pentru protecția mediului (date și informații specifice activității, inclusiv chestionarele si anchetele statistice naționale) și va raporta Autorității de reglementare cantitățile de deșeuri predate operatorilor pentru tratarea acestora pe fiecare tip de deșeu colectat.</w:t>
      </w:r>
    </w:p>
    <w:p w14:paraId="227D349D" w14:textId="77777777" w:rsidR="008B2EA6" w:rsidRPr="00CD3EA5" w:rsidRDefault="008B2EA6" w:rsidP="008B2EA6">
      <w:pPr>
        <w:pStyle w:val="ListParagraph"/>
        <w:numPr>
          <w:ilvl w:val="1"/>
          <w:numId w:val="79"/>
        </w:numPr>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en-GB"/>
        </w:rPr>
        <w:t>Managerul de contract va participa la ședinte de verificare o data la 3 luni și oricând la cererea Delegatarului în scopul verificării prestării serviciului.</w:t>
      </w:r>
    </w:p>
    <w:p w14:paraId="38583EE1"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În sensul prezentului alineat, “anual” va fi interpretat prin aceea că Delegatul trebuie să furnizeze înainte de sfârşitul primei luni a unui An Calendaristic informaţiile referitoare la Anul Calendaristic precedent.</w:t>
      </w:r>
    </w:p>
    <w:p w14:paraId="2C712165"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0B1AE98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155" w:name="_Toc11221565"/>
      <w:bookmarkStart w:id="156" w:name="_Toc350954020"/>
      <w:r w:rsidRPr="00CD3EA5">
        <w:rPr>
          <w:rFonts w:ascii="Times New Roman" w:hAnsi="Times New Roman"/>
          <w:sz w:val="24"/>
          <w:szCs w:val="24"/>
          <w:lang w:val="ro-RO" w:eastAsia="ro-RO"/>
        </w:rPr>
        <w:t>FLUXUL DEȘEURILOR</w:t>
      </w:r>
      <w:bookmarkEnd w:id="155"/>
      <w:r w:rsidRPr="00CD3EA5">
        <w:rPr>
          <w:rFonts w:ascii="Times New Roman" w:hAnsi="Times New Roman"/>
          <w:sz w:val="24"/>
          <w:szCs w:val="24"/>
          <w:lang w:val="ro-RO" w:eastAsia="ro-RO"/>
        </w:rPr>
        <w:t xml:space="preserve"> </w:t>
      </w:r>
    </w:p>
    <w:p w14:paraId="227C83C2"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 xml:space="preserve">(1) </w:t>
      </w:r>
      <w:r w:rsidRPr="00CD3EA5">
        <w:rPr>
          <w:rFonts w:ascii="Times New Roman" w:hAnsi="Times New Roman"/>
          <w:bCs/>
          <w:sz w:val="24"/>
          <w:szCs w:val="24"/>
        </w:rPr>
        <w:t>Delegatul va transporta Deșeurile colectate conform următorului flux de Deșeuri, cu respectarea prevederilor Regulamentului Serviciului și Caietului de Sarcini referitoare la fluxul deșeurilor:</w:t>
      </w:r>
    </w:p>
    <w:p w14:paraId="1DD75C0E"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
          <w:bCs/>
          <w:sz w:val="24"/>
          <w:szCs w:val="24"/>
        </w:rPr>
        <w:t>a)</w:t>
      </w:r>
      <w:r w:rsidRPr="00CD3EA5">
        <w:rPr>
          <w:rFonts w:ascii="Times New Roman" w:hAnsi="Times New Roman"/>
          <w:bCs/>
          <w:sz w:val="24"/>
          <w:szCs w:val="24"/>
        </w:rPr>
        <w:t xml:space="preserve"> va transporta Deșeurile Reciclabile colectate separat, inclusiv Deșeurile din Ambalaje Municipale colectate separat doar la Stația de transfer arondată zonei; </w:t>
      </w:r>
    </w:p>
    <w:p w14:paraId="69F34FDD"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
          <w:bCs/>
          <w:sz w:val="24"/>
          <w:szCs w:val="24"/>
        </w:rPr>
        <w:t>b)</w:t>
      </w:r>
      <w:r w:rsidRPr="00CD3EA5">
        <w:rPr>
          <w:rFonts w:ascii="Times New Roman" w:hAnsi="Times New Roman"/>
          <w:bCs/>
          <w:sz w:val="24"/>
          <w:szCs w:val="24"/>
        </w:rPr>
        <w:t xml:space="preserve"> va transporta biodeșeurile și deșeurile verzi colectate separat în vederea compostării Statia de transfer arondata zonei; </w:t>
      </w:r>
    </w:p>
    <w:p w14:paraId="364BB5C4"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
          <w:bCs/>
          <w:sz w:val="24"/>
          <w:szCs w:val="24"/>
        </w:rPr>
        <w:t>c)</w:t>
      </w:r>
      <w:r w:rsidRPr="00CD3EA5">
        <w:rPr>
          <w:rFonts w:ascii="Times New Roman" w:hAnsi="Times New Roman"/>
          <w:bCs/>
          <w:sz w:val="24"/>
          <w:szCs w:val="24"/>
        </w:rPr>
        <w:t xml:space="preserve"> va transporta pentru depozitare Deșeurile Reziduale la Stația de transfer arondată zonei;</w:t>
      </w:r>
    </w:p>
    <w:p w14:paraId="1188E9F0"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d</w:t>
      </w:r>
      <w:r w:rsidRPr="00CD3EA5">
        <w:rPr>
          <w:rFonts w:ascii="Times New Roman" w:hAnsi="Times New Roman"/>
          <w:b/>
          <w:bCs/>
          <w:sz w:val="24"/>
          <w:szCs w:val="24"/>
        </w:rPr>
        <w:t>)</w:t>
      </w:r>
      <w:r w:rsidRPr="00CD3EA5">
        <w:rPr>
          <w:rFonts w:ascii="Times New Roman" w:hAnsi="Times New Roman"/>
          <w:bCs/>
          <w:sz w:val="24"/>
          <w:szCs w:val="24"/>
        </w:rPr>
        <w:t xml:space="preserve"> Deşeurile Periculoase din Deșeurile Menajere vor fi transportate la un operator autorizat, conform Ofertei.</w:t>
      </w:r>
    </w:p>
    <w:p w14:paraId="4C834579"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e</w:t>
      </w:r>
      <w:r w:rsidRPr="00CD3EA5">
        <w:rPr>
          <w:rFonts w:ascii="Times New Roman" w:hAnsi="Times New Roman"/>
          <w:b/>
          <w:bCs/>
          <w:sz w:val="24"/>
          <w:szCs w:val="24"/>
        </w:rPr>
        <w:t>)</w:t>
      </w:r>
      <w:r w:rsidRPr="00CD3EA5">
        <w:rPr>
          <w:rFonts w:ascii="Times New Roman" w:hAnsi="Times New Roman"/>
          <w:bCs/>
          <w:sz w:val="24"/>
          <w:szCs w:val="24"/>
        </w:rPr>
        <w:t xml:space="preserve"> Deșeurile textile colectate vor fi transportate la un operator autorizat, conform Ofertei.</w:t>
      </w:r>
    </w:p>
    <w:p w14:paraId="630D1004"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f</w:t>
      </w:r>
      <w:r w:rsidRPr="00CD3EA5">
        <w:rPr>
          <w:rFonts w:ascii="Times New Roman" w:hAnsi="Times New Roman"/>
          <w:b/>
          <w:bCs/>
          <w:sz w:val="24"/>
          <w:szCs w:val="24"/>
        </w:rPr>
        <w:t>)</w:t>
      </w:r>
      <w:r w:rsidRPr="00CD3EA5">
        <w:rPr>
          <w:rFonts w:ascii="Times New Roman" w:hAnsi="Times New Roman"/>
          <w:bCs/>
          <w:sz w:val="24"/>
          <w:szCs w:val="24"/>
        </w:rPr>
        <w:t xml:space="preserve"> Deșeurile voluminoase colectate vor fi transportate la un operator autorizat, conform Ofertei.</w:t>
      </w:r>
    </w:p>
    <w:p w14:paraId="072C5A39"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g</w:t>
      </w:r>
      <w:r w:rsidRPr="00CD3EA5">
        <w:rPr>
          <w:rFonts w:ascii="Times New Roman" w:hAnsi="Times New Roman"/>
          <w:b/>
          <w:bCs/>
          <w:sz w:val="24"/>
          <w:szCs w:val="24"/>
        </w:rPr>
        <w:t>)</w:t>
      </w:r>
      <w:r w:rsidRPr="00CD3EA5">
        <w:rPr>
          <w:rFonts w:ascii="Times New Roman" w:hAnsi="Times New Roman"/>
          <w:bCs/>
          <w:sz w:val="24"/>
          <w:szCs w:val="24"/>
        </w:rPr>
        <w:t xml:space="preserve"> Deșeurile din construcții colectate vor fi transportate la un operator autorizat, conform Ofertei.</w:t>
      </w:r>
    </w:p>
    <w:p w14:paraId="4B8DFE58" w14:textId="77777777" w:rsidR="008B2EA6" w:rsidRPr="00CD3EA5" w:rsidRDefault="008B2EA6" w:rsidP="008B2EA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h</w:t>
      </w:r>
      <w:r w:rsidRPr="00CD3EA5">
        <w:rPr>
          <w:rFonts w:ascii="Times New Roman" w:hAnsi="Times New Roman"/>
          <w:b/>
          <w:bCs/>
          <w:sz w:val="24"/>
          <w:szCs w:val="24"/>
        </w:rPr>
        <w:t>)</w:t>
      </w:r>
      <w:r w:rsidRPr="00CD3EA5">
        <w:rPr>
          <w:rFonts w:ascii="Times New Roman" w:hAnsi="Times New Roman"/>
          <w:bCs/>
          <w:sz w:val="24"/>
          <w:szCs w:val="24"/>
        </w:rPr>
        <w:t xml:space="preserve"> Deșeurile abandonate colectate vor fi transportate Statia de transfer arondată zonei.</w:t>
      </w:r>
    </w:p>
    <w:p w14:paraId="2163544E"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lastRenderedPageBreak/>
        <w:t xml:space="preserve">(2) </w:t>
      </w:r>
      <w:r w:rsidRPr="00CD3EA5">
        <w:rPr>
          <w:rFonts w:ascii="Times New Roman" w:hAnsi="Times New Roman"/>
          <w:bCs/>
          <w:sz w:val="24"/>
          <w:szCs w:val="24"/>
        </w:rPr>
        <w:t>Deșeurile colectate trebuie predate instalaţiei expres specificate mai sus pentru fiecare categorie de Deșeuri. Delegatul va respecta condițiile specifice pentru fiecare instalație.</w:t>
      </w:r>
    </w:p>
    <w:p w14:paraId="7AA6021C"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 xml:space="preserve">(3) </w:t>
      </w:r>
      <w:r w:rsidRPr="00CD3EA5">
        <w:rPr>
          <w:rFonts w:ascii="Times New Roman" w:hAnsi="Times New Roman"/>
          <w:bCs/>
          <w:sz w:val="24"/>
          <w:szCs w:val="24"/>
        </w:rPr>
        <w:t xml:space="preserve">Delegatul va fi familiarizat cu criteriile de acceptare a Deșeurilor la fiecare instalaţie unde predă Deșeurile colectate separat şi se va asigura, printr-o inspecţie vizuală, că Deșeurile colectate sunt conforme cu aceste criterii. Dacă, în urma inspecţiei vizuale, Deșeurile din recipiente sunt neconforme cu criteriile de acceptare ale instalației căreia îi sunt destinate, Delegatul le va prelua și transporta la Depozitul conform al </w:t>
      </w:r>
      <w:r w:rsidRPr="00CD3EA5">
        <w:rPr>
          <w:rFonts w:ascii="Times New Roman" w:eastAsia="Times New Roman" w:hAnsi="Times New Roman"/>
          <w:sz w:val="24"/>
          <w:szCs w:val="24"/>
          <w:lang w:eastAsia="ro-RO"/>
        </w:rPr>
        <w:t>FCC Environment România SRL/</w:t>
      </w:r>
      <w:r w:rsidRPr="00CD3EA5">
        <w:rPr>
          <w:rFonts w:ascii="Times New Roman" w:hAnsi="Times New Roman"/>
          <w:bCs/>
          <w:sz w:val="24"/>
          <w:szCs w:val="24"/>
        </w:rPr>
        <w:t>/Statia de transfer Arondata zonei</w:t>
      </w:r>
      <w:r w:rsidRPr="00CD3EA5">
        <w:rPr>
          <w:rFonts w:ascii="Times New Roman" w:hAnsi="Times New Roman"/>
          <w:bCs/>
          <w:strike/>
          <w:sz w:val="24"/>
          <w:szCs w:val="24"/>
        </w:rPr>
        <w:t xml:space="preserve">, </w:t>
      </w:r>
    </w:p>
    <w:p w14:paraId="4DABDAD7"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bCs/>
          <w:sz w:val="24"/>
          <w:szCs w:val="24"/>
        </w:rPr>
        <w:t>(4)</w:t>
      </w:r>
      <w:r w:rsidRPr="00CD3EA5">
        <w:rPr>
          <w:rFonts w:ascii="Times New Roman" w:hAnsi="Times New Roman"/>
          <w:bCs/>
          <w:sz w:val="24"/>
          <w:szCs w:val="24"/>
        </w:rPr>
        <w:t xml:space="preserve"> Este interzis Delegatului să încredințeze la depozitare Deșeurile Reciclabile colectate separat la sursă. </w:t>
      </w:r>
    </w:p>
    <w:p w14:paraId="54F74EE2"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2E9A19B5"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157" w:name="_Toc11221566"/>
      <w:r w:rsidRPr="00CD3EA5">
        <w:rPr>
          <w:rFonts w:ascii="Times New Roman" w:hAnsi="Times New Roman"/>
          <w:sz w:val="24"/>
          <w:szCs w:val="24"/>
          <w:lang w:val="ro-RO" w:eastAsia="ro-RO"/>
        </w:rPr>
        <w:t>COLECTAREA SEPARATĂ</w:t>
      </w:r>
      <w:bookmarkEnd w:id="157"/>
      <w:r w:rsidRPr="00CD3EA5">
        <w:rPr>
          <w:rFonts w:ascii="Times New Roman" w:hAnsi="Times New Roman"/>
          <w:sz w:val="24"/>
          <w:szCs w:val="24"/>
          <w:lang w:val="ro-RO" w:eastAsia="ro-RO"/>
        </w:rPr>
        <w:t xml:space="preserve"> </w:t>
      </w:r>
    </w:p>
    <w:p w14:paraId="68D8F3EB" w14:textId="77777777" w:rsidR="008B2EA6" w:rsidRPr="00CD3EA5" w:rsidRDefault="008B2EA6" w:rsidP="008B2EA6">
      <w:pPr>
        <w:pStyle w:val="ListParagraph"/>
        <w:numPr>
          <w:ilvl w:val="0"/>
          <w:numId w:val="84"/>
        </w:numPr>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Cs/>
          <w:sz w:val="24"/>
          <w:szCs w:val="24"/>
        </w:rPr>
        <w:t>Deșeurile vor fi colectate separat conform Regulamentului Serviciului.</w:t>
      </w:r>
    </w:p>
    <w:p w14:paraId="66125CEE" w14:textId="77777777" w:rsidR="008B2EA6" w:rsidRPr="00CD3EA5" w:rsidRDefault="008B2EA6" w:rsidP="008B2EA6">
      <w:pPr>
        <w:pStyle w:val="ListParagraph"/>
        <w:numPr>
          <w:ilvl w:val="0"/>
          <w:numId w:val="84"/>
        </w:numPr>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Cs/>
          <w:sz w:val="24"/>
          <w:szCs w:val="24"/>
        </w:rPr>
        <w:t>Următoarele Deşeuri Reciclabile vor fi colectate separat pe 5 fracţii:</w:t>
      </w:r>
    </w:p>
    <w:p w14:paraId="6983F924" w14:textId="77777777" w:rsidR="008B2EA6" w:rsidRPr="00CD3EA5" w:rsidRDefault="008B2EA6" w:rsidP="008B2EA6">
      <w:pPr>
        <w:pStyle w:val="Heading330"/>
        <w:keepNext/>
        <w:keepLines/>
        <w:numPr>
          <w:ilvl w:val="3"/>
          <w:numId w:val="85"/>
        </w:numPr>
        <w:shd w:val="clear" w:color="auto" w:fill="auto"/>
        <w:tabs>
          <w:tab w:val="left" w:pos="1170"/>
        </w:tabs>
        <w:spacing w:before="0" w:line="240" w:lineRule="auto"/>
        <w:ind w:hanging="2530"/>
        <w:outlineLvl w:val="9"/>
        <w:rPr>
          <w:rStyle w:val="Heading33"/>
          <w:rFonts w:ascii="Times New Roman" w:hAnsi="Times New Roman" w:cs="Times New Roman"/>
          <w:sz w:val="24"/>
          <w:szCs w:val="24"/>
          <w:lang w:eastAsia="ro-RO"/>
        </w:rPr>
      </w:pPr>
      <w:bookmarkStart w:id="158" w:name="bookmark27"/>
      <w:r w:rsidRPr="00CD3EA5">
        <w:rPr>
          <w:rStyle w:val="Heading33"/>
          <w:rFonts w:ascii="Times New Roman" w:hAnsi="Times New Roman" w:cs="Times New Roman"/>
          <w:sz w:val="24"/>
          <w:szCs w:val="24"/>
          <w:lang w:eastAsia="ro-RO"/>
        </w:rPr>
        <w:t>plastic/metal</w:t>
      </w:r>
      <w:bookmarkEnd w:id="158"/>
      <w:r w:rsidRPr="00CD3EA5">
        <w:rPr>
          <w:rStyle w:val="Heading33"/>
          <w:rFonts w:ascii="Times New Roman" w:hAnsi="Times New Roman" w:cs="Times New Roman"/>
          <w:sz w:val="24"/>
          <w:szCs w:val="24"/>
          <w:lang w:eastAsia="ro-RO"/>
        </w:rPr>
        <w:t>,</w:t>
      </w:r>
    </w:p>
    <w:p w14:paraId="06F9BC63" w14:textId="77777777" w:rsidR="008B2EA6" w:rsidRPr="00CD3EA5" w:rsidRDefault="008B2EA6" w:rsidP="008B2EA6">
      <w:pPr>
        <w:pStyle w:val="Heading330"/>
        <w:keepNext/>
        <w:keepLines/>
        <w:numPr>
          <w:ilvl w:val="0"/>
          <w:numId w:val="85"/>
        </w:numPr>
        <w:shd w:val="clear" w:color="auto" w:fill="auto"/>
        <w:spacing w:before="0" w:line="240" w:lineRule="auto"/>
        <w:outlineLvl w:val="9"/>
        <w:rPr>
          <w:rStyle w:val="Bodytext20"/>
          <w:rFonts w:ascii="Times New Roman" w:hAnsi="Times New Roman" w:cs="Times New Roman"/>
          <w:sz w:val="24"/>
          <w:szCs w:val="24"/>
        </w:rPr>
      </w:pPr>
      <w:r w:rsidRPr="00CD3EA5">
        <w:rPr>
          <w:rStyle w:val="Bodytext20"/>
          <w:rFonts w:ascii="Times New Roman" w:hAnsi="Times New Roman" w:cs="Times New Roman"/>
          <w:sz w:val="24"/>
          <w:szCs w:val="24"/>
          <w:lang w:eastAsia="ro-RO"/>
        </w:rPr>
        <w:t>hârtie/carton,</w:t>
      </w:r>
    </w:p>
    <w:p w14:paraId="35BCE16E" w14:textId="77777777" w:rsidR="008B2EA6" w:rsidRPr="00CD3EA5" w:rsidRDefault="008B2EA6" w:rsidP="008B2EA6">
      <w:pPr>
        <w:pStyle w:val="Heading330"/>
        <w:keepNext/>
        <w:keepLines/>
        <w:numPr>
          <w:ilvl w:val="0"/>
          <w:numId w:val="85"/>
        </w:numPr>
        <w:shd w:val="clear" w:color="auto" w:fill="auto"/>
        <w:spacing w:before="0" w:line="240" w:lineRule="auto"/>
        <w:outlineLvl w:val="9"/>
        <w:rPr>
          <w:rStyle w:val="Bodytext20"/>
          <w:rFonts w:ascii="Times New Roman" w:hAnsi="Times New Roman" w:cs="Times New Roman"/>
          <w:sz w:val="24"/>
          <w:szCs w:val="24"/>
        </w:rPr>
      </w:pPr>
      <w:r w:rsidRPr="00CD3EA5">
        <w:rPr>
          <w:rStyle w:val="Bodytext20"/>
          <w:rFonts w:ascii="Times New Roman" w:hAnsi="Times New Roman" w:cs="Times New Roman"/>
          <w:sz w:val="24"/>
          <w:szCs w:val="24"/>
          <w:lang w:eastAsia="ro-RO"/>
        </w:rPr>
        <w:t>sticlă,</w:t>
      </w:r>
    </w:p>
    <w:p w14:paraId="2A210D08" w14:textId="77777777" w:rsidR="008B2EA6" w:rsidRPr="00CD3EA5" w:rsidRDefault="008B2EA6" w:rsidP="008B2EA6">
      <w:pPr>
        <w:pStyle w:val="Heading330"/>
        <w:keepNext/>
        <w:keepLines/>
        <w:numPr>
          <w:ilvl w:val="0"/>
          <w:numId w:val="85"/>
        </w:numPr>
        <w:shd w:val="clear" w:color="auto" w:fill="auto"/>
        <w:spacing w:before="0" w:line="240" w:lineRule="auto"/>
        <w:outlineLvl w:val="9"/>
        <w:rPr>
          <w:rStyle w:val="Bodytext20"/>
          <w:rFonts w:ascii="Times New Roman" w:hAnsi="Times New Roman" w:cs="Times New Roman"/>
          <w:sz w:val="24"/>
          <w:szCs w:val="24"/>
        </w:rPr>
      </w:pPr>
      <w:r w:rsidRPr="00CD3EA5">
        <w:rPr>
          <w:rStyle w:val="Bodytext20"/>
          <w:rFonts w:ascii="Times New Roman" w:hAnsi="Times New Roman" w:cs="Times New Roman"/>
          <w:sz w:val="24"/>
          <w:szCs w:val="24"/>
          <w:lang w:val="de-DE" w:eastAsia="ro-RO"/>
        </w:rPr>
        <w:t>biodeșeuri din mediul urban</w:t>
      </w:r>
    </w:p>
    <w:p w14:paraId="50FDBE1A" w14:textId="77777777" w:rsidR="008B2EA6" w:rsidRPr="00CD3EA5" w:rsidRDefault="008B2EA6" w:rsidP="008B2EA6">
      <w:pPr>
        <w:pStyle w:val="Heading330"/>
        <w:keepNext/>
        <w:keepLines/>
        <w:numPr>
          <w:ilvl w:val="0"/>
          <w:numId w:val="85"/>
        </w:numPr>
        <w:shd w:val="clear" w:color="auto" w:fill="auto"/>
        <w:spacing w:before="0" w:line="240" w:lineRule="auto"/>
        <w:outlineLvl w:val="9"/>
        <w:rPr>
          <w:rStyle w:val="Bodytext20"/>
          <w:rFonts w:ascii="Times New Roman" w:hAnsi="Times New Roman" w:cs="Times New Roman"/>
          <w:sz w:val="24"/>
          <w:szCs w:val="24"/>
        </w:rPr>
      </w:pPr>
      <w:r w:rsidRPr="00CD3EA5">
        <w:rPr>
          <w:rStyle w:val="Bodytext20"/>
          <w:rFonts w:ascii="Times New Roman" w:hAnsi="Times New Roman" w:cs="Times New Roman"/>
          <w:sz w:val="24"/>
          <w:szCs w:val="24"/>
          <w:lang w:eastAsia="ro-RO"/>
        </w:rPr>
        <w:t xml:space="preserve">textile, prin campanii, ( </w:t>
      </w:r>
      <w:r w:rsidRPr="00CD3EA5">
        <w:rPr>
          <w:rStyle w:val="Bodytext20"/>
          <w:rFonts w:ascii="Times New Roman" w:hAnsi="Times New Roman" w:cs="Times New Roman"/>
          <w:sz w:val="24"/>
          <w:szCs w:val="24"/>
          <w:lang w:val="ro-RO" w:eastAsia="ro-RO"/>
        </w:rPr>
        <w:t>î</w:t>
      </w:r>
      <w:r w:rsidRPr="00CD3EA5">
        <w:rPr>
          <w:rStyle w:val="Bodytext20"/>
          <w:rFonts w:ascii="Times New Roman" w:hAnsi="Times New Roman" w:cs="Times New Roman"/>
          <w:sz w:val="24"/>
          <w:szCs w:val="24"/>
          <w:lang w:eastAsia="ro-RO"/>
        </w:rPr>
        <w:t>n mediul Urban 2/an, în mediul Rural 1/an )</w:t>
      </w:r>
      <w:r>
        <w:rPr>
          <w:rStyle w:val="Bodytext20"/>
          <w:rFonts w:ascii="Times New Roman" w:hAnsi="Times New Roman" w:cs="Times New Roman"/>
          <w:sz w:val="24"/>
          <w:szCs w:val="24"/>
          <w:lang w:eastAsia="ro-RO"/>
        </w:rPr>
        <w:t>.</w:t>
      </w:r>
    </w:p>
    <w:p w14:paraId="3172CF40" w14:textId="77777777" w:rsidR="008B2EA6" w:rsidRPr="00CD3EA5" w:rsidRDefault="008B2EA6" w:rsidP="008B2EA6">
      <w:pPr>
        <w:pStyle w:val="ListParagraph"/>
        <w:numPr>
          <w:ilvl w:val="0"/>
          <w:numId w:val="84"/>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CD3EA5">
        <w:rPr>
          <w:rFonts w:ascii="Times New Roman" w:hAnsi="Times New Roman"/>
          <w:bCs/>
          <w:sz w:val="24"/>
          <w:szCs w:val="24"/>
        </w:rPr>
        <w:t xml:space="preserve">Delegatul este responsabil pentru determinarea semestrială a compoziției Deșeurilor colectate. </w:t>
      </w:r>
    </w:p>
    <w:p w14:paraId="1C85A1FE" w14:textId="77777777" w:rsidR="008B2EA6" w:rsidRPr="00CD3EA5" w:rsidRDefault="008B2EA6" w:rsidP="008B2EA6">
      <w:pPr>
        <w:pStyle w:val="ListParagraph"/>
        <w:numPr>
          <w:ilvl w:val="0"/>
          <w:numId w:val="84"/>
        </w:numPr>
        <w:tabs>
          <w:tab w:val="left" w:pos="360"/>
        </w:tabs>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Cs/>
          <w:sz w:val="24"/>
          <w:szCs w:val="24"/>
        </w:rPr>
        <w:t>Atunci când mai multe fracţii de Deşeuri sunt colectate simultan, Delegatul va asigura ca vehiculele de colectare să fie echipate cu un anumit număr de camere separate.</w:t>
      </w:r>
    </w:p>
    <w:p w14:paraId="4DA45BA6" w14:textId="77777777" w:rsidR="008B2EA6" w:rsidRPr="0038285D" w:rsidRDefault="008B2EA6" w:rsidP="008B2EA6">
      <w:pPr>
        <w:pStyle w:val="ListParagraph"/>
        <w:numPr>
          <w:ilvl w:val="0"/>
          <w:numId w:val="84"/>
        </w:numPr>
        <w:tabs>
          <w:tab w:val="left" w:pos="360"/>
        </w:tabs>
        <w:autoSpaceDE w:val="0"/>
        <w:autoSpaceDN w:val="0"/>
        <w:adjustRightInd w:val="0"/>
        <w:spacing w:after="0" w:line="240" w:lineRule="auto"/>
        <w:ind w:left="360"/>
        <w:jc w:val="both"/>
        <w:rPr>
          <w:rFonts w:ascii="Times New Roman" w:hAnsi="Times New Roman"/>
          <w:bCs/>
          <w:sz w:val="24"/>
          <w:szCs w:val="24"/>
        </w:rPr>
      </w:pPr>
      <w:r w:rsidRPr="00CD3EA5">
        <w:rPr>
          <w:rFonts w:ascii="Times New Roman" w:hAnsi="Times New Roman"/>
          <w:bCs/>
          <w:sz w:val="24"/>
          <w:szCs w:val="24"/>
        </w:rPr>
        <w:t xml:space="preserve">Operatorul are obligația de a asigura colectarea separată atât a deșeurilor menajere cât și a deșeurilor reciclabile  provenite de la utilizatorii casnici, separat de colectarea deșeurilor menajere și reciclabile </w:t>
      </w:r>
      <w:r w:rsidRPr="0038285D">
        <w:rPr>
          <w:rFonts w:ascii="Times New Roman" w:hAnsi="Times New Roman"/>
          <w:bCs/>
          <w:sz w:val="24"/>
          <w:szCs w:val="24"/>
        </w:rPr>
        <w:t>generate de utilizatorii noncasnici, precum și de a realiza colectarea diferențiată pentru fiecare unitate administrativ-teritorială (UAT) din aria de delegare.</w:t>
      </w:r>
    </w:p>
    <w:p w14:paraId="355CC8FF" w14:textId="77777777" w:rsidR="008B2EA6" w:rsidRPr="0038285D" w:rsidRDefault="008B2EA6" w:rsidP="008B2EA6">
      <w:pPr>
        <w:pStyle w:val="ListParagraph"/>
        <w:numPr>
          <w:ilvl w:val="0"/>
          <w:numId w:val="84"/>
        </w:numPr>
        <w:tabs>
          <w:tab w:val="left" w:pos="360"/>
        </w:tabs>
        <w:autoSpaceDE w:val="0"/>
        <w:autoSpaceDN w:val="0"/>
        <w:adjustRightInd w:val="0"/>
        <w:spacing w:after="0" w:line="240" w:lineRule="auto"/>
        <w:ind w:left="360"/>
        <w:jc w:val="both"/>
        <w:rPr>
          <w:rFonts w:ascii="Times New Roman" w:hAnsi="Times New Roman"/>
          <w:bCs/>
          <w:sz w:val="24"/>
          <w:szCs w:val="24"/>
        </w:rPr>
      </w:pPr>
      <w:r w:rsidRPr="0038285D">
        <w:rPr>
          <w:rFonts w:ascii="Times New Roman" w:hAnsi="Times New Roman"/>
          <w:bCs/>
          <w:sz w:val="24"/>
          <w:szCs w:val="24"/>
        </w:rPr>
        <w:t>Delegatul va asigura un spațiu/spații pentru stocarea temporară a Deșeurilor periculoase din deșeurile menajere, voluminoase, textile, construcții și demolări din Deșeurile Menajere, care va fi amenajat la baza/bazele de lucru conform prevederilor din Caietul de Sarcini  (Anexa nr. 2 la prezentul Contract) și va/vor fi autorizat(e) conform Legii.</w:t>
      </w:r>
    </w:p>
    <w:p w14:paraId="4397A25F" w14:textId="77777777" w:rsidR="008B2EA6" w:rsidRPr="00CD3EA5" w:rsidRDefault="008B2EA6" w:rsidP="008B2EA6">
      <w:pPr>
        <w:tabs>
          <w:tab w:val="left" w:pos="360"/>
        </w:tabs>
        <w:autoSpaceDE w:val="0"/>
        <w:autoSpaceDN w:val="0"/>
        <w:adjustRightInd w:val="0"/>
        <w:spacing w:after="0" w:line="240" w:lineRule="auto"/>
        <w:ind w:left="90" w:hanging="90"/>
        <w:jc w:val="both"/>
        <w:rPr>
          <w:rFonts w:ascii="Times New Roman" w:hAnsi="Times New Roman"/>
          <w:bCs/>
          <w:sz w:val="24"/>
          <w:szCs w:val="24"/>
        </w:rPr>
      </w:pPr>
    </w:p>
    <w:p w14:paraId="2B3CF825" w14:textId="77777777" w:rsidR="008B2EA6" w:rsidRPr="00CD3EA5" w:rsidRDefault="008B2EA6" w:rsidP="008B2EA6">
      <w:pPr>
        <w:spacing w:after="0" w:line="240" w:lineRule="auto"/>
        <w:rPr>
          <w:rFonts w:ascii="Times New Roman" w:hAnsi="Times New Roman"/>
          <w:i/>
          <w:sz w:val="24"/>
          <w:szCs w:val="24"/>
          <w:lang w:eastAsia="ro-RO"/>
        </w:rPr>
      </w:pPr>
      <w:bookmarkStart w:id="159" w:name="_Toc11221567"/>
    </w:p>
    <w:bookmarkEnd w:id="156"/>
    <w:p w14:paraId="5D0870EA"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PRESTAREA SERVICIULUI, PROGRAMUL DE OPERARE ŞI ÎNTREŢINEREA BUNURILOR</w:t>
      </w:r>
      <w:bookmarkEnd w:id="159"/>
    </w:p>
    <w:p w14:paraId="27E0BA2B"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bookmarkStart w:id="160" w:name="_Toc332970523"/>
      <w:bookmarkStart w:id="161" w:name="_Toc333325573"/>
      <w:bookmarkStart w:id="162" w:name="_Toc333326644"/>
      <w:bookmarkStart w:id="163" w:name="_Toc334082400"/>
      <w:bookmarkStart w:id="164" w:name="_Toc337128346"/>
      <w:bookmarkStart w:id="165" w:name="_Toc337558412"/>
      <w:bookmarkStart w:id="166" w:name="_Toc337653192"/>
      <w:bookmarkStart w:id="167" w:name="_Toc337740266"/>
      <w:r w:rsidRPr="00CD3EA5">
        <w:rPr>
          <w:rFonts w:ascii="Times New Roman" w:hAnsi="Times New Roman"/>
          <w:bCs/>
          <w:sz w:val="24"/>
          <w:szCs w:val="24"/>
        </w:rPr>
        <w:t>Delegatul se obligă să furnizeze Serviciul în conformitate cu condițiile stabilite în Regulamentul Serviciului (Anexa nr. 1 la prezentul Contract), precum şi în Programul de Operare/Graficul de colectare.</w:t>
      </w:r>
    </w:p>
    <w:p w14:paraId="7352D271"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 xml:space="preserve">Delegatul se obligă să supravegheze prestarea Serviciului, să asigure resursele umane, materialele, instalaţiile, echipamentele şi alte resurse, fie de natură provizorie, fie definitivă, cerute pentru îndeplinirea Contractului. </w:t>
      </w:r>
    </w:p>
    <w:p w14:paraId="4B603C8D"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Delegatarul are dreptul de a verifica modul de prestare a Serviciului. Verificările vor fi efectuate de către Delegatar.</w:t>
      </w:r>
    </w:p>
    <w:p w14:paraId="45FFBEAB"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Colectarea fiecărei fracţii de Deşeuri (Deşeuri Reciclabile, Biodeșeuri/verzi, Deşeuri reziduale colectate etc.) va fi efectuată în aceleași zile din săptămână și va fi diferită pentru fiecare fracție colectată separat. Colectările obişnuite vor avea loc conform Caietului de Sarcini al Serviciului (Anexa nr. 2 la prezentul Contract), cu excepţia cazului când se convine altfel.</w:t>
      </w:r>
    </w:p>
    <w:p w14:paraId="7F4290F7" w14:textId="77777777" w:rsidR="008B2EA6" w:rsidRPr="00CD3EA5" w:rsidRDefault="008B2EA6" w:rsidP="008B2EA6">
      <w:pPr>
        <w:pStyle w:val="ListParagraph"/>
        <w:numPr>
          <w:ilvl w:val="0"/>
          <w:numId w:val="86"/>
        </w:numPr>
        <w:spacing w:after="160" w:line="259" w:lineRule="auto"/>
        <w:ind w:left="360"/>
        <w:jc w:val="both"/>
        <w:rPr>
          <w:rFonts w:ascii="Times New Roman" w:hAnsi="Times New Roman"/>
          <w:bCs/>
          <w:sz w:val="24"/>
          <w:szCs w:val="24"/>
        </w:rPr>
      </w:pPr>
      <w:r w:rsidRPr="00CD3EA5">
        <w:rPr>
          <w:rFonts w:ascii="Times New Roman" w:hAnsi="Times New Roman"/>
          <w:bCs/>
          <w:sz w:val="24"/>
          <w:szCs w:val="24"/>
        </w:rPr>
        <w:t>Operatorul are obligația de a asigura colectarea separată a deșeurilor municipale provenite de la utilizatorii casnici, distinct de colectarea deșeurilor generate de agenții economici, precum și de a realiza colectarea diferențiată pentru fiecare unitate administrativ-teritorială (UAT) din aria de delegare.</w:t>
      </w:r>
    </w:p>
    <w:p w14:paraId="37C054AF"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lastRenderedPageBreak/>
        <w:t>Pentru colectarea „în punctele de colectare” (respectiv colectările din zonele de blocuri și de la punctele de colectare), frecvența minimă de colectare va fi cea prevăzută în Caietul de Sarcini al Serviciului (Anexa nr. 2 la prezentul Contract) și Programul de Operare/Graficul de colectare.</w:t>
      </w:r>
    </w:p>
    <w:p w14:paraId="687D8847"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 xml:space="preserve"> Delegatul trebuie să colecteze Deșeurile abandonate pe domeniul public la cererea/cu aprobarea UAT-ului, Deșeurile provenind de la evenimente speciale, conform Caietului de Sarcini. </w:t>
      </w:r>
    </w:p>
    <w:p w14:paraId="32E1E94E"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Plata activității de colectare a deșeurilor abandonate pe domeniul public al căror generator este necunoscut va fi asigurată de fiecare unitate administrativ-teritorială, din bugetul propriu.</w:t>
      </w:r>
    </w:p>
    <w:p w14:paraId="1FC02330"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Plata activității de colectare a deșeurilor provenite de la evenimente speciale va fi asigurată de organizatorii respectivelor evenimente.</w:t>
      </w:r>
    </w:p>
    <w:p w14:paraId="2912B7B7" w14:textId="77777777" w:rsidR="008B2EA6" w:rsidRPr="00CD3EA5" w:rsidRDefault="008B2EA6" w:rsidP="008B2EA6">
      <w:pPr>
        <w:pStyle w:val="ListParagraph"/>
        <w:numPr>
          <w:ilvl w:val="0"/>
          <w:numId w:val="86"/>
        </w:numPr>
        <w:tabs>
          <w:tab w:val="left" w:pos="360"/>
        </w:tabs>
        <w:autoSpaceDE w:val="0"/>
        <w:autoSpaceDN w:val="0"/>
        <w:adjustRightInd w:val="0"/>
        <w:spacing w:after="0" w:line="240" w:lineRule="auto"/>
        <w:ind w:left="284" w:hanging="284"/>
        <w:jc w:val="both"/>
        <w:rPr>
          <w:rFonts w:ascii="Times New Roman" w:hAnsi="Times New Roman"/>
          <w:bCs/>
          <w:sz w:val="24"/>
          <w:szCs w:val="24"/>
        </w:rPr>
      </w:pPr>
      <w:bookmarkStart w:id="168" w:name="_Toc378327494"/>
      <w:bookmarkStart w:id="169" w:name="_Toc379978591"/>
      <w:bookmarkStart w:id="170" w:name="_Toc380141036"/>
      <w:bookmarkStart w:id="171" w:name="_Toc381791113"/>
      <w:bookmarkStart w:id="172" w:name="_Toc381957641"/>
      <w:bookmarkStart w:id="173" w:name="_Toc11221569"/>
      <w:r w:rsidRPr="00CD3EA5">
        <w:rPr>
          <w:rFonts w:ascii="Times New Roman" w:hAnsi="Times New Roman"/>
          <w:bCs/>
          <w:sz w:val="24"/>
          <w:szCs w:val="24"/>
        </w:rPr>
        <w:t>Delegatul va verifica starea tehnică a echipamentelor de colectare şi le va înlocui pe cele care prezintă defecţiuni sau neetanşeităţi în ma ximum 24 de ore de la sesizare. În cazul colectării „din poartă în poartă”, Delegatul va înlocui orice recipient deteriorat de către angajații săi sau din cauze independente de utilizatorii seviciului. În cazul colectării „în punctele de colectare”, Delegatul va înlocui toate containerele deteriorate.</w:t>
      </w:r>
      <w:bookmarkEnd w:id="168"/>
      <w:bookmarkEnd w:id="169"/>
      <w:bookmarkEnd w:id="170"/>
      <w:bookmarkEnd w:id="171"/>
      <w:bookmarkEnd w:id="172"/>
      <w:bookmarkEnd w:id="173"/>
    </w:p>
    <w:p w14:paraId="4E1EA1B3"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 xml:space="preserve">Delegatul va avea un număr suficient de mare de vehicule şi echipamente adecvate, eficiente şi în stare bună de funcționare pentru colectarea Deșeurilor ce fac obiectul prezentului Contract, precum şi personal cu calificarea corespunzătoare pentru operarea acestora, conform Caietului de Sarcini al Serviciului și Ofertei, anexate la prezentul Contract. </w:t>
      </w:r>
    </w:p>
    <w:p w14:paraId="082E2F0A"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 xml:space="preserve">În cazul unei defecțiuni la un vehicul, Delegatul se va asigura imediat că este utilizat un alt vehicul adecvat. </w:t>
      </w:r>
    </w:p>
    <w:p w14:paraId="6ECF5265"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se va asigura că operaţiunea de colectare a Deșeurilor din orice recipient nedescărcat la data la care era prevăzută colectarea, se va efectua în maxim 24 de ore de la data respectivă. Nu se va efectua nicio plată suplimentară către Delegat pentru colectarea Deșeurilor din recipiente nedescărcate la data prevăzută pentru colectare.</w:t>
      </w:r>
    </w:p>
    <w:p w14:paraId="2298DCA3"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va elabora şi va implementa planuri anuale de revizii şi reparaţii pentru utilajele de transport, executate cu forţe proprii şi cu terţi.</w:t>
      </w:r>
    </w:p>
    <w:p w14:paraId="5D551B13"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va folosi traseele cele mai scurte și/sau cu cel mai redus risc pentru sănătatea populaţiei și pentru mediu. Delegatul va elabora un plan detaliat privind rutele de transport pentru colectare (care va fi aprobat de Delegatar cu implicarea UAT membre, în perioada de mobilizare a contractului), rutele aprobate nu vor putea fi modificate decât cu acceptul scris prealabil al Delegatarului.</w:t>
      </w:r>
    </w:p>
    <w:p w14:paraId="24FC9B25"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va ţine evidenţa orelor de funcţionare a vehiculelor utilizate pentru prestarea Serviciului.</w:t>
      </w:r>
    </w:p>
    <w:p w14:paraId="09D89BDC"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14:paraId="55DFE9FD"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nu va abandona Deşeuri pe traseu şi va ridica în totalitate Deșeurile rezultate din activitatea acestuia de pe traseul de colectare şi transport.</w:t>
      </w:r>
    </w:p>
    <w:p w14:paraId="0A20690D" w14:textId="77777777" w:rsidR="008B2EA6" w:rsidRPr="00CD3EA5" w:rsidRDefault="008B2EA6" w:rsidP="008B2EA6">
      <w:pPr>
        <w:pStyle w:val="ListParagraph"/>
        <w:numPr>
          <w:ilvl w:val="0"/>
          <w:numId w:val="86"/>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CD3EA5">
        <w:rPr>
          <w:rFonts w:ascii="Times New Roman" w:hAnsi="Times New Roman"/>
          <w:bCs/>
          <w:sz w:val="24"/>
          <w:szCs w:val="24"/>
        </w:rPr>
        <w:t>Delegatul va asigura un sistem de evidentă a sesizărilor şi reclamaţiilor, respectiv de rezolvare operativă a acestora.</w:t>
      </w:r>
      <w:bookmarkStart w:id="174" w:name="_Toc11221570"/>
      <w:bookmarkStart w:id="175" w:name="_Toc350954021"/>
      <w:bookmarkEnd w:id="160"/>
      <w:bookmarkEnd w:id="161"/>
      <w:bookmarkEnd w:id="162"/>
      <w:bookmarkEnd w:id="163"/>
      <w:bookmarkEnd w:id="164"/>
      <w:bookmarkEnd w:id="165"/>
      <w:bookmarkEnd w:id="166"/>
      <w:bookmarkEnd w:id="167"/>
    </w:p>
    <w:p w14:paraId="186ADEE8" w14:textId="77777777" w:rsidR="008B2EA6" w:rsidRPr="00CD3EA5" w:rsidRDefault="008B2EA6" w:rsidP="008B2EA6">
      <w:pPr>
        <w:pStyle w:val="Default"/>
        <w:jc w:val="both"/>
        <w:rPr>
          <w:color w:val="auto"/>
        </w:rPr>
      </w:pPr>
    </w:p>
    <w:p w14:paraId="56F6332F" w14:textId="77777777" w:rsidR="008B2EA6" w:rsidRPr="00CD3EA5" w:rsidRDefault="008B2EA6" w:rsidP="008B2EA6">
      <w:pPr>
        <w:spacing w:after="0" w:line="240" w:lineRule="auto"/>
        <w:rPr>
          <w:rFonts w:ascii="Times New Roman" w:hAnsi="Times New Roman"/>
          <w:i/>
          <w:sz w:val="24"/>
          <w:szCs w:val="24"/>
          <w:lang w:eastAsia="ro-RO"/>
        </w:rPr>
      </w:pPr>
    </w:p>
    <w:p w14:paraId="3E168829"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BUNURILE UTILIZATE ÎN DERULAREA CONTRACTULUI</w:t>
      </w:r>
      <w:bookmarkEnd w:id="174"/>
    </w:p>
    <w:p w14:paraId="017270EE" w14:textId="77777777" w:rsidR="008B2EA6" w:rsidRPr="00CD3EA5" w:rsidRDefault="008B2EA6" w:rsidP="008B2EA6">
      <w:pPr>
        <w:spacing w:after="0" w:line="240" w:lineRule="auto"/>
        <w:jc w:val="both"/>
        <w:rPr>
          <w:rFonts w:ascii="Times New Roman" w:hAnsi="Times New Roman"/>
          <w:sz w:val="24"/>
          <w:szCs w:val="24"/>
        </w:rPr>
      </w:pPr>
      <w:bookmarkStart w:id="176" w:name="_Toc378327496"/>
      <w:bookmarkStart w:id="177" w:name="_Toc379978593"/>
      <w:bookmarkStart w:id="178" w:name="_Toc380141038"/>
      <w:bookmarkStart w:id="179" w:name="_Toc381791115"/>
      <w:bookmarkStart w:id="180" w:name="_Toc381957643"/>
      <w:bookmarkEnd w:id="175"/>
      <w:r w:rsidRPr="00CD3EA5">
        <w:rPr>
          <w:rFonts w:ascii="Times New Roman" w:hAnsi="Times New Roman"/>
          <w:sz w:val="24"/>
          <w:szCs w:val="24"/>
        </w:rPr>
        <w:t>Categoriile de bunuri ce vor fi utilizate de către Delegat în derularea Contractului sunt următoarele:</w:t>
      </w:r>
      <w:bookmarkEnd w:id="176"/>
      <w:bookmarkEnd w:id="177"/>
      <w:bookmarkEnd w:id="178"/>
      <w:bookmarkEnd w:id="179"/>
      <w:bookmarkEnd w:id="180"/>
    </w:p>
    <w:p w14:paraId="1E62FA62" w14:textId="77777777" w:rsidR="008B2EA6" w:rsidRPr="00CD3EA5" w:rsidRDefault="008B2EA6" w:rsidP="008B2EA6">
      <w:pPr>
        <w:pStyle w:val="Heading3"/>
        <w:spacing w:before="0" w:line="240" w:lineRule="auto"/>
        <w:rPr>
          <w:rFonts w:ascii="Times New Roman" w:hAnsi="Times New Roman"/>
          <w:b w:val="0"/>
          <w:sz w:val="24"/>
          <w:szCs w:val="24"/>
          <w:lang w:val="ro-RO"/>
        </w:rPr>
      </w:pPr>
      <w:bookmarkStart w:id="181" w:name="_Toc378327497"/>
      <w:bookmarkStart w:id="182" w:name="_Toc379978594"/>
      <w:bookmarkStart w:id="183" w:name="_Toc380141039"/>
      <w:bookmarkStart w:id="184" w:name="_Toc381791116"/>
      <w:bookmarkStart w:id="185" w:name="_Toc381957644"/>
      <w:bookmarkStart w:id="186" w:name="_Toc11221571"/>
      <w:r w:rsidRPr="00CD3EA5">
        <w:rPr>
          <w:rFonts w:ascii="Times New Roman" w:hAnsi="Times New Roman"/>
          <w:sz w:val="24"/>
          <w:szCs w:val="24"/>
          <w:lang w:val="ro-RO"/>
        </w:rPr>
        <w:t xml:space="preserve">17.1. </w:t>
      </w:r>
      <w:bookmarkEnd w:id="181"/>
      <w:bookmarkEnd w:id="182"/>
      <w:bookmarkEnd w:id="183"/>
      <w:r w:rsidRPr="00CD3EA5">
        <w:rPr>
          <w:rFonts w:ascii="Times New Roman" w:hAnsi="Times New Roman"/>
          <w:sz w:val="24"/>
          <w:szCs w:val="24"/>
          <w:lang w:val="ro-RO"/>
        </w:rPr>
        <w:t>Bunurile de Retur</w:t>
      </w:r>
      <w:bookmarkEnd w:id="184"/>
      <w:bookmarkEnd w:id="185"/>
      <w:bookmarkEnd w:id="186"/>
      <w:r w:rsidRPr="00CD3EA5">
        <w:rPr>
          <w:rFonts w:ascii="Times New Roman" w:hAnsi="Times New Roman"/>
          <w:b w:val="0"/>
          <w:sz w:val="24"/>
          <w:szCs w:val="24"/>
          <w:lang w:val="ro-RO"/>
        </w:rPr>
        <w:t xml:space="preserve"> </w:t>
      </w:r>
    </w:p>
    <w:p w14:paraId="562C439D" w14:textId="77777777" w:rsidR="008B2EA6" w:rsidRPr="00CD3EA5" w:rsidRDefault="008B2EA6" w:rsidP="008B2EA6">
      <w:pPr>
        <w:spacing w:after="0" w:line="240" w:lineRule="auto"/>
        <w:jc w:val="both"/>
        <w:rPr>
          <w:rFonts w:ascii="Times New Roman" w:hAnsi="Times New Roman"/>
          <w:sz w:val="24"/>
          <w:szCs w:val="24"/>
        </w:rPr>
      </w:pPr>
      <w:bookmarkStart w:id="187" w:name="_Toc378327503"/>
      <w:bookmarkStart w:id="188" w:name="_Toc379978600"/>
      <w:bookmarkStart w:id="189" w:name="_Toc380141045"/>
      <w:bookmarkStart w:id="190" w:name="_Toc381791122"/>
      <w:bookmarkStart w:id="191" w:name="_Toc381957650"/>
      <w:r w:rsidRPr="00CD3EA5">
        <w:rPr>
          <w:rFonts w:ascii="Times New Roman" w:hAnsi="Times New Roman"/>
          <w:sz w:val="24"/>
          <w:szCs w:val="24"/>
        </w:rPr>
        <w:t>17.1.1.</w:t>
      </w:r>
      <w:r w:rsidRPr="00CD3EA5">
        <w:rPr>
          <w:rFonts w:ascii="Times New Roman" w:hAnsi="Times New Roman"/>
          <w:sz w:val="24"/>
          <w:szCs w:val="24"/>
        </w:rPr>
        <w:tab/>
        <w:t>Acestea sunt:</w:t>
      </w:r>
    </w:p>
    <w:p w14:paraId="7B2AC459" w14:textId="77777777" w:rsidR="008B2EA6" w:rsidRPr="00CD3EA5" w:rsidRDefault="008B2EA6" w:rsidP="008B2EA6">
      <w:pPr>
        <w:spacing w:after="0" w:line="240" w:lineRule="auto"/>
        <w:ind w:left="270"/>
        <w:jc w:val="both"/>
        <w:rPr>
          <w:rFonts w:ascii="Times New Roman" w:hAnsi="Times New Roman"/>
          <w:sz w:val="24"/>
          <w:szCs w:val="24"/>
        </w:rPr>
      </w:pPr>
      <w:r w:rsidRPr="00CD3EA5">
        <w:rPr>
          <w:rFonts w:ascii="Times New Roman" w:hAnsi="Times New Roman"/>
          <w:b/>
          <w:sz w:val="24"/>
          <w:szCs w:val="24"/>
        </w:rPr>
        <w:t>a)</w:t>
      </w:r>
      <w:r w:rsidRPr="00CD3EA5">
        <w:rPr>
          <w:rFonts w:ascii="Times New Roman" w:hAnsi="Times New Roman"/>
          <w:sz w:val="24"/>
          <w:szCs w:val="24"/>
        </w:rPr>
        <w:t xml:space="preserve"> bunurile Delegatarului (a Județului Arad prin Consiliul Județean Arad) pe care acesta le-a </w:t>
      </w:r>
      <w:r w:rsidRPr="00CD3EA5">
        <w:rPr>
          <w:rFonts w:ascii="Times New Roman" w:hAnsi="Times New Roman"/>
          <w:bCs/>
          <w:sz w:val="24"/>
          <w:szCs w:val="24"/>
        </w:rPr>
        <w:t>concesoinat</w:t>
      </w:r>
      <w:r w:rsidRPr="00CD3EA5">
        <w:rPr>
          <w:rFonts w:ascii="Times New Roman" w:hAnsi="Times New Roman"/>
          <w:sz w:val="24"/>
          <w:szCs w:val="24"/>
        </w:rPr>
        <w:t xml:space="preserve"> prin prezentul Contract Delegatului (cuprinse în Anexa nr. 4 a prezentului Contract), care rămân proprietatea Delegatarului, </w:t>
      </w:r>
      <w:r w:rsidRPr="00CD3EA5">
        <w:rPr>
          <w:rStyle w:val="Bodytext20"/>
          <w:rFonts w:ascii="Times New Roman" w:hAnsi="Times New Roman" w:cs="Times New Roman"/>
          <w:sz w:val="24"/>
          <w:szCs w:val="24"/>
        </w:rPr>
        <w:t xml:space="preserve">Delegatul primeşte posesia și dreptul de folosinţa asupra acestor bunuri, pe întreaga durata a Contractului, </w:t>
      </w:r>
      <w:r w:rsidRPr="00CD3EA5">
        <w:rPr>
          <w:rFonts w:ascii="Times New Roman" w:hAnsi="Times New Roman"/>
          <w:sz w:val="24"/>
          <w:szCs w:val="24"/>
        </w:rPr>
        <w:t xml:space="preserve">precum și </w:t>
      </w:r>
    </w:p>
    <w:p w14:paraId="32BB787A" w14:textId="77777777" w:rsidR="008B2EA6" w:rsidRPr="00CD3EA5" w:rsidRDefault="008B2EA6" w:rsidP="008B2EA6">
      <w:pPr>
        <w:spacing w:after="0" w:line="240" w:lineRule="auto"/>
        <w:ind w:left="270"/>
        <w:jc w:val="both"/>
        <w:rPr>
          <w:rStyle w:val="Bodytext20"/>
          <w:rFonts w:ascii="Times New Roman" w:hAnsi="Times New Roman" w:cs="Times New Roman"/>
          <w:sz w:val="24"/>
          <w:szCs w:val="24"/>
        </w:rPr>
      </w:pPr>
      <w:r w:rsidRPr="00CD3EA5">
        <w:rPr>
          <w:rFonts w:ascii="Times New Roman" w:hAnsi="Times New Roman"/>
          <w:b/>
          <w:sz w:val="24"/>
          <w:szCs w:val="24"/>
        </w:rPr>
        <w:lastRenderedPageBreak/>
        <w:t>b)</w:t>
      </w:r>
      <w:r w:rsidRPr="00CD3EA5">
        <w:rPr>
          <w:rFonts w:ascii="Times New Roman" w:hAnsi="Times New Roman"/>
          <w:sz w:val="24"/>
          <w:szCs w:val="24"/>
        </w:rPr>
        <w:t xml:space="preserve"> </w:t>
      </w:r>
      <w:r w:rsidRPr="00CD3EA5">
        <w:rPr>
          <w:rStyle w:val="Bodytext20"/>
          <w:rFonts w:ascii="Times New Roman" w:hAnsi="Times New Roman" w:cs="Times New Roman"/>
          <w:sz w:val="24"/>
          <w:szCs w:val="24"/>
        </w:rPr>
        <w:t>bunurile rezultate din investiţiile prevăzute de prezentul Contract în sarcina Delegatului, astfel cum sunt prevăzute în Anexa 6 la prezentul contract. Acestea rămân proprietatea Delegatului pe întreaga Durată a executării Contractului și revin de drept în proprietatea Delegatarului la data încetării prin ajungere la termen a contractului.</w:t>
      </w:r>
    </w:p>
    <w:p w14:paraId="5D09BAC2" w14:textId="77777777" w:rsidR="008B2EA6" w:rsidRPr="008B3EA1" w:rsidRDefault="008B2EA6" w:rsidP="008B2EA6">
      <w:pPr>
        <w:pStyle w:val="Bodytext21"/>
        <w:shd w:val="clear" w:color="auto" w:fill="auto"/>
        <w:tabs>
          <w:tab w:val="left" w:pos="838"/>
        </w:tabs>
        <w:spacing w:after="0" w:line="240" w:lineRule="auto"/>
        <w:ind w:firstLine="0"/>
        <w:jc w:val="both"/>
        <w:rPr>
          <w:rFonts w:ascii="Times New Roman" w:hAnsi="Times New Roman" w:cs="Times New Roman"/>
          <w:sz w:val="24"/>
          <w:szCs w:val="24"/>
        </w:rPr>
      </w:pPr>
      <w:r w:rsidRPr="00CD3EA5">
        <w:rPr>
          <w:rStyle w:val="Bodytext20"/>
          <w:rFonts w:ascii="Times New Roman" w:hAnsi="Times New Roman" w:cs="Times New Roman"/>
          <w:sz w:val="24"/>
          <w:szCs w:val="24"/>
        </w:rPr>
        <w:t>Inventarul Bunurilor de Retur existente la Data Semnării Contractului este prevăzut în Anexa nr. 4 la prezentul Contract. Pentru Bunurile de Retur prevăzute la art. 17.1.1. lit. a) de mai sus se încheie un proces-verbal de predare-prim</w:t>
      </w:r>
      <w:r>
        <w:rPr>
          <w:rStyle w:val="Bodytext20"/>
          <w:rFonts w:ascii="Times New Roman" w:hAnsi="Times New Roman" w:cs="Times New Roman"/>
          <w:sz w:val="24"/>
          <w:szCs w:val="24"/>
        </w:rPr>
        <w:t>ire între Delegat și Delegatarul proprietar al bunurilor</w:t>
      </w:r>
      <w:r w:rsidRPr="00CD3EA5">
        <w:rPr>
          <w:rStyle w:val="Bodytext20"/>
          <w:rFonts w:ascii="Times New Roman" w:hAnsi="Times New Roman" w:cs="Times New Roman"/>
          <w:sz w:val="24"/>
          <w:szCs w:val="24"/>
        </w:rPr>
        <w:t xml:space="preserve">, care constituie Anexa nr. 4 la prezentul Contract. În situaţia în care pe parcursul executării Contractului Delegatarul investeşte în Bunuri de Retur noi de natura celor prevăzute la art. 17.1.1. de mai sus acestea vor fi predate Delegatului, iar Anexa nr. 4 va fi actualizată corespunzător. Sunt Bunuri de Retur, bunurile cuprinse în Anexa nr. </w:t>
      </w:r>
      <w:r w:rsidRPr="008B3EA1">
        <w:rPr>
          <w:rStyle w:val="Bodytext20"/>
          <w:rFonts w:ascii="Times New Roman" w:hAnsi="Times New Roman" w:cs="Times New Roman"/>
          <w:sz w:val="24"/>
          <w:szCs w:val="24"/>
        </w:rPr>
        <w:t>4 modificată și sau completată, după caz, prin acte adiționale.</w:t>
      </w:r>
    </w:p>
    <w:p w14:paraId="594E878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17.1.2.</w:t>
      </w:r>
      <w:r w:rsidRPr="00CD3EA5">
        <w:rPr>
          <w:rFonts w:ascii="Times New Roman" w:hAnsi="Times New Roman"/>
          <w:sz w:val="24"/>
          <w:szCs w:val="24"/>
        </w:rPr>
        <w:tab/>
        <w:t xml:space="preserve">Toate Bunurile de Retur din Anexa 4 revin de drept Delegatarului, la încetarea Contractului din orice cauză, libere de orice sarcini şi gratuit. </w:t>
      </w:r>
      <w:bookmarkEnd w:id="187"/>
      <w:bookmarkEnd w:id="188"/>
      <w:bookmarkEnd w:id="189"/>
      <w:bookmarkEnd w:id="190"/>
      <w:bookmarkEnd w:id="191"/>
    </w:p>
    <w:p w14:paraId="34B24B31" w14:textId="77777777" w:rsidR="008B2EA6" w:rsidRPr="00CD3EA5" w:rsidRDefault="008B2EA6" w:rsidP="008B2EA6">
      <w:pPr>
        <w:spacing w:after="0" w:line="240" w:lineRule="auto"/>
        <w:jc w:val="both"/>
        <w:rPr>
          <w:rFonts w:ascii="Times New Roman" w:hAnsi="Times New Roman"/>
          <w:sz w:val="24"/>
          <w:szCs w:val="24"/>
        </w:rPr>
      </w:pPr>
      <w:bookmarkStart w:id="192" w:name="_Toc378327504"/>
      <w:bookmarkStart w:id="193" w:name="_Toc379978601"/>
      <w:bookmarkStart w:id="194" w:name="_Toc380141046"/>
      <w:bookmarkStart w:id="195" w:name="_Toc381791123"/>
      <w:bookmarkStart w:id="196" w:name="_Toc381957651"/>
      <w:r w:rsidRPr="00CD3EA5">
        <w:rPr>
          <w:rFonts w:ascii="Times New Roman" w:hAnsi="Times New Roman"/>
          <w:sz w:val="24"/>
          <w:szCs w:val="24"/>
        </w:rPr>
        <w:t>17.1.3.</w:t>
      </w:r>
      <w:r w:rsidRPr="00CD3EA5">
        <w:rPr>
          <w:rFonts w:ascii="Times New Roman" w:hAnsi="Times New Roman"/>
          <w:sz w:val="24"/>
          <w:szCs w:val="24"/>
        </w:rPr>
        <w:tab/>
        <w:t>Delegatul se va asigura că toate Bunurile de Retur sunt exploatate, întreţinute şi asigurate în conformitate cu instrucţiunile de fabricaţie şi că sunt folosite conform destinației și a  normelor de siguranţă.</w:t>
      </w:r>
      <w:bookmarkEnd w:id="192"/>
      <w:bookmarkEnd w:id="193"/>
      <w:bookmarkEnd w:id="194"/>
      <w:bookmarkEnd w:id="195"/>
      <w:bookmarkEnd w:id="196"/>
      <w:r w:rsidRPr="00CD3EA5">
        <w:rPr>
          <w:rFonts w:ascii="Times New Roman" w:hAnsi="Times New Roman"/>
          <w:sz w:val="24"/>
          <w:szCs w:val="24"/>
        </w:rPr>
        <w:t xml:space="preserve"> </w:t>
      </w:r>
    </w:p>
    <w:p w14:paraId="36FB6806"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17.1.4 Investiţiile realizate de Delegat din fonduri proprii pentru reabilitarea, modernizarea și dezvoltarea Bunurilor de Retur (dacă acestea vor deveni incidente), se vor amortiza de către acesta pe Durata Contractului.</w:t>
      </w:r>
    </w:p>
    <w:p w14:paraId="65D2841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xml:space="preserve">17.1.5 Pentru casarea Bunurilor de Retur din categoria celor descrise la Art. 17.1.1 </w:t>
      </w:r>
      <w:r w:rsidRPr="00CD3EA5">
        <w:rPr>
          <w:rFonts w:ascii="Times New Roman" w:hAnsi="Times New Roman"/>
          <w:bCs/>
          <w:sz w:val="24"/>
          <w:szCs w:val="24"/>
        </w:rPr>
        <w:t>lit.</w:t>
      </w:r>
      <w:r w:rsidRPr="00CD3EA5">
        <w:rPr>
          <w:rFonts w:ascii="Times New Roman" w:hAnsi="Times New Roman"/>
          <w:b/>
          <w:bCs/>
          <w:sz w:val="24"/>
          <w:szCs w:val="24"/>
        </w:rPr>
        <w:t xml:space="preserve"> </w:t>
      </w:r>
      <w:r w:rsidRPr="00CD3EA5">
        <w:rPr>
          <w:rFonts w:ascii="Times New Roman" w:hAnsi="Times New Roman"/>
          <w:sz w:val="24"/>
          <w:szCs w:val="24"/>
        </w:rPr>
        <w:t>a) — mijloace fixe sau bunuri de inventar, pe care Delegatarul le-a concesionat Delegatului, Părţile au obligaţia de a aplica la timp procedurile legale pentru casarea bunurilor publice.</w:t>
      </w:r>
    </w:p>
    <w:p w14:paraId="58238036"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xml:space="preserve">17.1.6 Delegatul nu va folosi nicio parte a unui bun sau a spațiilor de lucru pentru care a fost acordat dreptul de </w:t>
      </w:r>
      <w:r>
        <w:rPr>
          <w:rFonts w:ascii="Times New Roman" w:hAnsi="Times New Roman"/>
          <w:sz w:val="24"/>
          <w:szCs w:val="24"/>
        </w:rPr>
        <w:t>concesiune</w:t>
      </w:r>
      <w:r w:rsidRPr="00CD3EA5">
        <w:rPr>
          <w:rFonts w:ascii="Times New Roman" w:hAnsi="Times New Roman"/>
          <w:sz w:val="24"/>
          <w:szCs w:val="24"/>
        </w:rPr>
        <w:t>, în alt scop decât prestarea Serviciului, fără aprobarea scrisă și prealabilă a Delegatarului, respectiv a Județului Arad prin Consiliul Județean Arad, care este proprietarul respectivului bun/spaţiu.</w:t>
      </w:r>
    </w:p>
    <w:p w14:paraId="64FA877C"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xml:space="preserve">17.1.7. Delegatul nu poate închiria sau ceda, sub nicio formă juridică, folosinţa Bunurilor de Retur şi elementelor lor componente. </w:t>
      </w:r>
    </w:p>
    <w:p w14:paraId="7A2C8127"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17.1.8. Delegatul este obligat să exploateze şi să întreţină Bunurile de Retur, cu diligenţa unui bun proprietar.</w:t>
      </w:r>
    </w:p>
    <w:p w14:paraId="18639E98" w14:textId="77777777" w:rsidR="008B2EA6" w:rsidRPr="00CD3EA5" w:rsidRDefault="008B2EA6" w:rsidP="008B2EA6">
      <w:pPr>
        <w:spacing w:after="0" w:line="240" w:lineRule="auto"/>
        <w:jc w:val="both"/>
        <w:rPr>
          <w:rFonts w:ascii="Times New Roman" w:hAnsi="Times New Roman"/>
          <w:sz w:val="24"/>
          <w:szCs w:val="24"/>
        </w:rPr>
      </w:pPr>
      <w:bookmarkStart w:id="197" w:name="_Toc378327506"/>
      <w:bookmarkStart w:id="198" w:name="_Toc379978603"/>
      <w:bookmarkStart w:id="199" w:name="_Toc380141048"/>
      <w:bookmarkStart w:id="200" w:name="_Toc381791125"/>
      <w:bookmarkStart w:id="201" w:name="_Toc381957653"/>
      <w:r w:rsidRPr="00CD3EA5">
        <w:rPr>
          <w:rFonts w:ascii="Times New Roman" w:hAnsi="Times New Roman"/>
          <w:sz w:val="24"/>
          <w:szCs w:val="24"/>
        </w:rPr>
        <w:t>17.1.9. Delegatul va permite accesul reprezentanţilor Delegatarului în spaţiile/clădirile utilizate în executarea prezentului Contract, pentru a-şi putea exercita drepturile de monitorizare în conformitate cu prevederile Contractului.</w:t>
      </w:r>
      <w:bookmarkEnd w:id="197"/>
      <w:bookmarkEnd w:id="198"/>
      <w:bookmarkEnd w:id="199"/>
      <w:bookmarkEnd w:id="200"/>
      <w:bookmarkEnd w:id="201"/>
    </w:p>
    <w:p w14:paraId="40C7F693"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17.1.10. Delegatul îl va notifica pe Delegatar în situația în care Bunuri de Retur care i-au fost concesionate și sunt proprietatea Delegatarului trebuie casate, astfel încât Delegatarul să aprobe scoaterea acestora din concesiune. Anexa nr. 4 se va modifica corespunzător prin eliminarea acestor bunuri din Inventarul Bunurilor de Retur concesionate.</w:t>
      </w:r>
    </w:p>
    <w:p w14:paraId="524B3892" w14:textId="77777777" w:rsidR="008B2EA6" w:rsidRPr="00CD3EA5" w:rsidRDefault="008B2EA6" w:rsidP="008B2EA6">
      <w:pPr>
        <w:pStyle w:val="Heading3"/>
        <w:spacing w:before="0" w:line="240" w:lineRule="auto"/>
        <w:jc w:val="both"/>
        <w:rPr>
          <w:rFonts w:ascii="Times New Roman" w:hAnsi="Times New Roman"/>
          <w:b w:val="0"/>
          <w:sz w:val="24"/>
          <w:szCs w:val="24"/>
        </w:rPr>
      </w:pPr>
      <w:bookmarkStart w:id="202" w:name="_Toc378327507"/>
      <w:bookmarkStart w:id="203" w:name="_Toc379978604"/>
      <w:bookmarkStart w:id="204" w:name="_Toc380141049"/>
      <w:bookmarkStart w:id="205" w:name="_Toc381791126"/>
      <w:bookmarkStart w:id="206" w:name="_Toc381957654"/>
      <w:r w:rsidRPr="00CD3EA5">
        <w:rPr>
          <w:rFonts w:ascii="Times New Roman" w:hAnsi="Times New Roman"/>
          <w:sz w:val="24"/>
          <w:szCs w:val="24"/>
        </w:rPr>
        <w:t>17.2.</w:t>
      </w:r>
      <w:r w:rsidRPr="00CD3EA5">
        <w:rPr>
          <w:rFonts w:ascii="Times New Roman" w:hAnsi="Times New Roman"/>
          <w:sz w:val="24"/>
          <w:szCs w:val="24"/>
        </w:rPr>
        <w:tab/>
        <w:t>Bunuri de Preluare (daca este cazul)</w:t>
      </w:r>
      <w:r w:rsidRPr="00CD3EA5">
        <w:rPr>
          <w:rFonts w:ascii="Times New Roman" w:hAnsi="Times New Roman"/>
          <w:b w:val="0"/>
          <w:sz w:val="24"/>
          <w:szCs w:val="24"/>
        </w:rPr>
        <w:t>, a căror listă este prevăzută în Anexa nr. 15 la prezentul Contract.</w:t>
      </w:r>
      <w:bookmarkEnd w:id="202"/>
      <w:bookmarkEnd w:id="203"/>
      <w:bookmarkEnd w:id="204"/>
      <w:bookmarkEnd w:id="205"/>
      <w:bookmarkEnd w:id="206"/>
      <w:r w:rsidRPr="00CD3EA5">
        <w:rPr>
          <w:rFonts w:ascii="Times New Roman" w:hAnsi="Times New Roman"/>
          <w:b w:val="0"/>
          <w:sz w:val="24"/>
          <w:szCs w:val="24"/>
        </w:rPr>
        <w:t xml:space="preserve"> </w:t>
      </w:r>
    </w:p>
    <w:p w14:paraId="2AC62AB5" w14:textId="77777777" w:rsidR="008B2EA6" w:rsidRPr="00CD3EA5" w:rsidRDefault="008B2EA6" w:rsidP="008B2EA6">
      <w:pPr>
        <w:pStyle w:val="Heading3"/>
        <w:spacing w:before="0" w:line="240" w:lineRule="auto"/>
        <w:jc w:val="both"/>
        <w:rPr>
          <w:rFonts w:ascii="Times New Roman" w:hAnsi="Times New Roman"/>
          <w:sz w:val="24"/>
          <w:szCs w:val="24"/>
        </w:rPr>
      </w:pPr>
      <w:r w:rsidRPr="00CD3EA5">
        <w:rPr>
          <w:rFonts w:ascii="Times New Roman" w:hAnsi="Times New Roman"/>
          <w:b w:val="0"/>
          <w:sz w:val="24"/>
          <w:szCs w:val="24"/>
        </w:rPr>
        <w:t>Aceste Bunuri de Preluare sunt reprezentate de acele bunuri constând în elemente de infrastructură aferente Serviciului pe care Delegatul le-a prezentat ca echipamente disponibile în oferta cu care a câştigat licitaţia de atribuire a prezentului Contract, şi care nu fac parte din investiţiile obligatorii conform prezentului Contract pentru a se califica drept Bunuri de Retur conform prezentului articol. Anexa nr. 15 va fi elaborată şi semnată de Părţi în cursul Perioadei de Mobilizare, fiind ataşată prezentului Contract la data semnării ei de către Părţi. În cazul unor bunuri viitoare de natura Bunurilor de Preluare, acestea vor fi introduse în Anexa nr. 15 pe parcursul executării prezentului Contract, atunci când vor fi efectiv disponibile şi date în funcţiune.</w:t>
      </w:r>
      <w:r w:rsidRPr="00CD3EA5">
        <w:rPr>
          <w:rFonts w:ascii="Times New Roman" w:hAnsi="Times New Roman"/>
          <w:sz w:val="24"/>
          <w:szCs w:val="24"/>
        </w:rPr>
        <w:t xml:space="preserve"> </w:t>
      </w:r>
    </w:p>
    <w:p w14:paraId="0F612A4A" w14:textId="77777777" w:rsidR="008B2EA6" w:rsidRPr="008B3EA1" w:rsidRDefault="008B2EA6" w:rsidP="008B2EA6">
      <w:pPr>
        <w:spacing w:after="0" w:line="240" w:lineRule="auto"/>
        <w:jc w:val="both"/>
        <w:rPr>
          <w:rFonts w:ascii="Times New Roman" w:hAnsi="Times New Roman"/>
          <w:sz w:val="24"/>
          <w:szCs w:val="24"/>
        </w:rPr>
      </w:pPr>
      <w:bookmarkStart w:id="207" w:name="_Toc378327508"/>
      <w:bookmarkStart w:id="208" w:name="_Toc379978605"/>
      <w:bookmarkStart w:id="209" w:name="_Toc380141050"/>
      <w:bookmarkStart w:id="210" w:name="_Toc381791127"/>
      <w:bookmarkStart w:id="211" w:name="_Toc381957655"/>
      <w:r w:rsidRPr="00CD3EA5">
        <w:rPr>
          <w:rFonts w:ascii="Times New Roman" w:hAnsi="Times New Roman"/>
          <w:sz w:val="24"/>
          <w:szCs w:val="24"/>
        </w:rPr>
        <w:t>17.2.1.</w:t>
      </w:r>
      <w:r w:rsidRPr="00CD3EA5">
        <w:rPr>
          <w:rFonts w:ascii="Times New Roman" w:hAnsi="Times New Roman"/>
          <w:sz w:val="24"/>
          <w:szCs w:val="24"/>
        </w:rPr>
        <w:tab/>
        <w:t>La încetarea prezentul</w:t>
      </w:r>
      <w:r>
        <w:rPr>
          <w:rFonts w:ascii="Times New Roman" w:hAnsi="Times New Roman"/>
          <w:sz w:val="24"/>
          <w:szCs w:val="24"/>
        </w:rPr>
        <w:t>ui</w:t>
      </w:r>
      <w:r w:rsidRPr="00CD3EA5">
        <w:rPr>
          <w:rFonts w:ascii="Times New Roman" w:hAnsi="Times New Roman"/>
          <w:sz w:val="24"/>
          <w:szCs w:val="24"/>
        </w:rPr>
        <w:t xml:space="preserve"> Contract din orice cauză, Delegatarul </w:t>
      </w:r>
      <w:r w:rsidRPr="008A01C4">
        <w:rPr>
          <w:rFonts w:ascii="Times New Roman" w:hAnsi="Times New Roman"/>
          <w:sz w:val="24"/>
          <w:szCs w:val="24"/>
        </w:rPr>
        <w:t xml:space="preserve">poate opta pentru </w:t>
      </w:r>
      <w:r w:rsidRPr="00CD3EA5">
        <w:rPr>
          <w:rFonts w:ascii="Times New Roman" w:hAnsi="Times New Roman"/>
          <w:sz w:val="24"/>
          <w:szCs w:val="24"/>
        </w:rPr>
        <w:t>de a dobândi Bunurile de Preluare, cu plata unei sume de bani egală cu valoarea neamortizată</w:t>
      </w:r>
      <w:bookmarkEnd w:id="207"/>
      <w:bookmarkEnd w:id="208"/>
      <w:bookmarkEnd w:id="209"/>
      <w:bookmarkEnd w:id="210"/>
      <w:bookmarkEnd w:id="211"/>
      <w:r>
        <w:rPr>
          <w:rFonts w:ascii="Times New Roman" w:hAnsi="Times New Roman"/>
          <w:sz w:val="24"/>
          <w:szCs w:val="24"/>
        </w:rPr>
        <w:t>.</w:t>
      </w:r>
    </w:p>
    <w:p w14:paraId="1DA005C4" w14:textId="77777777" w:rsidR="008B2EA6" w:rsidRPr="008B3EA1" w:rsidRDefault="008B2EA6" w:rsidP="008B2EA6">
      <w:pPr>
        <w:spacing w:after="0" w:line="240" w:lineRule="auto"/>
        <w:jc w:val="both"/>
        <w:rPr>
          <w:rFonts w:ascii="Times New Roman" w:hAnsi="Times New Roman"/>
          <w:sz w:val="24"/>
          <w:szCs w:val="24"/>
        </w:rPr>
      </w:pPr>
      <w:bookmarkStart w:id="212" w:name="_Toc378327509"/>
      <w:bookmarkStart w:id="213" w:name="_Toc379978606"/>
      <w:bookmarkStart w:id="214" w:name="_Toc380141051"/>
      <w:bookmarkStart w:id="215" w:name="_Toc381791128"/>
      <w:bookmarkStart w:id="216" w:name="_Toc381957656"/>
      <w:r w:rsidRPr="00CD3EA5">
        <w:rPr>
          <w:rFonts w:ascii="Times New Roman" w:hAnsi="Times New Roman"/>
          <w:sz w:val="24"/>
          <w:szCs w:val="24"/>
        </w:rPr>
        <w:lastRenderedPageBreak/>
        <w:t>17.2.2.</w:t>
      </w:r>
      <w:r w:rsidRPr="00CD3EA5">
        <w:rPr>
          <w:rFonts w:ascii="Times New Roman" w:hAnsi="Times New Roman"/>
          <w:sz w:val="24"/>
          <w:szCs w:val="24"/>
        </w:rPr>
        <w:tab/>
        <w:t xml:space="preserve">În termen de cel mult </w:t>
      </w:r>
      <w:r w:rsidRPr="008B3EA1">
        <w:rPr>
          <w:rFonts w:ascii="Times New Roman" w:hAnsi="Times New Roman"/>
          <w:sz w:val="24"/>
          <w:szCs w:val="24"/>
        </w:rPr>
        <w:t>15 (cincisprezece) Zile anterior Datei Încetării, respectiv încetării efectelor contractului, Delegatarul, respectiv Județului Arad prin Consiliul Județean Arad, va notifica Delegatului care sunt Bunurile de Preluare pe care doreşte să le dobândească, cu înștiințarea ADISIGD.</w:t>
      </w:r>
      <w:bookmarkEnd w:id="212"/>
      <w:bookmarkEnd w:id="213"/>
      <w:bookmarkEnd w:id="214"/>
      <w:bookmarkEnd w:id="215"/>
      <w:bookmarkEnd w:id="216"/>
      <w:r w:rsidRPr="008B3EA1">
        <w:rPr>
          <w:rFonts w:ascii="Times New Roman" w:hAnsi="Times New Roman"/>
          <w:sz w:val="24"/>
          <w:szCs w:val="24"/>
        </w:rPr>
        <w:t xml:space="preserve">  </w:t>
      </w:r>
    </w:p>
    <w:p w14:paraId="1F0A027A" w14:textId="77777777" w:rsidR="008B2EA6" w:rsidRPr="00CD3EA5" w:rsidRDefault="008B2EA6" w:rsidP="008B2EA6">
      <w:pPr>
        <w:spacing w:after="0" w:line="240" w:lineRule="auto"/>
        <w:jc w:val="both"/>
        <w:rPr>
          <w:rFonts w:ascii="Times New Roman" w:hAnsi="Times New Roman"/>
          <w:sz w:val="24"/>
          <w:szCs w:val="24"/>
        </w:rPr>
      </w:pPr>
      <w:bookmarkStart w:id="217" w:name="_Toc378327510"/>
      <w:bookmarkStart w:id="218" w:name="_Toc379978607"/>
      <w:bookmarkStart w:id="219" w:name="_Toc380141052"/>
      <w:bookmarkStart w:id="220" w:name="_Toc381791129"/>
      <w:bookmarkStart w:id="221" w:name="_Toc381957657"/>
      <w:r w:rsidRPr="00CD3EA5">
        <w:rPr>
          <w:rFonts w:ascii="Times New Roman" w:hAnsi="Times New Roman"/>
          <w:sz w:val="24"/>
          <w:szCs w:val="24"/>
        </w:rPr>
        <w:t>17.2.3.</w:t>
      </w:r>
      <w:r w:rsidRPr="00CD3EA5">
        <w:rPr>
          <w:rFonts w:ascii="Times New Roman" w:hAnsi="Times New Roman"/>
          <w:sz w:val="24"/>
          <w:szCs w:val="24"/>
        </w:rPr>
        <w:tab/>
        <w:t>Delegatul va transfera proprietatea şi posesia asupra Bunurilor de Preluare către Delegatar după primirea plăţii valorii acestora stabilită conform Art. 17.2.1 de mai sus.</w:t>
      </w:r>
      <w:bookmarkEnd w:id="217"/>
      <w:bookmarkEnd w:id="218"/>
      <w:bookmarkEnd w:id="219"/>
      <w:bookmarkEnd w:id="220"/>
      <w:bookmarkEnd w:id="221"/>
    </w:p>
    <w:p w14:paraId="5E0DC6BA" w14:textId="77777777" w:rsidR="008B2EA6" w:rsidRPr="00CD3EA5" w:rsidRDefault="008B2EA6" w:rsidP="008B2EA6">
      <w:pPr>
        <w:spacing w:after="0" w:line="240" w:lineRule="auto"/>
        <w:jc w:val="both"/>
        <w:rPr>
          <w:rFonts w:ascii="Times New Roman" w:hAnsi="Times New Roman"/>
          <w:sz w:val="24"/>
          <w:szCs w:val="24"/>
        </w:rPr>
      </w:pPr>
      <w:bookmarkStart w:id="222" w:name="_Toc378327511"/>
      <w:bookmarkStart w:id="223" w:name="_Toc379978608"/>
      <w:bookmarkStart w:id="224" w:name="_Toc380141053"/>
      <w:bookmarkStart w:id="225" w:name="_Toc381791130"/>
      <w:bookmarkStart w:id="226" w:name="_Toc381957658"/>
      <w:r w:rsidRPr="00CD3EA5">
        <w:rPr>
          <w:rFonts w:ascii="Times New Roman" w:hAnsi="Times New Roman"/>
          <w:b/>
          <w:sz w:val="24"/>
          <w:szCs w:val="24"/>
        </w:rPr>
        <w:t>17.3. Bunuri Proprii</w:t>
      </w:r>
      <w:r w:rsidRPr="00CD3EA5">
        <w:rPr>
          <w:rFonts w:ascii="Times New Roman" w:hAnsi="Times New Roman"/>
          <w:sz w:val="24"/>
          <w:szCs w:val="24"/>
        </w:rPr>
        <w:t xml:space="preserve"> care aparţin Delegatului şi nu vor fi transferate Delegatarului la încetarea Contractului.</w:t>
      </w:r>
    </w:p>
    <w:p w14:paraId="518DC78E"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Delegatul are drepturi depline de a dobândi, înstrăina, greva cu sarcini sau de a dispune în orice alt mod de Bunurile Proprii.</w:t>
      </w:r>
      <w:bookmarkEnd w:id="222"/>
      <w:bookmarkEnd w:id="223"/>
      <w:bookmarkEnd w:id="224"/>
      <w:bookmarkEnd w:id="225"/>
      <w:bookmarkEnd w:id="226"/>
    </w:p>
    <w:p w14:paraId="472D6156"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32FBF669"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27" w:name="_Toc11221572"/>
      <w:r w:rsidRPr="00CD3EA5">
        <w:rPr>
          <w:rFonts w:ascii="Times New Roman" w:hAnsi="Times New Roman"/>
          <w:sz w:val="24"/>
          <w:szCs w:val="24"/>
          <w:lang w:val="ro-RO" w:eastAsia="ro-RO"/>
        </w:rPr>
        <w:t>PRESTAREA SERVICIULUI ÎN RELAŢIA CU UTILIZATORII</w:t>
      </w:r>
      <w:bookmarkEnd w:id="227"/>
      <w:r w:rsidRPr="00CD3EA5">
        <w:rPr>
          <w:rFonts w:ascii="Times New Roman" w:hAnsi="Times New Roman"/>
          <w:sz w:val="24"/>
          <w:szCs w:val="24"/>
          <w:lang w:val="ro-RO" w:eastAsia="ro-RO"/>
        </w:rPr>
        <w:t xml:space="preserve"> </w:t>
      </w:r>
    </w:p>
    <w:p w14:paraId="0728EFA4" w14:textId="77777777" w:rsidR="008B2EA6" w:rsidRPr="00CD3EA5" w:rsidRDefault="008B2EA6" w:rsidP="008B2EA6">
      <w:pPr>
        <w:spacing w:after="0" w:line="240" w:lineRule="auto"/>
        <w:ind w:right="-90"/>
        <w:rPr>
          <w:rFonts w:ascii="Times New Roman" w:hAnsi="Times New Roman"/>
          <w:bCs/>
          <w:kern w:val="32"/>
          <w:sz w:val="24"/>
          <w:szCs w:val="24"/>
        </w:rPr>
      </w:pPr>
      <w:bookmarkStart w:id="228" w:name="_Toc381791132"/>
      <w:bookmarkStart w:id="229" w:name="_Toc381957660"/>
      <w:bookmarkStart w:id="230" w:name="_Toc11221573"/>
      <w:bookmarkStart w:id="231" w:name="_Toc378327513"/>
      <w:bookmarkStart w:id="232" w:name="_Toc379978610"/>
      <w:bookmarkStart w:id="233" w:name="_Toc380141055"/>
      <w:r w:rsidRPr="00CD3EA5">
        <w:rPr>
          <w:rFonts w:ascii="Times New Roman" w:hAnsi="Times New Roman"/>
          <w:b/>
          <w:bCs/>
          <w:kern w:val="32"/>
          <w:sz w:val="24"/>
          <w:szCs w:val="24"/>
        </w:rPr>
        <w:t xml:space="preserve">(1) </w:t>
      </w:r>
      <w:r w:rsidRPr="00CD3EA5">
        <w:rPr>
          <w:rFonts w:ascii="Times New Roman" w:hAnsi="Times New Roman"/>
          <w:bCs/>
          <w:kern w:val="32"/>
          <w:sz w:val="24"/>
          <w:szCs w:val="24"/>
        </w:rPr>
        <w:t>Delegatul încheie contracte de prestare de servicii cu următoarele categorii de Utilizatori şi pentru următoarele tipuri de Deșeuri:</w:t>
      </w:r>
      <w:bookmarkEnd w:id="228"/>
      <w:bookmarkEnd w:id="229"/>
      <w:bookmarkEnd w:id="230"/>
    </w:p>
    <w:p w14:paraId="487E23B8" w14:textId="77777777" w:rsidR="008B2EA6" w:rsidRPr="00CD3EA5" w:rsidRDefault="008B2EA6" w:rsidP="008B2EA6">
      <w:pPr>
        <w:numPr>
          <w:ilvl w:val="0"/>
          <w:numId w:val="67"/>
        </w:numPr>
        <w:spacing w:after="0" w:line="240" w:lineRule="auto"/>
        <w:ind w:right="-180"/>
        <w:jc w:val="both"/>
        <w:rPr>
          <w:rFonts w:ascii="Times New Roman" w:hAnsi="Times New Roman"/>
          <w:sz w:val="24"/>
          <w:szCs w:val="24"/>
        </w:rPr>
      </w:pPr>
      <w:r w:rsidRPr="00CD3EA5">
        <w:rPr>
          <w:rFonts w:ascii="Times New Roman" w:hAnsi="Times New Roman"/>
          <w:sz w:val="24"/>
          <w:szCs w:val="24"/>
        </w:rPr>
        <w:t>pentru Deşeuri Similare – cu Utilizatorii Non-Casnici.</w:t>
      </w:r>
    </w:p>
    <w:p w14:paraId="2A2D2C14" w14:textId="77777777" w:rsidR="008B2EA6" w:rsidRPr="00CD3EA5" w:rsidRDefault="008B2EA6" w:rsidP="008B2EA6">
      <w:pPr>
        <w:pStyle w:val="ListParagraph"/>
        <w:numPr>
          <w:ilvl w:val="4"/>
          <w:numId w:val="50"/>
        </w:numPr>
        <w:spacing w:after="0" w:line="240" w:lineRule="auto"/>
        <w:jc w:val="both"/>
        <w:rPr>
          <w:rFonts w:ascii="Times New Roman" w:hAnsi="Times New Roman"/>
          <w:sz w:val="24"/>
          <w:szCs w:val="24"/>
        </w:rPr>
      </w:pPr>
      <w:bookmarkStart w:id="234" w:name="_Toc378327518"/>
      <w:bookmarkStart w:id="235" w:name="_Toc379978614"/>
      <w:bookmarkStart w:id="236" w:name="_Toc380141059"/>
      <w:bookmarkStart w:id="237" w:name="_Toc381791136"/>
      <w:bookmarkStart w:id="238" w:name="_Toc381957664"/>
      <w:bookmarkEnd w:id="231"/>
      <w:bookmarkEnd w:id="232"/>
      <w:bookmarkEnd w:id="233"/>
      <w:r w:rsidRPr="00CD3EA5">
        <w:rPr>
          <w:rFonts w:ascii="Times New Roman" w:hAnsi="Times New Roman"/>
          <w:sz w:val="24"/>
          <w:szCs w:val="24"/>
        </w:rPr>
        <w:t>Delegatul încheie contractele individuale de prestare de servicii în Perioada de mobilizare conform art. 3 din prezentul Contract, precum și 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34"/>
      <w:bookmarkEnd w:id="235"/>
      <w:bookmarkEnd w:id="236"/>
      <w:bookmarkEnd w:id="237"/>
      <w:bookmarkEnd w:id="238"/>
    </w:p>
    <w:p w14:paraId="2200B3C4" w14:textId="77777777" w:rsidR="008B2EA6" w:rsidRPr="00CD3EA5" w:rsidRDefault="008B2EA6" w:rsidP="008B2EA6">
      <w:pPr>
        <w:spacing w:after="0" w:line="240" w:lineRule="auto"/>
        <w:jc w:val="both"/>
        <w:rPr>
          <w:rFonts w:ascii="Times New Roman" w:hAnsi="Times New Roman"/>
          <w:sz w:val="24"/>
          <w:szCs w:val="24"/>
        </w:rPr>
      </w:pPr>
      <w:bookmarkStart w:id="239" w:name="_Toc378327519"/>
      <w:bookmarkStart w:id="240" w:name="_Toc379978615"/>
      <w:bookmarkStart w:id="241" w:name="_Toc380141060"/>
      <w:bookmarkStart w:id="242" w:name="_Toc381791137"/>
      <w:bookmarkStart w:id="243" w:name="_Toc381957665"/>
      <w:r w:rsidRPr="00CD3EA5">
        <w:rPr>
          <w:rFonts w:ascii="Times New Roman" w:hAnsi="Times New Roman"/>
          <w:b/>
          <w:sz w:val="24"/>
          <w:szCs w:val="24"/>
        </w:rPr>
        <w:t>(3)</w:t>
      </w:r>
      <w:r w:rsidRPr="00CD3EA5">
        <w:rPr>
          <w:rFonts w:ascii="Times New Roman" w:hAnsi="Times New Roman"/>
          <w:sz w:val="24"/>
          <w:szCs w:val="24"/>
        </w:rPr>
        <w:t xml:space="preserve"> Contractele individuale de prestare de servicii se elaborează de către Delegat în conformitate cu Contractul-cadru aprobat de ANRSC, în condițiile art. 3 din prezentul Contract.</w:t>
      </w:r>
      <w:bookmarkEnd w:id="239"/>
      <w:bookmarkEnd w:id="240"/>
      <w:bookmarkEnd w:id="241"/>
      <w:bookmarkEnd w:id="242"/>
      <w:bookmarkEnd w:id="243"/>
    </w:p>
    <w:p w14:paraId="0FFD1809" w14:textId="77777777" w:rsidR="008B2EA6" w:rsidRPr="00CD3EA5" w:rsidRDefault="008B2EA6" w:rsidP="008B2EA6">
      <w:pPr>
        <w:spacing w:after="0" w:line="240" w:lineRule="auto"/>
        <w:jc w:val="both"/>
        <w:rPr>
          <w:rFonts w:ascii="Times New Roman" w:hAnsi="Times New Roman"/>
          <w:sz w:val="24"/>
          <w:szCs w:val="24"/>
        </w:rPr>
      </w:pPr>
      <w:bookmarkStart w:id="244" w:name="_Toc378327520"/>
      <w:bookmarkStart w:id="245" w:name="_Toc379978616"/>
      <w:bookmarkStart w:id="246" w:name="_Toc380141061"/>
      <w:bookmarkStart w:id="247" w:name="_Toc381791138"/>
      <w:bookmarkStart w:id="248" w:name="_Toc381957666"/>
      <w:r w:rsidRPr="00CD3EA5">
        <w:rPr>
          <w:rFonts w:ascii="Times New Roman" w:hAnsi="Times New Roman"/>
          <w:b/>
          <w:sz w:val="24"/>
          <w:szCs w:val="24"/>
        </w:rPr>
        <w:t>(4)</w:t>
      </w:r>
      <w:r w:rsidRPr="00CD3EA5">
        <w:rPr>
          <w:rFonts w:ascii="Times New Roman" w:hAnsi="Times New Roman"/>
          <w:sz w:val="24"/>
          <w:szCs w:val="24"/>
        </w:rPr>
        <w:t xml:space="preserve"> Dacă, din motive de orice natură, Delegatul nu poate colecta Deșeurile de la un Utilizator, acesta va fi informat printr-un mesaj scris, cu indicarea motivului necolectării</w:t>
      </w:r>
      <w:bookmarkEnd w:id="244"/>
      <w:bookmarkEnd w:id="245"/>
      <w:bookmarkEnd w:id="246"/>
      <w:bookmarkEnd w:id="247"/>
      <w:bookmarkEnd w:id="248"/>
      <w:r w:rsidRPr="00CD3EA5">
        <w:rPr>
          <w:rFonts w:ascii="Times New Roman" w:hAnsi="Times New Roman"/>
          <w:sz w:val="24"/>
          <w:szCs w:val="24"/>
        </w:rPr>
        <w:t>, urmând ca deșeurile să fie colectate în maxim 24 de ore.</w:t>
      </w:r>
    </w:p>
    <w:p w14:paraId="7B8FBCBA" w14:textId="77777777" w:rsidR="008B2EA6" w:rsidRPr="00CD3EA5" w:rsidRDefault="008B2EA6" w:rsidP="008B2EA6">
      <w:pPr>
        <w:spacing w:after="0" w:line="240" w:lineRule="auto"/>
        <w:rPr>
          <w:rFonts w:ascii="Times New Roman" w:hAnsi="Times New Roman"/>
          <w:bCs/>
          <w:kern w:val="32"/>
          <w:sz w:val="24"/>
          <w:szCs w:val="24"/>
        </w:rPr>
      </w:pPr>
    </w:p>
    <w:p w14:paraId="544812E5"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49" w:name="_Toc11221574"/>
      <w:r w:rsidRPr="00CD3EA5">
        <w:rPr>
          <w:rFonts w:ascii="Times New Roman" w:hAnsi="Times New Roman"/>
          <w:sz w:val="24"/>
          <w:szCs w:val="24"/>
          <w:lang w:val="ro-RO" w:eastAsia="ro-RO"/>
        </w:rPr>
        <w:t>MĂSURILE DE SĂNĂTATE ŞI SECURITATE ÎN MUNCĂ</w:t>
      </w:r>
      <w:bookmarkEnd w:id="249"/>
    </w:p>
    <w:p w14:paraId="6C09C79C" w14:textId="77777777" w:rsidR="008B2EA6" w:rsidRPr="00CD3EA5" w:rsidRDefault="008B2EA6" w:rsidP="008B2EA6">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CD3EA5">
        <w:rPr>
          <w:rFonts w:ascii="Times New Roman" w:hAnsi="Times New Roman"/>
          <w:b/>
          <w:bCs/>
          <w:iCs/>
          <w:sz w:val="24"/>
          <w:szCs w:val="24"/>
          <w:lang w:eastAsia="en-GB"/>
        </w:rPr>
        <w:t xml:space="preserve">(1) </w:t>
      </w:r>
      <w:r w:rsidRPr="00CD3EA5">
        <w:rPr>
          <w:rFonts w:ascii="Times New Roman" w:hAnsi="Times New Roman"/>
          <w:bCs/>
          <w:iCs/>
          <w:sz w:val="24"/>
          <w:szCs w:val="24"/>
          <w:lang w:eastAsia="en-GB"/>
        </w:rPr>
        <w:t xml:space="preserve">Delegatul va revizui planul său intern de sănătate şi securitate în muncă, ori de câte ori va fi necesar şi ori de câte ori se vor face schimbări ale practicilor de exploatare, se vor introduce utilaje şi echipamente noi, etc. şi va prezenta Delegatarului documentul revizuit. </w:t>
      </w:r>
      <w:bookmarkStart w:id="250" w:name="_Toc381791140"/>
      <w:bookmarkStart w:id="251" w:name="_Toc381957668"/>
      <w:bookmarkStart w:id="252" w:name="_Toc378327522"/>
      <w:bookmarkStart w:id="253" w:name="_Toc379978618"/>
      <w:bookmarkStart w:id="254" w:name="_Toc380141063"/>
    </w:p>
    <w:p w14:paraId="4E3BA581" w14:textId="77777777" w:rsidR="008B2EA6" w:rsidRPr="00CD3EA5" w:rsidRDefault="008B2EA6" w:rsidP="008B2EA6">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CD3EA5">
        <w:rPr>
          <w:rFonts w:ascii="Times New Roman" w:hAnsi="Times New Roman"/>
          <w:b/>
          <w:bCs/>
          <w:iCs/>
          <w:sz w:val="24"/>
          <w:szCs w:val="24"/>
          <w:lang w:eastAsia="en-GB"/>
        </w:rPr>
        <w:t xml:space="preserve">(2) </w:t>
      </w:r>
      <w:r w:rsidRPr="00CD3EA5">
        <w:rPr>
          <w:rFonts w:ascii="Times New Roman" w:hAnsi="Times New Roman"/>
          <w:bCs/>
          <w:iCs/>
          <w:sz w:val="24"/>
          <w:szCs w:val="24"/>
          <w:lang w:eastAsia="en-GB"/>
        </w:rPr>
        <w:t>Delegatul va avea în vedere sănătatea şi securitatea în muncă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securităţii şi sănătăţii populaţiei.</w:t>
      </w:r>
      <w:bookmarkEnd w:id="250"/>
      <w:bookmarkEnd w:id="251"/>
    </w:p>
    <w:bookmarkEnd w:id="252"/>
    <w:bookmarkEnd w:id="253"/>
    <w:bookmarkEnd w:id="254"/>
    <w:p w14:paraId="61492D30" w14:textId="77777777" w:rsidR="008B2EA6" w:rsidRPr="00CD3EA5" w:rsidRDefault="008B2EA6" w:rsidP="008B2EA6">
      <w:pPr>
        <w:spacing w:after="0" w:line="240" w:lineRule="auto"/>
        <w:rPr>
          <w:rFonts w:ascii="Times New Roman" w:hAnsi="Times New Roman"/>
          <w:bCs/>
          <w:kern w:val="32"/>
          <w:sz w:val="24"/>
          <w:szCs w:val="24"/>
        </w:rPr>
      </w:pPr>
    </w:p>
    <w:p w14:paraId="4F5776C8"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55" w:name="_Toc11221575"/>
      <w:r w:rsidRPr="00CD3EA5">
        <w:rPr>
          <w:rFonts w:ascii="Times New Roman" w:hAnsi="Times New Roman"/>
          <w:sz w:val="24"/>
          <w:szCs w:val="24"/>
          <w:lang w:val="ro-RO" w:eastAsia="ro-RO"/>
        </w:rPr>
        <w:t>ASPECTE DE PROTECŢIA MEDIULUI, ÎMPĂRŢIREA RESPONSABILITĂŢILOR DE MEDIU ÎNTRE PĂRŢI</w:t>
      </w:r>
      <w:bookmarkEnd w:id="255"/>
      <w:r w:rsidRPr="00CD3EA5">
        <w:rPr>
          <w:rFonts w:ascii="Times New Roman" w:hAnsi="Times New Roman"/>
          <w:sz w:val="24"/>
          <w:szCs w:val="24"/>
          <w:lang w:val="ro-RO" w:eastAsia="ro-RO"/>
        </w:rPr>
        <w:t xml:space="preserve"> </w:t>
      </w:r>
    </w:p>
    <w:p w14:paraId="6974C985"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De la Data Începerii Contractului, Delegatul va fi răspunzător de orice încălcare a prevederilor oricărei Legi referitoare la mediul înconjurător, care apare sau a avut loc după această dată. </w:t>
      </w:r>
      <w:bookmarkStart w:id="256" w:name="_Toc378327524"/>
      <w:bookmarkStart w:id="257" w:name="_Toc379978620"/>
      <w:bookmarkStart w:id="258" w:name="_Toc380141065"/>
      <w:bookmarkStart w:id="259" w:name="_Toc381791142"/>
      <w:bookmarkStart w:id="260" w:name="_Toc381957670"/>
    </w:p>
    <w:bookmarkEnd w:id="256"/>
    <w:bookmarkEnd w:id="257"/>
    <w:bookmarkEnd w:id="258"/>
    <w:bookmarkEnd w:id="259"/>
    <w:bookmarkEnd w:id="260"/>
    <w:p w14:paraId="4063DE9D" w14:textId="77777777" w:rsidR="008B2EA6" w:rsidRPr="00CD3EA5" w:rsidRDefault="008B2EA6" w:rsidP="008B2EA6">
      <w:pPr>
        <w:spacing w:after="0" w:line="240" w:lineRule="auto"/>
        <w:rPr>
          <w:rFonts w:ascii="Times New Roman" w:hAnsi="Times New Roman"/>
          <w:bCs/>
          <w:kern w:val="32"/>
          <w:sz w:val="24"/>
          <w:szCs w:val="24"/>
        </w:rPr>
      </w:pPr>
    </w:p>
    <w:p w14:paraId="52600B12"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61" w:name="_Toc11221576"/>
      <w:r w:rsidRPr="00CD3EA5">
        <w:rPr>
          <w:rFonts w:ascii="Times New Roman" w:hAnsi="Times New Roman"/>
          <w:sz w:val="24"/>
          <w:szCs w:val="24"/>
          <w:lang w:val="ro-RO" w:eastAsia="ro-RO"/>
        </w:rPr>
        <w:t>GARANŢIA DE BUNĂ EXECUŢIE</w:t>
      </w:r>
      <w:bookmarkEnd w:id="261"/>
    </w:p>
    <w:p w14:paraId="499589CE" w14:textId="77777777" w:rsidR="008B2EA6" w:rsidRPr="00CD3EA5" w:rsidRDefault="008B2EA6" w:rsidP="008B2EA6">
      <w:pPr>
        <w:autoSpaceDE w:val="0"/>
        <w:autoSpaceDN w:val="0"/>
        <w:adjustRightInd w:val="0"/>
        <w:spacing w:after="0" w:line="240" w:lineRule="auto"/>
        <w:jc w:val="both"/>
        <w:rPr>
          <w:rFonts w:ascii="Times New Roman" w:hAnsi="Times New Roman"/>
          <w:strike/>
          <w:sz w:val="24"/>
          <w:szCs w:val="24"/>
          <w:lang w:eastAsia="en-GB"/>
        </w:rPr>
      </w:pPr>
    </w:p>
    <w:p w14:paraId="08D47CA1" w14:textId="77777777" w:rsidR="008B2EA6" w:rsidRPr="00281374"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281374">
        <w:rPr>
          <w:rFonts w:ascii="Times New Roman" w:hAnsi="Times New Roman"/>
          <w:b/>
          <w:sz w:val="24"/>
          <w:szCs w:val="24"/>
          <w:lang w:eastAsia="en-GB"/>
        </w:rPr>
        <w:t>(1)</w:t>
      </w:r>
      <w:r w:rsidRPr="00281374">
        <w:rPr>
          <w:rFonts w:ascii="Times New Roman" w:hAnsi="Times New Roman"/>
          <w:sz w:val="24"/>
          <w:szCs w:val="24"/>
          <w:lang w:eastAsia="en-GB"/>
        </w:rPr>
        <w:t xml:space="preserve"> 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p>
    <w:p w14:paraId="5ABDE954"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281374">
        <w:rPr>
          <w:rFonts w:ascii="Times New Roman" w:hAnsi="Times New Roman"/>
          <w:sz w:val="24"/>
          <w:szCs w:val="24"/>
          <w:lang w:eastAsia="en-GB"/>
        </w:rPr>
        <w:t xml:space="preserve">       a) virament bancar;</w:t>
      </w:r>
    </w:p>
    <w:p w14:paraId="42AD283D"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  b) instrumente de garantare emise în condiţiile legii astfel:</w:t>
      </w:r>
    </w:p>
    <w:p w14:paraId="07ED7525" w14:textId="77777777" w:rsidR="008B2EA6"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lastRenderedPageBreak/>
        <w:t>  (i) scrisori de garanţie emise de instituţii de credit bancare din România sau din alt stat;</w:t>
      </w:r>
    </w:p>
    <w:p w14:paraId="3BB3BCC5" w14:textId="77777777" w:rsidR="008B2EA6" w:rsidRPr="005311D2" w:rsidRDefault="008B2EA6" w:rsidP="008B2EA6">
      <w:pPr>
        <w:autoSpaceDE w:val="0"/>
        <w:autoSpaceDN w:val="0"/>
        <w:adjustRightInd w:val="0"/>
        <w:spacing w:after="0" w:line="240" w:lineRule="auto"/>
        <w:ind w:left="450"/>
        <w:jc w:val="both"/>
        <w:rPr>
          <w:rFonts w:ascii="Times New Roman" w:hAnsi="Times New Roman"/>
          <w:sz w:val="24"/>
          <w:szCs w:val="24"/>
          <w:lang w:eastAsia="en-GB"/>
        </w:rPr>
      </w:pPr>
      <w:r w:rsidRPr="008E436F">
        <w:rPr>
          <w:rFonts w:ascii="Times New Roman" w:hAnsi="Times New Roman"/>
          <w:sz w:val="24"/>
          <w:szCs w:val="24"/>
          <w:lang w:eastAsia="en-GB"/>
        </w:rPr>
        <w:t>(ii) scrisori de garanţie emise de instituţii financiare nebancare din România sau din alt stat pentru concesiunile de servicii a căror valoare estimată este mai mică sau egală cu 7.000.000 lei fără TVA;</w:t>
      </w:r>
    </w:p>
    <w:p w14:paraId="795DB179"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  (ii</w:t>
      </w:r>
      <w:r>
        <w:rPr>
          <w:rFonts w:ascii="Times New Roman" w:hAnsi="Times New Roman"/>
          <w:sz w:val="24"/>
          <w:szCs w:val="24"/>
          <w:lang w:eastAsia="en-GB"/>
        </w:rPr>
        <w:t>i</w:t>
      </w:r>
      <w:r w:rsidRPr="005311D2">
        <w:rPr>
          <w:rFonts w:ascii="Times New Roman" w:hAnsi="Times New Roman"/>
          <w:sz w:val="24"/>
          <w:szCs w:val="24"/>
          <w:lang w:eastAsia="en-GB"/>
        </w:rPr>
        <w:t>) asigurări de garanţii emise:</w:t>
      </w:r>
    </w:p>
    <w:p w14:paraId="1A6E5BFB" w14:textId="77777777" w:rsidR="008B2EA6" w:rsidRPr="005311D2" w:rsidRDefault="008B2EA6" w:rsidP="008B2EA6">
      <w:pPr>
        <w:autoSpaceDE w:val="0"/>
        <w:autoSpaceDN w:val="0"/>
        <w:adjustRightInd w:val="0"/>
        <w:spacing w:after="0" w:line="240" w:lineRule="auto"/>
        <w:ind w:left="1350"/>
        <w:jc w:val="both"/>
        <w:rPr>
          <w:rFonts w:ascii="Times New Roman" w:hAnsi="Times New Roman"/>
          <w:sz w:val="24"/>
          <w:szCs w:val="24"/>
          <w:lang w:eastAsia="en-GB"/>
        </w:rPr>
      </w:pPr>
      <w:r w:rsidRPr="005311D2">
        <w:rPr>
          <w:rFonts w:ascii="Times New Roman" w:hAnsi="Times New Roman"/>
          <w:sz w:val="24"/>
          <w:szCs w:val="24"/>
          <w:lang w:eastAsia="en-GB"/>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16CB6AC0" w14:textId="77777777" w:rsidR="008B2EA6" w:rsidRPr="005311D2" w:rsidRDefault="008B2EA6" w:rsidP="008B2EA6">
      <w:pPr>
        <w:autoSpaceDE w:val="0"/>
        <w:autoSpaceDN w:val="0"/>
        <w:adjustRightInd w:val="0"/>
        <w:spacing w:after="0" w:line="240" w:lineRule="auto"/>
        <w:ind w:left="1350"/>
        <w:jc w:val="both"/>
        <w:rPr>
          <w:rFonts w:ascii="Times New Roman" w:hAnsi="Times New Roman"/>
          <w:sz w:val="24"/>
          <w:szCs w:val="24"/>
          <w:lang w:eastAsia="en-GB"/>
        </w:rPr>
      </w:pPr>
      <w:r>
        <w:rPr>
          <w:rFonts w:ascii="Times New Roman" w:hAnsi="Times New Roman"/>
          <w:sz w:val="24"/>
          <w:szCs w:val="24"/>
          <w:lang w:eastAsia="en-GB"/>
        </w:rPr>
        <w:t>-</w:t>
      </w:r>
      <w:r w:rsidRPr="005311D2">
        <w:rPr>
          <w:rFonts w:ascii="Times New Roman" w:hAnsi="Times New Roman"/>
          <w:sz w:val="24"/>
          <w:szCs w:val="24"/>
          <w:lang w:eastAsia="en-GB"/>
        </w:rPr>
        <w:t xml:space="preserve"> fie de societăţi de asigurare din state terţe prin sucursale autorizate în România de către Autoritatea de Supraveghere Financiară;</w:t>
      </w:r>
    </w:p>
    <w:p w14:paraId="14CB14EE" w14:textId="77777777" w:rsidR="008B2EA6" w:rsidRPr="005311D2"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  c) depunerea la casierie a unor sume în numerar dacă valoarea este mai mică de 5.000 lei;</w:t>
      </w:r>
    </w:p>
    <w:p w14:paraId="4DEEA562" w14:textId="77777777" w:rsidR="008B2EA6" w:rsidRPr="00281374"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xml:space="preserve">  d) combinarea a două sau mai multe dintre modalităţile de constituire prevăzute la lit. a)-c), în cazul </w:t>
      </w:r>
      <w:r w:rsidRPr="00281374">
        <w:rPr>
          <w:rFonts w:ascii="Times New Roman" w:hAnsi="Times New Roman"/>
          <w:sz w:val="24"/>
          <w:szCs w:val="24"/>
          <w:lang w:eastAsia="en-GB"/>
        </w:rPr>
        <w:t>garanţiei de bună execuţie.</w:t>
      </w:r>
    </w:p>
    <w:p w14:paraId="574B7FE9" w14:textId="77777777" w:rsidR="008B2EA6" w:rsidRPr="00281374"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281374">
        <w:rPr>
          <w:rFonts w:ascii="Times New Roman" w:hAnsi="Times New Roman"/>
          <w:sz w:val="24"/>
          <w:szCs w:val="24"/>
          <w:lang w:eastAsia="en-GB"/>
        </w:rPr>
        <w:t>Dacă Garanția se constituie printr-un instrument de garantare (scrisoare) acesta devine Anexa nr. 9 („Garanţia de Bună Execuţie”) la prezentul Contract. Garanția de bună execuție este irevocabilă.</w:t>
      </w:r>
    </w:p>
    <w:p w14:paraId="0676E949"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281374">
        <w:rPr>
          <w:rFonts w:ascii="Times New Roman" w:hAnsi="Times New Roman"/>
          <w:b/>
          <w:sz w:val="24"/>
          <w:szCs w:val="24"/>
          <w:lang w:eastAsia="en-GB"/>
        </w:rPr>
        <w:t>(2)</w:t>
      </w:r>
      <w:r w:rsidRPr="00281374">
        <w:rPr>
          <w:rFonts w:ascii="Times New Roman" w:hAnsi="Times New Roman"/>
          <w:sz w:val="24"/>
          <w:szCs w:val="24"/>
          <w:lang w:eastAsia="en-GB"/>
        </w:rPr>
        <w:t xml:space="preserve"> Pentru evitarea oricărui dubiu, constituirea Garanției de Bună Execuție nu reduce şi nu limitează în niciun fel responsabilitatea Delegatului în legătură cu obligațiile care-i revin conform Contractului și nu</w:t>
      </w:r>
      <w:r w:rsidRPr="00CD3EA5">
        <w:rPr>
          <w:rFonts w:ascii="Times New Roman" w:hAnsi="Times New Roman"/>
          <w:sz w:val="24"/>
          <w:szCs w:val="24"/>
          <w:lang w:eastAsia="en-GB"/>
        </w:rPr>
        <w:t xml:space="preserve">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1AE04E9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Garanția de Bună Execuție poate fi executată de către </w:t>
      </w:r>
      <w:r w:rsidRPr="00CD3EA5">
        <w:rPr>
          <w:rStyle w:val="Bodytext20"/>
          <w:rFonts w:ascii="Times New Roman" w:hAnsi="Times New Roman" w:cs="Times New Roman"/>
          <w:sz w:val="24"/>
          <w:szCs w:val="24"/>
        </w:rPr>
        <w:t>ADISIGD Arad, în limita prejudiciului creat, pentru prejudiciile ale căror recuperare îi revin acestuia</w:t>
      </w:r>
      <w:r>
        <w:rPr>
          <w:rStyle w:val="Bodytext20"/>
          <w:rFonts w:ascii="Times New Roman" w:hAnsi="Times New Roman" w:cs="Times New Roman"/>
          <w:sz w:val="24"/>
          <w:szCs w:val="24"/>
        </w:rPr>
        <w:t xml:space="preserve"> conform prezentului contract, respectiv la solicitarea</w:t>
      </w:r>
      <w:r w:rsidRPr="00CD3EA5">
        <w:rPr>
          <w:rStyle w:val="Bodytext20"/>
          <w:rFonts w:ascii="Times New Roman" w:hAnsi="Times New Roman" w:cs="Times New Roman"/>
          <w:sz w:val="24"/>
          <w:szCs w:val="24"/>
        </w:rPr>
        <w:t xml:space="preserve"> Consiliului Județean</w:t>
      </w:r>
      <w:r>
        <w:rPr>
          <w:rStyle w:val="Bodytext20"/>
          <w:rFonts w:ascii="Times New Roman" w:hAnsi="Times New Roman" w:cs="Times New Roman"/>
          <w:sz w:val="24"/>
          <w:szCs w:val="24"/>
        </w:rPr>
        <w:t xml:space="preserve"> Arad pentru prejudiciile a căror</w:t>
      </w:r>
      <w:r w:rsidRPr="00CD3EA5">
        <w:rPr>
          <w:rStyle w:val="Bodytext20"/>
          <w:rFonts w:ascii="Times New Roman" w:hAnsi="Times New Roman" w:cs="Times New Roman"/>
          <w:sz w:val="24"/>
          <w:szCs w:val="24"/>
        </w:rPr>
        <w:t xml:space="preserve"> recuperare </w:t>
      </w:r>
      <w:r>
        <w:rPr>
          <w:rStyle w:val="Bodytext20"/>
          <w:rFonts w:ascii="Times New Roman" w:hAnsi="Times New Roman" w:cs="Times New Roman"/>
          <w:sz w:val="24"/>
          <w:szCs w:val="24"/>
        </w:rPr>
        <w:t>î</w:t>
      </w:r>
      <w:r w:rsidRPr="00CD3EA5">
        <w:rPr>
          <w:rStyle w:val="Bodytext20"/>
          <w:rFonts w:ascii="Times New Roman" w:hAnsi="Times New Roman" w:cs="Times New Roman"/>
          <w:sz w:val="24"/>
          <w:szCs w:val="24"/>
        </w:rPr>
        <w:t>i revin acestuia, conform prezentului contract</w:t>
      </w:r>
      <w:r w:rsidRPr="00CD3EA5">
        <w:rPr>
          <w:rFonts w:ascii="Times New Roman" w:hAnsi="Times New Roman"/>
          <w:sz w:val="24"/>
          <w:szCs w:val="24"/>
          <w:lang w:eastAsia="en-GB"/>
        </w:rPr>
        <w:t xml:space="preserve">,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CD3EA5">
        <w:rPr>
          <w:rStyle w:val="Bodytext20"/>
          <w:rFonts w:ascii="Times New Roman" w:hAnsi="Times New Roman" w:cs="Times New Roman"/>
          <w:sz w:val="24"/>
          <w:szCs w:val="24"/>
        </w:rPr>
        <w:t xml:space="preserve">ADISIGD Arad </w:t>
      </w:r>
      <w:r w:rsidRPr="00CD3EA5">
        <w:rPr>
          <w:rFonts w:ascii="Times New Roman" w:hAnsi="Times New Roman"/>
          <w:sz w:val="24"/>
          <w:szCs w:val="24"/>
          <w:lang w:eastAsia="en-GB"/>
        </w:rPr>
        <w:t>va executa Garanţia de Bună Execuţie, fără nici o altă notificare.</w:t>
      </w:r>
    </w:p>
    <w:p w14:paraId="2A34C69C"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(4)</w:t>
      </w:r>
      <w:r w:rsidRPr="00CD3EA5">
        <w:rPr>
          <w:rFonts w:ascii="Times New Roman" w:hAnsi="Times New Roman"/>
          <w:sz w:val="24"/>
          <w:szCs w:val="24"/>
          <w:lang w:eastAsia="en-GB"/>
        </w:rPr>
        <w:t xml:space="preserve"> 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45B425E3"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(5)</w:t>
      </w:r>
      <w:r w:rsidRPr="00CD3EA5">
        <w:rPr>
          <w:rFonts w:ascii="Times New Roman" w:hAnsi="Times New Roman"/>
          <w:sz w:val="24"/>
          <w:szCs w:val="24"/>
          <w:lang w:eastAsia="en-GB"/>
        </w:rPr>
        <w:t xml:space="preserve"> Nerespectarea de către Delegat a obligaţiilor prevăzute de prezentul articol reprezintă o încălcare semnificativă de către Delegat a obligaţiilor contractuale şi duce la rezilierea Contractului conform Articolului 38 (“Rezilierea Contractului”) de mai jos.</w:t>
      </w:r>
    </w:p>
    <w:p w14:paraId="2B1E5FC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(6)</w:t>
      </w:r>
      <w:r w:rsidRPr="00CD3EA5">
        <w:rPr>
          <w:rFonts w:ascii="Times New Roman" w:hAnsi="Times New Roman"/>
          <w:sz w:val="24"/>
          <w:szCs w:val="24"/>
          <w:lang w:eastAsia="en-GB"/>
        </w:rPr>
        <w:t xml:space="preserve"> </w:t>
      </w:r>
      <w:r>
        <w:rPr>
          <w:rStyle w:val="Bodytext20"/>
          <w:rFonts w:ascii="Times New Roman" w:hAnsi="Times New Roman" w:cs="Times New Roman"/>
          <w:sz w:val="24"/>
          <w:szCs w:val="24"/>
        </w:rPr>
        <w:t>ADISIGD Arad</w:t>
      </w:r>
      <w:r w:rsidRPr="00CD3EA5">
        <w:rPr>
          <w:rStyle w:val="Bodytext20"/>
          <w:rFonts w:ascii="Times New Roman" w:hAnsi="Times New Roman" w:cs="Times New Roman"/>
          <w:sz w:val="24"/>
          <w:szCs w:val="24"/>
        </w:rPr>
        <w:t xml:space="preserve"> </w:t>
      </w:r>
      <w:r w:rsidRPr="00CD3EA5">
        <w:rPr>
          <w:rFonts w:ascii="Times New Roman" w:hAnsi="Times New Roman"/>
          <w:sz w:val="24"/>
          <w:szCs w:val="24"/>
          <w:lang w:eastAsia="en-GB"/>
        </w:rPr>
        <w:t xml:space="preserve">va returna Delegatului Garanţia de Bună Execuție în termen de cel mult 14 (paisprezece) Zile de la data semnării procesului-verbal de predare-primire a Bunurilor de Retur care sunt restituite Delegatarului odată cu încetarea Contractului, dacă </w:t>
      </w:r>
      <w:r>
        <w:rPr>
          <w:rStyle w:val="Bodytext20"/>
          <w:rFonts w:ascii="Times New Roman" w:hAnsi="Times New Roman" w:cs="Times New Roman"/>
          <w:sz w:val="24"/>
          <w:szCs w:val="24"/>
        </w:rPr>
        <w:t>ADISIGD Arad</w:t>
      </w:r>
      <w:r w:rsidRPr="00CD3EA5">
        <w:rPr>
          <w:rStyle w:val="Bodytext20"/>
          <w:rFonts w:ascii="Times New Roman" w:hAnsi="Times New Roman" w:cs="Times New Roman"/>
          <w:sz w:val="24"/>
          <w:szCs w:val="24"/>
        </w:rPr>
        <w:t xml:space="preserve"> </w:t>
      </w:r>
      <w:r>
        <w:rPr>
          <w:rStyle w:val="Bodytext20"/>
          <w:rFonts w:ascii="Times New Roman" w:hAnsi="Times New Roman" w:cs="Times New Roman"/>
          <w:sz w:val="24"/>
          <w:szCs w:val="24"/>
        </w:rPr>
        <w:t xml:space="preserve">sau </w:t>
      </w:r>
      <w:r w:rsidRPr="008B3EA1">
        <w:rPr>
          <w:rStyle w:val="Bodytext20"/>
          <w:rFonts w:ascii="Times New Roman" w:hAnsi="Times New Roman" w:cs="Times New Roman"/>
          <w:sz w:val="24"/>
          <w:szCs w:val="24"/>
        </w:rPr>
        <w:t xml:space="preserve">Județul Arad </w:t>
      </w:r>
      <w:r w:rsidRPr="008B3EA1">
        <w:rPr>
          <w:rFonts w:ascii="Times New Roman" w:hAnsi="Times New Roman"/>
          <w:sz w:val="24"/>
          <w:szCs w:val="24"/>
          <w:lang w:eastAsia="en-GB"/>
        </w:rPr>
        <w:t xml:space="preserve">prin Consiliul Județean Arad </w:t>
      </w:r>
      <w:r w:rsidRPr="00CD3EA5">
        <w:rPr>
          <w:rFonts w:ascii="Times New Roman" w:hAnsi="Times New Roman"/>
          <w:sz w:val="24"/>
          <w:szCs w:val="24"/>
          <w:lang w:eastAsia="en-GB"/>
        </w:rPr>
        <w:t>nu a ridicat până la acea dată pretenții asupra ei ca urmare a nerespectării de către Delegat a unor obligaţii contractuale.</w:t>
      </w:r>
    </w:p>
    <w:p w14:paraId="474D988E" w14:textId="77777777" w:rsidR="008B2EA6" w:rsidRPr="00CD3EA5" w:rsidRDefault="008B2EA6" w:rsidP="008B2EA6">
      <w:pPr>
        <w:autoSpaceDE w:val="0"/>
        <w:autoSpaceDN w:val="0"/>
        <w:adjustRightInd w:val="0"/>
        <w:spacing w:after="0" w:line="240" w:lineRule="auto"/>
        <w:jc w:val="both"/>
        <w:rPr>
          <w:rFonts w:ascii="Times New Roman" w:hAnsi="Times New Roman"/>
          <w:strike/>
          <w:sz w:val="24"/>
          <w:szCs w:val="24"/>
          <w:lang w:eastAsia="en-GB"/>
        </w:rPr>
      </w:pPr>
    </w:p>
    <w:p w14:paraId="06E26711"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3698A4BC"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62" w:name="_Toc11221577"/>
      <w:r w:rsidRPr="00CD3EA5">
        <w:rPr>
          <w:rFonts w:ascii="Times New Roman" w:hAnsi="Times New Roman"/>
          <w:sz w:val="24"/>
          <w:szCs w:val="24"/>
          <w:lang w:val="ro-RO" w:eastAsia="ro-RO"/>
        </w:rPr>
        <w:t>ASIGURĂRI</w:t>
      </w:r>
      <w:bookmarkEnd w:id="262"/>
    </w:p>
    <w:p w14:paraId="18F4848F" w14:textId="77777777" w:rsidR="008B2EA6" w:rsidRPr="00CD3EA5" w:rsidRDefault="008B2EA6" w:rsidP="008B2EA6">
      <w:pPr>
        <w:spacing w:after="0" w:line="240" w:lineRule="auto"/>
        <w:jc w:val="both"/>
        <w:rPr>
          <w:rFonts w:ascii="Times New Roman" w:hAnsi="Times New Roman"/>
          <w:sz w:val="24"/>
          <w:szCs w:val="24"/>
          <w:lang w:eastAsia="en-GB"/>
        </w:rPr>
      </w:pPr>
      <w:bookmarkStart w:id="263" w:name="_Toc378327527"/>
      <w:bookmarkStart w:id="264" w:name="_Toc379978623"/>
      <w:bookmarkStart w:id="265" w:name="_Toc380141068"/>
      <w:bookmarkStart w:id="266" w:name="_Toc381791145"/>
      <w:bookmarkStart w:id="267" w:name="_Toc381957673"/>
      <w:bookmarkStart w:id="268" w:name="_Toc11221578"/>
      <w:r w:rsidRPr="00CD3EA5">
        <w:rPr>
          <w:rFonts w:ascii="Times New Roman" w:hAnsi="Times New Roman"/>
          <w:b/>
          <w:sz w:val="24"/>
          <w:szCs w:val="24"/>
          <w:lang w:eastAsia="ro-RO"/>
        </w:rPr>
        <w:t>(1)</w:t>
      </w:r>
      <w:r w:rsidRPr="00CD3EA5">
        <w:rPr>
          <w:rFonts w:ascii="Times New Roman" w:hAnsi="Times New Roman"/>
          <w:sz w:val="24"/>
          <w:szCs w:val="24"/>
          <w:lang w:eastAsia="ro-RO"/>
        </w:rPr>
        <w:t xml:space="preserve"> </w:t>
      </w:r>
      <w:r w:rsidRPr="00CD3EA5">
        <w:rPr>
          <w:rFonts w:ascii="Times New Roman" w:hAnsi="Times New Roman"/>
          <w:sz w:val="24"/>
          <w:szCs w:val="24"/>
          <w:lang w:eastAsia="en-GB"/>
        </w:rPr>
        <w:t>Fără a aduce atingere altor sarcini, obligaţii şi/sau răspunderi ale Delegatului asumate în baza acestui Contract, Delegatul, pe proprie răspundere şi cheltuială, va încheia (</w:t>
      </w:r>
      <w:r w:rsidRPr="00CD3EA5">
        <w:rPr>
          <w:rFonts w:ascii="Times New Roman" w:hAnsi="Times New Roman"/>
          <w:sz w:val="24"/>
          <w:szCs w:val="24"/>
          <w:lang w:eastAsia="ro-RO"/>
        </w:rPr>
        <w:t>în Perioada de Mobilizare)</w:t>
      </w:r>
      <w:r w:rsidRPr="00CD3EA5">
        <w:rPr>
          <w:rFonts w:ascii="Times New Roman" w:hAnsi="Times New Roman"/>
          <w:sz w:val="24"/>
          <w:szCs w:val="24"/>
          <w:lang w:eastAsia="en-GB"/>
        </w:rPr>
        <w:t xml:space="preserve"> şi va menţine pe întreaga durată a Contractului poliţele de asigurare cu acoperirea prevăzută de Lege şi Bunele </w:t>
      </w:r>
      <w:r w:rsidRPr="00CD3EA5">
        <w:rPr>
          <w:rFonts w:ascii="Times New Roman" w:hAnsi="Times New Roman"/>
          <w:sz w:val="24"/>
          <w:szCs w:val="24"/>
          <w:lang w:eastAsia="en-GB"/>
        </w:rPr>
        <w:lastRenderedPageBreak/>
        <w:t>Practici Comerciale şi în special următoarele asigurări, după cum sunt detaliate în Anexa nr. 8 la prezentul Contract:</w:t>
      </w:r>
      <w:bookmarkEnd w:id="263"/>
      <w:bookmarkEnd w:id="264"/>
      <w:bookmarkEnd w:id="265"/>
      <w:bookmarkEnd w:id="266"/>
      <w:bookmarkEnd w:id="267"/>
      <w:bookmarkEnd w:id="268"/>
    </w:p>
    <w:p w14:paraId="778E27A1" w14:textId="77777777" w:rsidR="008B2EA6" w:rsidRPr="00CD3EA5" w:rsidRDefault="008B2EA6" w:rsidP="008B2EA6">
      <w:pPr>
        <w:pStyle w:val="ListParagraph"/>
        <w:numPr>
          <w:ilvl w:val="0"/>
          <w:numId w:val="102"/>
        </w:numPr>
        <w:spacing w:after="0" w:line="240" w:lineRule="auto"/>
        <w:jc w:val="both"/>
        <w:rPr>
          <w:rFonts w:ascii="Times New Roman" w:hAnsi="Times New Roman"/>
          <w:sz w:val="24"/>
          <w:szCs w:val="24"/>
        </w:rPr>
      </w:pPr>
      <w:r w:rsidRPr="00CD3EA5">
        <w:rPr>
          <w:rFonts w:ascii="Times New Roman" w:hAnsi="Times New Roman"/>
          <w:sz w:val="24"/>
          <w:szCs w:val="24"/>
        </w:rPr>
        <w:t>asigurări auto acoperind parcul de mijloace de transport şi utilaje folosite de Delegat în gestiunea Serviciului, în conformitate cu prevederile legale aplicabile;</w:t>
      </w:r>
    </w:p>
    <w:p w14:paraId="239348D8" w14:textId="77777777" w:rsidR="008B2EA6" w:rsidRPr="00CD3EA5" w:rsidRDefault="008B2EA6" w:rsidP="008B2EA6">
      <w:pPr>
        <w:pStyle w:val="ListParagraph"/>
        <w:numPr>
          <w:ilvl w:val="0"/>
          <w:numId w:val="102"/>
        </w:numPr>
        <w:spacing w:after="0" w:line="240" w:lineRule="auto"/>
        <w:jc w:val="both"/>
        <w:rPr>
          <w:rFonts w:ascii="Times New Roman" w:hAnsi="Times New Roman"/>
          <w:sz w:val="24"/>
          <w:szCs w:val="24"/>
        </w:rPr>
      </w:pPr>
      <w:r w:rsidRPr="00CD3EA5">
        <w:rPr>
          <w:rFonts w:ascii="Times New Roman" w:hAnsi="Times New Roman"/>
          <w:sz w:val="24"/>
          <w:szCs w:val="24"/>
        </w:rPr>
        <w:t>asigurarea de răspundere civilă generală;</w:t>
      </w:r>
    </w:p>
    <w:p w14:paraId="645E5BF6" w14:textId="77777777" w:rsidR="008B2EA6" w:rsidRPr="00CD3EA5" w:rsidRDefault="008B2EA6" w:rsidP="008B2EA6">
      <w:pPr>
        <w:pStyle w:val="ListParagraph"/>
        <w:numPr>
          <w:ilvl w:val="0"/>
          <w:numId w:val="102"/>
        </w:numPr>
        <w:spacing w:after="0" w:line="240" w:lineRule="auto"/>
        <w:jc w:val="both"/>
        <w:rPr>
          <w:rFonts w:ascii="Times New Roman" w:hAnsi="Times New Roman"/>
          <w:sz w:val="24"/>
          <w:szCs w:val="24"/>
        </w:rPr>
      </w:pPr>
      <w:r w:rsidRPr="00CD3EA5">
        <w:rPr>
          <w:rFonts w:ascii="Times New Roman" w:hAnsi="Times New Roman"/>
          <w:sz w:val="24"/>
          <w:szCs w:val="24"/>
        </w:rPr>
        <w:t>vor fi încheiate polițe de tip CASCO pentru autospecialele bunuri de retur.</w:t>
      </w:r>
    </w:p>
    <w:p w14:paraId="12FACFE0" w14:textId="77777777" w:rsidR="008B2EA6" w:rsidRPr="00CD3EA5" w:rsidRDefault="008B2EA6" w:rsidP="008B2EA6">
      <w:pPr>
        <w:spacing w:after="0" w:line="240" w:lineRule="auto"/>
        <w:jc w:val="both"/>
        <w:rPr>
          <w:rFonts w:ascii="Times New Roman" w:hAnsi="Times New Roman"/>
          <w:sz w:val="24"/>
          <w:szCs w:val="24"/>
          <w:lang w:eastAsia="en-GB"/>
        </w:rPr>
      </w:pPr>
      <w:bookmarkStart w:id="269" w:name="_Toc378327528"/>
      <w:bookmarkStart w:id="270" w:name="_Toc379978624"/>
      <w:bookmarkStart w:id="271" w:name="_Toc380141069"/>
      <w:bookmarkStart w:id="272" w:name="_Toc381791146"/>
      <w:bookmarkStart w:id="273" w:name="_Toc381957674"/>
      <w:bookmarkStart w:id="274" w:name="_Toc11221579"/>
      <w:r w:rsidRPr="00CD3EA5">
        <w:rPr>
          <w:rFonts w:ascii="Times New Roman" w:hAnsi="Times New Roman"/>
          <w:b/>
          <w:sz w:val="24"/>
          <w:szCs w:val="24"/>
          <w:lang w:eastAsia="en-GB"/>
        </w:rPr>
        <w:t>(2)</w:t>
      </w:r>
      <w:r w:rsidRPr="00CD3EA5">
        <w:rPr>
          <w:rFonts w:ascii="Times New Roman" w:hAnsi="Times New Roman"/>
          <w:sz w:val="24"/>
          <w:szCs w:val="24"/>
          <w:lang w:eastAsia="en-GB"/>
        </w:rPr>
        <w:t xml:space="preserve"> Delegatul va fi obligat să încheie orice alte asigurări prevăzute de Legea în vigoare la un moment dat pe Durata prezentului Contract.</w:t>
      </w:r>
      <w:bookmarkEnd w:id="269"/>
      <w:bookmarkEnd w:id="270"/>
      <w:bookmarkEnd w:id="271"/>
      <w:bookmarkEnd w:id="272"/>
      <w:bookmarkEnd w:id="273"/>
      <w:bookmarkEnd w:id="274"/>
    </w:p>
    <w:p w14:paraId="3B05803E" w14:textId="77777777" w:rsidR="008B2EA6" w:rsidRPr="00CD3EA5" w:rsidRDefault="008B2EA6" w:rsidP="008B2EA6">
      <w:pPr>
        <w:spacing w:after="0" w:line="240" w:lineRule="auto"/>
        <w:jc w:val="both"/>
        <w:rPr>
          <w:rFonts w:ascii="Times New Roman" w:hAnsi="Times New Roman"/>
          <w:sz w:val="24"/>
          <w:szCs w:val="24"/>
          <w:lang w:eastAsia="en-GB"/>
        </w:rPr>
      </w:pPr>
      <w:bookmarkStart w:id="275" w:name="_Toc378327529"/>
      <w:bookmarkStart w:id="276" w:name="_Toc379978625"/>
      <w:bookmarkStart w:id="277" w:name="_Toc380141070"/>
      <w:bookmarkStart w:id="278" w:name="_Toc381791147"/>
      <w:bookmarkStart w:id="279" w:name="_Toc381957675"/>
      <w:bookmarkStart w:id="280" w:name="_Toc11221580"/>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Delegatul va furniza Delegatarului, copii ale poliţelor de asigurări prevăzute la alin. (1) de mai sus.</w:t>
      </w:r>
      <w:bookmarkEnd w:id="275"/>
      <w:bookmarkEnd w:id="276"/>
      <w:bookmarkEnd w:id="277"/>
      <w:bookmarkEnd w:id="278"/>
      <w:bookmarkEnd w:id="279"/>
      <w:bookmarkEnd w:id="280"/>
    </w:p>
    <w:p w14:paraId="5D15A962" w14:textId="77777777" w:rsidR="008B2EA6" w:rsidRPr="00CD3EA5" w:rsidRDefault="008B2EA6" w:rsidP="008B2EA6">
      <w:pPr>
        <w:spacing w:after="0" w:line="240" w:lineRule="auto"/>
        <w:jc w:val="both"/>
        <w:rPr>
          <w:rFonts w:ascii="Times New Roman" w:hAnsi="Times New Roman"/>
          <w:sz w:val="24"/>
          <w:szCs w:val="24"/>
          <w:lang w:eastAsia="en-GB"/>
        </w:rPr>
      </w:pPr>
      <w:bookmarkStart w:id="281" w:name="_Toc378327530"/>
      <w:bookmarkStart w:id="282" w:name="_Toc379978626"/>
      <w:bookmarkStart w:id="283" w:name="_Toc380141071"/>
      <w:bookmarkStart w:id="284" w:name="_Toc381791148"/>
      <w:bookmarkStart w:id="285" w:name="_Toc381957676"/>
      <w:bookmarkStart w:id="286" w:name="_Toc11221581"/>
      <w:r w:rsidRPr="00CD3EA5">
        <w:rPr>
          <w:rFonts w:ascii="Times New Roman" w:hAnsi="Times New Roman"/>
          <w:b/>
          <w:sz w:val="24"/>
          <w:szCs w:val="24"/>
          <w:lang w:eastAsia="en-GB"/>
        </w:rPr>
        <w:t>(4)</w:t>
      </w:r>
      <w:r w:rsidRPr="00CD3EA5">
        <w:rPr>
          <w:rFonts w:ascii="Times New Roman" w:hAnsi="Times New Roman"/>
          <w:sz w:val="24"/>
          <w:szCs w:val="24"/>
          <w:lang w:eastAsia="en-GB"/>
        </w:rPr>
        <w:t xml:space="preserve"> Delegatul se va asigura că fiecare poliţă de asigurare cerută prin prezentul articol care are drept obiect bunuri ce aparţin Delegatarului sau care priveşte răspunderea civilă a Delegatului </w:t>
      </w:r>
      <w:bookmarkEnd w:id="281"/>
      <w:bookmarkEnd w:id="282"/>
      <w:bookmarkEnd w:id="283"/>
      <w:bookmarkEnd w:id="284"/>
      <w:bookmarkEnd w:id="285"/>
      <w:r w:rsidRPr="00CD3EA5">
        <w:rPr>
          <w:rFonts w:ascii="Times New Roman" w:hAnsi="Times New Roman"/>
          <w:sz w:val="24"/>
          <w:szCs w:val="24"/>
          <w:lang w:eastAsia="en-GB"/>
        </w:rPr>
        <w:t>conţine prevederi prin care se solicită asigurătorului ca în termen de 30 (treizeci) de Zile să adreseze o notificare Delegatarului înainte de orice anulare sau modificare semnificativă a poliţei în cauză. Primirea de către Delegatar a acestor notificări nu va exonera Delegatul de nicio obligaţie, responsabilitate sau răspundere contractuală sau legală.</w:t>
      </w:r>
      <w:bookmarkEnd w:id="286"/>
    </w:p>
    <w:p w14:paraId="230FECCB" w14:textId="77777777" w:rsidR="008B2EA6" w:rsidRPr="00CD3EA5" w:rsidRDefault="008B2EA6" w:rsidP="008B2EA6">
      <w:pPr>
        <w:spacing w:after="0" w:line="240" w:lineRule="auto"/>
        <w:jc w:val="both"/>
        <w:rPr>
          <w:rFonts w:ascii="Times New Roman" w:hAnsi="Times New Roman"/>
          <w:sz w:val="24"/>
          <w:szCs w:val="24"/>
          <w:lang w:eastAsia="en-GB"/>
        </w:rPr>
      </w:pPr>
      <w:bookmarkStart w:id="287" w:name="_Toc378327531"/>
      <w:bookmarkStart w:id="288" w:name="_Toc379978627"/>
      <w:bookmarkStart w:id="289" w:name="_Toc380141072"/>
      <w:bookmarkStart w:id="290" w:name="_Toc381791149"/>
      <w:bookmarkStart w:id="291" w:name="_Toc381957677"/>
      <w:bookmarkStart w:id="292" w:name="_Toc11221582"/>
      <w:r w:rsidRPr="00CD3EA5">
        <w:rPr>
          <w:rFonts w:ascii="Times New Roman" w:hAnsi="Times New Roman"/>
          <w:b/>
          <w:sz w:val="24"/>
          <w:szCs w:val="24"/>
          <w:lang w:eastAsia="en-GB"/>
        </w:rPr>
        <w:t>(5)</w:t>
      </w:r>
      <w:r w:rsidRPr="00CD3EA5">
        <w:rPr>
          <w:rFonts w:ascii="Times New Roman" w:hAnsi="Times New Roman"/>
          <w:sz w:val="24"/>
          <w:szCs w:val="24"/>
          <w:lang w:eastAsia="en-GB"/>
        </w:rPr>
        <w:t xml:space="preserve"> În cazul în care Delegatul nu încheie vreuna dintre asigurările prevăzute de prezentul articol şi detaliate în Anexa nr. 8 la Contract sau încheie o asigurare cu acoperire insuficientă, Delegatarul are dreptul să acorde un preaviz de maximum 15 (cincisprezece) Zile Delegatului, pentru a-şi îndeplini această obligaţie, înainte de a rezilia Contractul conform Articolului 38 (“Rezilierea Contractului”).</w:t>
      </w:r>
      <w:bookmarkEnd w:id="287"/>
      <w:bookmarkEnd w:id="288"/>
      <w:bookmarkEnd w:id="289"/>
      <w:bookmarkEnd w:id="290"/>
      <w:bookmarkEnd w:id="291"/>
      <w:bookmarkEnd w:id="292"/>
      <w:r w:rsidRPr="00CD3EA5">
        <w:rPr>
          <w:rFonts w:ascii="Times New Roman" w:hAnsi="Times New Roman"/>
          <w:sz w:val="24"/>
          <w:szCs w:val="24"/>
          <w:lang w:eastAsia="en-GB"/>
        </w:rPr>
        <w:t xml:space="preserve"> </w:t>
      </w:r>
    </w:p>
    <w:p w14:paraId="34FBF992"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(6)</w:t>
      </w:r>
      <w:r w:rsidRPr="00CD3EA5">
        <w:rPr>
          <w:rFonts w:ascii="Times New Roman" w:hAnsi="Times New Roman"/>
          <w:sz w:val="24"/>
          <w:szCs w:val="24"/>
          <w:lang w:eastAsia="en-GB"/>
        </w:rPr>
        <w:t xml:space="preserve"> Delegatul va informa Delegatarul, de îndată ce este posibil şi în termen de cel mult 5 (cinci) Zile de la producerea evenimentului asigurat, în legătură cu orice situaţie ce ar putea avea ca efect formularea unei solicitări de plata sau a unei cereri de despăgubiri</w:t>
      </w:r>
      <w:r w:rsidRPr="00CD3EA5" w:rsidDel="007E17D4">
        <w:rPr>
          <w:rFonts w:ascii="Times New Roman" w:hAnsi="Times New Roman"/>
          <w:sz w:val="24"/>
          <w:szCs w:val="24"/>
          <w:lang w:eastAsia="en-GB"/>
        </w:rPr>
        <w:t xml:space="preserve"> </w:t>
      </w:r>
      <w:r w:rsidRPr="00CD3EA5">
        <w:rPr>
          <w:rFonts w:ascii="Times New Roman" w:hAnsi="Times New Roman"/>
          <w:sz w:val="24"/>
          <w:szCs w:val="24"/>
          <w:lang w:eastAsia="en-GB"/>
        </w:rPr>
        <w:t xml:space="preserve">în baza oricărei poliţe de asigurare încheiată conform prevederilor prezentului Contract. În continuare, Delegatul va soluţiona cererea direct cu asiguratorii respectivi, va acţiona în interesul ambelor Părţi şi va informa Delegatarul despre toate etapele privind soluţionarea unor astfel de cereri. </w:t>
      </w:r>
    </w:p>
    <w:p w14:paraId="41A21701"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(7)</w:t>
      </w:r>
      <w:r w:rsidRPr="00CD3EA5">
        <w:rPr>
          <w:rFonts w:ascii="Times New Roman" w:hAnsi="Times New Roman"/>
          <w:sz w:val="24"/>
          <w:szCs w:val="24"/>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14:paraId="0259475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(8)</w:t>
      </w:r>
      <w:r w:rsidRPr="00CD3EA5">
        <w:rPr>
          <w:rFonts w:ascii="Times New Roman" w:hAnsi="Times New Roman"/>
          <w:b/>
          <w:i/>
          <w:sz w:val="24"/>
          <w:szCs w:val="24"/>
          <w:lang w:eastAsia="en-GB"/>
        </w:rPr>
        <w:t xml:space="preserve"> </w:t>
      </w:r>
      <w:r w:rsidRPr="00CD3EA5">
        <w:rPr>
          <w:rFonts w:ascii="Times New Roman" w:hAnsi="Times New Roman"/>
          <w:sz w:val="24"/>
          <w:szCs w:val="24"/>
          <w:lang w:eastAsia="en-GB"/>
        </w:rPr>
        <w:t>În cazul unei cereri de despăgubire formulată în baza oricărei poliţe de asigurare încheiate de Delegat, acesta va fi unic răspunzător pentru achitarea franşizei fără a prejudicia utilizarea despăgubirilor de risc acoperite de asigurări în baza Contractului.</w:t>
      </w:r>
    </w:p>
    <w:p w14:paraId="3612EDD6"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(9)</w:t>
      </w:r>
      <w:r w:rsidRPr="00CD3EA5">
        <w:rPr>
          <w:rFonts w:ascii="Times New Roman" w:hAnsi="Times New Roman"/>
          <w:sz w:val="24"/>
          <w:szCs w:val="24"/>
          <w:lang w:eastAsia="ro-RO"/>
        </w:rPr>
        <w:t xml:space="preserve"> Delegatul va furniza Delegatarului, dovezi ale plăţilor periodice ale primelor de asigurare fără întârziere. </w:t>
      </w:r>
    </w:p>
    <w:p w14:paraId="0F3AEFAF" w14:textId="77777777" w:rsidR="008B2EA6" w:rsidRPr="00CD3EA5" w:rsidRDefault="008B2EA6" w:rsidP="008B2EA6">
      <w:pPr>
        <w:spacing w:after="0" w:line="240" w:lineRule="auto"/>
        <w:rPr>
          <w:rFonts w:ascii="Times New Roman" w:hAnsi="Times New Roman"/>
          <w:bCs/>
          <w:sz w:val="24"/>
          <w:szCs w:val="24"/>
          <w:lang w:eastAsia="ro-RO"/>
        </w:rPr>
      </w:pPr>
    </w:p>
    <w:p w14:paraId="6309B4E2"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293" w:name="_Toc11221583"/>
      <w:r w:rsidRPr="00CD3EA5">
        <w:rPr>
          <w:rFonts w:ascii="Times New Roman" w:hAnsi="Times New Roman"/>
          <w:sz w:val="24"/>
          <w:szCs w:val="24"/>
          <w:lang w:val="ro-RO" w:eastAsia="ro-RO"/>
        </w:rPr>
        <w:t>REGISTRE, EVIDENŢE CONTABILE ŞI AUDIT</w:t>
      </w:r>
      <w:bookmarkEnd w:id="293"/>
    </w:p>
    <w:p w14:paraId="066D37AB" w14:textId="77777777" w:rsidR="008B2EA6" w:rsidRPr="00CD3EA5" w:rsidRDefault="008B2EA6" w:rsidP="008B2EA6">
      <w:pPr>
        <w:spacing w:after="0" w:line="240" w:lineRule="auto"/>
        <w:jc w:val="both"/>
        <w:rPr>
          <w:rFonts w:ascii="Times New Roman" w:hAnsi="Times New Roman"/>
          <w:sz w:val="24"/>
          <w:szCs w:val="24"/>
          <w:lang w:eastAsia="en-GB"/>
        </w:rPr>
      </w:pPr>
      <w:bookmarkStart w:id="294" w:name="_Toc332970524"/>
      <w:bookmarkStart w:id="295" w:name="_Toc333325574"/>
      <w:bookmarkStart w:id="296" w:name="_Toc333326645"/>
      <w:bookmarkStart w:id="297" w:name="_Toc334082401"/>
      <w:bookmarkStart w:id="298" w:name="_Toc337128347"/>
      <w:bookmarkStart w:id="299" w:name="_Toc337558413"/>
      <w:bookmarkStart w:id="300" w:name="_Toc337653193"/>
      <w:bookmarkStart w:id="301" w:name="_Toc337740267"/>
      <w:bookmarkStart w:id="302" w:name="_Toc378327533"/>
      <w:bookmarkStart w:id="303" w:name="_Toc379978629"/>
      <w:bookmarkStart w:id="304" w:name="_Toc380141074"/>
      <w:bookmarkStart w:id="305" w:name="_Toc381791151"/>
      <w:bookmarkStart w:id="306" w:name="_Toc381957679"/>
      <w:bookmarkStart w:id="307" w:name="_Toc11221584"/>
      <w:r w:rsidRPr="00CD3EA5">
        <w:rPr>
          <w:rFonts w:ascii="Times New Roman" w:hAnsi="Times New Roman"/>
          <w:b/>
          <w:sz w:val="24"/>
          <w:szCs w:val="24"/>
          <w:lang w:eastAsia="en-GB"/>
        </w:rPr>
        <w:t>(1)</w:t>
      </w:r>
      <w:r w:rsidRPr="00CD3EA5">
        <w:rPr>
          <w:rFonts w:ascii="Times New Roman" w:hAnsi="Times New Roman"/>
          <w:sz w:val="24"/>
          <w:szCs w:val="24"/>
          <w:lang w:eastAsia="en-GB"/>
        </w:rPr>
        <w:t xml:space="preserve"> </w:t>
      </w:r>
      <w:bookmarkEnd w:id="294"/>
      <w:bookmarkEnd w:id="295"/>
      <w:bookmarkEnd w:id="296"/>
      <w:bookmarkEnd w:id="297"/>
      <w:bookmarkEnd w:id="298"/>
      <w:bookmarkEnd w:id="299"/>
      <w:bookmarkEnd w:id="300"/>
      <w:bookmarkEnd w:id="301"/>
      <w:r w:rsidRPr="00CD3EA5">
        <w:rPr>
          <w:rFonts w:ascii="Times New Roman" w:hAnsi="Times New Roman"/>
          <w:sz w:val="24"/>
          <w:szCs w:val="24"/>
          <w:lang w:eastAsia="en-GB"/>
        </w:rPr>
        <w:t>Delegatul va respecta standardele şi principiile contabile şi va menţine registrele şi înregistrările contabile necesare conform Legii aplicabile.</w:t>
      </w:r>
      <w:bookmarkEnd w:id="302"/>
      <w:bookmarkEnd w:id="303"/>
      <w:bookmarkEnd w:id="304"/>
      <w:bookmarkEnd w:id="305"/>
      <w:bookmarkEnd w:id="306"/>
      <w:bookmarkEnd w:id="307"/>
    </w:p>
    <w:p w14:paraId="26FD4E60" w14:textId="77777777" w:rsidR="008B2EA6" w:rsidRPr="00CD3EA5" w:rsidRDefault="008B2EA6" w:rsidP="008B2EA6">
      <w:pPr>
        <w:spacing w:after="0" w:line="240" w:lineRule="auto"/>
        <w:jc w:val="both"/>
        <w:rPr>
          <w:rFonts w:ascii="Times New Roman" w:hAnsi="Times New Roman"/>
          <w:sz w:val="24"/>
          <w:szCs w:val="24"/>
          <w:lang w:eastAsia="en-GB"/>
        </w:rPr>
      </w:pPr>
      <w:bookmarkStart w:id="308" w:name="_Toc332970525"/>
      <w:bookmarkStart w:id="309" w:name="_Toc333325575"/>
      <w:bookmarkStart w:id="310" w:name="_Toc333326646"/>
      <w:bookmarkStart w:id="311" w:name="_Toc334082402"/>
      <w:bookmarkStart w:id="312" w:name="_Toc337128348"/>
      <w:bookmarkStart w:id="313" w:name="_Toc337558414"/>
      <w:bookmarkStart w:id="314" w:name="_Toc337653194"/>
      <w:bookmarkStart w:id="315" w:name="_Toc337740268"/>
      <w:bookmarkStart w:id="316" w:name="_Toc378327534"/>
      <w:bookmarkStart w:id="317" w:name="_Toc379978630"/>
      <w:bookmarkStart w:id="318" w:name="_Toc380141075"/>
      <w:bookmarkStart w:id="319" w:name="_Toc381791152"/>
      <w:bookmarkStart w:id="320" w:name="_Toc381957680"/>
      <w:bookmarkStart w:id="321" w:name="_Toc11221585"/>
      <w:r w:rsidRPr="00CD3EA5">
        <w:rPr>
          <w:rFonts w:ascii="Times New Roman" w:hAnsi="Times New Roman"/>
          <w:b/>
          <w:sz w:val="24"/>
          <w:szCs w:val="24"/>
          <w:lang w:eastAsia="en-GB"/>
        </w:rPr>
        <w:t>(2)</w:t>
      </w:r>
      <w:r w:rsidRPr="00CD3EA5">
        <w:rPr>
          <w:rFonts w:ascii="Times New Roman" w:hAnsi="Times New Roman"/>
          <w:sz w:val="24"/>
          <w:szCs w:val="24"/>
          <w:lang w:eastAsia="en-GB"/>
        </w:rPr>
        <w:t xml:space="preserve"> Delegatul va evidenţia în contabilitate în mod separat, clar şi distinct toate intrările şi ieşirile contabile în legătură cu prezentul Contract, în conformitate cu dispoziţiile legale. În măsura în care Delegatul nu va evidenţia aceste intrări şi ieşiri contabile în mod separat, atunci Delegatarul va putea rezilia Contractul în condiţiile Articolului 38 (“Rezilierea Contractului”).</w:t>
      </w:r>
      <w:bookmarkStart w:id="322" w:name="_Toc332970526"/>
      <w:bookmarkStart w:id="323" w:name="_Toc333325576"/>
      <w:bookmarkStart w:id="324" w:name="_Toc333326647"/>
      <w:bookmarkStart w:id="325" w:name="_Toc334082403"/>
      <w:bookmarkStart w:id="326" w:name="_Toc337128349"/>
      <w:bookmarkStart w:id="327" w:name="_Toc337558415"/>
      <w:bookmarkStart w:id="328" w:name="_Toc337653195"/>
      <w:bookmarkStart w:id="329" w:name="_Toc337740269"/>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5EB475A4" w14:textId="77777777" w:rsidR="008B2EA6" w:rsidRPr="00CD3EA5" w:rsidRDefault="008B2EA6" w:rsidP="008B2EA6">
      <w:pPr>
        <w:spacing w:after="0" w:line="240" w:lineRule="auto"/>
        <w:jc w:val="both"/>
        <w:rPr>
          <w:rFonts w:ascii="Times New Roman" w:hAnsi="Times New Roman"/>
          <w:sz w:val="24"/>
          <w:szCs w:val="24"/>
          <w:lang w:eastAsia="en-GB"/>
        </w:rPr>
      </w:pPr>
      <w:bookmarkStart w:id="330" w:name="_Toc378327535"/>
      <w:bookmarkStart w:id="331" w:name="_Toc379978631"/>
      <w:bookmarkStart w:id="332" w:name="_Toc380141076"/>
      <w:bookmarkStart w:id="333" w:name="_Toc381791153"/>
      <w:bookmarkStart w:id="334" w:name="_Toc381957681"/>
      <w:bookmarkStart w:id="335" w:name="_Toc11221586"/>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Delegatarul poate, suportând costurile şi cheltuielile, să efectueze un audit al evidenţelor şi registrelor contabile şi al altor documente relevante pentru Contract ţinute în condiţiile prezentului Articol, inclusiv asupra evidenţelor şi registrelor lucrărilor şi echipamentelor şi a oricăror informaţii, înregistrări şi documente contabile care pot fi solicitate de Delegatar în legătură cu Serviciul prestat şi prezentul Contract. </w:t>
      </w:r>
      <w:bookmarkEnd w:id="322"/>
      <w:bookmarkEnd w:id="323"/>
      <w:bookmarkEnd w:id="324"/>
      <w:bookmarkEnd w:id="325"/>
      <w:bookmarkEnd w:id="326"/>
      <w:bookmarkEnd w:id="327"/>
      <w:bookmarkEnd w:id="328"/>
      <w:bookmarkEnd w:id="329"/>
      <w:r w:rsidRPr="00CD3EA5">
        <w:rPr>
          <w:rFonts w:ascii="Times New Roman" w:hAnsi="Times New Roman"/>
          <w:sz w:val="24"/>
          <w:szCs w:val="24"/>
          <w:lang w:eastAsia="en-GB"/>
        </w:rPr>
        <w:t>Delegatul are obligaţia de a permite Delegatarului şi altor persoane autorizate să verifice şi să auditeze aceste documente, inclusiv să obţină copii de pe acestea, în orice moment pe Durata Contractului.</w:t>
      </w:r>
      <w:bookmarkEnd w:id="330"/>
      <w:bookmarkEnd w:id="331"/>
      <w:bookmarkEnd w:id="332"/>
      <w:bookmarkEnd w:id="333"/>
      <w:bookmarkEnd w:id="334"/>
      <w:bookmarkEnd w:id="335"/>
      <w:r w:rsidRPr="00CD3EA5">
        <w:rPr>
          <w:rFonts w:ascii="Times New Roman" w:hAnsi="Times New Roman"/>
          <w:sz w:val="24"/>
          <w:szCs w:val="24"/>
          <w:lang w:eastAsia="en-GB"/>
        </w:rPr>
        <w:t xml:space="preserve"> </w:t>
      </w:r>
    </w:p>
    <w:p w14:paraId="4C11FA55"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bookmarkStart w:id="336" w:name="_Toc332970527"/>
      <w:bookmarkStart w:id="337" w:name="_Toc333325577"/>
      <w:bookmarkStart w:id="338" w:name="_Toc333326648"/>
      <w:bookmarkStart w:id="339" w:name="_Toc334082404"/>
      <w:bookmarkStart w:id="340" w:name="_Toc337128350"/>
      <w:bookmarkStart w:id="341" w:name="_Toc337558416"/>
      <w:bookmarkStart w:id="342" w:name="_Toc337653196"/>
      <w:bookmarkStart w:id="343" w:name="_Toc337740270"/>
      <w:r w:rsidRPr="00CD3EA5">
        <w:rPr>
          <w:rFonts w:ascii="Times New Roman" w:hAnsi="Times New Roman"/>
          <w:b/>
          <w:sz w:val="24"/>
          <w:szCs w:val="24"/>
          <w:lang w:eastAsia="en-GB"/>
        </w:rPr>
        <w:t>(4)</w:t>
      </w:r>
      <w:r w:rsidRPr="00CD3EA5">
        <w:rPr>
          <w:rFonts w:ascii="Times New Roman" w:hAnsi="Times New Roman"/>
          <w:sz w:val="24"/>
          <w:szCs w:val="24"/>
          <w:lang w:eastAsia="en-GB"/>
        </w:rPr>
        <w:t xml:space="preserve"> Toate registrele, evidenţele, înregistrările şi documente contabile la care se face referire în prezentul Articol vor fi păstrate de Delegat pe o perioadă de timp cerută de Lege. La expirarea acestei perioade, Delegatul nu va arunca sau distruge registrele, evidenţele, înregistrările şi documentele contabile fără a </w:t>
      </w:r>
      <w:r w:rsidRPr="00CD3EA5">
        <w:rPr>
          <w:rFonts w:ascii="Times New Roman" w:hAnsi="Times New Roman"/>
          <w:sz w:val="24"/>
          <w:szCs w:val="24"/>
          <w:lang w:eastAsia="en-GB"/>
        </w:rPr>
        <w:lastRenderedPageBreak/>
        <w:t xml:space="preserve">cere aprobarea Delegatarului printr-o adresă scrisă trimisă cu cel puţin 30 (treizeci) de Zile înainte. În urma primirii adresei Delegatarul poate prelua pe cheltuială proprie registrele, evidenţele, înregistrările şi documente contabile, notificând intenţia sa printr-o adresă trimisă Delegatului cu cel puţin 10 (zece) Zile înainte de expirarea perioadei de 30 (treizeci) de Zile.  </w:t>
      </w:r>
      <w:bookmarkEnd w:id="336"/>
      <w:bookmarkEnd w:id="337"/>
      <w:bookmarkEnd w:id="338"/>
      <w:bookmarkEnd w:id="339"/>
      <w:bookmarkEnd w:id="340"/>
      <w:bookmarkEnd w:id="341"/>
      <w:bookmarkEnd w:id="342"/>
      <w:bookmarkEnd w:id="343"/>
    </w:p>
    <w:p w14:paraId="68BD5BFA"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437E828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44" w:name="_Toc11221587"/>
      <w:r w:rsidRPr="00CD3EA5">
        <w:rPr>
          <w:rFonts w:ascii="Times New Roman" w:hAnsi="Times New Roman"/>
          <w:sz w:val="24"/>
          <w:szCs w:val="24"/>
          <w:lang w:val="ro-RO" w:eastAsia="ro-RO"/>
        </w:rPr>
        <w:t>CLAUZA DE PREVENIRE A CORUPŢIEI</w:t>
      </w:r>
      <w:bookmarkEnd w:id="344"/>
      <w:r w:rsidRPr="00CD3EA5">
        <w:rPr>
          <w:rFonts w:ascii="Times New Roman" w:hAnsi="Times New Roman"/>
          <w:sz w:val="24"/>
          <w:szCs w:val="24"/>
          <w:lang w:val="ro-RO" w:eastAsia="ro-RO"/>
        </w:rPr>
        <w:t xml:space="preserve"> </w:t>
      </w:r>
    </w:p>
    <w:p w14:paraId="67614BEE"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 (1)</w:t>
      </w:r>
      <w:r w:rsidRPr="00CD3EA5">
        <w:rPr>
          <w:rFonts w:ascii="Times New Roman" w:hAnsi="Times New Roman"/>
          <w:sz w:val="24"/>
          <w:szCs w:val="24"/>
          <w:lang w:eastAsia="en-GB"/>
        </w:rPr>
        <w:t xml:space="preserve"> 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 38 (“Rezilierea Contractului”).</w:t>
      </w:r>
    </w:p>
    <w:p w14:paraId="1AAAC4BA" w14:textId="77777777" w:rsidR="008B2EA6" w:rsidRPr="00CD3EA5" w:rsidRDefault="008B2EA6" w:rsidP="008B2EA6">
      <w:pPr>
        <w:tabs>
          <w:tab w:val="left" w:pos="0"/>
        </w:tabs>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(2) </w:t>
      </w:r>
      <w:r w:rsidRPr="00CD3EA5">
        <w:rPr>
          <w:rFonts w:ascii="Times New Roman" w:hAnsi="Times New Roman"/>
          <w:sz w:val="24"/>
          <w:szCs w:val="24"/>
          <w:lang w:eastAsia="en-GB"/>
        </w:rPr>
        <w:t>Delegatarul poate rezilia prezentul Contract, conform Articolului 38 (“Rezilierea Contractului”), în cazul în care Delegatul sau orice persoană angajată de acesta sau acţionând în numele său:</w:t>
      </w:r>
    </w:p>
    <w:p w14:paraId="2449D030" w14:textId="77777777" w:rsidR="008B2EA6" w:rsidRPr="00CD3EA5" w:rsidRDefault="008B2EA6" w:rsidP="008B2EA6">
      <w:pPr>
        <w:numPr>
          <w:ilvl w:val="0"/>
          <w:numId w:val="55"/>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p>
    <w:p w14:paraId="3EC49941" w14:textId="77777777" w:rsidR="008B2EA6" w:rsidRPr="00CD3EA5" w:rsidRDefault="008B2EA6" w:rsidP="008B2EA6">
      <w:pPr>
        <w:numPr>
          <w:ilvl w:val="0"/>
          <w:numId w:val="55"/>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a realizat sau s-a abţinut de la o acţiune pentru favorizarea sau defavorizarea oricărei persoane în relaţie cu prezentul Contract sau cu orice alt contract cu Delegatarul;</w:t>
      </w:r>
    </w:p>
    <w:p w14:paraId="173827F6" w14:textId="77777777" w:rsidR="008B2EA6" w:rsidRPr="00CD3EA5" w:rsidRDefault="008B2EA6" w:rsidP="008B2EA6">
      <w:pPr>
        <w:numPr>
          <w:ilvl w:val="0"/>
          <w:numId w:val="55"/>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a comis orice infracţiune de dare şi/sau luare de mită ori corupţie, potrivit Legii, privitor la prezentul Contract sau orice alt contract cu Delegatarul;</w:t>
      </w:r>
    </w:p>
    <w:p w14:paraId="6061B792" w14:textId="77777777" w:rsidR="008B2EA6" w:rsidRPr="00CD3EA5" w:rsidRDefault="008B2EA6" w:rsidP="008B2EA6">
      <w:pPr>
        <w:numPr>
          <w:ilvl w:val="0"/>
          <w:numId w:val="55"/>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CD3EA5">
        <w:rPr>
          <w:rFonts w:ascii="Times New Roman" w:hAnsi="Times New Roman"/>
          <w:sz w:val="24"/>
          <w:szCs w:val="24"/>
          <w:lang w:eastAsia="en-GB"/>
        </w:rPr>
        <w:t xml:space="preserve">a oferit orice onorariu sau recompensă, alta decât salariul, unui salariat al Delegatarului, la care acesta, în virtutea funcţiei sau poziţiei ocupate, nu avea dreptul. </w:t>
      </w:r>
    </w:p>
    <w:p w14:paraId="1FCC4684"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7AB9EDB2"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45" w:name="_Toc11221588"/>
      <w:r w:rsidRPr="00CD3EA5">
        <w:rPr>
          <w:rFonts w:ascii="Times New Roman" w:hAnsi="Times New Roman"/>
          <w:sz w:val="24"/>
          <w:szCs w:val="24"/>
          <w:lang w:val="ro-RO" w:eastAsia="ro-RO"/>
        </w:rPr>
        <w:t>SUBDELEGAREA</w:t>
      </w:r>
      <w:bookmarkEnd w:id="345"/>
      <w:r w:rsidRPr="00CD3EA5">
        <w:rPr>
          <w:rFonts w:ascii="Times New Roman" w:hAnsi="Times New Roman"/>
          <w:sz w:val="24"/>
          <w:szCs w:val="24"/>
          <w:lang w:val="ro-RO" w:eastAsia="ro-RO"/>
        </w:rPr>
        <w:t xml:space="preserve"> ȘI CESIUNEA</w:t>
      </w:r>
    </w:p>
    <w:p w14:paraId="49E0CB43" w14:textId="77777777" w:rsidR="008B2EA6" w:rsidRPr="00CD3EA5" w:rsidRDefault="008B2EA6" w:rsidP="008B2EA6">
      <w:pPr>
        <w:pStyle w:val="Bodytext21"/>
        <w:shd w:val="clear" w:color="auto" w:fill="auto"/>
        <w:tabs>
          <w:tab w:val="left" w:pos="423"/>
        </w:tabs>
        <w:spacing w:after="0" w:line="240" w:lineRule="auto"/>
        <w:ind w:firstLine="0"/>
        <w:jc w:val="both"/>
        <w:rPr>
          <w:rFonts w:ascii="Times New Roman" w:hAnsi="Times New Roman" w:cs="Times New Roman"/>
          <w:sz w:val="24"/>
          <w:szCs w:val="24"/>
        </w:rPr>
      </w:pPr>
      <w:r w:rsidRPr="00CD3EA5">
        <w:rPr>
          <w:rFonts w:ascii="Times New Roman" w:hAnsi="Times New Roman" w:cs="Times New Roman"/>
          <w:b/>
          <w:sz w:val="24"/>
          <w:szCs w:val="24"/>
          <w:lang w:eastAsia="en-GB"/>
        </w:rPr>
        <w:t xml:space="preserve">(1) </w:t>
      </w:r>
      <w:r w:rsidRPr="00CD3EA5">
        <w:rPr>
          <w:rFonts w:ascii="Times New Roman" w:hAnsi="Times New Roman" w:cs="Times New Roman"/>
          <w:sz w:val="24"/>
          <w:szCs w:val="24"/>
          <w:lang w:eastAsia="en-GB"/>
        </w:rPr>
        <w:t xml:space="preserve">Delegatul nu va putea subdelega gestiunea Serviciului, subroga, nova, transmite, ceda sau transfera în orice alt mod, totalitatea sau o parte din drepturile şi obligaţiile sale derivate din sau în legătură cu prezentul Contract, fie mod direct, fie indirect, decât dacă Legea în vigoare la data respectivei operaţii permite o astfel de subdelegare, subrogare, novație, transmitere, cesiune sau transfer şi doar cu acordul scris prealabil al Delegatarului. </w:t>
      </w:r>
      <w:r w:rsidRPr="00CD3EA5">
        <w:rPr>
          <w:rFonts w:ascii="Times New Roman" w:hAnsi="Times New Roman" w:cs="Times New Roman"/>
          <w:iCs/>
          <w:sz w:val="24"/>
          <w:szCs w:val="24"/>
          <w:lang w:eastAsia="en-GB"/>
        </w:rPr>
        <w:t>Părțile consideră totuşi că Delegatul poate constitui garanţii pe veniturile obţinute din prestarea activităţilor permise prin prezentul Contract fără un astfel de acord prealabil</w:t>
      </w:r>
      <w:r w:rsidRPr="00CD3EA5">
        <w:rPr>
          <w:rFonts w:ascii="Times New Roman" w:hAnsi="Times New Roman" w:cs="Times New Roman"/>
          <w:sz w:val="24"/>
          <w:szCs w:val="24"/>
          <w:lang w:eastAsia="en-GB"/>
        </w:rPr>
        <w:t>. Nerespectarea condiţiilor stipulate de prezentul alineat reprezintă o încălcare gravă de către Delegat a obligaţiilor sale și constituie o cauză de reziliere a Contractului conform Articolului 38 (“Rezilierea Contractului”).</w:t>
      </w:r>
    </w:p>
    <w:p w14:paraId="4FE29E15"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eastAsiaTheme="minorHAnsi" w:hAnsi="Times New Roman"/>
          <w:b/>
          <w:sz w:val="24"/>
          <w:szCs w:val="24"/>
          <w:lang w:eastAsia="en-GB"/>
        </w:rPr>
        <w:t>(2)</w:t>
      </w:r>
      <w:r w:rsidRPr="00CD3EA5">
        <w:rPr>
          <w:rFonts w:ascii="Times New Roman" w:hAnsi="Times New Roman"/>
          <w:sz w:val="24"/>
          <w:szCs w:val="24"/>
          <w:lang w:eastAsia="en-GB"/>
        </w:rPr>
        <w:t xml:space="preserve"> Dispoziţiile alineatului precedent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p>
    <w:p w14:paraId="43D7762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3BDD816D"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46" w:name="_Toc11221589"/>
      <w:r w:rsidRPr="00CD3EA5">
        <w:rPr>
          <w:rFonts w:ascii="Times New Roman" w:hAnsi="Times New Roman"/>
          <w:sz w:val="24"/>
          <w:szCs w:val="24"/>
          <w:lang w:val="ro-RO" w:eastAsia="ro-RO"/>
        </w:rPr>
        <w:t>COMPENSAȚIE PENTRU OBLIGAȚIA DE SERVICIU PUBLIC</w:t>
      </w:r>
      <w:bookmarkEnd w:id="346"/>
    </w:p>
    <w:p w14:paraId="3BBB0DB6" w14:textId="77777777" w:rsidR="008B2EA6" w:rsidRPr="00CD3EA5" w:rsidRDefault="008B2EA6" w:rsidP="008B2EA6">
      <w:pPr>
        <w:spacing w:after="0" w:line="240" w:lineRule="auto"/>
        <w:jc w:val="both"/>
        <w:rPr>
          <w:rFonts w:ascii="Times New Roman" w:hAnsi="Times New Roman"/>
          <w:b/>
          <w:sz w:val="24"/>
          <w:szCs w:val="24"/>
          <w:lang w:eastAsia="en-GB"/>
        </w:rPr>
      </w:pPr>
      <w:r w:rsidRPr="00CD3EA5">
        <w:rPr>
          <w:rFonts w:ascii="Times New Roman" w:hAnsi="Times New Roman"/>
          <w:sz w:val="24"/>
          <w:szCs w:val="24"/>
          <w:lang w:eastAsia="en-GB"/>
        </w:rPr>
        <w:t>Delegatarul nu acordă Delegatului vreo compensație pentru obligațiile de serviciu public prevăzute în Contract, toate costurile fiind incluse în Tarif.</w:t>
      </w:r>
    </w:p>
    <w:p w14:paraId="1209D42A" w14:textId="77777777" w:rsidR="008B2EA6" w:rsidRPr="00CD3EA5" w:rsidRDefault="008B2EA6" w:rsidP="008B2EA6">
      <w:pPr>
        <w:spacing w:after="0" w:line="240" w:lineRule="auto"/>
        <w:rPr>
          <w:rFonts w:ascii="Times New Roman" w:hAnsi="Times New Roman"/>
          <w:sz w:val="24"/>
          <w:szCs w:val="24"/>
          <w:lang w:eastAsia="ro-RO"/>
        </w:rPr>
      </w:pPr>
    </w:p>
    <w:p w14:paraId="1E1D08F4" w14:textId="77777777" w:rsidR="008B2EA6" w:rsidRPr="00CD3EA5" w:rsidRDefault="008B2EA6" w:rsidP="008B2EA6">
      <w:pPr>
        <w:pStyle w:val="Heading1"/>
        <w:spacing w:line="240" w:lineRule="auto"/>
        <w:rPr>
          <w:rFonts w:ascii="Times New Roman" w:hAnsi="Times New Roman" w:cs="Times New Roman"/>
          <w:sz w:val="24"/>
          <w:szCs w:val="24"/>
        </w:rPr>
      </w:pPr>
      <w:bookmarkStart w:id="347" w:name="_Toc11221590"/>
      <w:r w:rsidRPr="00CD3EA5">
        <w:rPr>
          <w:rFonts w:ascii="Times New Roman" w:hAnsi="Times New Roman" w:cs="Times New Roman"/>
          <w:sz w:val="24"/>
          <w:szCs w:val="24"/>
        </w:rPr>
        <w:t xml:space="preserve"> RĂSPUNDEREA CONTRACTUALĂ</w:t>
      </w:r>
      <w:bookmarkEnd w:id="347"/>
      <w:r w:rsidRPr="00CD3EA5">
        <w:rPr>
          <w:rFonts w:ascii="Times New Roman" w:hAnsi="Times New Roman" w:cs="Times New Roman"/>
          <w:sz w:val="24"/>
          <w:szCs w:val="24"/>
        </w:rPr>
        <w:t xml:space="preserve"> </w:t>
      </w:r>
    </w:p>
    <w:p w14:paraId="5AED4D3C" w14:textId="77777777" w:rsidR="008B2EA6" w:rsidRPr="00CD3EA5" w:rsidRDefault="008B2EA6" w:rsidP="008B2EA6">
      <w:pPr>
        <w:rPr>
          <w:rFonts w:ascii="Times New Roman" w:hAnsi="Times New Roman"/>
          <w:sz w:val="24"/>
          <w:szCs w:val="24"/>
        </w:rPr>
      </w:pPr>
    </w:p>
    <w:p w14:paraId="5CB8D368"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48" w:name="_Toc11221591"/>
      <w:r w:rsidRPr="00CD3EA5">
        <w:rPr>
          <w:rFonts w:ascii="Times New Roman" w:hAnsi="Times New Roman"/>
          <w:sz w:val="24"/>
          <w:szCs w:val="24"/>
          <w:lang w:val="ro-RO" w:eastAsia="ro-RO"/>
        </w:rPr>
        <w:lastRenderedPageBreak/>
        <w:t>RĂSPUNDEREA CONTRACTUALĂ</w:t>
      </w:r>
      <w:bookmarkEnd w:id="348"/>
    </w:p>
    <w:p w14:paraId="39932A1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bookmarkStart w:id="349" w:name="_Toc254520627"/>
      <w:bookmarkStart w:id="350" w:name="_Toc337740349"/>
      <w:r w:rsidRPr="00CD3EA5">
        <w:rPr>
          <w:rFonts w:ascii="Times New Roman" w:eastAsiaTheme="minorHAnsi" w:hAnsi="Times New Roman"/>
          <w:b/>
          <w:sz w:val="24"/>
          <w:szCs w:val="24"/>
          <w:lang w:eastAsia="en-GB"/>
        </w:rPr>
        <w:t>(1</w:t>
      </w:r>
      <w:r w:rsidRPr="00CD3EA5">
        <w:rPr>
          <w:rFonts w:ascii="Times New Roman" w:hAnsi="Times New Roman"/>
          <w:b/>
          <w:sz w:val="24"/>
          <w:szCs w:val="24"/>
          <w:lang w:eastAsia="en-GB"/>
        </w:rPr>
        <w:t>)</w:t>
      </w:r>
      <w:r w:rsidRPr="00CD3EA5">
        <w:rPr>
          <w:rFonts w:ascii="Times New Roman" w:hAnsi="Times New Roman"/>
          <w:sz w:val="24"/>
          <w:szCs w:val="24"/>
          <w:lang w:eastAsia="en-GB"/>
        </w:rPr>
        <w:t xml:space="preserve"> Nerespectarea dovedită de către oricare dintre Părţile contractante a obligaţiilor contractuale ce-i incumbă în temeiul prezentului Contract atrage răspunderea contractuală a Părţii în culpă. </w:t>
      </w:r>
    </w:p>
    <w:p w14:paraId="5DC301CF"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(2)</w:t>
      </w:r>
      <w:r w:rsidRPr="00CD3EA5">
        <w:rPr>
          <w:rFonts w:ascii="Times New Roman" w:hAnsi="Times New Roman"/>
          <w:sz w:val="24"/>
          <w:szCs w:val="24"/>
          <w:lang w:eastAsia="en-GB"/>
        </w:rPr>
        <w:t xml:space="preserve"> În situaţia rezilierii Contractului din vina unei Părţi, această Parte va datora despăgubiri celeilalte Părţi, în cuantumul stabilit de prezentul contract, iar în lipsa unei stipulații exprese contractuale, de Părţi, de un expert independent, desemnat de acestea sau de către instanţa judecătorească competentă.</w:t>
      </w:r>
    </w:p>
    <w:p w14:paraId="1D293E4A"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w:t>
      </w:r>
      <w:r w:rsidRPr="00CD3EA5">
        <w:rPr>
          <w:rFonts w:ascii="Times New Roman" w:hAnsi="Times New Roman"/>
          <w:sz w:val="24"/>
          <w:szCs w:val="24"/>
          <w:lang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p>
    <w:p w14:paraId="5247596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163E7B73"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51" w:name="_Toc11221592"/>
      <w:r w:rsidRPr="00CD3EA5">
        <w:rPr>
          <w:rFonts w:ascii="Times New Roman" w:hAnsi="Times New Roman"/>
          <w:sz w:val="24"/>
          <w:szCs w:val="24"/>
          <w:lang w:val="ro-RO" w:eastAsia="ro-RO"/>
        </w:rPr>
        <w:t>PENALITĂŢI ȘI DESPĂGUBIRI ÎN SARCINA DELEGATULUI</w:t>
      </w:r>
      <w:bookmarkEnd w:id="351"/>
    </w:p>
    <w:p w14:paraId="76129DE0" w14:textId="77777777" w:rsidR="008B2EA6" w:rsidRPr="00CD3EA5" w:rsidRDefault="008B2EA6" w:rsidP="008B2EA6">
      <w:pPr>
        <w:rPr>
          <w:highlight w:val="green"/>
          <w:lang w:eastAsia="ro-RO"/>
        </w:rPr>
      </w:pPr>
    </w:p>
    <w:p w14:paraId="433F95EF" w14:textId="77777777" w:rsidR="008B2EA6" w:rsidRPr="00CD3EA5" w:rsidRDefault="008B2EA6" w:rsidP="008B2EA6">
      <w:pPr>
        <w:pStyle w:val="ListParagraph"/>
        <w:numPr>
          <w:ilvl w:val="0"/>
          <w:numId w:val="70"/>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52" w:name="_Toc254520628"/>
      <w:bookmarkStart w:id="353" w:name="_Toc337740355"/>
      <w:bookmarkEnd w:id="349"/>
      <w:bookmarkEnd w:id="350"/>
      <w:r w:rsidRPr="00CD3EA5">
        <w:rPr>
          <w:rFonts w:ascii="Times New Roman" w:hAnsi="Times New Roman"/>
          <w:sz w:val="24"/>
          <w:szCs w:val="24"/>
          <w:lang w:eastAsia="en-GB"/>
        </w:rPr>
        <w:t>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Nici Delegatarul, nici Autorităţile Competente nu vor fi răspunzători în niciun fel față de terți pentru îndeplinirea de către Delegat a obligaţiilor asumate în baza prezentului Contract și pentru prestarea de către acesta a Serviciului. Delegatul confirmă în special că a luat în consideraţie, în conformitate cu și bazându-se pe termenii și condiţiile prezentului Contract, înaintea încheierii prezentului Contract, obligaţiile, riscurile și/sau pericolele de orice fel care pot exista sau pot aparea în legătură cu prestarea Serviciului, operarea Bunurilor de Retur, și, în general, în legătură cu obligaţiile asumate prin prezentul Contract.</w:t>
      </w:r>
    </w:p>
    <w:p w14:paraId="7967B987" w14:textId="77777777" w:rsidR="008B2EA6" w:rsidRPr="00CD3EA5" w:rsidRDefault="008B2EA6" w:rsidP="008B2EA6">
      <w:pPr>
        <w:pStyle w:val="ListParagraph"/>
        <w:numPr>
          <w:ilvl w:val="0"/>
          <w:numId w:val="70"/>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eastAsia="Times New Roman" w:hAnsi="Times New Roman"/>
          <w:sz w:val="24"/>
          <w:szCs w:val="24"/>
          <w:lang w:eastAsia="ro-RO"/>
        </w:rPr>
        <w:t>Delegatul este obligat la plata penalităţilor contractuale în caz de neîndeplinire a obligaţiilor sale, inclusiv pentru următoarele obligaţii, în cuantumul stipulat în continuare:</w:t>
      </w:r>
    </w:p>
    <w:p w14:paraId="1B4569BB"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Colectarea Deșeurilor cu nerespectarea frecvenței de colectare sau a graficelor orare stabilite în contract și în Regulamnetul Seviciului – la prima încălcare avertisment scris, urmând ca următoarele să fie sancționate fiecare cu penalități în valoare de 5</w:t>
      </w:r>
      <w:r>
        <w:rPr>
          <w:rFonts w:ascii="Times New Roman" w:eastAsia="Times New Roman" w:hAnsi="Times New Roman"/>
          <w:sz w:val="24"/>
          <w:szCs w:val="24"/>
          <w:lang w:eastAsia="ro-RO"/>
        </w:rPr>
        <w:t>.0</w:t>
      </w:r>
      <w:r w:rsidRPr="00CD3EA5">
        <w:rPr>
          <w:rFonts w:ascii="Times New Roman" w:eastAsia="Times New Roman" w:hAnsi="Times New Roman"/>
          <w:sz w:val="24"/>
          <w:szCs w:val="24"/>
          <w:lang w:eastAsia="ro-RO"/>
        </w:rPr>
        <w:t>00 lei;</w:t>
      </w:r>
    </w:p>
    <w:p w14:paraId="50F5DDCF"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Neamplasarea, după golire, a echipamentelor de colectare în locul de încărcare– prima încălcare avertisment scris, urmând ca următoarele să fie sancționate fiecare cu penalități în valoare de 5</w:t>
      </w:r>
      <w:r>
        <w:rPr>
          <w:rFonts w:ascii="Times New Roman" w:eastAsia="Times New Roman" w:hAnsi="Times New Roman"/>
          <w:sz w:val="24"/>
          <w:szCs w:val="24"/>
          <w:lang w:eastAsia="ro-RO"/>
        </w:rPr>
        <w:t>.0</w:t>
      </w:r>
      <w:r w:rsidRPr="00CD3EA5">
        <w:rPr>
          <w:rFonts w:ascii="Times New Roman" w:eastAsia="Times New Roman" w:hAnsi="Times New Roman"/>
          <w:sz w:val="24"/>
          <w:szCs w:val="24"/>
          <w:lang w:eastAsia="ro-RO"/>
        </w:rPr>
        <w:t>00 lei;</w:t>
      </w:r>
    </w:p>
    <w:p w14:paraId="034B34DB"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 xml:space="preserve"> Nerespectarea obligației de a curăța locul de depozitare a recipientelor de colectare după fiecare golire – prima încălcare avertisment scris, urmând ca următoarele să fie sancționate fiecare cu penalități în valoare de 5.000 lei;</w:t>
      </w:r>
    </w:p>
    <w:p w14:paraId="77376330"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Amestecarea deșeurilor reciclabile colectate separat în mașina de colectare – prima încălcare avertisment scris, urmând ca următoarele să fie sancționate fiecare cu penalități în valoare de 5.000 lei;</w:t>
      </w:r>
    </w:p>
    <w:p w14:paraId="22E51A09"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obligației de a anunța programul de colectare la începutul fiecărui an, respectiv cu cel puțin o săptămână înainte de derularea fiecărei campanii de colectare a deșeurilor periculoase, voluminoase și textile, în media locală (publicații și online) – prima încălcare avertisment scris, urmând ca următoarele să fie sancționate fiecare cu penalități în valoare de 5.000 lei;</w:t>
      </w:r>
    </w:p>
    <w:p w14:paraId="4A247D8C"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graficului de spălare a pubelelor, a containerelor respectiv a platformelor de colectare deșeuri – prima încălcare avertisment scris, urmând ca următoarele să fie sancționate fiecare cu penalități în valoare de 5.000 lei;</w:t>
      </w:r>
    </w:p>
    <w:p w14:paraId="74F13920"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obligației de a efectua determinarea de compoziție a deșeurilor menajere, a deșeurilor similare și a deșeurilor din piețe de minimum 2 ori pe an - să fie sancționate cu penalități în valoare de 5.000 lei;</w:t>
      </w:r>
    </w:p>
    <w:p w14:paraId="65297596"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lastRenderedPageBreak/>
        <w:t>Nerespectarea obligației de inscripționare a autovehiculelor cu tipul de deșeu colectat  - prima încălcare avertisment scris, urmând ca următoarele să fie sancționate fiecare cu penalități în valoare de 5.000 lei;</w:t>
      </w:r>
    </w:p>
    <w:p w14:paraId="0290EA2A"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obligațiilor privind reclamațiile primite - prima încălcare avertisment scris, urmând ca următoarele să fie sancționate fiecare cu penalități în valoare de 5.000 lei;</w:t>
      </w:r>
    </w:p>
    <w:p w14:paraId="0C740B9A"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obligațiilor privind accesul delegatarului la sistemul de GPS a tuturor vehiculelor de colectare și transport al deșeurilor, respectiv a perioadei de remediere a defecțiunilor la sistemul de GPS - să fie sancționate cu penalități în valoare de 1500 lei;</w:t>
      </w:r>
    </w:p>
    <w:p w14:paraId="5AEDCB38"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rutei de colectare stabilite, atunci când se prestează activitatea de colectare a Deșeurilor - la prima încălcare avertisment scris, urmând ca următoarele să fie sancționate fiecare cu penalități în valoare de 1500 lei;</w:t>
      </w:r>
    </w:p>
    <w:p w14:paraId="6F99FD9F"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în termen, a obligaţiei de transmitere a informaţiilor solicitate către ADI-SIGD Arad sau altor entități în conformitate cu prezentul Contract să fie sancționate cu penalități în valoare de 5.000 lei;</w:t>
      </w:r>
    </w:p>
    <w:p w14:paraId="01A3A8F6"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obligaţiei de a incheia politele de asigurare facultative solicitate prin contract urmând să fie sancționate cu penalități în valoare de 5500 lei;</w:t>
      </w:r>
    </w:p>
    <w:p w14:paraId="7E95A3EE"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Nersepectarea obligatiei de a utiliza numai unitati service autorizate pentru interventii/reparatii la autospecialele bunuri de retur urmând să fie sancționate cu penalități în valoare de 5500 lei;</w:t>
      </w:r>
    </w:p>
    <w:p w14:paraId="4DBED500" w14:textId="77777777" w:rsidR="008B2EA6" w:rsidRPr="00CD3EA5" w:rsidRDefault="008B2EA6" w:rsidP="008B2EA6">
      <w:pPr>
        <w:numPr>
          <w:ilvl w:val="0"/>
          <w:numId w:val="105"/>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urmatoarelor prevederi in cuantumul precizat:</w:t>
      </w:r>
    </w:p>
    <w:p w14:paraId="2CFE49D3"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recipiente pentru colectarea deșeurilor reziduale, furnizate ca urmare a solicitărilor, raportat la numărul total de solicitări cu o penalitate de 500 lei/recipient nefurnizat în 10 de zile de la primirea solicitării</w:t>
      </w:r>
    </w:p>
    <w:p w14:paraId="326301EA"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recipiente pentru colectarea separata a deșeurilor reciclabile, furnizate ca urmare a solicitărilor, raportat la numărul total de solicitări cu o penalitate de 500 lei/recipient nefurnizat în 10 de zile de la primirea solicitării</w:t>
      </w:r>
    </w:p>
    <w:p w14:paraId="1B4D34D1"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situații în care vehiculul specializat pentru colectarea deșeurilor menajere periculoase nu staționează la locul și perioada stabilită, conform planului de lucru, cu o penalitate de 2.000 lei/vehicul identificat a nu respecta planul de lucru</w:t>
      </w:r>
    </w:p>
    <w:p w14:paraId="7BF00259"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 xml:space="preserve">Numărul de situații în care un recipient de colectare deteriorat nu este reparat sau  înlocuit în cel mult 48 de ore de la semnalarea defecțiunii, o penalitate de 1500 lei/container nereparat sau neînlocuit </w:t>
      </w:r>
    </w:p>
    <w:p w14:paraId="41971B06"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situații în care colectarea separată a deșeurilor reciclabile nu se realizează la frecvenţa stabilită prin contract, o penalitate de 1.500 lei/colectare neefectuată conform plan de lucru</w:t>
      </w:r>
    </w:p>
    <w:p w14:paraId="5CF49769"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 xml:space="preserve">Numărul de reclamaţii scrise la care Operatorul a răspuns în 30 de zile de la data primirii reclamației, raportat la numărul total de reclamaţii scrise cu o penalitate de 1.500 lei/reclamație </w:t>
      </w:r>
    </w:p>
    <w:p w14:paraId="2E617601"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încălcări ale obligațiilor contractuale ale operatorului identificate în urma controalelor efectuate de către Delegatar și alte instituțiile abilitate cu o penalitate de 5.000 lei/ încălcare</w:t>
      </w:r>
    </w:p>
    <w:p w14:paraId="6BF8DC8D"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 xml:space="preserve">Numărul de utilizatori care au primit despăgubiri datorate culpei operatorului de colectare și transport sau dacă s-au îmbolnăvit din cauza nerespectării condiţiilor de prestare a activităţii de colectare și transport cu o penalitate de 3.000 lei/utilizator </w:t>
      </w:r>
    </w:p>
    <w:p w14:paraId="45320568" w14:textId="77777777" w:rsidR="008B2EA6" w:rsidRPr="00CD3EA5" w:rsidRDefault="008B2EA6" w:rsidP="008B2EA6">
      <w:pPr>
        <w:pStyle w:val="ListParagraph"/>
        <w:numPr>
          <w:ilvl w:val="3"/>
          <w:numId w:val="105"/>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Valoarea despăgubirilor acordate utilizatorilor de către operatorul de colectare și transport pentru situațiile de mai sus raportata la valoarea totală facturată aferentă activităţii de colectare și transport cu o penalitate de 3.000 lei/pentru fiecare procent</w:t>
      </w:r>
    </w:p>
    <w:p w14:paraId="2B064E1C" w14:textId="77777777" w:rsidR="008B2EA6" w:rsidRPr="00CD3EA5" w:rsidRDefault="008B2EA6" w:rsidP="008B2EA6">
      <w:pPr>
        <w:tabs>
          <w:tab w:val="center" w:pos="270"/>
          <w:tab w:val="left" w:pos="810"/>
          <w:tab w:val="center" w:pos="1080"/>
        </w:tabs>
        <w:spacing w:after="0" w:line="240" w:lineRule="auto"/>
        <w:jc w:val="both"/>
        <w:textAlignment w:val="baseline"/>
        <w:rPr>
          <w:rFonts w:ascii="Times New Roman" w:eastAsia="Times New Roman" w:hAnsi="Times New Roman"/>
          <w:sz w:val="24"/>
          <w:szCs w:val="24"/>
          <w:lang w:eastAsia="ro-RO"/>
        </w:rPr>
      </w:pPr>
    </w:p>
    <w:p w14:paraId="2BEF4E28" w14:textId="77777777" w:rsidR="008B2EA6" w:rsidRPr="00CD3EA5" w:rsidRDefault="008B2EA6" w:rsidP="008B2EA6">
      <w:pPr>
        <w:numPr>
          <w:ilvl w:val="0"/>
          <w:numId w:val="70"/>
        </w:numPr>
        <w:tabs>
          <w:tab w:val="center" w:pos="450"/>
        </w:tabs>
        <w:spacing w:after="0" w:line="240" w:lineRule="auto"/>
        <w:ind w:left="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lastRenderedPageBreak/>
        <w:t>Anexa nr. 7 (“Indicatorii de Performanță”) la prezentul Contract stipulează cuantumul penalităţilor pentru fiecare Indicator de Performanță care a fost încălcat sau nu a fost atins conform termenilor și condiţiilor stabilite de anexa menţionată.</w:t>
      </w:r>
    </w:p>
    <w:p w14:paraId="16962109" w14:textId="77777777" w:rsidR="008B2EA6" w:rsidRPr="00CD3EA5" w:rsidRDefault="008B2EA6" w:rsidP="008B2EA6">
      <w:pPr>
        <w:pStyle w:val="ListParagraph"/>
        <w:numPr>
          <w:ilvl w:val="0"/>
          <w:numId w:val="70"/>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 xml:space="preserve">Nerespectarea repetată a Indicatorilor de Performanţă, conform prevederilor art.  38.1.1 dă dreptul Delegatarului să rezilieze Contractul conform Articolului 38 (“Rezilierea Contractului”). </w:t>
      </w:r>
    </w:p>
    <w:p w14:paraId="187E1B35" w14:textId="77777777" w:rsidR="008B2EA6" w:rsidRPr="00CD3EA5" w:rsidRDefault="008B2EA6" w:rsidP="008B2EA6">
      <w:pPr>
        <w:pStyle w:val="ListParagraph"/>
        <w:numPr>
          <w:ilvl w:val="0"/>
          <w:numId w:val="70"/>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54" w:name="_Toc378327542"/>
      <w:bookmarkStart w:id="355" w:name="_Toc379978638"/>
      <w:bookmarkStart w:id="356" w:name="_Toc380141083"/>
      <w:bookmarkStart w:id="357" w:name="_Toc381791160"/>
      <w:bookmarkStart w:id="358" w:name="_Toc381957688"/>
      <w:bookmarkStart w:id="359" w:name="_Toc11221593"/>
      <w:r w:rsidRPr="00CD3EA5">
        <w:rPr>
          <w:rFonts w:ascii="Times New Roman" w:hAnsi="Times New Roman"/>
          <w:sz w:val="24"/>
          <w:szCs w:val="24"/>
          <w:lang w:eastAsia="en-GB"/>
        </w:rPr>
        <w:t>În plus față de orice alte despăgubiri, penalităţi sau sancțiuni prevăzute în acest Contract, Delegatul va despăgubi Delegatarul şi pe mandatarii sau prepușii acestuia sau orice terț în legătură cu orice pretenții sau prejudicii invocate de orice altă persoană decât Delegatarul, care pot fi generate de, sau în cursul, sau în legătură cu neîndeplinirea de către Delegat a oricăror obligații în baza prezentului Contract.</w:t>
      </w:r>
      <w:bookmarkEnd w:id="354"/>
      <w:bookmarkEnd w:id="355"/>
      <w:bookmarkEnd w:id="356"/>
      <w:bookmarkEnd w:id="357"/>
      <w:bookmarkEnd w:id="358"/>
      <w:bookmarkEnd w:id="359"/>
    </w:p>
    <w:p w14:paraId="38E677ED" w14:textId="77777777" w:rsidR="008B2EA6" w:rsidRPr="00CD3EA5" w:rsidRDefault="008B2EA6" w:rsidP="008B2EA6">
      <w:pPr>
        <w:pStyle w:val="ListParagraph"/>
        <w:numPr>
          <w:ilvl w:val="0"/>
          <w:numId w:val="70"/>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Nerespectarea de către Delegat a obligaţiilor sale de realizare a Investiţiilor la care s-a angajat prin prezentul Contract (dacă acestea vor deveni incidente), astfel cum sunt detaliate în Anexa nr. 6 la prezentul Contract („Programul de investiţii”), inclusiv intârzierile înregistrate față de termenele de realizare a investiţiilor, prevăzute în Programul de Investiţii, va atrage, pe lângă dreptul Delegatarului de a rezilia prezentul Contract conform Articolului 38 (“Rezilierea Contractului”), și obligaţia Delegatului de a plăti Delegatarului penalități după cum urmează:</w:t>
      </w:r>
    </w:p>
    <w:p w14:paraId="7C93975C" w14:textId="77777777" w:rsidR="008B2EA6" w:rsidRPr="00CD3EA5" w:rsidRDefault="008B2EA6" w:rsidP="008B2EA6">
      <w:pPr>
        <w:pStyle w:val="ListParagraph"/>
        <w:numPr>
          <w:ilvl w:val="0"/>
          <w:numId w:val="106"/>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penalitati de 1,0% din valoarea investiţiei nerealizate pentru întârzieri la finalizarea acesteia mai mici de 1 an față de termenul prevăzut în Programul de Investiţii (dacă acestea vor deveni incidente);</w:t>
      </w:r>
    </w:p>
    <w:p w14:paraId="4522A393" w14:textId="77777777" w:rsidR="008B2EA6" w:rsidRPr="00CD3EA5" w:rsidRDefault="008B2EA6" w:rsidP="008B2EA6">
      <w:pPr>
        <w:numPr>
          <w:ilvl w:val="0"/>
          <w:numId w:val="106"/>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penalități de 2,5 % din valoarea investiţiei nerealizate pentru fiecare an calendaristic de întârziere, calculaţi de la data la care investiţia era prevăzută a fi finalizată în Programul de Investiţii (dacă acestea vor deveni incidente).</w:t>
      </w:r>
    </w:p>
    <w:p w14:paraId="5CEA21AE" w14:textId="77777777" w:rsidR="008B2EA6" w:rsidRPr="00CD3EA5" w:rsidRDefault="008B2EA6" w:rsidP="008B2EA6">
      <w:pPr>
        <w:pStyle w:val="ListParagraph"/>
        <w:numPr>
          <w:ilvl w:val="0"/>
          <w:numId w:val="70"/>
        </w:numPr>
        <w:tabs>
          <w:tab w:val="center" w:pos="360"/>
          <w:tab w:val="center" w:pos="450"/>
        </w:tabs>
        <w:autoSpaceDE w:val="0"/>
        <w:autoSpaceDN w:val="0"/>
        <w:adjustRightInd w:val="0"/>
        <w:spacing w:after="0" w:line="240" w:lineRule="auto"/>
        <w:ind w:left="0" w:firstLine="0"/>
        <w:contextualSpacing w:val="0"/>
        <w:jc w:val="both"/>
        <w:rPr>
          <w:rStyle w:val="Bodytext20"/>
          <w:rFonts w:ascii="Times New Roman" w:hAnsi="Times New Roman" w:cs="Times New Roman"/>
          <w:sz w:val="24"/>
          <w:szCs w:val="24"/>
          <w:lang w:eastAsia="en-GB"/>
        </w:rPr>
      </w:pPr>
      <w:r w:rsidRPr="00CD3EA5">
        <w:rPr>
          <w:rFonts w:ascii="Times New Roman" w:eastAsia="Times New Roman" w:hAnsi="Times New Roman"/>
          <w:sz w:val="24"/>
          <w:szCs w:val="24"/>
          <w:lang w:eastAsia="ro-RO"/>
        </w:rPr>
        <w:t>Următoarele deficiențe ale Serviciului vor avea ca rezultat emiterea unui avertisment din partea Delegatarului, pentru fiecare eveniment în parte. După primul avertisment se emite o Notificare de penalizare care va cuprinde și obligația de plată a penalității contractuale de 10.000 de lei/deficiență. Fiecare tip de deficiență a Serviciului, dacă este identificat, va fi numărat separat.</w:t>
      </w:r>
      <w:r w:rsidRPr="00CD3EA5">
        <w:rPr>
          <w:rStyle w:val="Bodytext20"/>
          <w:rFonts w:ascii="Times New Roman" w:hAnsi="Times New Roman" w:cs="Times New Roman"/>
          <w:sz w:val="24"/>
          <w:szCs w:val="24"/>
        </w:rPr>
        <w:t xml:space="preserve"> </w:t>
      </w:r>
    </w:p>
    <w:p w14:paraId="1D1B03E7" w14:textId="77777777" w:rsidR="008B2EA6" w:rsidRPr="00CD3EA5" w:rsidRDefault="008B2EA6" w:rsidP="008B2EA6">
      <w:pPr>
        <w:pStyle w:val="ListParagraph"/>
        <w:tabs>
          <w:tab w:val="center" w:pos="360"/>
          <w:tab w:val="center" w:pos="450"/>
        </w:tabs>
        <w:autoSpaceDE w:val="0"/>
        <w:autoSpaceDN w:val="0"/>
        <w:adjustRightInd w:val="0"/>
        <w:spacing w:after="0" w:line="240" w:lineRule="auto"/>
        <w:ind w:left="0"/>
        <w:contextualSpacing w:val="0"/>
        <w:jc w:val="both"/>
        <w:rPr>
          <w:rFonts w:ascii="Times New Roman" w:hAnsi="Times New Roman"/>
          <w:sz w:val="24"/>
          <w:szCs w:val="24"/>
          <w:lang w:eastAsia="en-GB"/>
        </w:rPr>
      </w:pPr>
      <w:r w:rsidRPr="00CD3EA5">
        <w:rPr>
          <w:rFonts w:ascii="Times New Roman" w:hAnsi="Times New Roman"/>
          <w:sz w:val="24"/>
          <w:szCs w:val="24"/>
          <w:lang w:eastAsia="en-GB"/>
        </w:rPr>
        <w:t>Aceste deficiențe sunt:</w:t>
      </w:r>
    </w:p>
    <w:p w14:paraId="307179C7" w14:textId="77777777" w:rsidR="008B2EA6" w:rsidRPr="00CD3EA5" w:rsidRDefault="008B2EA6" w:rsidP="008B2EA6">
      <w:pPr>
        <w:pStyle w:val="ListParagraph"/>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Muncitorii nu poartă uniforma sau echipamentul de protecție;</w:t>
      </w:r>
    </w:p>
    <w:p w14:paraId="0C599E5D" w14:textId="77777777" w:rsidR="008B2EA6" w:rsidRPr="00D36022"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D36022">
        <w:rPr>
          <w:rFonts w:ascii="Times New Roman" w:eastAsia="Times New Roman" w:hAnsi="Times New Roman"/>
          <w:sz w:val="24"/>
          <w:szCs w:val="24"/>
          <w:lang w:eastAsia="ro-RO"/>
        </w:rPr>
        <w:t>Neînregistrarea datelor corecte ale tuturor vehiculelor de transport al deșeurilor; </w:t>
      </w:r>
    </w:p>
    <w:p w14:paraId="651D0BCE"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Comportament necorespunzător al personalului Delegatului; </w:t>
      </w:r>
    </w:p>
    <w:p w14:paraId="265ADC9E"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Orice altă încălcare involuntară a prevederilor contractului/Caietului de sarcini, referitor la operarea instalațiilor/echipamentelor/dotărilor gestionate; </w:t>
      </w:r>
    </w:p>
    <w:p w14:paraId="06CE59C4"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Deșeuri rămase necolectate în recipienți – la fiecare caz constatat, în ziua în care este programată colectarea respectivelor deșeuri și ulterior momentului efectuării colectării; </w:t>
      </w:r>
    </w:p>
    <w:p w14:paraId="355668CE"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Containere/pubele supraîncărcate, care se datorează culpei Delegatului – la fiecare caz/recipient;</w:t>
      </w:r>
    </w:p>
    <w:p w14:paraId="4EFF6DF1"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Neînlăturarea lichidelor scurse sau resturilor de deșeuri de pe platformele de colectare;</w:t>
      </w:r>
    </w:p>
    <w:p w14:paraId="38299EDA"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Vehicule sau containere rămase nespălate sau nedezinfectate în conformitate cu programul stabilit;</w:t>
      </w:r>
    </w:p>
    <w:p w14:paraId="2FBFE50B"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Amplasarea sau utilizarea de containere nefuncționale (roți stricate, structură deteriorată, capace nefuncționale, etc.);</w:t>
      </w:r>
    </w:p>
    <w:p w14:paraId="6FC29449"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Parcarea vehiculelor în afara orelor de lucru în spațiul public;</w:t>
      </w:r>
    </w:p>
    <w:p w14:paraId="16BFA4B1"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Practici de lucru care nu respectă normele de siguranță;</w:t>
      </w:r>
    </w:p>
    <w:p w14:paraId="511DCAA1"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Supraîncărcarea vehiculelor sau transportul deșeurilor în vrac fără prelată; </w:t>
      </w:r>
    </w:p>
    <w:p w14:paraId="7EF36265"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Comportament inacceptabil al personalului Delegatului;</w:t>
      </w:r>
    </w:p>
    <w:p w14:paraId="5A12A9B6"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Întârziere mai mare de 48 de ore în semnalarea oricăror lipsuri proprii în îndeplinirea Programului de Execuție a Serviciului; </w:t>
      </w:r>
    </w:p>
    <w:p w14:paraId="1905900C"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Întârziere în emiterea unui răspuns, sau în rezolvarea, unei reclamații primită de la generatorii de deșeuri, în termenul stabilit;</w:t>
      </w:r>
    </w:p>
    <w:p w14:paraId="0573E98A" w14:textId="77777777" w:rsidR="008B2EA6" w:rsidRPr="00CD3EA5" w:rsidRDefault="008B2EA6" w:rsidP="008B2EA6">
      <w:pPr>
        <w:numPr>
          <w:ilvl w:val="0"/>
          <w:numId w:val="104"/>
        </w:num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Întreținerea necorespunzătoare a integrității constructive, aspectului, funcționalității și curățeniei platformelor de colectare a deșeurilor;</w:t>
      </w:r>
    </w:p>
    <w:p w14:paraId="4AD30A0E" w14:textId="77777777" w:rsidR="008B2EA6" w:rsidRPr="00CD3EA5" w:rsidRDefault="008B2EA6" w:rsidP="008B2EA6">
      <w:pPr>
        <w:spacing w:after="0" w:line="240" w:lineRule="auto"/>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b/>
          <w:sz w:val="24"/>
          <w:szCs w:val="24"/>
          <w:lang w:eastAsia="ro-RO"/>
        </w:rPr>
        <w:lastRenderedPageBreak/>
        <w:t>(8)</w:t>
      </w:r>
      <w:r w:rsidRPr="00CD3EA5">
        <w:rPr>
          <w:rFonts w:ascii="Times New Roman" w:eastAsia="Times New Roman" w:hAnsi="Times New Roman"/>
          <w:sz w:val="24"/>
          <w:szCs w:val="24"/>
          <w:lang w:eastAsia="ro-RO"/>
        </w:rPr>
        <w:t xml:space="preserve"> Următoarele deficiente grave în prestarea serviciilor vor avea ca rezultat emiterea direct de către Delegatar, de Notificări de penalizare care vor cuprinde obligația de plată a penalității contractuale de 10.000 de lei/deficiență:</w:t>
      </w:r>
    </w:p>
    <w:p w14:paraId="1D359A66" w14:textId="77777777" w:rsidR="008B2EA6" w:rsidRPr="00CD3EA5" w:rsidRDefault="008B2EA6" w:rsidP="008B2EA6">
      <w:pPr>
        <w:pStyle w:val="ListParagraph"/>
        <w:numPr>
          <w:ilvl w:val="0"/>
          <w:numId w:val="107"/>
        </w:numPr>
        <w:tabs>
          <w:tab w:val="center" w:pos="270"/>
        </w:tabs>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Defectarea instalațiilor sau echipamentelor gestionate din cauza nerespectării cerințelor de întreținere stabilite în documentele puse la dispoziție de furnizor prin intermediul Delegatarului înaintea predării; </w:t>
      </w:r>
    </w:p>
    <w:p w14:paraId="2C70F055"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14:paraId="03C0A5FA"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Practici de lucru periculoase;</w:t>
      </w:r>
    </w:p>
    <w:p w14:paraId="10AC2B09"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Încălcări ale legii de către Delegat sau personalul acestuia; </w:t>
      </w:r>
    </w:p>
    <w:p w14:paraId="37FBA920"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Orice altă încălcare voluntară a prevederilor contractului/CS, referitor la operarea echipamentelor/utilajelor gestionate; </w:t>
      </w:r>
    </w:p>
    <w:p w14:paraId="4C93F496"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Sistarea utilităților din vina Delegatului precum alimentarea cu apă sau energie electrică, dar fără a se limita la acestea, pentru o perioadă care împiedică desfășurarea normală a activității;</w:t>
      </w:r>
    </w:p>
    <w:p w14:paraId="631AEEAA"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Gestionarea necorespunzătoare a deșeurilor menajere și asimilate cu acestea, altele decât cele nepericuloase; </w:t>
      </w:r>
    </w:p>
    <w:p w14:paraId="1B42D73D"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Netrimiterea în termenul stabilit a rapoartelor prevăzute în prezentul Caiet de Sarcini;</w:t>
      </w:r>
    </w:p>
    <w:p w14:paraId="6E47ECB7"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Utilizarea inadecvată a vehiculelor și echipamentului în conformitate cu Contractul/CS.</w:t>
      </w:r>
    </w:p>
    <w:p w14:paraId="5851131A"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Necolectarea deșeurilor pe un traseu, nerespectarea traseelor și orarelor din Programul de execuție a serviciului de colectare și transport – la fiecare caz și traseu;</w:t>
      </w:r>
    </w:p>
    <w:p w14:paraId="3956B891"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p>
    <w:p w14:paraId="4EF370A3"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Neparticiparea la ședințele de management; </w:t>
      </w:r>
    </w:p>
    <w:p w14:paraId="6C34EE82"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Nereguli în livrarea vehiculelor și echipamentelor conform Contractului – la fiecare caz și pe fiecare perioadă de facturare;</w:t>
      </w:r>
    </w:p>
    <w:p w14:paraId="45AEF480"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14:paraId="63E6B554"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Neglijența în utilizarea vehiculelor și/sau a utilajelor în conformitate cu Contractul – la fiecare caz;</w:t>
      </w:r>
    </w:p>
    <w:p w14:paraId="24C747C3"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Utilizarea autogunoierelor în vederea colectării deșeurilor din afara ariei Contractului, sau a altor tipuri de deșeuri municipale decât cele pentru care sunt destinate – la fiecare caz;</w:t>
      </w:r>
    </w:p>
    <w:p w14:paraId="0C18BB11"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14:paraId="2BCD29A2"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Gradul de disponibilitate al vehiculelor mai mic de 85% - pe fiecare perioadă de facturare. </w:t>
      </w:r>
    </w:p>
    <w:p w14:paraId="78C2F700"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Utilaje, echipamente, instalații concesionate și/sau puse la dispoziție de Delegatar, utilizate pentru alte activități decât cele care compun Serviciul – la fiecare caz;</w:t>
      </w:r>
    </w:p>
    <w:p w14:paraId="6A8AC251"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Lipsa de cooperare sau chiar împiedicarea activității sau accesului Responsabilului de contract – la fiecare caz;</w:t>
      </w:r>
    </w:p>
    <w:p w14:paraId="684D9F6D" w14:textId="77777777" w:rsidR="008B2EA6" w:rsidRPr="00CD3EA5" w:rsidRDefault="008B2EA6" w:rsidP="008B2EA6">
      <w:pPr>
        <w:pStyle w:val="ListParagraph"/>
        <w:numPr>
          <w:ilvl w:val="0"/>
          <w:numId w:val="107"/>
        </w:num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Amestecarea deșeurilor colectate selectiv în autovehiculele de transport.</w:t>
      </w:r>
    </w:p>
    <w:p w14:paraId="04E9F80F" w14:textId="77777777" w:rsidR="008B2EA6" w:rsidRPr="00CD3EA5" w:rsidRDefault="008B2EA6" w:rsidP="008B2EA6">
      <w:pPr>
        <w:spacing w:after="0" w:line="240" w:lineRule="auto"/>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b/>
          <w:sz w:val="24"/>
          <w:szCs w:val="24"/>
          <w:lang w:eastAsia="ro-RO"/>
        </w:rPr>
        <w:t>(9)</w:t>
      </w:r>
      <w:r w:rsidRPr="00CD3EA5">
        <w:rPr>
          <w:rFonts w:ascii="Times New Roman" w:eastAsia="Times New Roman" w:hAnsi="Times New Roman"/>
          <w:sz w:val="24"/>
          <w:szCs w:val="24"/>
          <w:lang w:eastAsia="ro-RO"/>
        </w:rPr>
        <w:t xml:space="preserve"> Pentru orice alte încălcări ale prezentului contract, inclusiv a indicatorilor prevăzuți în Anexa nr.7 și pentru care nu este prevăzută o penalitate specifică în prezentul articol sau în Anexa nr. 7, Delegatul va plăti penalități în cuantum egal cu cel stabilit la alin (8).</w:t>
      </w:r>
    </w:p>
    <w:p w14:paraId="1EDE1AAA" w14:textId="77777777" w:rsidR="008B2EA6" w:rsidRPr="00CD3EA5" w:rsidRDefault="008B2EA6" w:rsidP="008B2EA6">
      <w:pPr>
        <w:pStyle w:val="ListParagraph"/>
        <w:tabs>
          <w:tab w:val="center" w:pos="360"/>
        </w:tabs>
        <w:autoSpaceDE w:val="0"/>
        <w:autoSpaceDN w:val="0"/>
        <w:adjustRightInd w:val="0"/>
        <w:spacing w:after="0" w:line="240" w:lineRule="auto"/>
        <w:ind w:left="0"/>
        <w:contextualSpacing w:val="0"/>
        <w:jc w:val="both"/>
        <w:rPr>
          <w:rFonts w:ascii="Times New Roman" w:hAnsi="Times New Roman"/>
          <w:sz w:val="24"/>
          <w:szCs w:val="24"/>
          <w:lang w:eastAsia="en-GB"/>
        </w:rPr>
      </w:pPr>
      <w:r w:rsidRPr="00CD3EA5">
        <w:rPr>
          <w:rFonts w:ascii="Times New Roman" w:hAnsi="Times New Roman"/>
          <w:b/>
          <w:sz w:val="24"/>
          <w:szCs w:val="24"/>
          <w:lang w:eastAsia="en-GB"/>
        </w:rPr>
        <w:t>(10)</w:t>
      </w:r>
      <w:r w:rsidRPr="00CD3EA5">
        <w:rPr>
          <w:rFonts w:ascii="Times New Roman" w:hAnsi="Times New Roman"/>
          <w:sz w:val="24"/>
          <w:szCs w:val="24"/>
          <w:lang w:eastAsia="en-GB"/>
        </w:rPr>
        <w:t xml:space="preserve"> Sumele primite de către Delegatar ca penalități vor constitui o sursă de alimentare a Fondului IID și vor fi achitate către Județul Arad prin Consiliul Judeţean Arad, parte a prezentului contract în termen de 10 (zece) zile de la data comunicării acestora.</w:t>
      </w:r>
    </w:p>
    <w:p w14:paraId="49B19C9C" w14:textId="77777777" w:rsidR="008B2EA6" w:rsidRPr="00CD3EA5" w:rsidRDefault="008B2EA6" w:rsidP="008B2EA6">
      <w:pPr>
        <w:spacing w:after="0" w:line="240" w:lineRule="auto"/>
        <w:rPr>
          <w:rFonts w:ascii="Times New Roman" w:hAnsi="Times New Roman"/>
          <w:bCs/>
          <w:iCs/>
          <w:sz w:val="24"/>
          <w:szCs w:val="24"/>
          <w:lang w:eastAsia="en-GB"/>
        </w:rPr>
      </w:pPr>
    </w:p>
    <w:p w14:paraId="3DD1F6FF"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60" w:name="_Toc11221594"/>
      <w:bookmarkStart w:id="361" w:name="_Toc332970614"/>
      <w:bookmarkStart w:id="362" w:name="_Toc333325664"/>
      <w:bookmarkStart w:id="363" w:name="_Toc333326735"/>
      <w:bookmarkStart w:id="364" w:name="_Toc334082490"/>
      <w:bookmarkStart w:id="365" w:name="_Toc337558502"/>
      <w:bookmarkStart w:id="366" w:name="_Toc337653282"/>
      <w:bookmarkStart w:id="367" w:name="_Toc337740356"/>
      <w:bookmarkEnd w:id="352"/>
      <w:bookmarkEnd w:id="353"/>
      <w:r w:rsidRPr="00CD3EA5">
        <w:rPr>
          <w:rFonts w:ascii="Times New Roman" w:hAnsi="Times New Roman"/>
          <w:sz w:val="24"/>
          <w:szCs w:val="24"/>
          <w:lang w:val="ro-RO" w:eastAsia="ro-RO"/>
        </w:rPr>
        <w:t>RĂSPUNDEREA DELEGATARULUI</w:t>
      </w:r>
      <w:bookmarkStart w:id="368" w:name="_Toc332970615"/>
      <w:bookmarkStart w:id="369" w:name="_Toc333325665"/>
      <w:bookmarkStart w:id="370" w:name="_Toc333326736"/>
      <w:bookmarkStart w:id="371" w:name="_Toc334082493"/>
      <w:bookmarkStart w:id="372" w:name="_Toc337558505"/>
      <w:bookmarkStart w:id="373" w:name="_Toc337653285"/>
      <w:bookmarkStart w:id="374" w:name="_Toc337740359"/>
      <w:bookmarkStart w:id="375" w:name="_Toc254520632"/>
      <w:bookmarkStart w:id="376" w:name="_Toc337740392"/>
      <w:bookmarkEnd w:id="360"/>
      <w:bookmarkEnd w:id="361"/>
      <w:bookmarkEnd w:id="362"/>
      <w:bookmarkEnd w:id="363"/>
      <w:bookmarkEnd w:id="364"/>
      <w:bookmarkEnd w:id="365"/>
      <w:bookmarkEnd w:id="366"/>
      <w:bookmarkEnd w:id="367"/>
    </w:p>
    <w:p w14:paraId="3AFD64D0" w14:textId="77777777" w:rsidR="008B2EA6" w:rsidRPr="00CD3EA5" w:rsidRDefault="008B2EA6" w:rsidP="008B2EA6">
      <w:pPr>
        <w:pStyle w:val="ListParagraph"/>
        <w:numPr>
          <w:ilvl w:val="0"/>
          <w:numId w:val="8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Delegatarul declară că înainte de atribuirea prezentului Contract a depus toate eforturile pentru a se asigura că informaţiile furnizate conţin toate datele cunoscute lui și pe care le consideră relevante sau importante în prestarea Serviciului, iar Delegatul declară că a luat act și a confirmat că a analizat și verificat toate informaţiile furnizate și condiţiile privind prestarea adecvată a Serviciului.</w:t>
      </w:r>
    </w:p>
    <w:p w14:paraId="261140AD" w14:textId="77777777" w:rsidR="008B2EA6" w:rsidRPr="00CD3EA5" w:rsidRDefault="008B2EA6" w:rsidP="008B2EA6">
      <w:pPr>
        <w:pStyle w:val="ListParagraph"/>
        <w:numPr>
          <w:ilvl w:val="0"/>
          <w:numId w:val="8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Delegatarul nu poate exercita vreun drept de dispoziţie asupra Bunurilor de Retur concesionate pe parcursul Duratei Contractului, fără ca acordul scris al Delegatului să fie obținut anterior, acord care nu va fi întârziat în mod nejustificat.</w:t>
      </w:r>
    </w:p>
    <w:p w14:paraId="7EEB00C4" w14:textId="77777777" w:rsidR="008B2EA6" w:rsidRPr="00CD3EA5" w:rsidRDefault="008B2EA6" w:rsidP="008B2EA6">
      <w:pPr>
        <w:pStyle w:val="ListParagraph"/>
        <w:numPr>
          <w:ilvl w:val="0"/>
          <w:numId w:val="8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Delegatarul nu îl va tulbura pe Delegat în exerciţiul drepturilor rezultate din prezentul Contract.</w:t>
      </w:r>
    </w:p>
    <w:p w14:paraId="188949D4" w14:textId="77777777" w:rsidR="008B2EA6" w:rsidRPr="00CD3EA5" w:rsidRDefault="008B2EA6" w:rsidP="008B2EA6">
      <w:pPr>
        <w:pStyle w:val="ListParagraph"/>
        <w:numPr>
          <w:ilvl w:val="0"/>
          <w:numId w:val="8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În niciun caz Delegatarul nu va fi răspunzător faţă de Delegat de vreo Daună ori Daună indirectă sau cheltuială de orice natură pe care Delegatul le-ar putea suporta sau înregistra din cauza:</w:t>
      </w:r>
    </w:p>
    <w:p w14:paraId="65E20FC6" w14:textId="77777777" w:rsidR="008B2EA6" w:rsidRPr="00CD3EA5" w:rsidRDefault="008B2EA6" w:rsidP="008B2EA6">
      <w:pPr>
        <w:pStyle w:val="ListParagraph"/>
        <w:numPr>
          <w:ilvl w:val="1"/>
          <w:numId w:val="108"/>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producerii unui eveniment de Forţă Majoră,</w:t>
      </w:r>
    </w:p>
    <w:p w14:paraId="2C83FCE4" w14:textId="77777777" w:rsidR="008B2EA6" w:rsidRPr="00CD3EA5" w:rsidRDefault="008B2EA6" w:rsidP="008B2EA6">
      <w:pPr>
        <w:pStyle w:val="ListParagraph"/>
        <w:numPr>
          <w:ilvl w:val="1"/>
          <w:numId w:val="108"/>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stării Bunurilor concesionate sau</w:t>
      </w:r>
    </w:p>
    <w:p w14:paraId="5E898820" w14:textId="77777777" w:rsidR="008B2EA6" w:rsidRPr="00CD3EA5" w:rsidRDefault="008B2EA6" w:rsidP="008B2EA6">
      <w:pPr>
        <w:pStyle w:val="ListParagraph"/>
        <w:numPr>
          <w:ilvl w:val="1"/>
          <w:numId w:val="108"/>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CD3EA5">
        <w:rPr>
          <w:rFonts w:ascii="Times New Roman" w:hAnsi="Times New Roman"/>
          <w:sz w:val="24"/>
          <w:szCs w:val="24"/>
          <w:lang w:eastAsia="en-GB"/>
        </w:rPr>
        <w:t>oricărei nereuşite a Delegatului de a realiza veniturile previzionate în baza prezentului Contract.</w:t>
      </w:r>
      <w:bookmarkEnd w:id="368"/>
      <w:bookmarkEnd w:id="369"/>
      <w:bookmarkEnd w:id="370"/>
      <w:bookmarkEnd w:id="371"/>
      <w:bookmarkEnd w:id="372"/>
      <w:bookmarkEnd w:id="373"/>
      <w:bookmarkEnd w:id="374"/>
    </w:p>
    <w:p w14:paraId="5D381089" w14:textId="77777777" w:rsidR="008B2EA6" w:rsidRPr="00CD3EA5" w:rsidRDefault="008B2EA6" w:rsidP="008B2EA6">
      <w:pPr>
        <w:pStyle w:val="ListParagraph"/>
        <w:autoSpaceDE w:val="0"/>
        <w:autoSpaceDN w:val="0"/>
        <w:adjustRightInd w:val="0"/>
        <w:spacing w:after="0" w:line="240" w:lineRule="auto"/>
        <w:ind w:left="0"/>
        <w:contextualSpacing w:val="0"/>
        <w:jc w:val="both"/>
        <w:rPr>
          <w:rFonts w:ascii="Times New Roman" w:hAnsi="Times New Roman"/>
          <w:sz w:val="24"/>
          <w:szCs w:val="24"/>
          <w:lang w:eastAsia="en-GB"/>
        </w:rPr>
      </w:pPr>
    </w:p>
    <w:p w14:paraId="4ADF3A9A"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77" w:name="_Toc11221595"/>
      <w:bookmarkEnd w:id="375"/>
      <w:bookmarkEnd w:id="376"/>
      <w:r w:rsidRPr="00CD3EA5">
        <w:rPr>
          <w:rFonts w:ascii="Times New Roman" w:hAnsi="Times New Roman"/>
          <w:sz w:val="24"/>
          <w:szCs w:val="24"/>
          <w:lang w:val="ro-RO" w:eastAsia="ro-RO"/>
        </w:rPr>
        <w:t>EXONERAREA DE RĂSPUNDERE A DELEGATULUI</w:t>
      </w:r>
      <w:bookmarkEnd w:id="377"/>
    </w:p>
    <w:p w14:paraId="70D7EFD2" w14:textId="77777777" w:rsidR="008B2EA6" w:rsidRPr="00CD3EA5" w:rsidRDefault="008B2EA6" w:rsidP="008B2EA6">
      <w:pPr>
        <w:pStyle w:val="ListParagraph"/>
        <w:numPr>
          <w:ilvl w:val="0"/>
          <w:numId w:val="8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Fără a aduce atingere prevederilor Articolului 28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 33 de mai jos.</w:t>
      </w:r>
    </w:p>
    <w:p w14:paraId="27184F3D" w14:textId="77777777" w:rsidR="008B2EA6" w:rsidRPr="00CD3EA5" w:rsidRDefault="008B2EA6" w:rsidP="008B2EA6">
      <w:pPr>
        <w:pStyle w:val="ListParagraph"/>
        <w:numPr>
          <w:ilvl w:val="0"/>
          <w:numId w:val="8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Delegatul nu va fi obligat să îndeplinească obligaţiile sale contractuale, inclusiv Indicatorii de Performantță, în măsura în care acesta nu poate, în mod rezonabil, fie:</w:t>
      </w:r>
    </w:p>
    <w:p w14:paraId="6AA4AC0D" w14:textId="77777777" w:rsidR="008B2EA6" w:rsidRPr="00CD3EA5" w:rsidRDefault="008B2EA6" w:rsidP="008B2EA6">
      <w:pPr>
        <w:pStyle w:val="ListParagraph"/>
        <w:numPr>
          <w:ilvl w:val="1"/>
          <w:numId w:val="88"/>
        </w:numPr>
        <w:autoSpaceDE w:val="0"/>
        <w:autoSpaceDN w:val="0"/>
        <w:adjustRightInd w:val="0"/>
        <w:spacing w:after="0" w:line="240" w:lineRule="auto"/>
        <w:ind w:left="540"/>
        <w:jc w:val="both"/>
        <w:rPr>
          <w:rFonts w:ascii="Times New Roman" w:hAnsi="Times New Roman"/>
          <w:sz w:val="24"/>
          <w:szCs w:val="24"/>
          <w:lang w:eastAsia="en-GB"/>
        </w:rPr>
      </w:pPr>
      <w:r w:rsidRPr="00CD3EA5">
        <w:rPr>
          <w:rFonts w:ascii="Times New Roman" w:hAnsi="Times New Roman"/>
          <w:sz w:val="24"/>
          <w:szCs w:val="24"/>
          <w:lang w:eastAsia="en-GB"/>
        </w:rPr>
        <w:t>să respecte termenele de îndeplinire a obligaţiilor contractuale în perioadele de timp prevăzute, din motive neimputabile lui, fie</w:t>
      </w:r>
    </w:p>
    <w:p w14:paraId="4A696735" w14:textId="77777777" w:rsidR="008B2EA6" w:rsidRPr="00CD3EA5" w:rsidRDefault="008B2EA6" w:rsidP="008B2EA6">
      <w:pPr>
        <w:pStyle w:val="ListParagraph"/>
        <w:numPr>
          <w:ilvl w:val="1"/>
          <w:numId w:val="88"/>
        </w:numPr>
        <w:autoSpaceDE w:val="0"/>
        <w:autoSpaceDN w:val="0"/>
        <w:adjustRightInd w:val="0"/>
        <w:spacing w:after="0" w:line="240" w:lineRule="auto"/>
        <w:ind w:left="540"/>
        <w:jc w:val="both"/>
        <w:rPr>
          <w:rFonts w:ascii="Times New Roman" w:hAnsi="Times New Roman"/>
          <w:sz w:val="24"/>
          <w:szCs w:val="24"/>
          <w:lang w:eastAsia="en-GB"/>
        </w:rPr>
      </w:pPr>
      <w:r w:rsidRPr="00CD3EA5">
        <w:rPr>
          <w:rFonts w:ascii="Times New Roman" w:hAnsi="Times New Roman"/>
          <w:sz w:val="24"/>
          <w:szCs w:val="24"/>
          <w:lang w:eastAsia="en-GB"/>
        </w:rPr>
        <w:t>să continue să îndeplinească obligaţiile contractuale, ca o consecinţă directă a:</w:t>
      </w:r>
    </w:p>
    <w:p w14:paraId="48A93917" w14:textId="77777777" w:rsidR="008B2EA6" w:rsidRPr="00CD3EA5" w:rsidRDefault="008B2EA6" w:rsidP="008B2EA6">
      <w:pPr>
        <w:pStyle w:val="ListParagraph"/>
        <w:numPr>
          <w:ilvl w:val="1"/>
          <w:numId w:val="10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apariţiei unui Eveniment de Forţă Majoră;</w:t>
      </w:r>
    </w:p>
    <w:p w14:paraId="1F000338" w14:textId="77777777" w:rsidR="008B2EA6" w:rsidRPr="00CD3EA5" w:rsidRDefault="008B2EA6" w:rsidP="008B2EA6">
      <w:pPr>
        <w:pStyle w:val="ListParagraph"/>
        <w:numPr>
          <w:ilvl w:val="1"/>
          <w:numId w:val="103"/>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nerespectării de către Delegatar a propriilor sale obligaţii asumate prin prezentul Contract caz în care Delegatul va informa Delegatarul despre această nerespectare în termen de cel mult 5 (cinci) Zile Lucrătoare</w:t>
      </w:r>
      <w:r w:rsidRPr="00CD3EA5">
        <w:rPr>
          <w:rFonts w:ascii="Times New Roman" w:hAnsi="Times New Roman"/>
          <w:strike/>
          <w:sz w:val="24"/>
          <w:szCs w:val="24"/>
          <w:lang w:eastAsia="en-GB"/>
        </w:rPr>
        <w:t>.</w:t>
      </w:r>
      <w:r w:rsidRPr="00CD3EA5">
        <w:rPr>
          <w:rFonts w:ascii="Times New Roman" w:hAnsi="Times New Roman"/>
          <w:sz w:val="24"/>
          <w:szCs w:val="24"/>
          <w:lang w:eastAsia="en-GB"/>
        </w:rPr>
        <w:t xml:space="preserve"> Nerespectarea de către Delegat a acestei obligaţii de informare a Delegatarului va duce la neaplicarea exonerării sale de răspundere prevăzută în prezentul alineat.</w:t>
      </w:r>
    </w:p>
    <w:p w14:paraId="5E884958" w14:textId="77777777" w:rsidR="008B2EA6" w:rsidRPr="00CD3EA5" w:rsidRDefault="008B2EA6" w:rsidP="008B2EA6">
      <w:pPr>
        <w:pStyle w:val="ListParagraph"/>
        <w:numPr>
          <w:ilvl w:val="0"/>
          <w:numId w:val="88"/>
        </w:numPr>
        <w:tabs>
          <w:tab w:val="left" w:pos="450"/>
        </w:tabs>
        <w:autoSpaceDE w:val="0"/>
        <w:autoSpaceDN w:val="0"/>
        <w:adjustRightInd w:val="0"/>
        <w:spacing w:after="0" w:line="240" w:lineRule="auto"/>
        <w:ind w:left="90" w:firstLine="0"/>
        <w:jc w:val="both"/>
        <w:rPr>
          <w:rFonts w:ascii="Times New Roman" w:hAnsi="Times New Roman"/>
          <w:sz w:val="24"/>
          <w:szCs w:val="24"/>
          <w:lang w:eastAsia="en-GB"/>
        </w:rPr>
      </w:pPr>
      <w:r w:rsidRPr="00CD3EA5">
        <w:rPr>
          <w:rFonts w:ascii="Times New Roman" w:hAnsi="Times New Roman"/>
          <w:sz w:val="24"/>
          <w:szCs w:val="24"/>
          <w:lang w:eastAsia="en-GB"/>
        </w:rPr>
        <w:t>În cazul în care Delegatul se află în imposibilitatea obiectivă de a presta Serviciul, total sau parţial, sau consideră că anumite circumstanţe independente de voința sa,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motivelor de mai sus,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14:paraId="2D72922E"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1F5EC70E"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78" w:name="_Toc11221596"/>
      <w:r w:rsidRPr="00CD3EA5">
        <w:rPr>
          <w:rFonts w:ascii="Times New Roman" w:hAnsi="Times New Roman"/>
          <w:sz w:val="24"/>
          <w:szCs w:val="24"/>
          <w:lang w:val="ro-RO" w:eastAsia="ro-RO"/>
        </w:rPr>
        <w:t>ÎNTINDEREA DESPĂGUBIRILOR</w:t>
      </w:r>
      <w:bookmarkEnd w:id="378"/>
    </w:p>
    <w:p w14:paraId="12071D7C"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en-GB"/>
        </w:rPr>
        <w:t xml:space="preserve">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 </w:t>
      </w:r>
      <w:r w:rsidRPr="00CD3EA5">
        <w:rPr>
          <w:rFonts w:ascii="Times New Roman" w:hAnsi="Times New Roman"/>
          <w:bCs/>
          <w:sz w:val="24"/>
          <w:szCs w:val="24"/>
        </w:rPr>
        <w:t xml:space="preserve"> </w:t>
      </w:r>
    </w:p>
    <w:p w14:paraId="3602D6C5"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25F60A4D"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79" w:name="_Toc11221597"/>
      <w:r w:rsidRPr="00CD3EA5">
        <w:rPr>
          <w:rFonts w:ascii="Times New Roman" w:hAnsi="Times New Roman"/>
          <w:sz w:val="24"/>
          <w:szCs w:val="24"/>
          <w:lang w:val="ro-RO" w:eastAsia="ro-RO"/>
        </w:rPr>
        <w:lastRenderedPageBreak/>
        <w:t>RECUPERAREA</w:t>
      </w:r>
      <w:bookmarkEnd w:id="379"/>
      <w:r w:rsidRPr="00CD3EA5">
        <w:rPr>
          <w:rFonts w:ascii="Times New Roman" w:hAnsi="Times New Roman"/>
          <w:sz w:val="24"/>
          <w:szCs w:val="24"/>
          <w:lang w:val="ro-RO" w:eastAsia="ro-RO"/>
        </w:rPr>
        <w:t xml:space="preserve"> DEBITELOR</w:t>
      </w:r>
    </w:p>
    <w:p w14:paraId="6AF5F16E" w14:textId="77777777" w:rsidR="008B2EA6" w:rsidRPr="00CD3EA5" w:rsidRDefault="008B2EA6" w:rsidP="008B2EA6">
      <w:pPr>
        <w:pStyle w:val="ListParagraph"/>
        <w:numPr>
          <w:ilvl w:val="0"/>
          <w:numId w:val="8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Delegatarul este îndreptăţit să recupereze de la Delegat orice prejudicii suferite din vina Delegatului, care sunt descoperite după Data Încetării Contractului, în conformitate cu Legea aplicabilă.</w:t>
      </w:r>
    </w:p>
    <w:p w14:paraId="783BF168" w14:textId="77777777" w:rsidR="008B2EA6" w:rsidRPr="00CD3EA5" w:rsidRDefault="008B2EA6" w:rsidP="008B2EA6">
      <w:pPr>
        <w:pStyle w:val="ListParagraph"/>
        <w:numPr>
          <w:ilvl w:val="0"/>
          <w:numId w:val="8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Părţile pot conveni compensarea între sumele astfel datorate de Delegat și orice sume datorate de către Delegatar Delegatului, precum și asupra metodei de plată, chiar și în mai multe tranșe.</w:t>
      </w:r>
    </w:p>
    <w:p w14:paraId="2EA92B14" w14:textId="77777777" w:rsidR="008B2EA6" w:rsidRPr="00CD3EA5" w:rsidRDefault="008B2EA6" w:rsidP="008B2EA6">
      <w:pPr>
        <w:pStyle w:val="ListParagraph"/>
        <w:numPr>
          <w:ilvl w:val="0"/>
          <w:numId w:val="8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Comisioanele bancare și alte sume similare rezultate din operaţiunile legate de plata sumelor datorate de Delegat Delegatarului cad în integralitate în sarcina Delegatului.</w:t>
      </w:r>
    </w:p>
    <w:p w14:paraId="2AE66154" w14:textId="77777777" w:rsidR="008B2EA6" w:rsidRPr="00CD3EA5" w:rsidRDefault="008B2EA6" w:rsidP="008B2EA6">
      <w:pPr>
        <w:tabs>
          <w:tab w:val="left" w:pos="360"/>
        </w:tabs>
        <w:autoSpaceDE w:val="0"/>
        <w:autoSpaceDN w:val="0"/>
        <w:adjustRightInd w:val="0"/>
        <w:spacing w:after="0" w:line="240" w:lineRule="auto"/>
        <w:jc w:val="both"/>
        <w:rPr>
          <w:rFonts w:ascii="Times New Roman" w:hAnsi="Times New Roman"/>
          <w:sz w:val="24"/>
          <w:szCs w:val="24"/>
          <w:lang w:eastAsia="ro-RO"/>
        </w:rPr>
      </w:pPr>
    </w:p>
    <w:p w14:paraId="63309CCB" w14:textId="77777777" w:rsidR="008B2EA6" w:rsidRPr="00CD3EA5" w:rsidRDefault="008B2EA6" w:rsidP="008B2EA6">
      <w:pPr>
        <w:autoSpaceDE w:val="0"/>
        <w:autoSpaceDN w:val="0"/>
        <w:adjustRightInd w:val="0"/>
        <w:spacing w:after="0" w:line="240" w:lineRule="auto"/>
        <w:jc w:val="both"/>
        <w:rPr>
          <w:rFonts w:ascii="Times New Roman" w:hAnsi="Times New Roman"/>
          <w:b/>
          <w:sz w:val="24"/>
          <w:szCs w:val="24"/>
          <w:lang w:eastAsia="ro-RO"/>
        </w:rPr>
      </w:pPr>
    </w:p>
    <w:p w14:paraId="5AFC0A4F" w14:textId="77777777" w:rsidR="008B2EA6" w:rsidRPr="00CD3EA5" w:rsidRDefault="008B2EA6" w:rsidP="008B2EA6">
      <w:pPr>
        <w:pStyle w:val="Heading1"/>
        <w:spacing w:line="240" w:lineRule="auto"/>
        <w:rPr>
          <w:rFonts w:ascii="Times New Roman" w:hAnsi="Times New Roman" w:cs="Times New Roman"/>
          <w:sz w:val="24"/>
          <w:szCs w:val="24"/>
        </w:rPr>
      </w:pPr>
      <w:bookmarkStart w:id="380" w:name="_Toc11221598"/>
      <w:bookmarkStart w:id="381" w:name="_Toc254520638"/>
      <w:bookmarkStart w:id="382" w:name="_Toc333325768"/>
      <w:bookmarkStart w:id="383" w:name="_Toc337740462"/>
      <w:r w:rsidRPr="00CD3EA5">
        <w:rPr>
          <w:rFonts w:ascii="Times New Roman" w:hAnsi="Times New Roman" w:cs="Times New Roman"/>
          <w:sz w:val="24"/>
          <w:szCs w:val="24"/>
        </w:rPr>
        <w:t>EVENIMENTE NEPREVĂZUTE</w:t>
      </w:r>
      <w:bookmarkEnd w:id="380"/>
    </w:p>
    <w:p w14:paraId="12246E7D" w14:textId="77777777" w:rsidR="008B2EA6" w:rsidRPr="00CD3EA5" w:rsidRDefault="008B2EA6" w:rsidP="008B2EA6">
      <w:pPr>
        <w:rPr>
          <w:rFonts w:ascii="Times New Roman" w:hAnsi="Times New Roman"/>
          <w:sz w:val="24"/>
          <w:szCs w:val="24"/>
        </w:rPr>
      </w:pPr>
    </w:p>
    <w:p w14:paraId="1AAF7992"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84" w:name="_Toc11221599"/>
      <w:r w:rsidRPr="00CD3EA5">
        <w:rPr>
          <w:rFonts w:ascii="Times New Roman" w:hAnsi="Times New Roman"/>
          <w:sz w:val="24"/>
          <w:szCs w:val="24"/>
          <w:lang w:val="ro-RO" w:eastAsia="ro-RO"/>
        </w:rPr>
        <w:t>FORŢA MAJ</w:t>
      </w:r>
      <w:bookmarkEnd w:id="381"/>
      <w:bookmarkEnd w:id="382"/>
      <w:bookmarkEnd w:id="383"/>
      <w:r w:rsidRPr="00CD3EA5">
        <w:rPr>
          <w:rFonts w:ascii="Times New Roman" w:hAnsi="Times New Roman"/>
          <w:sz w:val="24"/>
          <w:szCs w:val="24"/>
          <w:lang w:val="ro-RO" w:eastAsia="ro-RO"/>
        </w:rPr>
        <w:t>ORĂ</w:t>
      </w:r>
      <w:bookmarkEnd w:id="384"/>
    </w:p>
    <w:p w14:paraId="58D78671" w14:textId="77777777" w:rsidR="008B2EA6" w:rsidRPr="00CD3EA5" w:rsidRDefault="008B2EA6" w:rsidP="008B2EA6">
      <w:pPr>
        <w:spacing w:after="0" w:line="240" w:lineRule="auto"/>
        <w:jc w:val="both"/>
        <w:rPr>
          <w:rFonts w:ascii="Times New Roman" w:hAnsi="Times New Roman"/>
          <w:sz w:val="24"/>
          <w:szCs w:val="24"/>
          <w:lang w:eastAsia="en-GB"/>
        </w:rPr>
      </w:pPr>
      <w:bookmarkStart w:id="385" w:name="_Toc332970723"/>
      <w:bookmarkStart w:id="386" w:name="_Toc333325769"/>
      <w:bookmarkStart w:id="387" w:name="_Toc333326840"/>
      <w:bookmarkStart w:id="388" w:name="_Toc334082599"/>
      <w:r w:rsidRPr="00CD3EA5" w:rsidDel="00350951">
        <w:rPr>
          <w:rFonts w:ascii="Times New Roman" w:hAnsi="Times New Roman"/>
          <w:sz w:val="24"/>
          <w:szCs w:val="24"/>
          <w:lang w:eastAsia="en-GB"/>
        </w:rPr>
        <w:t xml:space="preserve"> </w:t>
      </w:r>
      <w:r w:rsidRPr="00CD3EA5">
        <w:rPr>
          <w:rFonts w:ascii="Times New Roman" w:hAnsi="Times New Roman"/>
          <w:b/>
          <w:sz w:val="24"/>
          <w:szCs w:val="24"/>
          <w:lang w:eastAsia="en-GB"/>
        </w:rPr>
        <w:t>(1)</w:t>
      </w:r>
      <w:r w:rsidRPr="00CD3EA5">
        <w:rPr>
          <w:rFonts w:ascii="Times New Roman" w:hAnsi="Times New Roman"/>
          <w:sz w:val="24"/>
          <w:szCs w:val="24"/>
          <w:lang w:eastAsia="en-GB"/>
        </w:rPr>
        <w:t xml:space="preserve"> 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 cu condiţia, totuşi, ca Partea afectată să-şi fi respectat obligaţiile ce-i revin în baza alin. (4) şi (5) ale prezentului articol.</w:t>
      </w:r>
    </w:p>
    <w:p w14:paraId="5F4D83ED" w14:textId="77777777" w:rsidR="008B2EA6" w:rsidRPr="00CD3EA5" w:rsidRDefault="008B2EA6" w:rsidP="008B2EA6">
      <w:pPr>
        <w:pStyle w:val="Bodytext21"/>
        <w:shd w:val="clear" w:color="auto" w:fill="auto"/>
        <w:spacing w:after="0" w:line="240" w:lineRule="auto"/>
        <w:ind w:firstLine="0"/>
        <w:jc w:val="both"/>
        <w:rPr>
          <w:rFonts w:ascii="Times New Roman" w:hAnsi="Times New Roman" w:cs="Times New Roman"/>
          <w:sz w:val="24"/>
          <w:szCs w:val="24"/>
        </w:rPr>
      </w:pPr>
      <w:r w:rsidRPr="00CD3EA5">
        <w:rPr>
          <w:rFonts w:ascii="Times New Roman" w:hAnsi="Times New Roman" w:cs="Times New Roman"/>
          <w:b/>
          <w:sz w:val="24"/>
          <w:szCs w:val="24"/>
          <w:lang w:eastAsia="en-GB"/>
        </w:rPr>
        <w:t>(2)</w:t>
      </w:r>
      <w:r w:rsidRPr="00CD3EA5">
        <w:rPr>
          <w:rFonts w:ascii="Times New Roman" w:hAnsi="Times New Roman" w:cs="Times New Roman"/>
          <w:sz w:val="24"/>
          <w:szCs w:val="24"/>
          <w:lang w:eastAsia="en-GB"/>
        </w:rPr>
        <w:t xml:space="preserve"> „Forţa Majoră” înseamnă orice eveniment extern imprevizibil, absolut invincibil și inevitabil. </w:t>
      </w:r>
      <w:r w:rsidRPr="00CD3EA5">
        <w:rPr>
          <w:rStyle w:val="Bodytext20"/>
          <w:rFonts w:ascii="Times New Roman" w:hAnsi="Times New Roman" w:cs="Times New Roman"/>
          <w:sz w:val="24"/>
          <w:szCs w:val="24"/>
          <w:lang w:eastAsia="ro-RO"/>
        </w:rPr>
        <w:t>Evenimentele de forţa majoră vor include următoarele, fără a se limita la acestea:</w:t>
      </w:r>
    </w:p>
    <w:p w14:paraId="3BCB03FF" w14:textId="77777777" w:rsidR="008B2EA6" w:rsidRPr="00CD3EA5" w:rsidRDefault="008B2EA6" w:rsidP="008B2EA6">
      <w:pPr>
        <w:pStyle w:val="Bodytext21"/>
        <w:numPr>
          <w:ilvl w:val="0"/>
          <w:numId w:val="90"/>
        </w:numPr>
        <w:shd w:val="clear" w:color="auto" w:fill="auto"/>
        <w:tabs>
          <w:tab w:val="left" w:pos="759"/>
        </w:tabs>
        <w:spacing w:after="0" w:line="240" w:lineRule="auto"/>
        <w:ind w:left="400" w:firstLine="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Evenimente naturale de forţă majoră cum ar fi:</w:t>
      </w:r>
    </w:p>
    <w:p w14:paraId="766532DD" w14:textId="77777777" w:rsidR="008B2EA6" w:rsidRPr="00CD3EA5" w:rsidRDefault="008B2EA6" w:rsidP="008B2EA6">
      <w:pPr>
        <w:pStyle w:val="Bodytext21"/>
        <w:numPr>
          <w:ilvl w:val="0"/>
          <w:numId w:val="9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trăsnete, cutremure, uragane și alte condiţii climaterice extraordinare ca de exemplu temperaturi anormal de scăzute;</w:t>
      </w:r>
    </w:p>
    <w:p w14:paraId="235D3156" w14:textId="77777777" w:rsidR="008B2EA6" w:rsidRPr="00CD3EA5" w:rsidRDefault="008B2EA6" w:rsidP="008B2EA6">
      <w:pPr>
        <w:pStyle w:val="Bodytext21"/>
        <w:numPr>
          <w:ilvl w:val="0"/>
          <w:numId w:val="9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explozii, foc sau inundaţii (dacă nu sunt cauzate de Partea respectivă sau orice altă persoană pentru care aceasta este responsabilă);</w:t>
      </w:r>
    </w:p>
    <w:p w14:paraId="493A7D31" w14:textId="77777777" w:rsidR="008B2EA6" w:rsidRPr="00CD3EA5" w:rsidRDefault="008B2EA6" w:rsidP="008B2EA6">
      <w:pPr>
        <w:pStyle w:val="Bodytext21"/>
        <w:numPr>
          <w:ilvl w:val="0"/>
          <w:numId w:val="9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contaminări nucleare, chimice sau biologice (dacă nu sunt cauzate de Partea respectivă sau orice altă persoană pentru care aceasta este responsabilă);</w:t>
      </w:r>
    </w:p>
    <w:p w14:paraId="63E1AF8B" w14:textId="77777777" w:rsidR="008B2EA6" w:rsidRPr="00CD3EA5" w:rsidRDefault="008B2EA6" w:rsidP="008B2EA6">
      <w:pPr>
        <w:pStyle w:val="Bodytext21"/>
        <w:numPr>
          <w:ilvl w:val="0"/>
          <w:numId w:val="91"/>
        </w:numPr>
        <w:shd w:val="clear" w:color="auto" w:fill="auto"/>
        <w:tabs>
          <w:tab w:val="left" w:pos="1111"/>
        </w:tabs>
        <w:spacing w:after="0" w:line="240" w:lineRule="auto"/>
        <w:ind w:left="1120" w:hanging="580"/>
        <w:jc w:val="both"/>
        <w:rPr>
          <w:rFonts w:ascii="Times New Roman" w:hAnsi="Times New Roman" w:cs="Times New Roman"/>
          <w:sz w:val="24"/>
          <w:szCs w:val="24"/>
          <w:lang w:val="de-DE"/>
        </w:rPr>
      </w:pPr>
      <w:r w:rsidRPr="00CD3EA5">
        <w:rPr>
          <w:rStyle w:val="Bodytext20"/>
          <w:rFonts w:ascii="Times New Roman" w:hAnsi="Times New Roman" w:cs="Times New Roman"/>
          <w:sz w:val="24"/>
          <w:szCs w:val="24"/>
          <w:lang w:val="de-DE" w:eastAsia="ro-RO"/>
        </w:rPr>
        <w:t>bombe sau alte muniţii neexplodate sau descoperiri de fosile sau relicve arheologice.</w:t>
      </w:r>
    </w:p>
    <w:p w14:paraId="6418532B" w14:textId="77777777" w:rsidR="008B2EA6" w:rsidRPr="00CD3EA5" w:rsidRDefault="008B2EA6" w:rsidP="008B2EA6">
      <w:pPr>
        <w:pStyle w:val="Bodytext21"/>
        <w:numPr>
          <w:ilvl w:val="0"/>
          <w:numId w:val="90"/>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Evenimente politice de forţă majoră cum ar fi:</w:t>
      </w:r>
    </w:p>
    <w:p w14:paraId="143B7323" w14:textId="77777777" w:rsidR="008B2EA6" w:rsidRPr="00CD3EA5" w:rsidRDefault="008B2EA6" w:rsidP="008B2EA6">
      <w:pPr>
        <w:pStyle w:val="Bodytext21"/>
        <w:numPr>
          <w:ilvl w:val="0"/>
          <w:numId w:val="9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război sau război civil (declarat sau nu) sau conflict armat, invazii sau acte ale inamicilor externi, blocade și embargouri;</w:t>
      </w:r>
    </w:p>
    <w:p w14:paraId="47BCC960" w14:textId="77777777" w:rsidR="008B2EA6" w:rsidRPr="00CD3EA5" w:rsidRDefault="008B2EA6" w:rsidP="008B2EA6">
      <w:pPr>
        <w:pStyle w:val="Bodytext21"/>
        <w:numPr>
          <w:ilvl w:val="0"/>
          <w:numId w:val="9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acţiuni violente de stradă sau rebeliuni civile;</w:t>
      </w:r>
    </w:p>
    <w:p w14:paraId="3086428A" w14:textId="77777777" w:rsidR="008B2EA6" w:rsidRPr="00CD3EA5" w:rsidRDefault="008B2EA6" w:rsidP="008B2EA6">
      <w:pPr>
        <w:pStyle w:val="Bodytext21"/>
        <w:numPr>
          <w:ilvl w:val="0"/>
          <w:numId w:val="9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orice act sau ameninţare de terorism credibilă în mod rezonabil la adresa Părții respective sau privind bunurile de infrastructură aferente Serviciului;</w:t>
      </w:r>
    </w:p>
    <w:p w14:paraId="29B379BB" w14:textId="77777777" w:rsidR="008B2EA6" w:rsidRPr="00CD3EA5" w:rsidRDefault="008B2EA6" w:rsidP="008B2EA6">
      <w:pPr>
        <w:pStyle w:val="Bodytext21"/>
        <w:numPr>
          <w:ilvl w:val="0"/>
          <w:numId w:val="92"/>
        </w:numPr>
        <w:shd w:val="clear" w:color="auto" w:fill="auto"/>
        <w:tabs>
          <w:tab w:val="left" w:pos="1111"/>
        </w:tabs>
        <w:spacing w:after="0" w:line="240" w:lineRule="auto"/>
        <w:ind w:left="1120" w:hanging="580"/>
        <w:jc w:val="both"/>
        <w:rPr>
          <w:rStyle w:val="Bodytext20"/>
          <w:rFonts w:ascii="Times New Roman" w:hAnsi="Times New Roman" w:cs="Times New Roman"/>
          <w:sz w:val="24"/>
          <w:szCs w:val="24"/>
          <w:lang w:eastAsia="ro-RO"/>
        </w:rPr>
      </w:pPr>
      <w:r w:rsidRPr="00CD3EA5">
        <w:rPr>
          <w:rStyle w:val="Bodytext20"/>
          <w:rFonts w:ascii="Times New Roman" w:hAnsi="Times New Roman" w:cs="Times New Roman"/>
          <w:sz w:val="24"/>
          <w:szCs w:val="24"/>
          <w:lang w:eastAsia="ro-RO"/>
        </w:rPr>
        <w:t>greve sau alte mişcări revendicative la scară naţională și motivate predominant politic.</w:t>
      </w:r>
    </w:p>
    <w:p w14:paraId="6551CD5A" w14:textId="77777777" w:rsidR="008B2EA6" w:rsidRPr="00CD3EA5" w:rsidRDefault="008B2EA6" w:rsidP="008B2EA6">
      <w:pPr>
        <w:pStyle w:val="Bodytext21"/>
        <w:numPr>
          <w:ilvl w:val="0"/>
          <w:numId w:val="90"/>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Evenimente nefavorabile de forţă majoră cum ar fi:</w:t>
      </w:r>
    </w:p>
    <w:p w14:paraId="0E3FEE68" w14:textId="77777777" w:rsidR="008B2EA6" w:rsidRPr="00CD3EA5" w:rsidRDefault="008B2EA6" w:rsidP="008B2EA6">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refuzul, fără un motiv justificat, oricărei Autorități Competente de a elibera orice aviz, permis, licenţă sau a oricăror autorizaţii necesare executării obligaţiilor contractuale, retragerea acestora sau refuzul de a reînnoi aceste avize, permise, licenţe sau autorizaţii sau orice acte sau omisiuni ale oricărei Autorități Competente având efecte similare;</w:t>
      </w:r>
    </w:p>
    <w:p w14:paraId="45A9D729" w14:textId="77777777" w:rsidR="008B2EA6" w:rsidRPr="00CD3EA5" w:rsidRDefault="008B2EA6" w:rsidP="008B2EA6">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orice acţiune reglementară neîntemeiată sau nerezonabilă dispusă de oricare Autoritate Competentă împotriva Delegatului (care poate include orice anulare sau revocare a oricăror permise, licenţe sau autorizaţii existente, fără un motiv întemeiat);</w:t>
      </w:r>
    </w:p>
    <w:p w14:paraId="1FB00F65" w14:textId="77777777" w:rsidR="008B2EA6" w:rsidRPr="00CD3EA5" w:rsidRDefault="008B2EA6" w:rsidP="008B2EA6">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t xml:space="preserve">orice rechiziţionare, expropriere, naţionalizare sau confiscare </w:t>
      </w:r>
      <w:r w:rsidRPr="00CD3EA5">
        <w:rPr>
          <w:rStyle w:val="Bodytext2Italic1"/>
          <w:rFonts w:ascii="Times New Roman" w:hAnsi="Times New Roman" w:cs="Times New Roman"/>
          <w:sz w:val="24"/>
          <w:szCs w:val="24"/>
          <w:lang w:eastAsia="ro-RO"/>
        </w:rPr>
        <w:t>de facto</w:t>
      </w:r>
      <w:r w:rsidRPr="00CD3EA5">
        <w:rPr>
          <w:rStyle w:val="Bodytext20"/>
          <w:rFonts w:ascii="Times New Roman" w:hAnsi="Times New Roman" w:cs="Times New Roman"/>
          <w:sz w:val="24"/>
          <w:szCs w:val="24"/>
          <w:lang w:eastAsia="ro-RO"/>
        </w:rPr>
        <w:t xml:space="preserve"> a oricărui bun sau drept semnificativ al Delegatului de către Guvernul României sau de către oricare Autoritate Competentă (alta decât ca rezultat al încălcării de către Delegat a permiselor, licenţelor, autorizaţiilor sau a Legii);</w:t>
      </w:r>
    </w:p>
    <w:p w14:paraId="404B64D1" w14:textId="77777777" w:rsidR="008B2EA6" w:rsidRPr="00CD3EA5" w:rsidRDefault="008B2EA6" w:rsidP="008B2EA6">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CD3EA5">
        <w:rPr>
          <w:rStyle w:val="Bodytext20"/>
          <w:rFonts w:ascii="Times New Roman" w:hAnsi="Times New Roman" w:cs="Times New Roman"/>
          <w:sz w:val="24"/>
          <w:szCs w:val="24"/>
          <w:lang w:eastAsia="ro-RO"/>
        </w:rPr>
        <w:lastRenderedPageBreak/>
        <w:t>orice acte ilegale din partea unor terți inclusiv poluarea ilegală, în mod intenţionat sau accidental.</w:t>
      </w:r>
    </w:p>
    <w:p w14:paraId="27677893"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Forţa Majoră nu va include: probleme financiare ale Părţilor, livrarea cu întârziere a materialelor sau executare cu întârziere / neexecutarea de către contractanţii acestora a obligaţiilor lor contractuale, condiţii meteorologice posibile în condiţiile climatice din Aria Delegării, insuficienţa forţei de muncă sau a echipamentelor sau a materialelor, refuzul</w:t>
      </w:r>
      <w:r>
        <w:rPr>
          <w:rFonts w:ascii="Times New Roman" w:hAnsi="Times New Roman"/>
          <w:sz w:val="24"/>
          <w:szCs w:val="24"/>
          <w:lang w:eastAsia="en-GB"/>
        </w:rPr>
        <w:t xml:space="preserve">, cu </w:t>
      </w:r>
      <w:r w:rsidRPr="00CD3EA5">
        <w:rPr>
          <w:rFonts w:ascii="Times New Roman" w:hAnsi="Times New Roman"/>
          <w:sz w:val="24"/>
          <w:szCs w:val="24"/>
          <w:lang w:eastAsia="en-GB"/>
        </w:rPr>
        <w:t xml:space="preserve">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4789604A"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(4)</w:t>
      </w:r>
      <w:r w:rsidRPr="00CD3EA5">
        <w:rPr>
          <w:rFonts w:ascii="Times New Roman" w:hAnsi="Times New Roman"/>
          <w:sz w:val="24"/>
          <w:szCs w:val="24"/>
          <w:lang w:eastAsia="en-GB"/>
        </w:rPr>
        <w:t xml:space="preserve"> Partea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 Dacă evenimentul de Forţă Majoră durează mai mult de o săptămână, Partea afectată va informa periodic cealaltă Parte, dar nu mai rar de o dată la două săptămâni despre derularea evenimentelor. </w:t>
      </w:r>
    </w:p>
    <w:p w14:paraId="7C3FDC42"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(5)</w:t>
      </w:r>
      <w:r w:rsidRPr="00CD3EA5">
        <w:rPr>
          <w:rFonts w:ascii="Times New Roman" w:hAnsi="Times New Roman"/>
          <w:sz w:val="24"/>
          <w:szCs w:val="24"/>
          <w:lang w:eastAsia="en-GB"/>
        </w:rPr>
        <w:t xml:space="preserve"> Partea afectată de un eveniment de Forţă Majoră va depune toate eforturile pentru a-şi relua îndeplinirea obligaţiilor cât mai curând posibil, iar între timp să diminueze efectele acestui eveniment, pentru a-şi îndeplini obligaţiile contractuale neafectate de Forţa Majoră şi va informa complet cealaltă Parte în legătură cu măsurile luate în acest sens.  </w:t>
      </w:r>
    </w:p>
    <w:p w14:paraId="38F1C6F7"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(6)</w:t>
      </w:r>
      <w:r w:rsidRPr="00CD3EA5">
        <w:rPr>
          <w:rFonts w:ascii="Times New Roman" w:hAnsi="Times New Roman"/>
          <w:sz w:val="24"/>
          <w:szCs w:val="24"/>
          <w:lang w:eastAsia="en-GB"/>
        </w:rPr>
        <w:t xml:space="preserve"> Dacă la expirarea unei perioade de 30 (treizeci) de Zile de la apariţia unui eveniment de Forţă Majoră, acest eveniment de Forţă Majoră (sau consecinţele acestuia) continuă şi face imposibilă executarea Contractului,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 </w:t>
      </w:r>
    </w:p>
    <w:bookmarkEnd w:id="385"/>
    <w:bookmarkEnd w:id="386"/>
    <w:bookmarkEnd w:id="387"/>
    <w:bookmarkEnd w:id="388"/>
    <w:p w14:paraId="2E6AB64B"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4EE0167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389" w:name="_Toc11221600"/>
      <w:r w:rsidRPr="00CD3EA5">
        <w:rPr>
          <w:rFonts w:ascii="Times New Roman" w:hAnsi="Times New Roman"/>
          <w:sz w:val="24"/>
          <w:szCs w:val="24"/>
          <w:lang w:val="ro-RO" w:eastAsia="ro-RO"/>
        </w:rPr>
        <w:t>MENŢINEREA ECHILIBRULUI CONTRACTUAL</w:t>
      </w:r>
      <w:bookmarkEnd w:id="389"/>
    </w:p>
    <w:p w14:paraId="05C9B390"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(1)</w:t>
      </w:r>
      <w:r w:rsidRPr="00CD3EA5">
        <w:rPr>
          <w:rFonts w:ascii="Times New Roman" w:hAnsi="Times New Roman"/>
          <w:sz w:val="24"/>
          <w:szCs w:val="24"/>
          <w:lang w:eastAsia="en-GB"/>
        </w:rPr>
        <w:t xml:space="preserve"> Părţile vor urmări în permanenţă menţinerea echilibrului contractual.</w:t>
      </w:r>
    </w:p>
    <w:p w14:paraId="25FA4BDE"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(2)</w:t>
      </w:r>
      <w:r w:rsidRPr="00CD3EA5">
        <w:rPr>
          <w:rFonts w:ascii="Times New Roman" w:hAnsi="Times New Roman"/>
          <w:sz w:val="24"/>
          <w:szCs w:val="24"/>
          <w:lang w:eastAsia="en-GB"/>
        </w:rPr>
        <w:t xml:space="preserve"> Delegatul nu va fi obligat să suporte creşterea sarcinilor legate de execuţia obligaţiilor sale, dacă această creştere rezultă în urma unui eveniment de Forţă Majoră, astfel cum este descris la Articolul 33 alin. (</w:t>
      </w:r>
      <w:r>
        <w:rPr>
          <w:rFonts w:ascii="Times New Roman" w:hAnsi="Times New Roman"/>
          <w:sz w:val="24"/>
          <w:szCs w:val="24"/>
          <w:lang w:eastAsia="en-GB"/>
        </w:rPr>
        <w:t>2</w:t>
      </w:r>
      <w:r w:rsidRPr="00CD3EA5">
        <w:rPr>
          <w:rFonts w:ascii="Times New Roman" w:hAnsi="Times New Roman"/>
          <w:sz w:val="24"/>
          <w:szCs w:val="24"/>
          <w:lang w:eastAsia="en-GB"/>
        </w:rPr>
        <w:t>) (“Forţa Majoră”).</w:t>
      </w:r>
    </w:p>
    <w:p w14:paraId="0E3D521A"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(3)</w:t>
      </w:r>
      <w:r w:rsidRPr="00CD3EA5">
        <w:rPr>
          <w:rFonts w:ascii="Times New Roman" w:hAnsi="Times New Roman"/>
          <w:sz w:val="24"/>
          <w:szCs w:val="24"/>
          <w:lang w:eastAsia="en-GB"/>
        </w:rPr>
        <w:t xml:space="preserve"> În situaţia în care Modificări Legislative alterează echilibrul Contractual, şi dacă dezechilibrul rezultat nu poate fi remediat prin modificarea/ajustarea Tarifului, Părţile se obligă să renegocieze termenii şi condiţiile prezentului Contract, în scopul restabilirii echilibrul economico-financiar al Contractului. </w:t>
      </w:r>
    </w:p>
    <w:p w14:paraId="618369B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
          <w:sz w:val="24"/>
          <w:szCs w:val="24"/>
          <w:lang w:eastAsia="en-GB"/>
        </w:rPr>
        <w:t xml:space="preserve">(4) </w:t>
      </w:r>
      <w:r w:rsidRPr="00CD3EA5">
        <w:rPr>
          <w:rFonts w:ascii="Times New Roman" w:hAnsi="Times New Roman"/>
          <w:sz w:val="24"/>
          <w:szCs w:val="24"/>
          <w:lang w:eastAsia="en-GB"/>
        </w:rPr>
        <w:t>Dacă, la expirarea unei perioade de cel puţin 45 (patruzeci și cinci) de Zile sau alt termen stabilit de Părţi, de la începerea negocierilor prevăzute la alineatul precedent, acestea eşuează, atunci oricare dintre Părţi va avea dreptul să notifice celeilalte Părţi încetarea prezentului Contract, fără ca vreuna dintre ele să pretindă daune-interese. Delegatul va avea obligaţia de a presta Serviciului în continuare pe o durată de cel mult 90 (nouăzeci) de Zile, în vederea asigurării continuităţii Serviciului.</w:t>
      </w:r>
      <w:r w:rsidRPr="00CD3EA5">
        <w:rPr>
          <w:rFonts w:ascii="Times New Roman" w:hAnsi="Times New Roman"/>
          <w:bCs/>
          <w:sz w:val="24"/>
          <w:szCs w:val="24"/>
        </w:rPr>
        <w:t xml:space="preserve"> </w:t>
      </w:r>
    </w:p>
    <w:p w14:paraId="097C5DA4"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0321183A"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27AB0CAA"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681193F3" w14:textId="77777777" w:rsidR="008B2EA6" w:rsidRPr="00CD3EA5" w:rsidRDefault="008B2EA6" w:rsidP="008B2EA6">
      <w:pPr>
        <w:pStyle w:val="Heading1"/>
        <w:spacing w:line="240" w:lineRule="auto"/>
        <w:rPr>
          <w:rFonts w:ascii="Times New Roman" w:hAnsi="Times New Roman" w:cs="Times New Roman"/>
          <w:sz w:val="24"/>
          <w:szCs w:val="24"/>
        </w:rPr>
      </w:pPr>
      <w:bookmarkStart w:id="390" w:name="_Toc11221601"/>
      <w:r w:rsidRPr="00CD3EA5">
        <w:rPr>
          <w:rFonts w:ascii="Times New Roman" w:hAnsi="Times New Roman" w:cs="Times New Roman"/>
          <w:sz w:val="24"/>
          <w:szCs w:val="24"/>
        </w:rPr>
        <w:t>MODIFICAREA CONTRACTULUI</w:t>
      </w:r>
      <w:bookmarkStart w:id="391" w:name="_Toc11221602"/>
      <w:bookmarkEnd w:id="390"/>
    </w:p>
    <w:p w14:paraId="0565B8FB" w14:textId="77777777" w:rsidR="008B2EA6" w:rsidRPr="00CD3EA5" w:rsidRDefault="008B2EA6" w:rsidP="008B2EA6">
      <w:pPr>
        <w:rPr>
          <w:rFonts w:ascii="Times New Roman" w:hAnsi="Times New Roman"/>
          <w:sz w:val="24"/>
          <w:szCs w:val="24"/>
        </w:rPr>
      </w:pPr>
    </w:p>
    <w:p w14:paraId="2A7637A6"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r w:rsidRPr="00CD3EA5">
        <w:rPr>
          <w:rFonts w:ascii="Times New Roman" w:hAnsi="Times New Roman"/>
          <w:sz w:val="24"/>
          <w:szCs w:val="24"/>
          <w:lang w:val="ro-RO" w:eastAsia="ro-RO"/>
        </w:rPr>
        <w:t>MODIFICAREA CONTRACTULUI</w:t>
      </w:r>
      <w:bookmarkEnd w:id="391"/>
      <w:r w:rsidRPr="00CD3EA5">
        <w:rPr>
          <w:rFonts w:ascii="Times New Roman" w:hAnsi="Times New Roman"/>
          <w:sz w:val="24"/>
          <w:szCs w:val="24"/>
          <w:lang w:val="ro-RO" w:eastAsia="ro-RO"/>
        </w:rPr>
        <w:t xml:space="preserve"> </w:t>
      </w:r>
    </w:p>
    <w:p w14:paraId="14419334" w14:textId="77777777" w:rsidR="008B2EA6" w:rsidRPr="00CD3EA5" w:rsidRDefault="008B2EA6" w:rsidP="008B2EA6">
      <w:pPr>
        <w:spacing w:after="0" w:line="240" w:lineRule="auto"/>
        <w:jc w:val="both"/>
        <w:rPr>
          <w:rFonts w:ascii="Times New Roman" w:hAnsi="Times New Roman"/>
          <w:caps/>
          <w:sz w:val="24"/>
          <w:szCs w:val="24"/>
          <w:lang w:eastAsia="en-GB"/>
        </w:rPr>
      </w:pPr>
      <w:bookmarkStart w:id="392" w:name="_Toc378327552"/>
      <w:bookmarkStart w:id="393" w:name="_Toc379978648"/>
      <w:bookmarkStart w:id="394" w:name="_Toc380141093"/>
      <w:bookmarkStart w:id="395" w:name="_Toc381791170"/>
      <w:bookmarkStart w:id="396" w:name="_Toc381957698"/>
      <w:bookmarkStart w:id="397" w:name="_Toc11221603"/>
      <w:bookmarkStart w:id="398" w:name="_Toc254520625"/>
      <w:bookmarkStart w:id="399" w:name="_Toc337740327"/>
      <w:r w:rsidRPr="00CD3EA5">
        <w:rPr>
          <w:rFonts w:ascii="Times New Roman" w:hAnsi="Times New Roman"/>
          <w:b/>
          <w:sz w:val="24"/>
          <w:szCs w:val="24"/>
          <w:lang w:eastAsia="en-GB"/>
        </w:rPr>
        <w:t>(1)</w:t>
      </w:r>
      <w:r w:rsidRPr="00CD3EA5">
        <w:rPr>
          <w:rFonts w:ascii="Times New Roman" w:hAnsi="Times New Roman"/>
          <w:sz w:val="24"/>
          <w:szCs w:val="24"/>
          <w:lang w:eastAsia="en-GB"/>
        </w:rPr>
        <w:t xml:space="preserve"> Modificarea prezentului Contract se face numai prin act adiţional aprobat conform Legii și încheiat în scris între Părţi.</w:t>
      </w:r>
      <w:bookmarkEnd w:id="392"/>
      <w:bookmarkEnd w:id="393"/>
      <w:bookmarkEnd w:id="394"/>
      <w:bookmarkEnd w:id="395"/>
      <w:bookmarkEnd w:id="396"/>
      <w:bookmarkEnd w:id="397"/>
    </w:p>
    <w:p w14:paraId="32B8F8B3" w14:textId="77777777" w:rsidR="008B2EA6" w:rsidRPr="00CD3EA5" w:rsidRDefault="008B2EA6" w:rsidP="008B2EA6">
      <w:pPr>
        <w:spacing w:after="0" w:line="240" w:lineRule="auto"/>
        <w:jc w:val="both"/>
        <w:rPr>
          <w:rFonts w:ascii="Times New Roman" w:hAnsi="Times New Roman"/>
          <w:sz w:val="24"/>
          <w:szCs w:val="24"/>
          <w:lang w:eastAsia="en-GB"/>
        </w:rPr>
      </w:pPr>
      <w:bookmarkStart w:id="400" w:name="_Toc378327553"/>
      <w:bookmarkStart w:id="401" w:name="_Toc379978649"/>
      <w:bookmarkStart w:id="402" w:name="_Toc380141094"/>
      <w:bookmarkStart w:id="403" w:name="_Toc381791171"/>
      <w:bookmarkStart w:id="404" w:name="_Toc381957699"/>
      <w:bookmarkStart w:id="405" w:name="_Toc11221604"/>
      <w:r w:rsidRPr="00CD3EA5">
        <w:rPr>
          <w:rFonts w:ascii="Times New Roman" w:hAnsi="Times New Roman"/>
          <w:b/>
          <w:sz w:val="24"/>
          <w:szCs w:val="24"/>
          <w:lang w:eastAsia="en-GB"/>
        </w:rPr>
        <w:t>(2)</w:t>
      </w:r>
      <w:r w:rsidRPr="00CD3EA5">
        <w:rPr>
          <w:rFonts w:ascii="Times New Roman" w:hAnsi="Times New Roman"/>
          <w:sz w:val="24"/>
          <w:szCs w:val="24"/>
          <w:lang w:eastAsia="en-GB"/>
        </w:rPr>
        <w:t xml:space="preserve"> Contractul nu poate fi modificat în sensul introducerii în obiectul acestuia a unei activităţi care nu a făcut obiectul Gestiunii Serviciului, conform Legii.</w:t>
      </w:r>
      <w:bookmarkEnd w:id="400"/>
      <w:bookmarkEnd w:id="401"/>
      <w:bookmarkEnd w:id="402"/>
      <w:bookmarkEnd w:id="403"/>
      <w:bookmarkEnd w:id="404"/>
      <w:bookmarkEnd w:id="405"/>
      <w:r w:rsidRPr="00CD3EA5">
        <w:rPr>
          <w:rFonts w:ascii="Times New Roman" w:hAnsi="Times New Roman"/>
          <w:sz w:val="24"/>
          <w:szCs w:val="24"/>
          <w:lang w:eastAsia="en-GB"/>
        </w:rPr>
        <w:t xml:space="preserve"> </w:t>
      </w:r>
    </w:p>
    <w:p w14:paraId="7D29B773" w14:textId="77777777" w:rsidR="008B2EA6" w:rsidRPr="00CD3EA5" w:rsidRDefault="008B2EA6" w:rsidP="008B2EA6">
      <w:pPr>
        <w:spacing w:after="0" w:line="240" w:lineRule="auto"/>
        <w:jc w:val="both"/>
        <w:rPr>
          <w:rFonts w:ascii="Times New Roman" w:hAnsi="Times New Roman"/>
          <w:sz w:val="24"/>
          <w:szCs w:val="24"/>
          <w:lang w:eastAsia="en-GB"/>
        </w:rPr>
      </w:pPr>
      <w:bookmarkStart w:id="406" w:name="_Toc11221605"/>
      <w:r w:rsidRPr="00CD3EA5">
        <w:rPr>
          <w:rFonts w:ascii="Times New Roman" w:hAnsi="Times New Roman"/>
          <w:b/>
          <w:sz w:val="24"/>
          <w:szCs w:val="24"/>
          <w:lang w:eastAsia="en-GB"/>
        </w:rPr>
        <w:lastRenderedPageBreak/>
        <w:t>(3)</w:t>
      </w:r>
      <w:r w:rsidRPr="00CD3EA5">
        <w:rPr>
          <w:rFonts w:ascii="Times New Roman" w:hAnsi="Times New Roman"/>
          <w:sz w:val="24"/>
          <w:szCs w:val="24"/>
          <w:lang w:eastAsia="en-GB"/>
        </w:rPr>
        <w:t xml:space="preserve"> Orice modificare constituie revizuire a prezentului Contract, conform Legii, și nu poate fi operată de Părți decât în situațiile expres prevăzute de prezentul Contract, respectiv:</w:t>
      </w:r>
      <w:bookmarkStart w:id="407" w:name="_Toc11221606"/>
      <w:bookmarkEnd w:id="406"/>
    </w:p>
    <w:p w14:paraId="446FC178" w14:textId="77777777" w:rsidR="008B2EA6" w:rsidRPr="00CD3EA5" w:rsidRDefault="008B2EA6" w:rsidP="008B2EA6">
      <w:pPr>
        <w:pStyle w:val="ListParagraph"/>
        <w:numPr>
          <w:ilvl w:val="0"/>
          <w:numId w:val="73"/>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prelungirea Perioadei de Mobilizare, în condițiile prevăzute la art. 3 alin. (1</w:t>
      </w:r>
      <w:r>
        <w:rPr>
          <w:rFonts w:ascii="Times New Roman" w:hAnsi="Times New Roman"/>
          <w:sz w:val="24"/>
          <w:szCs w:val="24"/>
          <w:lang w:eastAsia="en-GB"/>
        </w:rPr>
        <w:t>1</w:t>
      </w:r>
      <w:r w:rsidRPr="00CD3EA5">
        <w:rPr>
          <w:rFonts w:ascii="Times New Roman" w:hAnsi="Times New Roman"/>
          <w:sz w:val="24"/>
          <w:szCs w:val="24"/>
          <w:lang w:eastAsia="en-GB"/>
        </w:rPr>
        <w:t>) din prezentul Contract;</w:t>
      </w:r>
      <w:bookmarkStart w:id="408" w:name="_Toc11221607"/>
      <w:bookmarkEnd w:id="407"/>
    </w:p>
    <w:p w14:paraId="0E5DFAD4" w14:textId="77777777" w:rsidR="008B2EA6" w:rsidRPr="00CD3EA5" w:rsidRDefault="008B2EA6" w:rsidP="008B2EA6">
      <w:pPr>
        <w:pStyle w:val="ListParagraph"/>
        <w:numPr>
          <w:ilvl w:val="0"/>
          <w:numId w:val="73"/>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ajustarea sau modificarea Tarifelor, în condițiile prevăzute la art. 10 din prezentul Contract.</w:t>
      </w:r>
      <w:bookmarkStart w:id="409" w:name="_Toc11221608"/>
      <w:bookmarkEnd w:id="408"/>
    </w:p>
    <w:p w14:paraId="466C4F83" w14:textId="77777777" w:rsidR="008B2EA6" w:rsidRPr="00CD3EA5" w:rsidRDefault="008B2EA6" w:rsidP="008B2EA6">
      <w:pPr>
        <w:pStyle w:val="ListParagraph"/>
        <w:numPr>
          <w:ilvl w:val="0"/>
          <w:numId w:val="73"/>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modificarea fluxului de deșeuri în situația în care prin Lege sunt introduse noi obligații privind colectarea și tratarea anumitor categorii de Deșeuri, aplicabile Părților și categoriilor de Deșeuri care fac obiectul prezentului Contract ori dacă, din executarea contractului se impune modificarea fluxului;</w:t>
      </w:r>
      <w:bookmarkStart w:id="410" w:name="_Toc11221609"/>
      <w:bookmarkEnd w:id="409"/>
    </w:p>
    <w:bookmarkEnd w:id="410"/>
    <w:p w14:paraId="44332CC8" w14:textId="77777777" w:rsidR="008B2EA6" w:rsidRPr="00CD3EA5" w:rsidRDefault="008B2EA6" w:rsidP="008B2EA6">
      <w:pPr>
        <w:pStyle w:val="ListParagraph"/>
        <w:numPr>
          <w:ilvl w:val="0"/>
          <w:numId w:val="73"/>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în vederea restabilirii echilibrului contractual conform prevederilor art. 34 din prezentul Contract;</w:t>
      </w:r>
      <w:bookmarkStart w:id="411" w:name="_Toc11221610"/>
    </w:p>
    <w:bookmarkEnd w:id="411"/>
    <w:p w14:paraId="7A49C67A" w14:textId="77777777" w:rsidR="008B2EA6" w:rsidRPr="00CD3EA5" w:rsidRDefault="008B2EA6" w:rsidP="008B2EA6">
      <w:pPr>
        <w:spacing w:after="0" w:line="240" w:lineRule="auto"/>
        <w:rPr>
          <w:rFonts w:ascii="Times New Roman" w:hAnsi="Times New Roman"/>
          <w:sz w:val="24"/>
          <w:szCs w:val="24"/>
          <w:lang w:eastAsia="en-GB"/>
        </w:rPr>
      </w:pPr>
    </w:p>
    <w:p w14:paraId="7B501DA5"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412" w:name="_Toc11221611"/>
      <w:r w:rsidRPr="00CD3EA5">
        <w:rPr>
          <w:rFonts w:ascii="Times New Roman" w:hAnsi="Times New Roman"/>
          <w:sz w:val="24"/>
          <w:szCs w:val="24"/>
          <w:lang w:val="ro-RO" w:eastAsia="ro-RO"/>
        </w:rPr>
        <w:t>MODIFICAREA UNILATERALĂ A PĂRŢII REGLEMENTARE A CONTRACTULUI DE CĂTRE DELEGATAR</w:t>
      </w:r>
      <w:bookmarkEnd w:id="412"/>
    </w:p>
    <w:p w14:paraId="4B8E2F5D" w14:textId="77777777" w:rsidR="008B2EA6" w:rsidRPr="00CD3EA5" w:rsidRDefault="008B2EA6" w:rsidP="008B2EA6">
      <w:pPr>
        <w:spacing w:after="0" w:line="240" w:lineRule="auto"/>
        <w:jc w:val="both"/>
        <w:rPr>
          <w:rFonts w:ascii="Times New Roman" w:hAnsi="Times New Roman"/>
          <w:sz w:val="24"/>
          <w:szCs w:val="24"/>
          <w:lang w:eastAsia="en-GB"/>
        </w:rPr>
      </w:pPr>
      <w:r w:rsidRPr="00CD3EA5">
        <w:rPr>
          <w:rFonts w:ascii="Times New Roman" w:hAnsi="Times New Roman"/>
          <w:b/>
          <w:bCs/>
          <w:sz w:val="24"/>
          <w:szCs w:val="24"/>
          <w:lang w:eastAsia="en-GB"/>
        </w:rPr>
        <w:t>(1)</w:t>
      </w:r>
      <w:r w:rsidRPr="00CD3EA5">
        <w:rPr>
          <w:rFonts w:ascii="Times New Roman" w:hAnsi="Times New Roman"/>
          <w:sz w:val="24"/>
          <w:szCs w:val="24"/>
          <w:lang w:eastAsia="en-GB"/>
        </w:rPr>
        <w:t xml:space="preserve"> Delegatarul poate modifica unilateral Regulamentul Serviciului, ataşat ca Anexa nr. 1 la prezentul Contract,</w:t>
      </w:r>
      <w:r w:rsidRPr="00CD3EA5">
        <w:rPr>
          <w:rFonts w:ascii="Times New Roman" w:hAnsi="Times New Roman"/>
          <w:sz w:val="24"/>
          <w:szCs w:val="24"/>
        </w:rPr>
        <w:t xml:space="preserve"> </w:t>
      </w:r>
      <w:r w:rsidRPr="00CD3EA5">
        <w:rPr>
          <w:rFonts w:ascii="Times New Roman" w:hAnsi="Times New Roman"/>
          <w:sz w:val="24"/>
          <w:szCs w:val="24"/>
          <w:lang w:eastAsia="en-GB"/>
        </w:rPr>
        <w:t>prin modificarea acestui document şi înlocuirea respectivei anexe, prin act adiţional la Contract, cu noul Regulament al Serviciului. În cazul în care aceste modificări afectează echilibrul contractual se vor aplica prevederile Articolului 34 (“Menţinerea echilibrului contractual”).</w:t>
      </w:r>
    </w:p>
    <w:p w14:paraId="28BBD655" w14:textId="77777777" w:rsidR="008B2EA6" w:rsidRDefault="008B2EA6" w:rsidP="008B2EA6">
      <w:pPr>
        <w:spacing w:after="0" w:line="240" w:lineRule="auto"/>
        <w:jc w:val="both"/>
        <w:rPr>
          <w:rFonts w:ascii="Times New Roman" w:hAnsi="Times New Roman"/>
          <w:bCs/>
          <w:sz w:val="24"/>
          <w:szCs w:val="24"/>
        </w:rPr>
      </w:pPr>
      <w:bookmarkStart w:id="413" w:name="_Hlk27509553"/>
      <w:r w:rsidRPr="00CD3EA5">
        <w:rPr>
          <w:rFonts w:ascii="Times New Roman" w:hAnsi="Times New Roman"/>
          <w:b/>
          <w:sz w:val="24"/>
          <w:szCs w:val="24"/>
        </w:rPr>
        <w:t>(2)</w:t>
      </w:r>
      <w:r w:rsidRPr="00CD3EA5">
        <w:rPr>
          <w:rFonts w:ascii="Times New Roman" w:hAnsi="Times New Roman"/>
          <w:bCs/>
          <w:sz w:val="24"/>
          <w:szCs w:val="24"/>
        </w:rPr>
        <w:t xml:space="preserve"> Orice modificare a legislației, care are relevanță în execuția prezentului contract, va conduce la modificarea de drept a clauzelor contractuale, prin act adițional.</w:t>
      </w:r>
      <w:bookmarkEnd w:id="413"/>
    </w:p>
    <w:p w14:paraId="491A42A9" w14:textId="77777777" w:rsidR="008B2EA6" w:rsidRPr="00CD3EA5" w:rsidRDefault="008B2EA6" w:rsidP="008B2EA6">
      <w:pPr>
        <w:spacing w:after="0" w:line="240" w:lineRule="auto"/>
        <w:jc w:val="both"/>
        <w:rPr>
          <w:rFonts w:ascii="Times New Roman" w:hAnsi="Times New Roman"/>
          <w:bCs/>
          <w:sz w:val="24"/>
          <w:szCs w:val="24"/>
        </w:rPr>
      </w:pPr>
    </w:p>
    <w:p w14:paraId="0F7C27B0" w14:textId="77777777" w:rsidR="008B2EA6" w:rsidRPr="00CD3EA5" w:rsidRDefault="008B2EA6" w:rsidP="008B2EA6">
      <w:pPr>
        <w:pStyle w:val="Heading1"/>
        <w:spacing w:line="240" w:lineRule="auto"/>
        <w:rPr>
          <w:rFonts w:ascii="Times New Roman" w:hAnsi="Times New Roman" w:cs="Times New Roman"/>
          <w:sz w:val="24"/>
          <w:szCs w:val="24"/>
        </w:rPr>
      </w:pPr>
      <w:bookmarkStart w:id="414" w:name="_Toc11221612"/>
      <w:bookmarkEnd w:id="398"/>
      <w:bookmarkEnd w:id="399"/>
      <w:r w:rsidRPr="00CD3EA5">
        <w:rPr>
          <w:rFonts w:ascii="Times New Roman" w:hAnsi="Times New Roman" w:cs="Times New Roman"/>
          <w:sz w:val="24"/>
          <w:szCs w:val="24"/>
        </w:rPr>
        <w:t>ÎNCETAREA CONTRACTULUI</w:t>
      </w:r>
      <w:bookmarkEnd w:id="414"/>
    </w:p>
    <w:p w14:paraId="290B39B2" w14:textId="77777777" w:rsidR="008B2EA6" w:rsidRPr="00CD3EA5" w:rsidRDefault="008B2EA6" w:rsidP="008B2EA6">
      <w:pPr>
        <w:rPr>
          <w:rFonts w:ascii="Times New Roman" w:hAnsi="Times New Roman"/>
          <w:sz w:val="24"/>
          <w:szCs w:val="24"/>
        </w:rPr>
      </w:pPr>
    </w:p>
    <w:p w14:paraId="2EB12254"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415" w:name="_Toc11221613"/>
      <w:r w:rsidRPr="00CD3EA5">
        <w:rPr>
          <w:rFonts w:ascii="Times New Roman" w:hAnsi="Times New Roman"/>
          <w:sz w:val="24"/>
          <w:szCs w:val="24"/>
          <w:lang w:val="ro-RO" w:eastAsia="ro-RO"/>
        </w:rPr>
        <w:t>CAUZELE DE ÎNCETARE A CONTRACTULUI</w:t>
      </w:r>
      <w:bookmarkEnd w:id="415"/>
    </w:p>
    <w:p w14:paraId="5C7EC0FD" w14:textId="77777777" w:rsidR="008B2EA6" w:rsidRPr="00CD3EA5" w:rsidRDefault="008B2EA6" w:rsidP="008B2EA6">
      <w:pPr>
        <w:numPr>
          <w:ilvl w:val="0"/>
          <w:numId w:val="77"/>
        </w:numPr>
        <w:autoSpaceDE w:val="0"/>
        <w:autoSpaceDN w:val="0"/>
        <w:adjustRightInd w:val="0"/>
        <w:spacing w:after="0" w:line="240" w:lineRule="auto"/>
        <w:jc w:val="both"/>
        <w:rPr>
          <w:rFonts w:ascii="Times New Roman" w:hAnsi="Times New Roman"/>
          <w:sz w:val="24"/>
          <w:szCs w:val="24"/>
          <w:lang w:eastAsia="en-GB"/>
        </w:rPr>
      </w:pPr>
      <w:bookmarkStart w:id="416" w:name="_Toc378327557"/>
      <w:bookmarkStart w:id="417" w:name="_Toc379978653"/>
      <w:bookmarkStart w:id="418" w:name="_Toc380141098"/>
      <w:bookmarkStart w:id="419" w:name="_Toc381791175"/>
      <w:bookmarkStart w:id="420" w:name="_Toc381957703"/>
      <w:bookmarkStart w:id="421" w:name="_Toc11221614"/>
      <w:r w:rsidRPr="00CD3EA5">
        <w:rPr>
          <w:rFonts w:ascii="Times New Roman" w:hAnsi="Times New Roman"/>
          <w:sz w:val="24"/>
          <w:szCs w:val="24"/>
          <w:lang w:eastAsia="en-GB"/>
        </w:rPr>
        <w:t>Prezentul Contract încetează în următoarele situații:</w:t>
      </w:r>
      <w:bookmarkEnd w:id="416"/>
      <w:bookmarkEnd w:id="417"/>
      <w:bookmarkEnd w:id="418"/>
      <w:bookmarkEnd w:id="419"/>
      <w:bookmarkEnd w:id="420"/>
      <w:bookmarkEnd w:id="421"/>
    </w:p>
    <w:p w14:paraId="05BE86E6"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la expirarea Duratei Contractului, dacă Părţile nu convin, în scris, prelungirea acestuia conform prevederilor Articolului 3 (“Durata Contractului, Perioada de Mobilizare şi Data Începerii”), şi conform Legii în vigoare la data prelungirii;</w:t>
      </w:r>
    </w:p>
    <w:p w14:paraId="7949E8FD"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 xml:space="preserve">în cazul în care interesul naţional sau local o impune, prin denunţarea unilaterală de către Delegatar, cu plata unei despăgubiri juste şi prealabile în sarcina Delegatarului; </w:t>
      </w:r>
    </w:p>
    <w:p w14:paraId="237C1E09"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cazul nerespectării obligaţiilor contractuale de către Părţi, prin reziliere, conform Articolului 38 (“Rezilierea Contractului”), cu plata unei despăgubiri în sarcina Părţii în culpă;</w:t>
      </w:r>
    </w:p>
    <w:p w14:paraId="6B98F6F0"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cazurile prevăzute la Articolul 33 (“Forţa Majoră”), fără plata unei despăgubiri;</w:t>
      </w:r>
    </w:p>
    <w:p w14:paraId="664653D0"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situaţia în care, în urma parcurgerii procedurilor speciale prevăzute la Articolul 34 (“Menţinerea echilibrului contractual”), este permisă încetarea Contractului;</w:t>
      </w:r>
    </w:p>
    <w:p w14:paraId="330A51DE"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cazul falimentului Delegatului;</w:t>
      </w:r>
    </w:p>
    <w:p w14:paraId="2DF37C6E"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cazul lipsei, retragerii sau încetării valabilităţii licenţei de operare a Delegatului;</w:t>
      </w:r>
    </w:p>
    <w:p w14:paraId="70F94613"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cazul prevăzut la art. 3 alin. (10) din prezentul Contract;</w:t>
      </w:r>
    </w:p>
    <w:p w14:paraId="260236FF"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dacă Părţile convin încetarea Contractului, prin act adiţional la acesta, respectând Legea aplicabilă, în vigoare la acea dată;</w:t>
      </w:r>
    </w:p>
    <w:p w14:paraId="3E04A449" w14:textId="77777777" w:rsidR="008B2EA6" w:rsidRPr="00CD3EA5" w:rsidRDefault="008B2EA6" w:rsidP="008B2EA6">
      <w:pPr>
        <w:numPr>
          <w:ilvl w:val="1"/>
          <w:numId w:val="77"/>
        </w:numPr>
        <w:autoSpaceDE w:val="0"/>
        <w:autoSpaceDN w:val="0"/>
        <w:adjustRightInd w:val="0"/>
        <w:spacing w:after="0" w:line="240" w:lineRule="auto"/>
        <w:ind w:left="1077" w:hanging="357"/>
        <w:jc w:val="both"/>
        <w:rPr>
          <w:rFonts w:ascii="Times New Roman" w:hAnsi="Times New Roman"/>
          <w:sz w:val="24"/>
          <w:szCs w:val="24"/>
          <w:lang w:eastAsia="en-GB"/>
        </w:rPr>
      </w:pPr>
      <w:r w:rsidRPr="00CD3EA5">
        <w:rPr>
          <w:rFonts w:ascii="Times New Roman" w:hAnsi="Times New Roman"/>
          <w:sz w:val="24"/>
          <w:szCs w:val="24"/>
          <w:lang w:eastAsia="en-GB"/>
        </w:rPr>
        <w:t>în alte situații prevăzute expres de prezentul Contract.</w:t>
      </w:r>
    </w:p>
    <w:p w14:paraId="531F6194" w14:textId="77777777" w:rsidR="008B2EA6" w:rsidRPr="00CD3EA5" w:rsidRDefault="008B2EA6" w:rsidP="008B2EA6">
      <w:pPr>
        <w:numPr>
          <w:ilvl w:val="0"/>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coopera deplin pentru predarea gestiunii Serviciului și preluarea acesteia cu noul operator căruia i se va delega gestiunea Serviciului sau cu </w:t>
      </w:r>
      <w:r w:rsidRPr="008B3EA1">
        <w:rPr>
          <w:rFonts w:ascii="Times New Roman" w:hAnsi="Times New Roman"/>
          <w:sz w:val="24"/>
          <w:szCs w:val="24"/>
          <w:lang w:eastAsia="en-GB"/>
        </w:rPr>
        <w:t xml:space="preserve">ADISIGD / Delegatarul </w:t>
      </w:r>
      <w:r w:rsidRPr="00CD3EA5">
        <w:rPr>
          <w:rFonts w:ascii="Times New Roman" w:hAnsi="Times New Roman"/>
          <w:sz w:val="24"/>
          <w:szCs w:val="24"/>
          <w:lang w:eastAsia="en-GB"/>
        </w:rPr>
        <w:t>(Județul Arad prin Consiliul Județean Arad), după caz, în sensul următoarelor:</w:t>
      </w:r>
    </w:p>
    <w:p w14:paraId="75EF5B88"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bookmarkStart w:id="422" w:name="_Toc337740428"/>
      <w:bookmarkStart w:id="423" w:name="_Toc378327559"/>
      <w:bookmarkStart w:id="424" w:name="_Toc379978655"/>
      <w:bookmarkStart w:id="425" w:name="_Toc380141100"/>
      <w:bookmarkStart w:id="426" w:name="_Toc381791177"/>
      <w:bookmarkStart w:id="427" w:name="_Toc381957705"/>
      <w:bookmarkStart w:id="428" w:name="_Toc11221615"/>
      <w:r w:rsidRPr="00CD3EA5">
        <w:rPr>
          <w:rFonts w:ascii="Times New Roman" w:hAnsi="Times New Roman"/>
          <w:sz w:val="24"/>
          <w:szCs w:val="24"/>
          <w:lang w:eastAsia="en-GB"/>
        </w:rPr>
        <w:t>să menţină legătura cu Delegatarul şi/sau noul operator, să furnizeze asistenţă, sprijin și transferul privind Serviciul către noul operator;</w:t>
      </w:r>
      <w:bookmarkEnd w:id="422"/>
      <w:bookmarkEnd w:id="423"/>
      <w:bookmarkEnd w:id="424"/>
      <w:bookmarkEnd w:id="425"/>
      <w:bookmarkEnd w:id="426"/>
      <w:bookmarkEnd w:id="427"/>
      <w:bookmarkEnd w:id="428"/>
    </w:p>
    <w:p w14:paraId="7A975867"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lastRenderedPageBreak/>
        <w:t>să predea Bunurile de Retur și dacă este cazul Bunurile de Preluare către Delegatar (Județul Arad prin Consiliul Județean Arad);</w:t>
      </w:r>
    </w:p>
    <w:p w14:paraId="1B276C1E"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bookmarkStart w:id="429" w:name="_Toc332970683"/>
      <w:bookmarkStart w:id="430" w:name="_Toc333325733"/>
      <w:bookmarkStart w:id="431" w:name="_Toc333326804"/>
      <w:bookmarkStart w:id="432" w:name="_Toc334082563"/>
      <w:bookmarkStart w:id="433" w:name="_Toc337558573"/>
      <w:bookmarkStart w:id="434" w:name="_Toc337653353"/>
      <w:bookmarkStart w:id="435" w:name="_Toc337740430"/>
      <w:bookmarkStart w:id="436" w:name="_Toc378327560"/>
      <w:bookmarkStart w:id="437" w:name="_Toc379978656"/>
      <w:bookmarkStart w:id="438" w:name="_Toc380141101"/>
      <w:bookmarkStart w:id="439" w:name="_Toc381791178"/>
      <w:bookmarkStart w:id="440" w:name="_Toc381957706"/>
      <w:bookmarkStart w:id="441" w:name="_Toc11221616"/>
      <w:r w:rsidRPr="00CD3EA5">
        <w:rPr>
          <w:rFonts w:ascii="Times New Roman" w:hAnsi="Times New Roman"/>
          <w:sz w:val="24"/>
          <w:szCs w:val="24"/>
          <w:lang w:eastAsia="en-GB"/>
        </w:rPr>
        <w:t>să furnizeze Delegatarului (Județul Arad prin Consiliul Județean Arad) şi noului operator toate informaţiile privind Bunurile de Retur, inclusiv amplasamentele aferente, precum şi serviciile necesare funcţionării şi exploatării acestora;</w:t>
      </w:r>
      <w:bookmarkEnd w:id="429"/>
      <w:bookmarkEnd w:id="430"/>
      <w:bookmarkEnd w:id="431"/>
      <w:bookmarkEnd w:id="432"/>
      <w:bookmarkEnd w:id="433"/>
      <w:bookmarkEnd w:id="434"/>
      <w:bookmarkEnd w:id="435"/>
      <w:bookmarkEnd w:id="436"/>
      <w:bookmarkEnd w:id="437"/>
      <w:bookmarkEnd w:id="438"/>
      <w:bookmarkEnd w:id="439"/>
      <w:bookmarkEnd w:id="440"/>
      <w:bookmarkEnd w:id="441"/>
    </w:p>
    <w:p w14:paraId="526B88C0"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bookmarkStart w:id="442" w:name="_Toc332970685"/>
      <w:bookmarkStart w:id="443" w:name="_Toc333325735"/>
      <w:bookmarkStart w:id="444" w:name="_Toc333326806"/>
      <w:bookmarkStart w:id="445" w:name="_Toc334082565"/>
      <w:bookmarkStart w:id="446" w:name="_Toc337558575"/>
      <w:bookmarkStart w:id="447" w:name="_Toc337653355"/>
      <w:bookmarkStart w:id="448" w:name="_Toc337740432"/>
      <w:bookmarkStart w:id="449" w:name="_Toc378327561"/>
      <w:bookmarkStart w:id="450" w:name="_Toc379978657"/>
      <w:bookmarkStart w:id="451" w:name="_Toc380141102"/>
      <w:bookmarkStart w:id="452" w:name="_Toc381791179"/>
      <w:bookmarkStart w:id="453" w:name="_Toc381957707"/>
      <w:bookmarkStart w:id="454" w:name="_Toc11221617"/>
      <w:r w:rsidRPr="00CD3EA5">
        <w:rPr>
          <w:rFonts w:ascii="Times New Roman" w:hAnsi="Times New Roman"/>
          <w:sz w:val="24"/>
          <w:szCs w:val="24"/>
          <w:lang w:eastAsia="en-GB"/>
        </w:rPr>
        <w:t>în timpul Contractului sau după încetarea acestuia, să nu acţioneze în niciun fel, direct sau indirect, ca să prejudicieze, să împiedice sau să facă dificil transferul Serviciului.</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0269FD07" w14:textId="77777777" w:rsidR="008B2EA6" w:rsidRPr="00CD3EA5" w:rsidRDefault="008B2EA6" w:rsidP="008B2EA6">
      <w:pPr>
        <w:numPr>
          <w:ilvl w:val="0"/>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La încetarea Contractului, din orice cauză, Delegatul va asigura continuitatea prestării serviciului pentru o perioada de cel puțin 90 zile, la solicitarea Delegatarului.</w:t>
      </w:r>
    </w:p>
    <w:p w14:paraId="371CAFC3" w14:textId="77777777" w:rsidR="008B2EA6" w:rsidRPr="00CD3EA5" w:rsidRDefault="008B2EA6" w:rsidP="008B2EA6">
      <w:pPr>
        <w:numPr>
          <w:ilvl w:val="0"/>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La încetarea Contractului, din orice cauză, bunurile care au fost utilizate de Delegat în derularea Contractului vor fi repartizate după cum urmează:</w:t>
      </w:r>
    </w:p>
    <w:p w14:paraId="628FAAD9"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Bunurile de Retur vor reveni Delegatarului (Județul Arad prin Consiliul Județean Arad) de plin drept, gratuit (cu excepţia situaţiei în care Contractul încetează înainte de termen, când Delegatul are dreptul la o indemnizaţie egală cu suma neamortizată din investiţiile realizate de el în Bunurile de Retur) şi libere de orice sarcini;</w:t>
      </w:r>
    </w:p>
    <w:p w14:paraId="3C9A43F6"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Bunurile de Preluare vor putea să revină Delegatarului (Județul Arad prin Consiliul Județean Arad), în măsura în care acesta îşi va exprima intenţia de a prelua aceste bunuri, în schimbul plăţii, către Delegat, a contravalorii acestora, stabilită conform Articolului 17.2 din prezentul Contract;</w:t>
      </w:r>
    </w:p>
    <w:p w14:paraId="052E1B3F" w14:textId="77777777" w:rsidR="008B2EA6" w:rsidRPr="00CD3EA5" w:rsidRDefault="008B2EA6" w:rsidP="008B2EA6">
      <w:pPr>
        <w:numPr>
          <w:ilvl w:val="1"/>
          <w:numId w:val="77"/>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Bunurile Proprii, cu excepţia Bunurilor de preluare, vor rămâne proprietatea Delegatului.</w:t>
      </w:r>
    </w:p>
    <w:p w14:paraId="54D8026C" w14:textId="77777777" w:rsidR="008B2EA6" w:rsidRPr="00CD3EA5" w:rsidRDefault="008B2EA6" w:rsidP="008B2EA6">
      <w:pPr>
        <w:numPr>
          <w:ilvl w:val="0"/>
          <w:numId w:val="77"/>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La data încetării Contractului sau la data convenită pentru predare („Data de Predare”), Delegatul va transfera, fără niciun drept de retenţie, fără costuri şi cheltuieli pentru Delegatar, toate drepturile, titlurile de proprietate şi garanţiile legate de Bunurile de Retur, incluzând, toate drepturile, titlurile şi garanţiile Delegatului privind Bunurile de Preluare pentru care Delegatarul (Județul Arad prin Consiliul Județean Arad) şi-a exprimat intenţia de preluare şi a plătit contravaloarea lor până la acea dată.   </w:t>
      </w:r>
    </w:p>
    <w:p w14:paraId="7DE1CE76" w14:textId="77777777" w:rsidR="008B2EA6" w:rsidRDefault="008B2EA6" w:rsidP="008B2EA6">
      <w:pPr>
        <w:numPr>
          <w:ilvl w:val="0"/>
          <w:numId w:val="77"/>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8B3EA1">
        <w:rPr>
          <w:rFonts w:ascii="Times New Roman" w:hAnsi="Times New Roman"/>
          <w:sz w:val="24"/>
          <w:szCs w:val="24"/>
          <w:lang w:eastAsia="en-GB"/>
        </w:rPr>
        <w:t xml:space="preserve">Cu cel putin 5 zile anterior Datei de Predare a Bunurilor de Retur și a celor de Preluare, dacă este cazul, ADISGD și Delegatul vor </w:t>
      </w:r>
      <w:r w:rsidRPr="00CD3EA5">
        <w:rPr>
          <w:rFonts w:ascii="Times New Roman" w:hAnsi="Times New Roman"/>
          <w:sz w:val="24"/>
          <w:szCs w:val="24"/>
          <w:lang w:eastAsia="en-GB"/>
        </w:rPr>
        <w:t xml:space="preserve">informa Delegatarul (Județul Arad prin Consiliul Județean Arad) despre starea activelor, care trebuie să fie în stare perfectă de funcționare, astfel cum au fost preluate, ținând cont de uzura acestora. Părţile vor încheia un proces-verbal de predare-primire a tuturor Bunurilor de Retur și a celor de Preluare, dacă este cazul. </w:t>
      </w:r>
      <w:bookmarkStart w:id="455" w:name="_Toc337740448"/>
    </w:p>
    <w:p w14:paraId="5ABA6DEA" w14:textId="77777777" w:rsidR="008B2EA6" w:rsidRPr="00CD3EA5" w:rsidRDefault="008B2EA6" w:rsidP="008B2EA6">
      <w:pPr>
        <w:numPr>
          <w:ilvl w:val="0"/>
          <w:numId w:val="77"/>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Pe toată durata prezentului contract, dacă este cazul, Aparatul Tehnic al ADISIGD va informa Județul Arad prin Consiliul Județean Arad, despre deteriorările cauzate de către operator bunurilor de retur în executarea contractului.</w:t>
      </w:r>
    </w:p>
    <w:p w14:paraId="3D179D53"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p>
    <w:p w14:paraId="4DFB4188"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456" w:name="_Toc11221618"/>
      <w:bookmarkEnd w:id="455"/>
      <w:r w:rsidRPr="00CD3EA5">
        <w:rPr>
          <w:rFonts w:ascii="Times New Roman" w:hAnsi="Times New Roman"/>
          <w:sz w:val="24"/>
          <w:szCs w:val="24"/>
          <w:lang w:val="ro-RO" w:eastAsia="ro-RO"/>
        </w:rPr>
        <w:t>REZILIEREA CONTRACTULUI</w:t>
      </w:r>
      <w:bookmarkEnd w:id="456"/>
    </w:p>
    <w:p w14:paraId="3B0DEA14" w14:textId="77777777" w:rsidR="008B2EA6" w:rsidRPr="00CD3EA5" w:rsidRDefault="008B2EA6" w:rsidP="008B2EA6">
      <w:pPr>
        <w:spacing w:after="0" w:line="240" w:lineRule="auto"/>
        <w:jc w:val="both"/>
        <w:rPr>
          <w:rFonts w:ascii="Times New Roman" w:hAnsi="Times New Roman"/>
          <w:b/>
          <w:sz w:val="24"/>
          <w:szCs w:val="24"/>
        </w:rPr>
      </w:pPr>
      <w:r w:rsidRPr="00CD3EA5">
        <w:rPr>
          <w:rFonts w:ascii="Times New Roman" w:hAnsi="Times New Roman"/>
          <w:b/>
          <w:sz w:val="24"/>
          <w:szCs w:val="24"/>
        </w:rPr>
        <w:t>38.1. Rezilierea Contractului din culpa Delegatului</w:t>
      </w:r>
    </w:p>
    <w:p w14:paraId="1FD9DBC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38.1.1. Delegatarul va avea dreptul (dar nu şi obligaţia) să rezilieze prezentul Contract, în momentul survenirii oricăruia dintre următoarele evenimente („</w:t>
      </w:r>
      <w:r w:rsidRPr="00CD3EA5">
        <w:rPr>
          <w:rFonts w:ascii="Times New Roman" w:hAnsi="Times New Roman"/>
          <w:i/>
          <w:sz w:val="24"/>
          <w:szCs w:val="24"/>
        </w:rPr>
        <w:t>Obligaţii Încălcate</w:t>
      </w:r>
      <w:r w:rsidRPr="00CD3EA5">
        <w:rPr>
          <w:rFonts w:ascii="Times New Roman" w:hAnsi="Times New Roman"/>
          <w:sz w:val="24"/>
          <w:szCs w:val="24"/>
        </w:rPr>
        <w:t>”):</w:t>
      </w:r>
    </w:p>
    <w:p w14:paraId="03D14B52"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o încălcare semnificativă, de către Delegat, a oricăreia dintre obligaţiile sale, asumate în baza prezentului Contract, care are un efect negativ semnificativ asupra drepturilor sau obligaţiilor Delegatarului sau asupra capacităţii Delegatarului de a respecta orice prevedere legală în vigoare şi a cărei încălcare nu a fost remediată de către Delegat, în conformitate cu Art. 38.1.2;</w:t>
      </w:r>
    </w:p>
    <w:p w14:paraId="0F433D18"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nerealizarea tuturor activitatilor prevazute pentru perioada de mobilizare;</w:t>
      </w:r>
    </w:p>
    <w:p w14:paraId="218B6CF4"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nerespectarea repetată şi nejustificată a Indicatorilor de Performanţă;</w:t>
      </w:r>
    </w:p>
    <w:p w14:paraId="7CDF9F0F"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nerealizarea corespunzătoare sau la termenul prevăzut a Investiţiilor;</w:t>
      </w:r>
    </w:p>
    <w:p w14:paraId="29E5FB29"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renunţarea la sau abandonarea culpabilă a Serviciului, de către Delegat;</w:t>
      </w:r>
    </w:p>
    <w:p w14:paraId="76E11F58"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nerespectarea Articolului 25 (“Sub-delegarea şi cesiunea”) din prezentul Contract;</w:t>
      </w:r>
    </w:p>
    <w:p w14:paraId="357C6FCD"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lastRenderedPageBreak/>
        <w:t>nefurnizarea sau ascunderea de informaţii semnificative, ce trebuie furnizate Delegatarului sau împiedicarea Delegatarului de a-şi exercita drepturile de monitorizare în legătură cu executarea prezentului Contract, astfel cum sunt acestea stabilite de clauzele contractuale;</w:t>
      </w:r>
    </w:p>
    <w:p w14:paraId="01D9D6A1"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orice gajare sau grevare cu sarcini a unuia sau mai multor Bunuri de Retur;</w:t>
      </w:r>
    </w:p>
    <w:p w14:paraId="1D0B9916"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lang w:eastAsia="en-GB"/>
        </w:rPr>
        <w:t>Delegatul nu a încheiat sau nu a menţinut în vigoare asigurările prevăzute de prezentul Contract şi Anexa nr. 8 (“Asigurări”) la Contract și nu a achitat taxele legale ce îi revin;</w:t>
      </w:r>
    </w:p>
    <w:p w14:paraId="60FC961E"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lang w:eastAsia="en-GB"/>
        </w:rPr>
        <w:t>practici corupte ale Delegatului în conformitate cu Articolul 24 (“Clauza de prevenire a corupţiei”);</w:t>
      </w:r>
    </w:p>
    <w:p w14:paraId="5517E56C" w14:textId="77777777" w:rsidR="008B2EA6" w:rsidRPr="00CD3EA5" w:rsidRDefault="008B2EA6" w:rsidP="008B2EA6">
      <w:pPr>
        <w:numPr>
          <w:ilvl w:val="0"/>
          <w:numId w:val="56"/>
        </w:numPr>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Utilizarea echipamentelor de colectare, neîntreținerea și lipsa de conservare a Bunurilor de Retur și Bunurilor Proprii, în alt mod decât cel prevăzut în Caietul de sarcini și în prezentul Contract;</w:t>
      </w:r>
    </w:p>
    <w:p w14:paraId="10C948FD"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lang w:eastAsia="en-GB"/>
        </w:rPr>
        <w:t>alte încălcări semnificative ale obligaţiilor contractuale care sunt prevăzute expres de prezentul Contract ca reprezentând cauze de reziliere a Contractului</w:t>
      </w:r>
      <w:r w:rsidRPr="00CD3EA5">
        <w:rPr>
          <w:rFonts w:ascii="Times New Roman" w:hAnsi="Times New Roman"/>
          <w:sz w:val="24"/>
          <w:szCs w:val="24"/>
        </w:rPr>
        <w:t>;</w:t>
      </w:r>
    </w:p>
    <w:p w14:paraId="1501C2D7" w14:textId="77777777" w:rsidR="008B2EA6" w:rsidRPr="00CD3EA5" w:rsidRDefault="008B2EA6" w:rsidP="008B2EA6">
      <w:pPr>
        <w:numPr>
          <w:ilvl w:val="0"/>
          <w:numId w:val="56"/>
        </w:numPr>
        <w:spacing w:after="0" w:line="240" w:lineRule="auto"/>
        <w:jc w:val="both"/>
        <w:rPr>
          <w:rFonts w:ascii="Times New Roman" w:hAnsi="Times New Roman"/>
          <w:sz w:val="24"/>
          <w:szCs w:val="24"/>
        </w:rPr>
      </w:pPr>
      <w:r w:rsidRPr="00CD3EA5">
        <w:rPr>
          <w:rFonts w:ascii="Times New Roman" w:hAnsi="Times New Roman"/>
          <w:sz w:val="24"/>
          <w:szCs w:val="24"/>
        </w:rPr>
        <w:t>prezenta se completează cu dispozițiile art. 28 alin. (2), lit. a) și c)</w:t>
      </w:r>
    </w:p>
    <w:p w14:paraId="7F9C7D0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38.1.2. În cazul în care Delegatarul devine îndreptăţit să rezilieze prezentul Contract în baza Art. 38.1.1:</w:t>
      </w:r>
    </w:p>
    <w:p w14:paraId="31758E53" w14:textId="77777777" w:rsidR="008B2EA6" w:rsidRPr="00CD3EA5" w:rsidRDefault="008B2EA6" w:rsidP="008B2EA6">
      <w:pPr>
        <w:numPr>
          <w:ilvl w:val="0"/>
          <w:numId w:val="57"/>
        </w:numPr>
        <w:spacing w:after="0" w:line="240" w:lineRule="auto"/>
        <w:jc w:val="both"/>
        <w:rPr>
          <w:rFonts w:ascii="Times New Roman" w:hAnsi="Times New Roman"/>
          <w:sz w:val="24"/>
          <w:szCs w:val="24"/>
        </w:rPr>
      </w:pPr>
      <w:r w:rsidRPr="00CD3EA5">
        <w:rPr>
          <w:rFonts w:ascii="Times New Roman" w:hAnsi="Times New Roman"/>
          <w:sz w:val="24"/>
          <w:szCs w:val="24"/>
        </w:rPr>
        <w:t>Delegatarul va trimite Delegatului, în scris, o notificare, menţionând felul şi întinderea respectivei neîndepliniri a obligaţiilor ("Notificare de Încălcare"). Dacă o astfel de notificare este transmisă, Delegatul va fi obligat să remedieze această încălcare în termen de 10 (zece) de Zile de la data primirii de către Delegat a acestei notificări ("Perioada de Remediere");</w:t>
      </w:r>
    </w:p>
    <w:p w14:paraId="05E1C7B8" w14:textId="77777777" w:rsidR="008B2EA6" w:rsidRPr="00CD3EA5" w:rsidRDefault="008B2EA6" w:rsidP="008B2EA6">
      <w:pPr>
        <w:numPr>
          <w:ilvl w:val="0"/>
          <w:numId w:val="57"/>
        </w:numPr>
        <w:spacing w:after="0" w:line="240" w:lineRule="auto"/>
        <w:jc w:val="both"/>
        <w:rPr>
          <w:rFonts w:ascii="Times New Roman" w:hAnsi="Times New Roman"/>
          <w:sz w:val="24"/>
          <w:szCs w:val="24"/>
        </w:rPr>
      </w:pPr>
      <w:r w:rsidRPr="00CD3EA5">
        <w:rPr>
          <w:rFonts w:ascii="Times New Roman" w:hAnsi="Times New Roman"/>
          <w:sz w:val="24"/>
          <w:szCs w:val="24"/>
        </w:rPr>
        <w:t>În cazul în care Delegatarul a transmis Notificarea de Încălcare şi dacă încălcarea nu este remediată în Perioada de Remediere, Delegatarul poate rezilia prezentul Contract, în conformitate cu prevederile literei (d) a prezentului Articol 38.1.2.;</w:t>
      </w:r>
    </w:p>
    <w:p w14:paraId="41B78ED9" w14:textId="77777777" w:rsidR="008B2EA6" w:rsidRPr="00CD3EA5" w:rsidRDefault="008B2EA6" w:rsidP="008B2EA6">
      <w:pPr>
        <w:numPr>
          <w:ilvl w:val="0"/>
          <w:numId w:val="57"/>
        </w:numPr>
        <w:spacing w:after="0" w:line="240" w:lineRule="auto"/>
        <w:jc w:val="both"/>
        <w:rPr>
          <w:rFonts w:ascii="Times New Roman" w:hAnsi="Times New Roman"/>
          <w:sz w:val="24"/>
          <w:szCs w:val="24"/>
        </w:rPr>
      </w:pPr>
      <w:r w:rsidRPr="00CD3EA5">
        <w:rPr>
          <w:rFonts w:ascii="Times New Roman" w:hAnsi="Times New Roman"/>
          <w:sz w:val="24"/>
          <w:szCs w:val="24"/>
        </w:rPr>
        <w:t xml:space="preserve">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 </w:t>
      </w:r>
    </w:p>
    <w:p w14:paraId="39EFECBB" w14:textId="77777777" w:rsidR="008B2EA6" w:rsidRPr="00CD3EA5" w:rsidRDefault="008B2EA6" w:rsidP="008B2EA6">
      <w:pPr>
        <w:numPr>
          <w:ilvl w:val="0"/>
          <w:numId w:val="57"/>
        </w:numPr>
        <w:spacing w:after="0" w:line="240" w:lineRule="auto"/>
        <w:jc w:val="both"/>
        <w:rPr>
          <w:rFonts w:ascii="Times New Roman" w:hAnsi="Times New Roman"/>
          <w:sz w:val="24"/>
          <w:szCs w:val="24"/>
        </w:rPr>
      </w:pPr>
      <w:r w:rsidRPr="00CD3EA5">
        <w:rPr>
          <w:rFonts w:ascii="Times New Roman" w:hAnsi="Times New Roman"/>
          <w:sz w:val="24"/>
          <w:szCs w:val="24"/>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p>
    <w:p w14:paraId="445989DD" w14:textId="77777777" w:rsidR="008B2EA6" w:rsidRPr="00CD3EA5" w:rsidRDefault="008B2EA6" w:rsidP="008B2EA6">
      <w:pPr>
        <w:numPr>
          <w:ilvl w:val="0"/>
          <w:numId w:val="57"/>
        </w:num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sz w:val="24"/>
          <w:szCs w:val="24"/>
          <w:lang w:eastAsia="ro-RO"/>
        </w:rPr>
        <w:t>Delegatarul îşi rezervă dreptul de a denunţa unilateral contractul, printr-o notificare scrisă adresată Delegatului, fără nici 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3A0ACB83" w14:textId="77777777" w:rsidR="008B2EA6" w:rsidRPr="00CD3EA5" w:rsidRDefault="008B2EA6" w:rsidP="008B2EA6">
      <w:pPr>
        <w:autoSpaceDE w:val="0"/>
        <w:autoSpaceDN w:val="0"/>
        <w:adjustRightInd w:val="0"/>
        <w:spacing w:after="0" w:line="240" w:lineRule="auto"/>
        <w:jc w:val="both"/>
        <w:rPr>
          <w:rFonts w:ascii="Times New Roman" w:hAnsi="Times New Roman"/>
          <w:b/>
          <w:sz w:val="24"/>
          <w:szCs w:val="24"/>
        </w:rPr>
      </w:pPr>
      <w:r w:rsidRPr="00CD3EA5">
        <w:rPr>
          <w:rFonts w:ascii="Times New Roman" w:hAnsi="Times New Roman"/>
          <w:bCs/>
          <w:sz w:val="24"/>
          <w:szCs w:val="24"/>
        </w:rPr>
        <w:t xml:space="preserve">  </w:t>
      </w:r>
      <w:r w:rsidRPr="00CD3EA5">
        <w:rPr>
          <w:rFonts w:ascii="Times New Roman" w:hAnsi="Times New Roman"/>
          <w:b/>
          <w:sz w:val="24"/>
          <w:szCs w:val="24"/>
        </w:rPr>
        <w:t>38.2 Rezilierea Contractului din culpa Delegatarului</w:t>
      </w:r>
    </w:p>
    <w:p w14:paraId="4B2E2D77" w14:textId="77777777" w:rsidR="008B2EA6" w:rsidRPr="00CD3EA5" w:rsidRDefault="008B2EA6" w:rsidP="008B2EA6">
      <w:pPr>
        <w:spacing w:after="0" w:line="240" w:lineRule="auto"/>
        <w:jc w:val="both"/>
        <w:rPr>
          <w:rFonts w:ascii="Times New Roman" w:hAnsi="Times New Roman"/>
          <w:sz w:val="24"/>
          <w:szCs w:val="24"/>
        </w:rPr>
      </w:pPr>
      <w:bookmarkStart w:id="457" w:name="_Toc350954029"/>
      <w:r w:rsidRPr="00CD3EA5">
        <w:rPr>
          <w:rFonts w:ascii="Times New Roman" w:hAnsi="Times New Roman"/>
          <w:sz w:val="24"/>
          <w:szCs w:val="24"/>
        </w:rPr>
        <w:t>38.2.1. Delegatul va avea dreptul (dar nu şi obligaţia) să rezilieze prezentul Contract în caz de încălcare importantă, de către Delegatar a oricăreia din obligaţiile asumate în baza prezentului Contract, care are un efect negativ semnificativ asupra drepturilor sau obligaţiilor Delegatului, în baza prezentului Contract.</w:t>
      </w:r>
    </w:p>
    <w:p w14:paraId="4593160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xml:space="preserve">38.2.2. În cazul în care Delegatul are dreptul să rezilieze prezentul Contract în baza Art. 38.2.1, se va aplica </w:t>
      </w:r>
      <w:r w:rsidRPr="00CD3EA5">
        <w:rPr>
          <w:rFonts w:ascii="Times New Roman" w:hAnsi="Times New Roman"/>
          <w:i/>
          <w:sz w:val="24"/>
          <w:szCs w:val="24"/>
        </w:rPr>
        <w:t>mutatis mutandis</w:t>
      </w:r>
      <w:r w:rsidRPr="00CD3EA5">
        <w:rPr>
          <w:rFonts w:ascii="Times New Roman" w:hAnsi="Times New Roman"/>
          <w:sz w:val="24"/>
          <w:szCs w:val="24"/>
        </w:rPr>
        <w:t xml:space="preserve"> procedura prevăzută la Art. 38.1.2.</w:t>
      </w:r>
    </w:p>
    <w:p w14:paraId="36C01428" w14:textId="77777777" w:rsidR="008B2EA6" w:rsidRPr="00CD3EA5" w:rsidRDefault="008B2EA6" w:rsidP="008B2EA6">
      <w:pPr>
        <w:spacing w:after="0" w:line="240" w:lineRule="auto"/>
        <w:jc w:val="both"/>
        <w:rPr>
          <w:rFonts w:ascii="Times New Roman" w:hAnsi="Times New Roman"/>
          <w:sz w:val="24"/>
          <w:szCs w:val="24"/>
        </w:rPr>
      </w:pPr>
    </w:p>
    <w:p w14:paraId="01D21CA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74A2B9AA" w14:textId="77777777" w:rsidR="008B2EA6" w:rsidRPr="00CD3EA5" w:rsidRDefault="008B2EA6" w:rsidP="008B2EA6">
      <w:pPr>
        <w:pStyle w:val="Heading1"/>
        <w:spacing w:line="240" w:lineRule="auto"/>
        <w:rPr>
          <w:rFonts w:ascii="Times New Roman" w:hAnsi="Times New Roman" w:cs="Times New Roman"/>
          <w:sz w:val="24"/>
          <w:szCs w:val="24"/>
        </w:rPr>
      </w:pPr>
      <w:bookmarkStart w:id="458" w:name="_Toc11221619"/>
      <w:r w:rsidRPr="00CD3EA5">
        <w:rPr>
          <w:rFonts w:ascii="Times New Roman" w:hAnsi="Times New Roman" w:cs="Times New Roman"/>
          <w:sz w:val="24"/>
          <w:szCs w:val="24"/>
        </w:rPr>
        <w:t>ALTE CLAUZE</w:t>
      </w:r>
      <w:bookmarkEnd w:id="458"/>
    </w:p>
    <w:p w14:paraId="21B99E08" w14:textId="77777777" w:rsidR="008B2EA6" w:rsidRPr="00CD3EA5" w:rsidRDefault="008B2EA6" w:rsidP="008B2EA6">
      <w:pPr>
        <w:rPr>
          <w:rFonts w:ascii="Times New Roman" w:hAnsi="Times New Roman"/>
          <w:sz w:val="24"/>
          <w:szCs w:val="24"/>
        </w:rPr>
      </w:pPr>
    </w:p>
    <w:p w14:paraId="68F05944"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459" w:name="_Toc11221620"/>
      <w:r w:rsidRPr="00CD3EA5">
        <w:rPr>
          <w:rFonts w:ascii="Times New Roman" w:hAnsi="Times New Roman"/>
          <w:sz w:val="24"/>
          <w:szCs w:val="24"/>
          <w:lang w:val="ro-RO" w:eastAsia="ro-RO"/>
        </w:rPr>
        <w:t>POLITICA PRIVIND FORŢA DE MUNCĂ</w:t>
      </w:r>
      <w:bookmarkEnd w:id="459"/>
      <w:r w:rsidRPr="00CD3EA5">
        <w:rPr>
          <w:rFonts w:ascii="Times New Roman" w:hAnsi="Times New Roman"/>
          <w:sz w:val="24"/>
          <w:szCs w:val="24"/>
          <w:lang w:val="ro-RO" w:eastAsia="ro-RO"/>
        </w:rPr>
        <w:t xml:space="preserve">  </w:t>
      </w:r>
    </w:p>
    <w:p w14:paraId="679D8707" w14:textId="77777777" w:rsidR="008B2EA6" w:rsidRPr="00CD3EA5" w:rsidRDefault="008B2EA6" w:rsidP="008B2EA6">
      <w:pPr>
        <w:numPr>
          <w:ilvl w:val="0"/>
          <w:numId w:val="68"/>
        </w:numPr>
        <w:tabs>
          <w:tab w:val="center" w:pos="360"/>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asigura forţa de muncă necesară pentru furnizarea Serviciului, precum şi formarea profesională a salariaţilor. Delegatul este răspunzător de angajarea în prestarea Serviciului a unui număr suficient de persoane cu abilităţile, îndemânările, cunoştinţele, instruirea, calificările şi experienţa necesare </w:t>
      </w:r>
      <w:r w:rsidRPr="00CD3EA5">
        <w:rPr>
          <w:rFonts w:ascii="Times New Roman" w:hAnsi="Times New Roman"/>
          <w:sz w:val="24"/>
          <w:szCs w:val="24"/>
          <w:lang w:eastAsia="en-GB"/>
        </w:rPr>
        <w:lastRenderedPageBreak/>
        <w:t xml:space="preserve">şi adecvate unei bune desfăşurări a Serviciului şi se va asigura că are suficient personal de rezervă pentru prestarea în bune condiţii a Serviciului, pe toată Durata Contractului. </w:t>
      </w:r>
    </w:p>
    <w:p w14:paraId="21520504" w14:textId="77777777" w:rsidR="008B2EA6" w:rsidRPr="00CD3EA5" w:rsidRDefault="008B2EA6" w:rsidP="008B2EA6">
      <w:pPr>
        <w:numPr>
          <w:ilvl w:val="0"/>
          <w:numId w:val="6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sidDel="00AC36DF">
        <w:rPr>
          <w:rFonts w:ascii="Times New Roman" w:hAnsi="Times New Roman"/>
          <w:sz w:val="24"/>
          <w:szCs w:val="24"/>
        </w:rPr>
        <w:t xml:space="preserve"> </w:t>
      </w:r>
      <w:r w:rsidRPr="00CD3EA5">
        <w:rPr>
          <w:rFonts w:ascii="Times New Roman" w:hAnsi="Times New Roman"/>
          <w:sz w:val="24"/>
          <w:szCs w:val="24"/>
          <w:lang w:eastAsia="en-GB"/>
        </w:rPr>
        <w:t>Delegatul se va asigura că toţi angajaţii săi implicaţi în prestarea Serviciului vor fi instruiţi corespunzător cu privire la:</w:t>
      </w:r>
    </w:p>
    <w:p w14:paraId="62972C63" w14:textId="77777777" w:rsidR="008B2EA6" w:rsidRPr="00CD3EA5" w:rsidRDefault="008B2EA6" w:rsidP="008B2EA6">
      <w:pPr>
        <w:numPr>
          <w:ilvl w:val="0"/>
          <w:numId w:val="58"/>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CD3EA5">
        <w:rPr>
          <w:rFonts w:ascii="Times New Roman" w:hAnsi="Times New Roman"/>
          <w:sz w:val="24"/>
          <w:szCs w:val="24"/>
          <w:lang w:eastAsia="en-GB"/>
        </w:rPr>
        <w:t>sarcina sau sarcinile pe care angajatul le va executa;</w:t>
      </w:r>
    </w:p>
    <w:p w14:paraId="5C8ECC2C" w14:textId="77777777" w:rsidR="008B2EA6" w:rsidRPr="00CD3EA5" w:rsidRDefault="008B2EA6" w:rsidP="008B2EA6">
      <w:pPr>
        <w:numPr>
          <w:ilvl w:val="0"/>
          <w:numId w:val="58"/>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CD3EA5">
        <w:rPr>
          <w:rFonts w:ascii="Times New Roman" w:hAnsi="Times New Roman"/>
          <w:sz w:val="24"/>
          <w:szCs w:val="24"/>
          <w:lang w:eastAsia="en-GB"/>
        </w:rPr>
        <w:t>toate prevederile importante ale Contractului, inclusiv Regulamentul Serviciului şi Caietul de Sarcini al Serviciului, anexe la prezentul Contract;</w:t>
      </w:r>
    </w:p>
    <w:p w14:paraId="6D3B97A3" w14:textId="77777777" w:rsidR="008B2EA6" w:rsidRPr="00CD3EA5" w:rsidRDefault="008B2EA6" w:rsidP="008B2EA6">
      <w:pPr>
        <w:numPr>
          <w:ilvl w:val="0"/>
          <w:numId w:val="58"/>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CD3EA5">
        <w:rPr>
          <w:rFonts w:ascii="Times New Roman" w:hAnsi="Times New Roman"/>
          <w:sz w:val="24"/>
          <w:szCs w:val="24"/>
          <w:lang w:eastAsia="en-GB"/>
        </w:rPr>
        <w:t>toate procedurile şi standardele convenite între Părţi la anumite interval de timp;</w:t>
      </w:r>
    </w:p>
    <w:p w14:paraId="22353862" w14:textId="77777777" w:rsidR="008B2EA6" w:rsidRPr="00CD3EA5" w:rsidRDefault="008B2EA6" w:rsidP="008B2EA6">
      <w:pPr>
        <w:numPr>
          <w:ilvl w:val="0"/>
          <w:numId w:val="58"/>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CD3EA5">
        <w:rPr>
          <w:rFonts w:ascii="Times New Roman" w:hAnsi="Times New Roman"/>
          <w:sz w:val="24"/>
          <w:szCs w:val="24"/>
          <w:lang w:eastAsia="en-GB"/>
        </w:rPr>
        <w:t>toate procedurile, regulile, regulamentele şi legile aplicabile pentru prestarea Serviciului, inclusiv regulile de sănătate şi securitate în muncă, riscul de incendiu şi prevederile în caz de incendiu.</w:t>
      </w:r>
    </w:p>
    <w:p w14:paraId="6EC0DE4B" w14:textId="77777777" w:rsidR="008B2EA6" w:rsidRPr="00CD3EA5" w:rsidRDefault="008B2EA6" w:rsidP="008B2EA6">
      <w:pPr>
        <w:numPr>
          <w:ilvl w:val="0"/>
          <w:numId w:val="6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Delegatul va furniza mijloace de identificare a personalului angajat, în condiţiile stabilite cu Delegatarul în cadrul misiunii acestuia de monitorizare a executării prezentului Contract şi va solicita personalului să poarte şi să aibă la vedere însemnele de identificare pe toată durata prestării Serviciului.</w:t>
      </w:r>
    </w:p>
    <w:p w14:paraId="781CC327" w14:textId="77777777" w:rsidR="008B2EA6" w:rsidRPr="00CD3EA5" w:rsidRDefault="008B2EA6" w:rsidP="008B2EA6">
      <w:pPr>
        <w:numPr>
          <w:ilvl w:val="0"/>
          <w:numId w:val="68"/>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se va asigura că personalul propriu este permanent supervizat şi îşi îndeplineşte îndatoririle în conformitate cu prezentul Contract. </w:t>
      </w:r>
    </w:p>
    <w:p w14:paraId="02779C31" w14:textId="77777777" w:rsidR="008B2EA6" w:rsidRPr="00CD3EA5" w:rsidRDefault="008B2EA6" w:rsidP="008B2EA6">
      <w:pPr>
        <w:numPr>
          <w:ilvl w:val="0"/>
          <w:numId w:val="68"/>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se va asigura că personalul cheie propus îşi îndeplineşte îndatoririle și este menținut pe toată durata prestării serviciului în conformitate cu prezentul Contract. </w:t>
      </w:r>
    </w:p>
    <w:p w14:paraId="41AFC25E" w14:textId="77777777" w:rsidR="008B2EA6" w:rsidRPr="00CD3EA5" w:rsidRDefault="008B2EA6" w:rsidP="008B2EA6">
      <w:pPr>
        <w:numPr>
          <w:ilvl w:val="0"/>
          <w:numId w:val="68"/>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Pe perioada executării prezentului Contract, Delegatul se va conforma politicilor referitoare la conduita personalului (inclusiv cele referitoare la măsurile de siguranţă) existente în Regulamentul intern al său. Delegatarul va avea dreptul să solicite Delegatului comunicarea Regulamentului intern şi modificarea Regulamentului intern în măsura în care solicitarea de modificare este rezonabilă, în legătură cu dispoziţii ale Regulamentului care afectează modul de prestare a Serviciului şi în conformitate cu Legea aplicabilă. După aprobarea Regulamentului intern, Delegatul îl va afişa la loc vizibil şi îl va aduce la cunoştinţă tuturor angajaţilor, făcând dovada acestei formalităţi către Delegatar prin prezentarea semnăturilor de luare la cunoştinţă. Delegatul va lua măsuri disciplinare corespunzătoare împotriva oricărei persoane angajate de acesta care nu respectă prevederile regulamentului intern. </w:t>
      </w:r>
    </w:p>
    <w:p w14:paraId="0EC05D55" w14:textId="77777777" w:rsidR="008B2EA6" w:rsidRPr="00CD3EA5" w:rsidRDefault="008B2EA6" w:rsidP="008B2EA6">
      <w:pPr>
        <w:numPr>
          <w:ilvl w:val="0"/>
          <w:numId w:val="6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Delegatul este răspunzător în întregime de angajarea şi de condiţiile de lucru ale angajaţilor săi.</w:t>
      </w:r>
    </w:p>
    <w:p w14:paraId="04C92D72" w14:textId="77777777" w:rsidR="008B2EA6" w:rsidRPr="00CD3EA5" w:rsidRDefault="008B2EA6" w:rsidP="008B2EA6">
      <w:pPr>
        <w:numPr>
          <w:ilvl w:val="0"/>
          <w:numId w:val="6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Delegatul este răspunzător şi va suporta toate costurile şi cheltuielile legate de angajarea personalului, de transportul acestuia, de condiţiile de muncă oferite (ex. echipament de protectie) şi achitarea la timp a  tuturor drepturilor salariale.</w:t>
      </w:r>
    </w:p>
    <w:p w14:paraId="34E11E4B" w14:textId="77777777" w:rsidR="008B2EA6" w:rsidRPr="00CD3EA5" w:rsidRDefault="008B2EA6" w:rsidP="008B2EA6">
      <w:pPr>
        <w:numPr>
          <w:ilvl w:val="0"/>
          <w:numId w:val="68"/>
        </w:numPr>
        <w:tabs>
          <w:tab w:val="left" w:pos="45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Personalul angajat al Delegatului beneficiază de toate drepturile prevăzute în contractul colectiv sau individual de muncă. Delegatul va întocmi planuri anuale, pe categorii profesionale de angajaţi, în vederea perfecţionării acestora, prin participarea lor la cursuri, seminarii, instruiri.</w:t>
      </w:r>
    </w:p>
    <w:p w14:paraId="3B53FFB5" w14:textId="77777777" w:rsidR="008B2EA6" w:rsidRPr="00CD3EA5" w:rsidRDefault="008B2EA6" w:rsidP="008B2EA6">
      <w:pPr>
        <w:numPr>
          <w:ilvl w:val="0"/>
          <w:numId w:val="68"/>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Numărul angajaţilor Delegatului va fi stabilit de acesta, în funcţie de politicile proprii, dar să fie suficient pentru prestarea Serviciului, în conformitate cu cerinţele din Caietul de sarcini.</w:t>
      </w:r>
      <w:bookmarkStart w:id="460" w:name="_Toc254520622"/>
      <w:bookmarkStart w:id="461" w:name="_Toc337740318"/>
    </w:p>
    <w:p w14:paraId="2085A224" w14:textId="77777777" w:rsidR="008B2EA6" w:rsidRPr="00CD3EA5" w:rsidRDefault="008B2EA6" w:rsidP="008B2EA6">
      <w:pPr>
        <w:numPr>
          <w:ilvl w:val="0"/>
          <w:numId w:val="68"/>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bookmarkStart w:id="462" w:name="_Toc332970577"/>
      <w:bookmarkStart w:id="463" w:name="_Toc333325627"/>
      <w:bookmarkStart w:id="464" w:name="_Toc333326698"/>
      <w:bookmarkStart w:id="465" w:name="_Toc334082453"/>
      <w:bookmarkStart w:id="466" w:name="_Toc337128399"/>
      <w:bookmarkStart w:id="467" w:name="_Toc337558465"/>
      <w:bookmarkStart w:id="468" w:name="_Toc337653245"/>
      <w:bookmarkStart w:id="469" w:name="_Toc337740319"/>
      <w:bookmarkEnd w:id="460"/>
      <w:bookmarkEnd w:id="461"/>
      <w:r w:rsidRPr="00CD3EA5">
        <w:rPr>
          <w:rFonts w:ascii="Times New Roman" w:hAnsi="Times New Roman"/>
          <w:sz w:val="24"/>
          <w:szCs w:val="24"/>
          <w:lang w:eastAsia="en-GB"/>
        </w:rPr>
        <w:t>Delegatul va lua toate măsurile necesare privind igiena, sănătatea, securitatea la locul de muncă şi normele de protecţie a muncii, în conformitate cu Legea. 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intră în incintele Delegatului. Principiile şi metodele privind sănătatea şi securitatea în muncă aplicate de Delegat vor fi în conformitate cu Legea.</w:t>
      </w:r>
      <w:bookmarkStart w:id="470" w:name="_Toc332970578"/>
      <w:bookmarkStart w:id="471" w:name="_Toc333325628"/>
      <w:bookmarkStart w:id="472" w:name="_Toc333326699"/>
      <w:bookmarkStart w:id="473" w:name="_Toc334082454"/>
      <w:bookmarkStart w:id="474" w:name="_Toc337128400"/>
      <w:bookmarkStart w:id="475" w:name="_Toc337558466"/>
      <w:bookmarkStart w:id="476" w:name="_Toc337653246"/>
      <w:bookmarkStart w:id="477" w:name="_Toc337740320"/>
      <w:bookmarkEnd w:id="462"/>
      <w:bookmarkEnd w:id="463"/>
      <w:bookmarkEnd w:id="464"/>
      <w:bookmarkEnd w:id="465"/>
      <w:bookmarkEnd w:id="466"/>
      <w:bookmarkEnd w:id="467"/>
      <w:bookmarkEnd w:id="468"/>
      <w:bookmarkEnd w:id="469"/>
    </w:p>
    <w:p w14:paraId="41A9FB52" w14:textId="77777777" w:rsidR="008B2EA6" w:rsidRPr="00CD3EA5" w:rsidRDefault="008B2EA6" w:rsidP="008B2EA6">
      <w:pPr>
        <w:tabs>
          <w:tab w:val="left" w:pos="567"/>
        </w:tabs>
        <w:autoSpaceDE w:val="0"/>
        <w:autoSpaceDN w:val="0"/>
        <w:adjustRightInd w:val="0"/>
        <w:spacing w:after="0" w:line="240" w:lineRule="auto"/>
        <w:jc w:val="both"/>
        <w:rPr>
          <w:rFonts w:ascii="Times New Roman" w:hAnsi="Times New Roman"/>
          <w:sz w:val="24"/>
          <w:szCs w:val="24"/>
          <w:lang w:eastAsia="en-GB"/>
        </w:rPr>
      </w:pPr>
    </w:p>
    <w:p w14:paraId="311B5421" w14:textId="77777777" w:rsidR="008B2EA6" w:rsidRPr="00CD3EA5" w:rsidRDefault="008B2EA6" w:rsidP="008B2EA6">
      <w:pPr>
        <w:tabs>
          <w:tab w:val="left" w:pos="567"/>
        </w:tabs>
        <w:autoSpaceDE w:val="0"/>
        <w:autoSpaceDN w:val="0"/>
        <w:adjustRightInd w:val="0"/>
        <w:spacing w:after="0" w:line="240" w:lineRule="auto"/>
        <w:jc w:val="both"/>
        <w:rPr>
          <w:rFonts w:ascii="Times New Roman" w:hAnsi="Times New Roman"/>
          <w:b/>
          <w:bCs/>
          <w:iCs/>
          <w:sz w:val="24"/>
          <w:szCs w:val="24"/>
          <w:lang w:eastAsia="en-GB"/>
        </w:rPr>
      </w:pPr>
    </w:p>
    <w:p w14:paraId="00773994" w14:textId="77777777" w:rsidR="008B2EA6" w:rsidRPr="00CD3EA5" w:rsidRDefault="008B2EA6" w:rsidP="008B2EA6">
      <w:pPr>
        <w:pStyle w:val="Heading2"/>
        <w:numPr>
          <w:ilvl w:val="0"/>
          <w:numId w:val="76"/>
        </w:numPr>
        <w:spacing w:before="0" w:line="240" w:lineRule="auto"/>
        <w:jc w:val="both"/>
        <w:rPr>
          <w:rFonts w:ascii="Times New Roman" w:hAnsi="Times New Roman"/>
          <w:i/>
          <w:sz w:val="24"/>
          <w:szCs w:val="24"/>
          <w:lang w:val="ro-RO" w:eastAsia="ro-RO"/>
        </w:rPr>
      </w:pPr>
      <w:bookmarkStart w:id="478" w:name="_Toc11221621"/>
      <w:bookmarkStart w:id="479" w:name="_Toc350954030"/>
      <w:bookmarkEnd w:id="470"/>
      <w:bookmarkEnd w:id="471"/>
      <w:bookmarkEnd w:id="472"/>
      <w:bookmarkEnd w:id="473"/>
      <w:bookmarkEnd w:id="474"/>
      <w:bookmarkEnd w:id="475"/>
      <w:bookmarkEnd w:id="476"/>
      <w:bookmarkEnd w:id="477"/>
      <w:r w:rsidRPr="00CD3EA5">
        <w:rPr>
          <w:rFonts w:ascii="Times New Roman" w:hAnsi="Times New Roman"/>
          <w:sz w:val="24"/>
          <w:szCs w:val="24"/>
          <w:lang w:val="ro-RO" w:eastAsia="ro-RO"/>
        </w:rPr>
        <w:t>CONFIDENŢIALITATE</w:t>
      </w:r>
      <w:bookmarkEnd w:id="478"/>
    </w:p>
    <w:p w14:paraId="78E89018" w14:textId="77777777" w:rsidR="008B2EA6" w:rsidRPr="00CD3EA5" w:rsidRDefault="008B2EA6" w:rsidP="008B2EA6">
      <w:pPr>
        <w:spacing w:after="0" w:line="240" w:lineRule="auto"/>
        <w:jc w:val="both"/>
        <w:rPr>
          <w:rFonts w:ascii="Times New Roman" w:hAnsi="Times New Roman"/>
          <w:bCs/>
          <w:sz w:val="24"/>
          <w:szCs w:val="24"/>
          <w:lang w:eastAsia="en-GB"/>
        </w:rPr>
      </w:pPr>
      <w:bookmarkStart w:id="480" w:name="_Toc378327566"/>
      <w:bookmarkStart w:id="481" w:name="_Toc379978662"/>
      <w:bookmarkStart w:id="482" w:name="_Toc380141107"/>
      <w:bookmarkStart w:id="483" w:name="_Toc381791184"/>
      <w:bookmarkStart w:id="484" w:name="_Toc381957712"/>
      <w:bookmarkStart w:id="485" w:name="_Toc11221622"/>
      <w:r w:rsidRPr="00CD3EA5">
        <w:rPr>
          <w:rFonts w:ascii="Times New Roman" w:hAnsi="Times New Roman"/>
          <w:b/>
          <w:bCs/>
          <w:sz w:val="24"/>
          <w:szCs w:val="24"/>
          <w:lang w:eastAsia="en-GB"/>
        </w:rPr>
        <w:t>(1)</w:t>
      </w:r>
      <w:r w:rsidRPr="00CD3EA5">
        <w:rPr>
          <w:rFonts w:ascii="Times New Roman" w:hAnsi="Times New Roman"/>
          <w:bCs/>
          <w:sz w:val="24"/>
          <w:szCs w:val="24"/>
          <w:lang w:eastAsia="en-GB"/>
        </w:rPr>
        <w:t xml:space="preserve"> Părţile convin că prevederile prezentului Contract și anexele acestuia nu vor fi tratate ca Informaţii Confidenţiale şi pot fi dezvăluite fără restricţii.</w:t>
      </w:r>
      <w:bookmarkEnd w:id="480"/>
      <w:bookmarkEnd w:id="481"/>
      <w:bookmarkEnd w:id="482"/>
      <w:bookmarkEnd w:id="483"/>
      <w:bookmarkEnd w:id="484"/>
      <w:bookmarkEnd w:id="485"/>
    </w:p>
    <w:p w14:paraId="0CECE4CE" w14:textId="77777777" w:rsidR="008B2EA6" w:rsidRPr="00CD3EA5" w:rsidRDefault="008B2EA6" w:rsidP="008B2EA6">
      <w:pPr>
        <w:spacing w:after="0" w:line="240" w:lineRule="auto"/>
        <w:jc w:val="both"/>
        <w:rPr>
          <w:rFonts w:ascii="Times New Roman" w:hAnsi="Times New Roman"/>
          <w:bCs/>
          <w:sz w:val="24"/>
          <w:szCs w:val="24"/>
          <w:lang w:eastAsia="en-GB"/>
        </w:rPr>
      </w:pPr>
      <w:bookmarkStart w:id="486" w:name="_Toc378327567"/>
      <w:bookmarkStart w:id="487" w:name="_Toc379978663"/>
      <w:bookmarkStart w:id="488" w:name="_Toc380141108"/>
      <w:bookmarkStart w:id="489" w:name="_Toc381791185"/>
      <w:bookmarkStart w:id="490" w:name="_Toc381957713"/>
      <w:bookmarkStart w:id="491" w:name="_Toc11221623"/>
      <w:r w:rsidRPr="00CD3EA5">
        <w:rPr>
          <w:rFonts w:ascii="Times New Roman" w:hAnsi="Times New Roman"/>
          <w:b/>
          <w:bCs/>
          <w:sz w:val="24"/>
          <w:szCs w:val="24"/>
          <w:lang w:eastAsia="en-GB"/>
        </w:rPr>
        <w:t>(2)</w:t>
      </w:r>
      <w:r w:rsidRPr="00CD3EA5">
        <w:rPr>
          <w:rFonts w:ascii="Times New Roman" w:hAnsi="Times New Roman"/>
          <w:bCs/>
          <w:sz w:val="24"/>
          <w:szCs w:val="24"/>
          <w:lang w:eastAsia="en-GB"/>
        </w:rPr>
        <w:t xml:space="preserve"> Fiecare Parte va păstra confidenţiale toate Informaţiile Confidenţiale, astfel cum au fost acestea definite la Art. 1 („</w:t>
      </w:r>
      <w:r w:rsidRPr="00CD3EA5">
        <w:rPr>
          <w:rFonts w:ascii="Times New Roman" w:hAnsi="Times New Roman"/>
          <w:sz w:val="24"/>
          <w:szCs w:val="24"/>
          <w:lang w:eastAsia="ro-RO"/>
        </w:rPr>
        <w:t>Definiţii şi Interpretare”</w:t>
      </w:r>
      <w:r w:rsidRPr="00CD3EA5">
        <w:rPr>
          <w:rFonts w:ascii="Times New Roman" w:hAnsi="Times New Roman"/>
          <w:bCs/>
          <w:sz w:val="24"/>
          <w:szCs w:val="24"/>
          <w:lang w:eastAsia="en-GB"/>
        </w:rPr>
        <w:t xml:space="preserve">), primite de la cealaltă Parte şi va face toate eforturile pentru a împiedica </w:t>
      </w:r>
      <w:r w:rsidRPr="00CD3EA5">
        <w:rPr>
          <w:rFonts w:ascii="Times New Roman" w:hAnsi="Times New Roman"/>
          <w:bCs/>
          <w:sz w:val="24"/>
          <w:szCs w:val="24"/>
          <w:lang w:eastAsia="en-GB"/>
        </w:rPr>
        <w:lastRenderedPageBreak/>
        <w:t>salariaţii şi alte persoane aflate în relaţii de subordonare sau colaborare să dezvăluie astfel de Informaţii Confidenţiale vreunei persoane.</w:t>
      </w:r>
      <w:bookmarkEnd w:id="486"/>
      <w:bookmarkEnd w:id="487"/>
      <w:bookmarkEnd w:id="488"/>
      <w:bookmarkEnd w:id="489"/>
      <w:bookmarkEnd w:id="490"/>
      <w:bookmarkEnd w:id="491"/>
    </w:p>
    <w:p w14:paraId="77126A0E" w14:textId="77777777" w:rsidR="008B2EA6" w:rsidRPr="00CD3EA5" w:rsidRDefault="008B2EA6" w:rsidP="008B2EA6">
      <w:pPr>
        <w:spacing w:after="0" w:line="240" w:lineRule="auto"/>
        <w:jc w:val="both"/>
        <w:rPr>
          <w:rFonts w:ascii="Times New Roman" w:hAnsi="Times New Roman"/>
          <w:bCs/>
          <w:sz w:val="24"/>
          <w:szCs w:val="24"/>
          <w:lang w:eastAsia="en-GB"/>
        </w:rPr>
      </w:pPr>
      <w:bookmarkStart w:id="492" w:name="_Toc378327568"/>
      <w:bookmarkStart w:id="493" w:name="_Toc379978664"/>
      <w:bookmarkStart w:id="494" w:name="_Toc380141109"/>
      <w:bookmarkStart w:id="495" w:name="_Toc381791186"/>
      <w:bookmarkStart w:id="496" w:name="_Toc381957714"/>
      <w:bookmarkStart w:id="497" w:name="_Toc11221624"/>
      <w:r w:rsidRPr="00CD3EA5">
        <w:rPr>
          <w:rFonts w:ascii="Times New Roman" w:hAnsi="Times New Roman"/>
          <w:b/>
          <w:bCs/>
          <w:sz w:val="24"/>
          <w:szCs w:val="24"/>
          <w:lang w:eastAsia="en-GB"/>
        </w:rPr>
        <w:t>(3)</w:t>
      </w:r>
      <w:r w:rsidRPr="00CD3EA5">
        <w:rPr>
          <w:rFonts w:ascii="Times New Roman" w:hAnsi="Times New Roman"/>
          <w:bCs/>
          <w:sz w:val="24"/>
          <w:szCs w:val="24"/>
          <w:lang w:eastAsia="en-GB"/>
        </w:rPr>
        <w:t xml:space="preserve"> Alineatul (2) de mai sus nu se va aplica:</w:t>
      </w:r>
      <w:bookmarkEnd w:id="492"/>
      <w:bookmarkEnd w:id="493"/>
      <w:bookmarkEnd w:id="494"/>
      <w:bookmarkEnd w:id="495"/>
      <w:bookmarkEnd w:id="496"/>
      <w:bookmarkEnd w:id="497"/>
    </w:p>
    <w:p w14:paraId="187B9645"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498" w:name="_Toc378327569"/>
      <w:bookmarkStart w:id="499" w:name="_Toc379978665"/>
      <w:bookmarkStart w:id="500" w:name="_Toc380141110"/>
      <w:bookmarkStart w:id="501" w:name="_Toc381791187"/>
      <w:bookmarkStart w:id="502" w:name="_Toc381957715"/>
      <w:bookmarkStart w:id="503" w:name="_Toc11221625"/>
      <w:r w:rsidRPr="00CD3EA5">
        <w:rPr>
          <w:rFonts w:ascii="Times New Roman" w:hAnsi="Times New Roman"/>
          <w:bCs/>
          <w:sz w:val="24"/>
          <w:szCs w:val="24"/>
          <w:lang w:eastAsia="en-GB"/>
        </w:rPr>
        <w:t>nici unei dezvăluiri de informaţii care este solicitată de către orice persoană care îşi îndeplineşte obligaţiile conform prezentului Contract, în scopul îndeplinirii acelor obligaţii;</w:t>
      </w:r>
      <w:bookmarkEnd w:id="498"/>
      <w:bookmarkEnd w:id="499"/>
      <w:bookmarkEnd w:id="500"/>
      <w:bookmarkEnd w:id="501"/>
      <w:bookmarkEnd w:id="502"/>
      <w:bookmarkEnd w:id="503"/>
    </w:p>
    <w:p w14:paraId="5840A038"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04" w:name="_Toc378327570"/>
      <w:bookmarkStart w:id="505" w:name="_Toc379978666"/>
      <w:bookmarkStart w:id="506" w:name="_Toc380141111"/>
      <w:bookmarkStart w:id="507" w:name="_Toc381791188"/>
      <w:bookmarkStart w:id="508" w:name="_Toc381957716"/>
      <w:bookmarkStart w:id="509" w:name="_Toc11221626"/>
      <w:r w:rsidRPr="00CD3EA5">
        <w:rPr>
          <w:rFonts w:ascii="Times New Roman" w:hAnsi="Times New Roman"/>
          <w:bCs/>
          <w:sz w:val="24"/>
          <w:szCs w:val="24"/>
          <w:lang w:eastAsia="en-GB"/>
        </w:rPr>
        <w:t>oricărei informaţii cu privire la care o Parte poate demonstra că este deja sau devine general disponibilă şi în domeniul public, altfel decât în urma încălcării prezentului Articol;</w:t>
      </w:r>
      <w:bookmarkEnd w:id="504"/>
      <w:bookmarkEnd w:id="505"/>
      <w:bookmarkEnd w:id="506"/>
      <w:bookmarkEnd w:id="507"/>
      <w:bookmarkEnd w:id="508"/>
      <w:bookmarkEnd w:id="509"/>
    </w:p>
    <w:p w14:paraId="424F654D"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10" w:name="_Toc378327571"/>
      <w:bookmarkStart w:id="511" w:name="_Toc379978667"/>
      <w:bookmarkStart w:id="512" w:name="_Toc380141112"/>
      <w:bookmarkStart w:id="513" w:name="_Toc381791189"/>
      <w:bookmarkStart w:id="514" w:name="_Toc381957717"/>
      <w:bookmarkStart w:id="515" w:name="_Toc11221627"/>
      <w:r w:rsidRPr="00CD3EA5">
        <w:rPr>
          <w:rFonts w:ascii="Times New Roman" w:hAnsi="Times New Roman"/>
          <w:bCs/>
          <w:sz w:val="24"/>
          <w:szCs w:val="24"/>
          <w:lang w:eastAsia="en-GB"/>
        </w:rPr>
        <w:t>oricărei dezvăluiri cu scopul de a permite luarea unei decizii de către o Autoritate Competentă sau de către o instanţă judecătorească ori tribunal arbitral;</w:t>
      </w:r>
      <w:bookmarkEnd w:id="510"/>
      <w:bookmarkEnd w:id="511"/>
      <w:bookmarkEnd w:id="512"/>
      <w:bookmarkEnd w:id="513"/>
      <w:bookmarkEnd w:id="514"/>
      <w:bookmarkEnd w:id="515"/>
    </w:p>
    <w:p w14:paraId="7AEE1675"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16" w:name="_Toc378327572"/>
      <w:bookmarkStart w:id="517" w:name="_Toc379978668"/>
      <w:bookmarkStart w:id="518" w:name="_Toc380141113"/>
      <w:bookmarkStart w:id="519" w:name="_Toc381791190"/>
      <w:bookmarkStart w:id="520" w:name="_Toc381957718"/>
      <w:bookmarkStart w:id="521" w:name="_Toc11221628"/>
      <w:r w:rsidRPr="00CD3EA5">
        <w:rPr>
          <w:rFonts w:ascii="Times New Roman" w:hAnsi="Times New Roman"/>
          <w:bCs/>
          <w:sz w:val="24"/>
          <w:szCs w:val="24"/>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516"/>
      <w:bookmarkEnd w:id="517"/>
      <w:bookmarkEnd w:id="518"/>
      <w:bookmarkEnd w:id="519"/>
      <w:bookmarkEnd w:id="520"/>
      <w:bookmarkEnd w:id="521"/>
    </w:p>
    <w:p w14:paraId="1AE07E64"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22" w:name="_Toc378327573"/>
      <w:bookmarkStart w:id="523" w:name="_Toc379978669"/>
      <w:bookmarkStart w:id="524" w:name="_Toc380141114"/>
      <w:bookmarkStart w:id="525" w:name="_Toc381791191"/>
      <w:bookmarkStart w:id="526" w:name="_Toc381957719"/>
      <w:bookmarkStart w:id="527" w:name="_Toc11221629"/>
      <w:r w:rsidRPr="00CD3EA5">
        <w:rPr>
          <w:rFonts w:ascii="Times New Roman" w:hAnsi="Times New Roman"/>
          <w:bCs/>
          <w:sz w:val="24"/>
          <w:szCs w:val="24"/>
          <w:lang w:eastAsia="en-GB"/>
        </w:rPr>
        <w:t>oricărei dezvăluiri de informaţii care sunt deja în mod legal în posesia Părţii ca destinatar, înainte de dezvăluirea acestora de către Partea care face dezvăluirea;</w:t>
      </w:r>
      <w:bookmarkEnd w:id="522"/>
      <w:bookmarkEnd w:id="523"/>
      <w:bookmarkEnd w:id="524"/>
      <w:bookmarkEnd w:id="525"/>
      <w:bookmarkEnd w:id="526"/>
      <w:bookmarkEnd w:id="527"/>
    </w:p>
    <w:p w14:paraId="315D8DC8"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28" w:name="_Toc378327574"/>
      <w:bookmarkStart w:id="529" w:name="_Toc379978670"/>
      <w:bookmarkStart w:id="530" w:name="_Toc380141115"/>
      <w:bookmarkStart w:id="531" w:name="_Toc381791192"/>
      <w:bookmarkStart w:id="532" w:name="_Toc381957720"/>
      <w:bookmarkStart w:id="533" w:name="_Toc11221630"/>
      <w:r w:rsidRPr="00CD3EA5">
        <w:rPr>
          <w:rFonts w:ascii="Times New Roman" w:hAnsi="Times New Roman"/>
          <w:bCs/>
          <w:sz w:val="24"/>
          <w:szCs w:val="24"/>
          <w:lang w:eastAsia="en-GB"/>
        </w:rPr>
        <w:t>oricărei furnizări de informaţii către consultanţii profesionali ai Părţilor;</w:t>
      </w:r>
      <w:bookmarkEnd w:id="528"/>
      <w:bookmarkEnd w:id="529"/>
      <w:bookmarkEnd w:id="530"/>
      <w:bookmarkEnd w:id="531"/>
      <w:bookmarkEnd w:id="532"/>
      <w:bookmarkEnd w:id="533"/>
    </w:p>
    <w:p w14:paraId="6D15081F"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34" w:name="_Toc378327575"/>
      <w:bookmarkStart w:id="535" w:name="_Toc379978671"/>
      <w:bookmarkStart w:id="536" w:name="_Toc380141116"/>
      <w:bookmarkStart w:id="537" w:name="_Toc381791193"/>
      <w:bookmarkStart w:id="538" w:name="_Toc381957721"/>
      <w:bookmarkStart w:id="539" w:name="_Toc11221631"/>
      <w:r w:rsidRPr="00CD3EA5">
        <w:rPr>
          <w:rFonts w:ascii="Times New Roman" w:hAnsi="Times New Roman"/>
          <w:bCs/>
          <w:sz w:val="24"/>
          <w:szCs w:val="24"/>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34"/>
      <w:bookmarkEnd w:id="535"/>
      <w:bookmarkEnd w:id="536"/>
      <w:bookmarkEnd w:id="537"/>
      <w:bookmarkEnd w:id="538"/>
      <w:bookmarkEnd w:id="539"/>
    </w:p>
    <w:p w14:paraId="5AE57EA0"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40" w:name="_Toc381791194"/>
      <w:bookmarkStart w:id="541" w:name="_Toc381957722"/>
      <w:bookmarkStart w:id="542" w:name="_Toc11221632"/>
      <w:bookmarkStart w:id="543" w:name="_Toc378327577"/>
      <w:bookmarkStart w:id="544" w:name="_Toc379978673"/>
      <w:bookmarkStart w:id="545" w:name="_Toc380141118"/>
      <w:r w:rsidRPr="00CD3EA5">
        <w:rPr>
          <w:rFonts w:ascii="Times New Roman" w:hAnsi="Times New Roman"/>
          <w:bCs/>
          <w:sz w:val="24"/>
          <w:szCs w:val="24"/>
          <w:lang w:eastAsia="en-GB"/>
        </w:rPr>
        <w:t>oricărei înregistrări sau evidenţe a Autorizaţiilor şi înregistrări de proprietate necesare; sau</w:t>
      </w:r>
      <w:bookmarkEnd w:id="540"/>
      <w:bookmarkEnd w:id="541"/>
      <w:bookmarkEnd w:id="542"/>
    </w:p>
    <w:p w14:paraId="3137B996" w14:textId="77777777" w:rsidR="008B2EA6" w:rsidRPr="00CD3EA5" w:rsidRDefault="008B2EA6" w:rsidP="008B2EA6">
      <w:pPr>
        <w:pStyle w:val="ListParagraph"/>
        <w:numPr>
          <w:ilvl w:val="0"/>
          <w:numId w:val="74"/>
        </w:numPr>
        <w:spacing w:after="0" w:line="240" w:lineRule="auto"/>
        <w:jc w:val="both"/>
        <w:rPr>
          <w:rFonts w:ascii="Times New Roman" w:hAnsi="Times New Roman"/>
          <w:bCs/>
          <w:sz w:val="24"/>
          <w:szCs w:val="24"/>
          <w:lang w:eastAsia="en-GB"/>
        </w:rPr>
      </w:pPr>
      <w:bookmarkStart w:id="546" w:name="_Toc381791195"/>
      <w:bookmarkStart w:id="547" w:name="_Toc381957723"/>
      <w:bookmarkStart w:id="548" w:name="_Toc11221633"/>
      <w:r w:rsidRPr="00CD3EA5">
        <w:rPr>
          <w:rFonts w:ascii="Times New Roman" w:hAnsi="Times New Roman"/>
          <w:bCs/>
          <w:sz w:val="24"/>
          <w:szCs w:val="24"/>
          <w:lang w:eastAsia="en-GB"/>
        </w:rPr>
        <w:t>oricărei dezvăluiri făcute în scopul examinării şi certificării conturilor uneia dintre Părţi.</w:t>
      </w:r>
      <w:bookmarkEnd w:id="543"/>
      <w:bookmarkEnd w:id="544"/>
      <w:bookmarkEnd w:id="545"/>
      <w:bookmarkEnd w:id="546"/>
      <w:bookmarkEnd w:id="547"/>
      <w:bookmarkEnd w:id="548"/>
    </w:p>
    <w:p w14:paraId="41D773D4" w14:textId="77777777" w:rsidR="008B2EA6" w:rsidRPr="00CD3EA5" w:rsidRDefault="008B2EA6" w:rsidP="008B2EA6">
      <w:pPr>
        <w:spacing w:after="0" w:line="240" w:lineRule="auto"/>
        <w:jc w:val="both"/>
        <w:rPr>
          <w:rFonts w:ascii="Times New Roman" w:hAnsi="Times New Roman"/>
          <w:bCs/>
          <w:sz w:val="24"/>
          <w:szCs w:val="24"/>
          <w:lang w:eastAsia="en-GB"/>
        </w:rPr>
      </w:pPr>
      <w:bookmarkStart w:id="549" w:name="_Toc378327578"/>
      <w:bookmarkStart w:id="550" w:name="_Toc379978674"/>
      <w:bookmarkStart w:id="551" w:name="_Toc380141119"/>
      <w:bookmarkStart w:id="552" w:name="_Toc381791196"/>
      <w:bookmarkStart w:id="553" w:name="_Toc381957724"/>
      <w:bookmarkStart w:id="554" w:name="_Toc11221634"/>
      <w:r w:rsidRPr="00CD3EA5">
        <w:rPr>
          <w:rFonts w:ascii="Times New Roman" w:hAnsi="Times New Roman"/>
          <w:b/>
          <w:bCs/>
          <w:sz w:val="24"/>
          <w:szCs w:val="24"/>
          <w:lang w:eastAsia="en-GB"/>
        </w:rPr>
        <w:t>(4)</w:t>
      </w:r>
      <w:r w:rsidRPr="00CD3EA5">
        <w:rPr>
          <w:rFonts w:ascii="Times New Roman" w:hAnsi="Times New Roman"/>
          <w:bCs/>
          <w:sz w:val="24"/>
          <w:szCs w:val="24"/>
          <w:lang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549"/>
      <w:bookmarkEnd w:id="550"/>
      <w:bookmarkEnd w:id="551"/>
      <w:bookmarkEnd w:id="552"/>
      <w:bookmarkEnd w:id="553"/>
      <w:bookmarkEnd w:id="554"/>
    </w:p>
    <w:p w14:paraId="018358AC" w14:textId="77777777" w:rsidR="008B2EA6" w:rsidRPr="00CD3EA5" w:rsidRDefault="008B2EA6" w:rsidP="008B2EA6">
      <w:pPr>
        <w:spacing w:after="0" w:line="240" w:lineRule="auto"/>
        <w:jc w:val="both"/>
        <w:rPr>
          <w:rFonts w:ascii="Times New Roman" w:hAnsi="Times New Roman"/>
          <w:bCs/>
          <w:sz w:val="24"/>
          <w:szCs w:val="24"/>
          <w:lang w:eastAsia="en-GB"/>
        </w:rPr>
      </w:pPr>
      <w:bookmarkStart w:id="555" w:name="_Toc378327579"/>
      <w:bookmarkStart w:id="556" w:name="_Toc379978675"/>
      <w:bookmarkStart w:id="557" w:name="_Toc380141120"/>
      <w:bookmarkStart w:id="558" w:name="_Toc381791197"/>
      <w:bookmarkStart w:id="559" w:name="_Toc381957725"/>
      <w:bookmarkStart w:id="560" w:name="_Toc11221635"/>
      <w:r w:rsidRPr="00CD3EA5">
        <w:rPr>
          <w:rFonts w:ascii="Times New Roman" w:hAnsi="Times New Roman"/>
          <w:b/>
          <w:bCs/>
          <w:sz w:val="24"/>
          <w:szCs w:val="24"/>
          <w:lang w:eastAsia="en-GB"/>
        </w:rPr>
        <w:t>(5)</w:t>
      </w:r>
      <w:r w:rsidRPr="00CD3EA5">
        <w:rPr>
          <w:rFonts w:ascii="Times New Roman" w:hAnsi="Times New Roman"/>
          <w:bCs/>
          <w:sz w:val="24"/>
          <w:szCs w:val="24"/>
          <w:lang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555"/>
      <w:bookmarkEnd w:id="556"/>
      <w:bookmarkEnd w:id="557"/>
      <w:bookmarkEnd w:id="558"/>
      <w:bookmarkEnd w:id="559"/>
      <w:bookmarkEnd w:id="560"/>
    </w:p>
    <w:p w14:paraId="26ED6AFE"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lang w:eastAsia="en-GB"/>
        </w:rPr>
      </w:pPr>
      <w:r w:rsidRPr="00CD3EA5">
        <w:rPr>
          <w:rFonts w:ascii="Times New Roman" w:hAnsi="Times New Roman"/>
          <w:b/>
          <w:bCs/>
          <w:sz w:val="24"/>
          <w:szCs w:val="24"/>
          <w:lang w:eastAsia="en-GB"/>
        </w:rPr>
        <w:t>(6)</w:t>
      </w:r>
      <w:r w:rsidRPr="00CD3EA5">
        <w:rPr>
          <w:rFonts w:ascii="Times New Roman" w:hAnsi="Times New Roman"/>
          <w:bCs/>
          <w:sz w:val="24"/>
          <w:szCs w:val="24"/>
          <w:lang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14:paraId="7D2E6810"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lang w:eastAsia="en-GB"/>
        </w:rPr>
      </w:pPr>
    </w:p>
    <w:p w14:paraId="785B38B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561" w:name="_Toc11221636"/>
      <w:r w:rsidRPr="00CD3EA5">
        <w:rPr>
          <w:rFonts w:ascii="Times New Roman" w:hAnsi="Times New Roman"/>
          <w:sz w:val="24"/>
          <w:szCs w:val="24"/>
          <w:lang w:val="ro-RO" w:eastAsia="ro-RO"/>
        </w:rPr>
        <w:t>PROPRIETATE INTELECTUALĂ ŞI DREPTURI DE AUTOR</w:t>
      </w:r>
      <w:bookmarkEnd w:id="561"/>
    </w:p>
    <w:p w14:paraId="5E9ABEBB" w14:textId="77777777" w:rsidR="008B2EA6" w:rsidRPr="00CD3EA5" w:rsidRDefault="008B2EA6" w:rsidP="008B2EA6">
      <w:pPr>
        <w:spacing w:after="0" w:line="240" w:lineRule="auto"/>
        <w:jc w:val="both"/>
        <w:rPr>
          <w:rFonts w:ascii="Times New Roman" w:hAnsi="Times New Roman"/>
          <w:bCs/>
          <w:iCs/>
          <w:sz w:val="24"/>
          <w:szCs w:val="24"/>
          <w:lang w:eastAsia="x-none"/>
        </w:rPr>
      </w:pPr>
      <w:bookmarkStart w:id="562" w:name="_Toc378327581"/>
      <w:bookmarkStart w:id="563" w:name="_Toc379978677"/>
      <w:bookmarkStart w:id="564" w:name="_Toc380141122"/>
      <w:bookmarkStart w:id="565" w:name="_Toc381791199"/>
      <w:bookmarkStart w:id="566" w:name="_Toc381957727"/>
      <w:bookmarkStart w:id="567" w:name="_Toc11221637"/>
      <w:bookmarkStart w:id="568" w:name="_Toc332970794"/>
      <w:bookmarkStart w:id="569" w:name="_Toc333325842"/>
      <w:bookmarkStart w:id="570" w:name="_Toc333326913"/>
      <w:bookmarkStart w:id="571" w:name="_Toc334082672"/>
      <w:bookmarkStart w:id="572" w:name="_Toc337128609"/>
      <w:bookmarkStart w:id="573" w:name="_Toc337558673"/>
      <w:bookmarkStart w:id="574" w:name="_Toc337653453"/>
      <w:bookmarkStart w:id="575" w:name="_Toc337740531"/>
      <w:bookmarkStart w:id="576" w:name="_Toc254520645"/>
      <w:bookmarkStart w:id="577" w:name="_Toc337558685"/>
      <w:bookmarkStart w:id="578" w:name="_Toc337740543"/>
      <w:r w:rsidRPr="00CD3EA5">
        <w:rPr>
          <w:rFonts w:ascii="Times New Roman" w:hAnsi="Times New Roman"/>
          <w:b/>
          <w:bCs/>
          <w:sz w:val="24"/>
          <w:szCs w:val="24"/>
          <w:lang w:eastAsia="en-GB"/>
        </w:rPr>
        <w:t>(1)</w:t>
      </w:r>
      <w:r w:rsidRPr="00CD3EA5">
        <w:rPr>
          <w:rFonts w:ascii="Times New Roman" w:hAnsi="Times New Roman"/>
          <w:bCs/>
          <w:iCs/>
          <w:sz w:val="24"/>
          <w:szCs w:val="24"/>
          <w:lang w:eastAsia="x-none"/>
        </w:rPr>
        <w:t xml:space="preserve"> Desenele, planurile, specificaţiile, instrucţiunile, manualele şi alte documente create, produse sau comandate de către Delegat şi care se raportează la prestarea Serviciului şi drepturile de autor care sunt legate de acesta, precum şi toate drepturile de proprietate intelectuală ale Delegatului sunt şi vor rămâne proprietatea acestuia. Cu toate acestea, Delegatul se obligă ca, la solicitarea rezonabilă a Delegatarului şi în măsura posibilului, să acorde Delegatarului drepturi de utilizare asupra acestora corespunzătoare scopului solicitării, pe baza unui acord scris în acest sens, precizând toate condiţiile tehnice, economice, juridice şi durata folosirii lor.</w:t>
      </w:r>
      <w:bookmarkEnd w:id="562"/>
      <w:bookmarkEnd w:id="563"/>
      <w:bookmarkEnd w:id="564"/>
      <w:bookmarkEnd w:id="565"/>
      <w:bookmarkEnd w:id="566"/>
      <w:bookmarkEnd w:id="567"/>
    </w:p>
    <w:p w14:paraId="71940371" w14:textId="77777777" w:rsidR="008B2EA6" w:rsidRPr="00CD3EA5" w:rsidRDefault="008B2EA6" w:rsidP="008B2EA6">
      <w:pPr>
        <w:spacing w:after="0" w:line="240" w:lineRule="auto"/>
        <w:jc w:val="both"/>
        <w:rPr>
          <w:rFonts w:ascii="Times New Roman" w:hAnsi="Times New Roman"/>
          <w:bCs/>
          <w:iCs/>
          <w:sz w:val="24"/>
          <w:szCs w:val="24"/>
          <w:lang w:eastAsia="x-none"/>
        </w:rPr>
      </w:pPr>
      <w:bookmarkStart w:id="579" w:name="_Toc378327582"/>
      <w:bookmarkStart w:id="580" w:name="_Toc379978678"/>
      <w:bookmarkStart w:id="581" w:name="_Toc380141123"/>
      <w:bookmarkStart w:id="582" w:name="_Toc381791200"/>
      <w:bookmarkStart w:id="583" w:name="_Toc381957728"/>
      <w:bookmarkStart w:id="584" w:name="_Toc11221638"/>
      <w:r w:rsidRPr="00CD3EA5">
        <w:rPr>
          <w:rFonts w:ascii="Times New Roman" w:hAnsi="Times New Roman"/>
          <w:b/>
          <w:bCs/>
          <w:sz w:val="24"/>
          <w:szCs w:val="24"/>
          <w:lang w:eastAsia="en-GB"/>
        </w:rPr>
        <w:t>(2)</w:t>
      </w:r>
      <w:r w:rsidRPr="00CD3EA5">
        <w:rPr>
          <w:rFonts w:ascii="Times New Roman" w:hAnsi="Times New Roman"/>
          <w:bCs/>
          <w:iCs/>
          <w:sz w:val="24"/>
          <w:szCs w:val="24"/>
          <w:lang w:eastAsia="x-none"/>
        </w:rPr>
        <w:t xml:space="preserve"> De asemenea, metodele şi know-how-ul dezvoltate de Delegat sunt şi vor rămâne proprietatea exclusivă a Delegatului. Delegatarul se angajează expres să nu divulge acest know-how, în totalitate sau în parte, către terţi, oricine ar fi aceştia.</w:t>
      </w:r>
      <w:bookmarkEnd w:id="568"/>
      <w:bookmarkEnd w:id="569"/>
      <w:bookmarkEnd w:id="570"/>
      <w:bookmarkEnd w:id="571"/>
      <w:bookmarkEnd w:id="572"/>
      <w:bookmarkEnd w:id="573"/>
      <w:bookmarkEnd w:id="574"/>
      <w:bookmarkEnd w:id="575"/>
      <w:bookmarkEnd w:id="579"/>
      <w:bookmarkEnd w:id="580"/>
      <w:bookmarkEnd w:id="581"/>
      <w:bookmarkEnd w:id="582"/>
      <w:bookmarkEnd w:id="583"/>
      <w:bookmarkEnd w:id="584"/>
    </w:p>
    <w:p w14:paraId="5654FB63"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153CF031"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585" w:name="_Toc11221639"/>
      <w:bookmarkEnd w:id="576"/>
      <w:bookmarkEnd w:id="577"/>
      <w:bookmarkEnd w:id="578"/>
      <w:r w:rsidRPr="00CD3EA5">
        <w:rPr>
          <w:rFonts w:ascii="Times New Roman" w:hAnsi="Times New Roman"/>
          <w:sz w:val="24"/>
          <w:szCs w:val="24"/>
          <w:lang w:val="ro-RO" w:eastAsia="ro-RO"/>
        </w:rPr>
        <w:t>TAXE</w:t>
      </w:r>
      <w:bookmarkEnd w:id="585"/>
    </w:p>
    <w:p w14:paraId="5DD73881" w14:textId="77777777" w:rsidR="008B2EA6" w:rsidRPr="00CD3EA5" w:rsidRDefault="008B2EA6" w:rsidP="008B2EA6">
      <w:pPr>
        <w:spacing w:after="0" w:line="240" w:lineRule="auto"/>
        <w:jc w:val="both"/>
        <w:rPr>
          <w:rFonts w:ascii="Times New Roman" w:hAnsi="Times New Roman"/>
          <w:bCs/>
          <w:iCs/>
          <w:sz w:val="24"/>
          <w:szCs w:val="24"/>
          <w:lang w:eastAsia="en-GB"/>
        </w:rPr>
      </w:pPr>
      <w:bookmarkStart w:id="586" w:name="_Toc332970807"/>
      <w:bookmarkStart w:id="587" w:name="_Toc333325855"/>
      <w:bookmarkStart w:id="588" w:name="_Toc333326926"/>
      <w:bookmarkStart w:id="589" w:name="_Toc334082685"/>
      <w:bookmarkStart w:id="590" w:name="_Toc337128622"/>
      <w:bookmarkStart w:id="591" w:name="_Toc337558686"/>
      <w:bookmarkStart w:id="592" w:name="_Toc337653466"/>
      <w:bookmarkStart w:id="593" w:name="_Toc337740544"/>
      <w:bookmarkStart w:id="594" w:name="_Toc379978680"/>
      <w:bookmarkStart w:id="595" w:name="_Toc380141125"/>
      <w:bookmarkStart w:id="596" w:name="_Toc381791202"/>
      <w:bookmarkStart w:id="597" w:name="_Toc381957730"/>
      <w:bookmarkStart w:id="598" w:name="_Toc11221640"/>
      <w:bookmarkStart w:id="599" w:name="_Toc254520655"/>
      <w:bookmarkStart w:id="600" w:name="_Toc337558712"/>
      <w:bookmarkStart w:id="601" w:name="_Toc337740570"/>
      <w:r w:rsidRPr="00CD3EA5">
        <w:rPr>
          <w:rFonts w:ascii="Times New Roman" w:hAnsi="Times New Roman"/>
          <w:bCs/>
          <w:iCs/>
          <w:sz w:val="24"/>
          <w:szCs w:val="24"/>
          <w:lang w:eastAsia="en-GB"/>
        </w:rPr>
        <w:t>Toate obligaţiile fiscale (taxe, impozite etc.) decurgând din prestarea Serviciului sau din activitatea proprie vor fi suportate de către Partea căreia, în conformitate cu Legea, îi incumbă respectiva obligaţie fiscală.</w:t>
      </w:r>
      <w:bookmarkEnd w:id="586"/>
      <w:bookmarkEnd w:id="587"/>
      <w:bookmarkEnd w:id="588"/>
      <w:bookmarkEnd w:id="589"/>
      <w:bookmarkEnd w:id="590"/>
      <w:bookmarkEnd w:id="591"/>
      <w:bookmarkEnd w:id="592"/>
      <w:bookmarkEnd w:id="593"/>
      <w:bookmarkEnd w:id="594"/>
      <w:bookmarkEnd w:id="595"/>
      <w:bookmarkEnd w:id="596"/>
      <w:bookmarkEnd w:id="597"/>
      <w:bookmarkEnd w:id="598"/>
    </w:p>
    <w:p w14:paraId="249F8940" w14:textId="77777777" w:rsidR="008B2EA6" w:rsidRPr="00CD3EA5" w:rsidRDefault="008B2EA6" w:rsidP="008B2EA6">
      <w:pPr>
        <w:spacing w:after="0" w:line="240" w:lineRule="auto"/>
        <w:rPr>
          <w:rFonts w:ascii="Times New Roman" w:hAnsi="Times New Roman"/>
          <w:bCs/>
          <w:iCs/>
          <w:sz w:val="24"/>
          <w:szCs w:val="24"/>
          <w:lang w:eastAsia="en-GB"/>
        </w:rPr>
      </w:pPr>
    </w:p>
    <w:p w14:paraId="176134AB"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02" w:name="_Toc11221641"/>
      <w:bookmarkEnd w:id="599"/>
      <w:bookmarkEnd w:id="600"/>
      <w:bookmarkEnd w:id="601"/>
      <w:r w:rsidRPr="00CD3EA5">
        <w:rPr>
          <w:rFonts w:ascii="Times New Roman" w:hAnsi="Times New Roman"/>
          <w:sz w:val="24"/>
          <w:szCs w:val="24"/>
          <w:lang w:val="ro-RO" w:eastAsia="ro-RO"/>
        </w:rPr>
        <w:lastRenderedPageBreak/>
        <w:t>CHELTUIELI</w:t>
      </w:r>
      <w:bookmarkEnd w:id="602"/>
    </w:p>
    <w:bookmarkEnd w:id="479"/>
    <w:p w14:paraId="072E447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sz w:val="24"/>
          <w:szCs w:val="24"/>
          <w:lang w:eastAsia="en-GB"/>
        </w:rPr>
        <w:t>Doar dacă nu este altfel stipulat în mod expres în acest Contract,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Pr="00CD3EA5">
        <w:rPr>
          <w:rFonts w:ascii="Times New Roman" w:hAnsi="Times New Roman"/>
          <w:bCs/>
          <w:sz w:val="24"/>
          <w:szCs w:val="24"/>
        </w:rPr>
        <w:t xml:space="preserve"> </w:t>
      </w:r>
    </w:p>
    <w:p w14:paraId="15062403"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27A04E33"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03" w:name="_Toc11221642"/>
      <w:r w:rsidRPr="00CD3EA5">
        <w:rPr>
          <w:rFonts w:ascii="Times New Roman" w:hAnsi="Times New Roman"/>
          <w:sz w:val="24"/>
          <w:szCs w:val="24"/>
          <w:lang w:val="ro-RO" w:eastAsia="ro-RO"/>
        </w:rPr>
        <w:t>CONFLICTUL DE INTERESE</w:t>
      </w:r>
      <w:bookmarkEnd w:id="603"/>
    </w:p>
    <w:p w14:paraId="4BE4BC77" w14:textId="77777777" w:rsidR="008B2EA6" w:rsidRPr="00CD3EA5" w:rsidRDefault="008B2EA6" w:rsidP="008B2EA6">
      <w:pPr>
        <w:numPr>
          <w:ilvl w:val="0"/>
          <w:numId w:val="61"/>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CD3EA5">
        <w:rPr>
          <w:rFonts w:ascii="Times New Roman" w:hAnsi="Times New Roman"/>
          <w:sz w:val="24"/>
          <w:szCs w:val="24"/>
          <w:lang w:eastAsia="ro-RO"/>
        </w:rPr>
        <w:t>Delegatul va lua toate măsurile necesare pentru a preveni sau îndepărta orice situaţie care are sau poate avea ca efect compromiterea executării prezentului Contract în mod obiectiv şi imparţial. 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p>
    <w:p w14:paraId="211EF514" w14:textId="77777777" w:rsidR="008B2EA6" w:rsidRPr="00CD3EA5" w:rsidRDefault="008B2EA6" w:rsidP="008B2EA6">
      <w:pPr>
        <w:numPr>
          <w:ilvl w:val="0"/>
          <w:numId w:val="61"/>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CD3EA5">
        <w:rPr>
          <w:rFonts w:ascii="Times New Roman" w:hAnsi="Times New Roman"/>
          <w:sz w:val="24"/>
          <w:szCs w:val="24"/>
          <w:lang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p>
    <w:p w14:paraId="3BACBD8F" w14:textId="77777777" w:rsidR="008B2EA6" w:rsidRPr="00CD3EA5" w:rsidRDefault="008B2EA6" w:rsidP="008B2EA6">
      <w:pPr>
        <w:numPr>
          <w:ilvl w:val="0"/>
          <w:numId w:val="61"/>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CD3EA5">
        <w:rPr>
          <w:rFonts w:ascii="Times New Roman" w:hAnsi="Times New Roman"/>
          <w:sz w:val="24"/>
          <w:szCs w:val="24"/>
          <w:lang w:eastAsia="ro-RO"/>
        </w:rPr>
        <w:t>Delegatarul îşi rezervă dreptul de a verifica dacă măsurile luate de Delegat în conformitate cu prevederile prezentului Articol sunt adecvate şi de a solicita luarea de măsuri suplimentare dacă va considera acest lucru ca fiind necesar.</w:t>
      </w:r>
    </w:p>
    <w:p w14:paraId="6CF0E0C0"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 xml:space="preserve">(4) </w:t>
      </w:r>
      <w:r w:rsidRPr="00CD3EA5">
        <w:rPr>
          <w:rFonts w:ascii="Times New Roman" w:hAnsi="Times New Roman"/>
          <w:sz w:val="24"/>
          <w:szCs w:val="24"/>
          <w:lang w:eastAsia="ro-RO"/>
        </w:rPr>
        <w:t>Delegatul se va abţine de la orice legături şi relaţii, comerciale sau de altă natură, care au sau pot avea ca efect compromiterea independenţei sale sau a personalului său. În cazul în care Delegatul nu poate menţine această independenţă, Delegatarul are dreptul de a rezilia Contractul, conform procedurii prevăzute de Articolul 38 (“</w:t>
      </w:r>
      <w:r w:rsidRPr="00CD3EA5">
        <w:rPr>
          <w:rFonts w:ascii="Times New Roman" w:hAnsi="Times New Roman"/>
          <w:sz w:val="24"/>
          <w:szCs w:val="24"/>
          <w:lang w:eastAsia="en-GB"/>
        </w:rPr>
        <w:t>Rezilierea Contractului</w:t>
      </w:r>
      <w:r w:rsidRPr="00CD3EA5">
        <w:rPr>
          <w:rFonts w:ascii="Times New Roman" w:hAnsi="Times New Roman"/>
          <w:sz w:val="24"/>
          <w:szCs w:val="24"/>
          <w:lang w:eastAsia="ro-RO"/>
        </w:rPr>
        <w:t xml:space="preserve">”) fără a aduce atingere dreptului Delegatarului de a solicita despăgubiri pentru orice daune suferite ca urmare a acestei situaţii. </w:t>
      </w:r>
    </w:p>
    <w:p w14:paraId="6FEB22BA"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2AA038E0"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04" w:name="_Toc11221643"/>
      <w:bookmarkStart w:id="605" w:name="_Toc350954037"/>
      <w:r w:rsidRPr="00CD3EA5">
        <w:rPr>
          <w:rFonts w:ascii="Times New Roman" w:hAnsi="Times New Roman"/>
          <w:sz w:val="24"/>
          <w:szCs w:val="24"/>
          <w:lang w:val="ro-RO" w:eastAsia="ro-RO"/>
        </w:rPr>
        <w:t>REPREZENTANŢII PĂRŢILOR</w:t>
      </w:r>
      <w:bookmarkEnd w:id="604"/>
    </w:p>
    <w:p w14:paraId="5FB2B43A" w14:textId="77777777" w:rsidR="008B2EA6" w:rsidRPr="00CD3EA5" w:rsidRDefault="008B2EA6" w:rsidP="008B2EA6">
      <w:pPr>
        <w:spacing w:after="0" w:line="240" w:lineRule="auto"/>
        <w:jc w:val="both"/>
        <w:rPr>
          <w:rFonts w:ascii="Times New Roman" w:hAnsi="Times New Roman"/>
          <w:iCs/>
          <w:sz w:val="24"/>
          <w:szCs w:val="24"/>
          <w:lang w:eastAsia="en-GB"/>
        </w:rPr>
      </w:pPr>
      <w:bookmarkStart w:id="606" w:name="_Toc378327588"/>
      <w:bookmarkStart w:id="607" w:name="_Toc379978684"/>
      <w:bookmarkStart w:id="608" w:name="_Toc380141129"/>
      <w:bookmarkStart w:id="609" w:name="_Toc381791206"/>
      <w:bookmarkStart w:id="610" w:name="_Toc381957734"/>
      <w:bookmarkStart w:id="611" w:name="_Toc11221644"/>
      <w:r w:rsidRPr="00CD3EA5">
        <w:rPr>
          <w:rFonts w:ascii="Times New Roman" w:hAnsi="Times New Roman"/>
          <w:b/>
          <w:iCs/>
          <w:sz w:val="24"/>
          <w:szCs w:val="24"/>
          <w:lang w:eastAsia="en-GB"/>
        </w:rPr>
        <w:t>(1)</w:t>
      </w:r>
      <w:r w:rsidRPr="00CD3EA5">
        <w:rPr>
          <w:rFonts w:ascii="Times New Roman" w:hAnsi="Times New Roman"/>
          <w:iCs/>
          <w:sz w:val="24"/>
          <w:szCs w:val="24"/>
          <w:lang w:eastAsia="en-GB"/>
        </w:rPr>
        <w:t xml:space="preserve"> Pentru executarea prezentului Contract, în relaţia sa cu Delegatarul, Delegatul va numi o persoană ca „Manager de Contract”, care va asigura comunicarea corespunzătoare cu partenerii contractuali.</w:t>
      </w:r>
      <w:bookmarkEnd w:id="606"/>
      <w:bookmarkEnd w:id="607"/>
      <w:bookmarkEnd w:id="608"/>
      <w:bookmarkEnd w:id="609"/>
      <w:bookmarkEnd w:id="610"/>
      <w:bookmarkEnd w:id="611"/>
      <w:r w:rsidRPr="00CD3EA5">
        <w:rPr>
          <w:rFonts w:ascii="Times New Roman" w:hAnsi="Times New Roman"/>
          <w:iCs/>
          <w:sz w:val="24"/>
          <w:szCs w:val="24"/>
          <w:lang w:eastAsia="en-GB"/>
        </w:rPr>
        <w:t xml:space="preserve"> </w:t>
      </w:r>
    </w:p>
    <w:p w14:paraId="65B90084" w14:textId="77777777" w:rsidR="008B2EA6" w:rsidRPr="00CD3EA5" w:rsidRDefault="008B2EA6" w:rsidP="008B2EA6">
      <w:pPr>
        <w:spacing w:after="0" w:line="240" w:lineRule="auto"/>
        <w:jc w:val="both"/>
        <w:rPr>
          <w:rFonts w:ascii="Times New Roman" w:hAnsi="Times New Roman"/>
          <w:iCs/>
          <w:sz w:val="24"/>
          <w:szCs w:val="24"/>
          <w:lang w:eastAsia="en-GB"/>
        </w:rPr>
      </w:pPr>
      <w:bookmarkStart w:id="612" w:name="_Toc378327589"/>
      <w:bookmarkStart w:id="613" w:name="_Toc379978685"/>
      <w:bookmarkStart w:id="614" w:name="_Toc380141130"/>
      <w:bookmarkStart w:id="615" w:name="_Toc381791207"/>
      <w:bookmarkStart w:id="616" w:name="_Toc381957735"/>
      <w:bookmarkStart w:id="617" w:name="_Toc11221645"/>
      <w:r w:rsidRPr="00CD3EA5">
        <w:rPr>
          <w:rFonts w:ascii="Times New Roman" w:hAnsi="Times New Roman"/>
          <w:b/>
          <w:iCs/>
          <w:sz w:val="24"/>
          <w:szCs w:val="24"/>
          <w:lang w:eastAsia="en-GB"/>
        </w:rPr>
        <w:t>(2)</w:t>
      </w:r>
      <w:r w:rsidRPr="00CD3EA5">
        <w:rPr>
          <w:rFonts w:ascii="Times New Roman" w:hAnsi="Times New Roman"/>
          <w:iCs/>
          <w:sz w:val="24"/>
          <w:szCs w:val="24"/>
          <w:lang w:eastAsia="en-GB"/>
        </w:rPr>
        <w:t xml:space="preserve"> Delegatarul va numi de asemenea reprezentanţii săi care vor asigura comunicarea cu Delegatul.</w:t>
      </w:r>
      <w:bookmarkEnd w:id="612"/>
      <w:bookmarkEnd w:id="613"/>
      <w:bookmarkEnd w:id="614"/>
      <w:bookmarkEnd w:id="615"/>
      <w:bookmarkEnd w:id="616"/>
      <w:bookmarkEnd w:id="617"/>
      <w:r w:rsidRPr="00CD3EA5">
        <w:rPr>
          <w:rFonts w:ascii="Times New Roman" w:hAnsi="Times New Roman"/>
          <w:iCs/>
          <w:sz w:val="24"/>
          <w:szCs w:val="24"/>
          <w:lang w:eastAsia="en-GB"/>
        </w:rPr>
        <w:t xml:space="preserve"> </w:t>
      </w:r>
    </w:p>
    <w:p w14:paraId="0555B3EE" w14:textId="77777777" w:rsidR="008B2EA6" w:rsidRPr="00CD3EA5" w:rsidRDefault="008B2EA6" w:rsidP="008B2EA6">
      <w:pPr>
        <w:spacing w:after="0" w:line="240" w:lineRule="auto"/>
        <w:jc w:val="both"/>
        <w:rPr>
          <w:rFonts w:ascii="Times New Roman" w:hAnsi="Times New Roman"/>
          <w:iCs/>
          <w:sz w:val="24"/>
          <w:szCs w:val="24"/>
          <w:lang w:eastAsia="en-GB"/>
        </w:rPr>
      </w:pPr>
      <w:bookmarkStart w:id="618" w:name="_Toc381791208"/>
      <w:bookmarkStart w:id="619" w:name="_Toc381957736"/>
      <w:bookmarkStart w:id="620" w:name="_Toc11221646"/>
      <w:bookmarkStart w:id="621" w:name="_Toc378327590"/>
      <w:bookmarkStart w:id="622" w:name="_Toc379978686"/>
      <w:bookmarkStart w:id="623" w:name="_Toc380141131"/>
      <w:r w:rsidRPr="00CD3EA5">
        <w:rPr>
          <w:rFonts w:ascii="Times New Roman" w:hAnsi="Times New Roman"/>
          <w:b/>
          <w:iCs/>
          <w:sz w:val="24"/>
          <w:szCs w:val="24"/>
          <w:lang w:eastAsia="en-GB"/>
        </w:rPr>
        <w:t>(3)</w:t>
      </w:r>
      <w:r w:rsidRPr="00CD3EA5">
        <w:rPr>
          <w:rFonts w:ascii="Times New Roman" w:hAnsi="Times New Roman"/>
          <w:iCs/>
          <w:sz w:val="24"/>
          <w:szCs w:val="24"/>
          <w:lang w:eastAsia="en-GB"/>
        </w:rPr>
        <w:t xml:space="preserve"> Fiecare Parte este îndreptățită să înlocuiască persoanele de contact, coordonatele şi adresele menţionate în prezentul Contract, cu condiţia de a notifica în prealabil cealaltă Parte. Notificarea se va face în scris şi va fi comunicată cu cel puţin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18"/>
      <w:bookmarkEnd w:id="619"/>
      <w:bookmarkEnd w:id="620"/>
      <w:r w:rsidRPr="00CD3EA5">
        <w:rPr>
          <w:rFonts w:ascii="Times New Roman" w:hAnsi="Times New Roman"/>
          <w:iCs/>
          <w:sz w:val="24"/>
          <w:szCs w:val="24"/>
          <w:lang w:eastAsia="en-GB"/>
        </w:rPr>
        <w:t xml:space="preserve">   </w:t>
      </w:r>
      <w:bookmarkEnd w:id="621"/>
      <w:bookmarkEnd w:id="622"/>
      <w:bookmarkEnd w:id="623"/>
    </w:p>
    <w:p w14:paraId="43E45B1F" w14:textId="77777777" w:rsidR="008B2EA6" w:rsidRPr="00CD3EA5" w:rsidRDefault="008B2EA6" w:rsidP="008B2EA6">
      <w:pPr>
        <w:spacing w:after="0" w:line="240" w:lineRule="auto"/>
        <w:rPr>
          <w:rFonts w:ascii="Times New Roman" w:hAnsi="Times New Roman"/>
          <w:sz w:val="24"/>
          <w:szCs w:val="24"/>
          <w:lang w:eastAsia="ro-RO"/>
        </w:rPr>
      </w:pPr>
    </w:p>
    <w:p w14:paraId="2A888DCD"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24" w:name="_Toc11221647"/>
      <w:r w:rsidRPr="00CD3EA5">
        <w:rPr>
          <w:rFonts w:ascii="Times New Roman" w:hAnsi="Times New Roman"/>
          <w:sz w:val="24"/>
          <w:szCs w:val="24"/>
          <w:lang w:val="ro-RO" w:eastAsia="ro-RO"/>
        </w:rPr>
        <w:t>COMUNICĂRI</w:t>
      </w:r>
      <w:bookmarkEnd w:id="605"/>
      <w:bookmarkEnd w:id="624"/>
    </w:p>
    <w:p w14:paraId="53B4CDA2"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rPr>
      </w:pPr>
      <w:r w:rsidRPr="00CD3EA5">
        <w:rPr>
          <w:rFonts w:ascii="Times New Roman" w:hAnsi="Times New Roman"/>
          <w:b/>
          <w:sz w:val="24"/>
          <w:szCs w:val="24"/>
          <w:lang w:eastAsia="ro-RO"/>
        </w:rPr>
        <w:t>(1)</w:t>
      </w:r>
      <w:r w:rsidRPr="00CD3EA5">
        <w:rPr>
          <w:rFonts w:ascii="Times New Roman" w:hAnsi="Times New Roman"/>
          <w:sz w:val="24"/>
          <w:szCs w:val="24"/>
          <w:lang w:eastAsia="ro-RO"/>
        </w:rPr>
        <w:t xml:space="preserve"> </w:t>
      </w:r>
      <w:r w:rsidRPr="00CD3EA5">
        <w:rPr>
          <w:rFonts w:ascii="Times New Roman" w:hAnsi="Times New Roman"/>
          <w:sz w:val="24"/>
          <w:szCs w:val="24"/>
        </w:rPr>
        <w:t xml:space="preserve">Orice comunicare între Părţi, referitoare la îndeplinirea prezentului Contract, trebuie să fie transmisă în scris, în limba română, la următoarele adrese şi în atenţia următoarelor persoane: </w:t>
      </w:r>
    </w:p>
    <w:p w14:paraId="5A41A9B9"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a) Pentru Delegat</w:t>
      </w:r>
    </w:p>
    <w:p w14:paraId="2419114D"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În atenţia: Manager de Contract, Dl./D-na ………………………</w:t>
      </w:r>
    </w:p>
    <w:p w14:paraId="70B96A72"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Adresa: …………………</w:t>
      </w:r>
    </w:p>
    <w:p w14:paraId="14358F74"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Fax: ……………………………</w:t>
      </w:r>
    </w:p>
    <w:p w14:paraId="65CD0851"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E-mail: ………………..............</w:t>
      </w:r>
    </w:p>
    <w:p w14:paraId="05C4E797"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b) Pentru Delegatar</w:t>
      </w:r>
    </w:p>
    <w:p w14:paraId="6DF54F5D"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În atenţia: Dl./D-na. ……………………</w:t>
      </w:r>
    </w:p>
    <w:p w14:paraId="76F295DF"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Adresa: ………………………….</w:t>
      </w:r>
    </w:p>
    <w:p w14:paraId="536C8C37"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Fax: …………………………</w:t>
      </w:r>
    </w:p>
    <w:p w14:paraId="064BEBBB" w14:textId="77777777" w:rsidR="008B2EA6" w:rsidRPr="00CD3EA5" w:rsidRDefault="008B2EA6" w:rsidP="008B2EA6">
      <w:pPr>
        <w:autoSpaceDE w:val="0"/>
        <w:autoSpaceDN w:val="0"/>
        <w:adjustRightInd w:val="0"/>
        <w:spacing w:after="0" w:line="240" w:lineRule="auto"/>
        <w:ind w:left="360"/>
        <w:jc w:val="both"/>
        <w:rPr>
          <w:rFonts w:ascii="Times New Roman" w:hAnsi="Times New Roman"/>
          <w:sz w:val="24"/>
          <w:szCs w:val="24"/>
        </w:rPr>
      </w:pPr>
      <w:r w:rsidRPr="00CD3EA5">
        <w:rPr>
          <w:rFonts w:ascii="Times New Roman" w:hAnsi="Times New Roman"/>
          <w:sz w:val="24"/>
          <w:szCs w:val="24"/>
        </w:rPr>
        <w:t>E-mail: …………………………</w:t>
      </w:r>
    </w:p>
    <w:p w14:paraId="299F1EE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(2)</w:t>
      </w:r>
      <w:r w:rsidRPr="00CD3EA5">
        <w:rPr>
          <w:rFonts w:ascii="Times New Roman" w:hAnsi="Times New Roman"/>
          <w:sz w:val="24"/>
          <w:szCs w:val="24"/>
          <w:lang w:eastAsia="ro-RO"/>
        </w:rPr>
        <w:t xml:space="preserve"> Orice document scris trebuie înregistrat atât în momentul transmiterii, cât şi în momentul primirii.</w:t>
      </w:r>
    </w:p>
    <w:p w14:paraId="58725A90"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 xml:space="preserve">(3) </w:t>
      </w:r>
      <w:r w:rsidRPr="00CD3EA5">
        <w:rPr>
          <w:rFonts w:ascii="Times New Roman" w:hAnsi="Times New Roman"/>
          <w:bCs/>
          <w:sz w:val="24"/>
          <w:szCs w:val="24"/>
          <w:lang w:eastAsia="ro-RO"/>
        </w:rPr>
        <w:t>C</w:t>
      </w:r>
      <w:r w:rsidRPr="00CD3EA5">
        <w:rPr>
          <w:rFonts w:ascii="Times New Roman" w:hAnsi="Times New Roman"/>
          <w:sz w:val="24"/>
          <w:szCs w:val="24"/>
          <w:lang w:eastAsia="ro-RO"/>
        </w:rPr>
        <w:t>omunicările între părţi se pot face şi prin, fax sau e-mail sub condiţia confirmării de primire.</w:t>
      </w:r>
    </w:p>
    <w:p w14:paraId="360938C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lastRenderedPageBreak/>
        <w:t>(4)</w:t>
      </w:r>
      <w:r w:rsidRPr="00CD3EA5">
        <w:rPr>
          <w:rFonts w:ascii="Times New Roman" w:hAnsi="Times New Roman"/>
          <w:sz w:val="24"/>
          <w:szCs w:val="24"/>
          <w:lang w:eastAsia="ro-RO"/>
        </w:rPr>
        <w:t xml:space="preserve"> Dacă notificarea este transmisă prin poştă, aceasta se va face prin scrisoare recomandată cu confirmare de primire şi este considerată ca fiind primită de destinatar la data menţionată de oficiul poştal de destinaţie pe confirmarea de primire. </w:t>
      </w:r>
    </w:p>
    <w:p w14:paraId="1AD4FF4B"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 xml:space="preserve">(5) </w:t>
      </w:r>
      <w:r w:rsidRPr="00CD3EA5">
        <w:rPr>
          <w:rFonts w:ascii="Times New Roman" w:hAnsi="Times New Roman"/>
          <w:sz w:val="24"/>
          <w:szCs w:val="24"/>
          <w:lang w:eastAsia="ro-RO"/>
        </w:rPr>
        <w:t xml:space="preserve"> Dacă notificarea este transmisă prin fax sau e-mail, ea va considerată primită în prima Zi Lucrătoare după data transmiterii. </w:t>
      </w:r>
    </w:p>
    <w:p w14:paraId="7852AC85"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(6)</w:t>
      </w:r>
      <w:r w:rsidRPr="00CD3EA5">
        <w:rPr>
          <w:rFonts w:ascii="Times New Roman" w:hAnsi="Times New Roman"/>
          <w:sz w:val="24"/>
          <w:szCs w:val="24"/>
          <w:lang w:eastAsia="ro-RO"/>
        </w:rPr>
        <w:t xml:space="preserve"> Notificările orale nu vor fi luate în considerare drept comunicări de vreuna dintre Părţi dacă nu sunt confirmate prin una dintre metodele prevăzute în alineatele de mai sus.  </w:t>
      </w:r>
    </w:p>
    <w:p w14:paraId="16B16713" w14:textId="77777777" w:rsidR="008B2EA6" w:rsidRPr="00CD3EA5" w:rsidRDefault="008B2EA6" w:rsidP="008B2EA6">
      <w:pPr>
        <w:spacing w:after="0" w:line="240" w:lineRule="auto"/>
        <w:rPr>
          <w:rFonts w:ascii="Times New Roman" w:hAnsi="Times New Roman"/>
          <w:b/>
          <w:sz w:val="24"/>
          <w:szCs w:val="24"/>
          <w:lang w:eastAsia="en-GB"/>
        </w:rPr>
      </w:pPr>
      <w:bookmarkStart w:id="625" w:name="_Toc254520651"/>
      <w:bookmarkStart w:id="626" w:name="_Toc337558705"/>
      <w:bookmarkStart w:id="627" w:name="_Toc337740563"/>
    </w:p>
    <w:p w14:paraId="2ECC0803"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28" w:name="_Toc11221648"/>
      <w:bookmarkEnd w:id="625"/>
      <w:bookmarkEnd w:id="626"/>
      <w:bookmarkEnd w:id="627"/>
      <w:r w:rsidRPr="00CD3EA5">
        <w:rPr>
          <w:rFonts w:ascii="Times New Roman" w:hAnsi="Times New Roman"/>
          <w:sz w:val="24"/>
          <w:szCs w:val="24"/>
          <w:lang w:val="ro-RO" w:eastAsia="ro-RO"/>
        </w:rPr>
        <w:t>DREPTURILE TERŢILOR</w:t>
      </w:r>
      <w:bookmarkEnd w:id="628"/>
    </w:p>
    <w:p w14:paraId="645C3933" w14:textId="77777777" w:rsidR="008B2EA6" w:rsidRPr="00CD3EA5" w:rsidRDefault="008B2EA6" w:rsidP="008B2EA6">
      <w:pPr>
        <w:pStyle w:val="ListParagraph"/>
        <w:numPr>
          <w:ilvl w:val="0"/>
          <w:numId w:val="94"/>
        </w:numPr>
        <w:tabs>
          <w:tab w:val="left" w:pos="142"/>
          <w:tab w:val="center" w:pos="360"/>
        </w:tabs>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14:paraId="410B38C3" w14:textId="77777777" w:rsidR="008B2EA6" w:rsidRPr="00CD3EA5" w:rsidRDefault="008B2EA6" w:rsidP="008B2EA6">
      <w:pPr>
        <w:pStyle w:val="ListParagraph"/>
        <w:numPr>
          <w:ilvl w:val="0"/>
          <w:numId w:val="94"/>
        </w:numPr>
        <w:tabs>
          <w:tab w:val="left" w:pos="142"/>
          <w:tab w:val="center" w:pos="360"/>
        </w:tabs>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Fără a aduce atingere prevederilor alineatului precedent, ADISIGD ARAD va avea dreptul să exercite în numele și pe seama autorităţilor publice membre drepturi contractuale ale acestora atunci când prezentul Contract stipulează expres aceasta, în temeiul acestei stipulaţi și pe baza mandatului acordat prin statutul Asociaţiei. Delegatul recunoaşte competenta ADISIGD ARAD de a exercita aceste drepturi astfel cum se stipulează în prezentul Contract.</w:t>
      </w:r>
    </w:p>
    <w:p w14:paraId="668D6582" w14:textId="77777777" w:rsidR="008B2EA6" w:rsidRPr="00CD3EA5" w:rsidRDefault="008B2EA6" w:rsidP="008B2EA6">
      <w:pPr>
        <w:tabs>
          <w:tab w:val="left" w:pos="142"/>
        </w:tabs>
        <w:spacing w:after="0" w:line="240" w:lineRule="auto"/>
        <w:jc w:val="both"/>
        <w:rPr>
          <w:rFonts w:ascii="Times New Roman" w:hAnsi="Times New Roman"/>
          <w:sz w:val="24"/>
          <w:szCs w:val="24"/>
          <w:lang w:eastAsia="ro-RO"/>
        </w:rPr>
      </w:pPr>
    </w:p>
    <w:p w14:paraId="597C0FCE"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07773B0A"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29" w:name="_Toc11221649"/>
      <w:r w:rsidRPr="00CD3EA5">
        <w:rPr>
          <w:rFonts w:ascii="Times New Roman" w:hAnsi="Times New Roman"/>
          <w:sz w:val="24"/>
          <w:szCs w:val="24"/>
          <w:lang w:val="ro-RO" w:eastAsia="ro-RO"/>
        </w:rPr>
        <w:t>RENUNŢARE</w:t>
      </w:r>
      <w:bookmarkEnd w:id="629"/>
    </w:p>
    <w:p w14:paraId="0420A303" w14:textId="77777777" w:rsidR="008B2EA6" w:rsidRPr="00CD3EA5" w:rsidRDefault="008B2EA6" w:rsidP="008B2EA6">
      <w:pPr>
        <w:pStyle w:val="ListParagraph"/>
        <w:numPr>
          <w:ilvl w:val="0"/>
          <w:numId w:val="95"/>
        </w:numPr>
        <w:tabs>
          <w:tab w:val="left" w:pos="142"/>
          <w:tab w:val="center" w:pos="360"/>
        </w:tabs>
        <w:spacing w:after="0" w:line="240" w:lineRule="auto"/>
        <w:ind w:left="0" w:firstLine="0"/>
        <w:jc w:val="both"/>
        <w:rPr>
          <w:rFonts w:ascii="Times New Roman" w:hAnsi="Times New Roman"/>
          <w:sz w:val="24"/>
          <w:szCs w:val="24"/>
          <w:lang w:eastAsia="en-GB"/>
        </w:rPr>
      </w:pPr>
      <w:bookmarkStart w:id="630" w:name="_Toc254520649"/>
      <w:bookmarkStart w:id="631" w:name="_Toc337558703"/>
      <w:bookmarkStart w:id="632" w:name="_Toc337740561"/>
      <w:r w:rsidRPr="00CD3EA5">
        <w:rPr>
          <w:rFonts w:ascii="Times New Roman" w:hAnsi="Times New Roman"/>
          <w:sz w:val="24"/>
          <w:szCs w:val="24"/>
          <w:lang w:eastAsia="en-GB"/>
        </w:rPr>
        <w:t xml:space="preserve"> Nicio renunţare nu va avea vreun efect juridic decât dacă este expres indicată ca fiind o renunţare și comunicată în scris celeilalte Părți, conform regulilor de comunicare dintre Părți stipulate la Articolul 46 („Comunicări”) din Contract, și nicio altă acţiune, fapt sau omisiune nu va putea fi interpretată ca renunţare la vreun drept, termen sau prevedere a din prezentul Contract de către vreuna dintre Părți.</w:t>
      </w:r>
    </w:p>
    <w:p w14:paraId="731A5C4A" w14:textId="77777777" w:rsidR="008B2EA6" w:rsidRPr="00CD3EA5" w:rsidRDefault="008B2EA6" w:rsidP="008B2EA6">
      <w:pPr>
        <w:pStyle w:val="ListParagraph"/>
        <w:numPr>
          <w:ilvl w:val="0"/>
          <w:numId w:val="95"/>
        </w:numPr>
        <w:tabs>
          <w:tab w:val="left" w:pos="142"/>
          <w:tab w:val="center" w:pos="360"/>
        </w:tabs>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Nici o renunţare făcută de o Parte la orice termen sau condiţie din prezentul Contract, o dată sau de mai multe ori, nu va fi considerată sau interpretată ca o renunţare viitoare la acelaşi sau la alte termene sau condiţii din Contract.</w:t>
      </w:r>
    </w:p>
    <w:p w14:paraId="5553778C" w14:textId="77777777" w:rsidR="008B2EA6" w:rsidRPr="00CD3EA5" w:rsidRDefault="008B2EA6" w:rsidP="008B2EA6">
      <w:pPr>
        <w:pStyle w:val="ListParagraph"/>
        <w:numPr>
          <w:ilvl w:val="0"/>
          <w:numId w:val="95"/>
        </w:numPr>
        <w:tabs>
          <w:tab w:val="left" w:pos="142"/>
          <w:tab w:val="center" w:pos="360"/>
        </w:tabs>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Renunţarea unei Părți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de către aceeaşi Parte. Dacă oricare dintre Părți încalcă o obligaţie contractuală, renunţarea din partea Părții prejudiciate de a invoca dreptul său de a cere executarea obligaţiei contractuale nu va fi interpretată ca o renunţare la dreptul însuși. Neexercitarea sau exercitarea cu întârziere de către una dintre Părți a unui drept conferit de prezentul Contract nu poate fi interpretat ca o renunţare la dreptul respectiv.</w:t>
      </w:r>
    </w:p>
    <w:p w14:paraId="7E1E08A7" w14:textId="77777777" w:rsidR="008B2EA6" w:rsidRPr="00CD3EA5" w:rsidRDefault="008B2EA6" w:rsidP="008B2EA6">
      <w:pPr>
        <w:spacing w:after="0" w:line="240" w:lineRule="auto"/>
        <w:rPr>
          <w:rFonts w:ascii="Times New Roman" w:hAnsi="Times New Roman"/>
          <w:bCs/>
          <w:iCs/>
          <w:sz w:val="24"/>
          <w:szCs w:val="24"/>
          <w:lang w:eastAsia="en-GB"/>
        </w:rPr>
      </w:pPr>
    </w:p>
    <w:p w14:paraId="613EE3DB"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33" w:name="_Toc11221651"/>
      <w:r w:rsidRPr="00CD3EA5">
        <w:rPr>
          <w:rFonts w:ascii="Times New Roman" w:hAnsi="Times New Roman"/>
          <w:sz w:val="24"/>
          <w:szCs w:val="24"/>
          <w:lang w:val="ro-RO" w:eastAsia="ro-RO"/>
        </w:rPr>
        <w:t>NULITATEA CONTRACTULUI ŞI DIVIZIBILITATEA PREVEDERILOR SALE</w:t>
      </w:r>
      <w:bookmarkEnd w:id="633"/>
      <w:r w:rsidRPr="00CD3EA5">
        <w:rPr>
          <w:rFonts w:ascii="Times New Roman" w:hAnsi="Times New Roman"/>
          <w:sz w:val="24"/>
          <w:szCs w:val="24"/>
          <w:lang w:val="ro-RO" w:eastAsia="ro-RO"/>
        </w:rPr>
        <w:t xml:space="preserve"> </w:t>
      </w:r>
      <w:bookmarkEnd w:id="630"/>
      <w:bookmarkEnd w:id="631"/>
      <w:bookmarkEnd w:id="632"/>
    </w:p>
    <w:p w14:paraId="44B825B2" w14:textId="77777777" w:rsidR="008B2EA6" w:rsidRPr="00CD3EA5" w:rsidRDefault="008B2EA6" w:rsidP="008B2EA6">
      <w:pPr>
        <w:tabs>
          <w:tab w:val="left" w:pos="284"/>
          <w:tab w:val="left" w:pos="540"/>
        </w:tabs>
        <w:autoSpaceDE w:val="0"/>
        <w:autoSpaceDN w:val="0"/>
        <w:adjustRightInd w:val="0"/>
        <w:spacing w:after="0" w:line="240" w:lineRule="auto"/>
        <w:jc w:val="both"/>
        <w:rPr>
          <w:rFonts w:ascii="Times New Roman" w:hAnsi="Times New Roman"/>
          <w:sz w:val="24"/>
          <w:szCs w:val="24"/>
          <w:lang w:eastAsia="en-GB"/>
        </w:rPr>
      </w:pPr>
      <w:bookmarkStart w:id="634" w:name="_Toc254520656"/>
      <w:bookmarkStart w:id="635" w:name="_Toc337558713"/>
      <w:bookmarkStart w:id="636" w:name="_Toc337740571"/>
      <w:r w:rsidRPr="00CD3EA5">
        <w:rPr>
          <w:rFonts w:ascii="Times New Roman" w:hAnsi="Times New Roman"/>
          <w:b/>
          <w:sz w:val="24"/>
          <w:szCs w:val="24"/>
          <w:lang w:eastAsia="en-GB"/>
        </w:rPr>
        <w:t xml:space="preserve">(1) </w:t>
      </w:r>
      <w:r w:rsidRPr="00CD3EA5">
        <w:rPr>
          <w:rFonts w:ascii="Times New Roman" w:hAnsi="Times New Roman"/>
          <w:sz w:val="24"/>
          <w:szCs w:val="24"/>
          <w:lang w:eastAsia="en-GB"/>
        </w:rPr>
        <w:t>Dacă în orice moment ulterior Datei Intrării în Vigoare, orice articol sau prevedere a prezentului  Contract sunt declarate de orice instanţă de judecată competentă ca fiind nelegale, nule sau că inaplicabile, conform Legii, respectivul articol sau prevedere nu va avea forţă juridică şi efect juridic, dar nelegalitatea sau inaplicabilitatea lor nu va avea vreun efect asupra validităţii şi aplicabilităţii oricăror alte prevederi ale prezentului Contract, care vor rămâne în continuare valide şi aplicabile în măsura permisă de Lege.</w:t>
      </w:r>
    </w:p>
    <w:p w14:paraId="678AEF09"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b/>
          <w:sz w:val="24"/>
          <w:szCs w:val="24"/>
          <w:lang w:eastAsia="en-GB"/>
        </w:rPr>
        <w:t xml:space="preserve">(2) </w:t>
      </w:r>
      <w:r w:rsidRPr="00CD3EA5">
        <w:rPr>
          <w:rFonts w:ascii="Times New Roman" w:hAnsi="Times New Roman"/>
          <w:sz w:val="24"/>
          <w:szCs w:val="24"/>
          <w:lang w:eastAsia="en-GB"/>
        </w:rPr>
        <w:t xml:space="preserve">Nulitatea sau inaplicabilitate oricărui articol sau oricărei prevederi din prezentul Contract va fi stabilită în conformitate cu Articolul 52 („Legea aplicabilă şi soluţionarea litigiilor”) din prezentul Contract. Părţile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14:paraId="58011026"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3BD56084"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37" w:name="_Toc11221652"/>
      <w:bookmarkEnd w:id="634"/>
      <w:bookmarkEnd w:id="635"/>
      <w:bookmarkEnd w:id="636"/>
      <w:r w:rsidRPr="00CD3EA5">
        <w:rPr>
          <w:rFonts w:ascii="Times New Roman" w:hAnsi="Times New Roman"/>
          <w:sz w:val="24"/>
          <w:szCs w:val="24"/>
          <w:lang w:val="ro-RO" w:eastAsia="ro-RO"/>
        </w:rPr>
        <w:lastRenderedPageBreak/>
        <w:t>MENŢINEREA UNOR PREVEDERI DUPĂ DATA ÎNCETĂRII</w:t>
      </w:r>
      <w:bookmarkEnd w:id="637"/>
      <w:r w:rsidRPr="00CD3EA5">
        <w:rPr>
          <w:rFonts w:ascii="Times New Roman" w:hAnsi="Times New Roman"/>
          <w:sz w:val="24"/>
          <w:szCs w:val="24"/>
          <w:lang w:val="ro-RO" w:eastAsia="ro-RO"/>
        </w:rPr>
        <w:t xml:space="preserve"> </w:t>
      </w:r>
    </w:p>
    <w:p w14:paraId="03E47236" w14:textId="77777777" w:rsidR="008B2EA6" w:rsidRPr="00CD3EA5" w:rsidRDefault="008B2EA6" w:rsidP="008B2EA6">
      <w:pPr>
        <w:tabs>
          <w:tab w:val="left" w:pos="284"/>
        </w:tabs>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Părţile convin ca la încetarea din orice cauze a Contractului, prevederile privind obligaţiile Delegatului de menţinere a continuităţii Serviciului pentru o perioadă de 90 (nouăzeci) de Zile, precum şi Articolul 52 (“Legea aplicabilă şi soluţionarea litigiilor”), Articolul 28 (“Răspunderea, penalităţi şi despăgubiri în sarcina Delegatului”), Articolul 32 (“Recuperarea debitelor”), Articolul 40 (“Confidenţialitate”), Articolul 42 (“Taxe”), Articolul 51 (“Declaraţii şi garanţii”) vor rămâne în vigoare şi îşi vor produce efectele în legătură cu toate aspectele contractuale care pot apărea sau se pot menţine în continuare după Data Încetării Contractului.</w:t>
      </w:r>
    </w:p>
    <w:p w14:paraId="6DFE3551"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4C504B01"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38" w:name="_Toc11221653"/>
      <w:bookmarkEnd w:id="457"/>
      <w:r w:rsidRPr="00CD3EA5">
        <w:rPr>
          <w:rFonts w:ascii="Times New Roman" w:hAnsi="Times New Roman"/>
          <w:sz w:val="24"/>
          <w:szCs w:val="24"/>
          <w:lang w:val="ro-RO" w:eastAsia="ro-RO"/>
        </w:rPr>
        <w:t>DECLARAŢII ŞI GARANŢII</w:t>
      </w:r>
      <w:bookmarkEnd w:id="638"/>
    </w:p>
    <w:p w14:paraId="3F5A3277" w14:textId="77777777" w:rsidR="008B2EA6" w:rsidRPr="00CD3EA5" w:rsidRDefault="008B2EA6" w:rsidP="008B2EA6">
      <w:pPr>
        <w:tabs>
          <w:tab w:val="left" w:pos="284"/>
        </w:tabs>
        <w:autoSpaceDE w:val="0"/>
        <w:autoSpaceDN w:val="0"/>
        <w:adjustRightInd w:val="0"/>
        <w:spacing w:after="0" w:line="240" w:lineRule="auto"/>
        <w:jc w:val="both"/>
        <w:rPr>
          <w:rFonts w:ascii="Times New Roman" w:hAnsi="Times New Roman"/>
          <w:sz w:val="24"/>
          <w:szCs w:val="24"/>
          <w:lang w:eastAsia="ro-RO"/>
        </w:rPr>
      </w:pPr>
      <w:r w:rsidRPr="00CD3EA5">
        <w:rPr>
          <w:rFonts w:ascii="Times New Roman" w:hAnsi="Times New Roman"/>
          <w:b/>
          <w:sz w:val="24"/>
          <w:szCs w:val="24"/>
          <w:lang w:eastAsia="ro-RO"/>
        </w:rPr>
        <w:t xml:space="preserve">(1) </w:t>
      </w:r>
      <w:r w:rsidRPr="00CD3EA5">
        <w:rPr>
          <w:rFonts w:ascii="Times New Roman" w:hAnsi="Times New Roman"/>
          <w:sz w:val="24"/>
          <w:szCs w:val="24"/>
          <w:lang w:eastAsia="en-GB"/>
        </w:rPr>
        <w:t xml:space="preserve">Fără a aduce atingere oricăror garanţii sau condiţii prevăzute de Lege și în plus faţă de orice alte declaraţii și garanţii acordate prin clauzele prezentului Contract, Delegatul declară şi garantează </w:t>
      </w:r>
      <w:r w:rsidRPr="00CD3EA5">
        <w:rPr>
          <w:rFonts w:ascii="Times New Roman" w:hAnsi="Times New Roman"/>
          <w:sz w:val="24"/>
          <w:szCs w:val="24"/>
          <w:lang w:eastAsia="ro-RO"/>
        </w:rPr>
        <w:t>Delegatarului că cele stipulate în prezentul Articol sunt declaraţii corecte şi complete la Data Semnării şi că vor fi corecte şi complete la Data Începerii, precum şi pe toată Durata Contractului:</w:t>
      </w:r>
    </w:p>
    <w:p w14:paraId="024ED58D" w14:textId="77777777" w:rsidR="008B2EA6" w:rsidRPr="00CD3EA5" w:rsidRDefault="008B2EA6" w:rsidP="008B2EA6">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CD3EA5">
        <w:rPr>
          <w:rFonts w:ascii="Times New Roman" w:hAnsi="Times New Roman"/>
          <w:b/>
          <w:sz w:val="24"/>
          <w:szCs w:val="24"/>
          <w:lang w:eastAsia="ro-RO"/>
        </w:rPr>
        <w:t>a)</w:t>
      </w:r>
      <w:r w:rsidRPr="00CD3EA5">
        <w:rPr>
          <w:rFonts w:ascii="Times New Roman" w:hAnsi="Times New Roman"/>
          <w:sz w:val="24"/>
          <w:szCs w:val="24"/>
          <w:lang w:eastAsia="ro-RO"/>
        </w:rPr>
        <w:t xml:space="preserve"> Delegatul este o societate legal constituită, conform Legii din România;</w:t>
      </w:r>
    </w:p>
    <w:p w14:paraId="25633F4B" w14:textId="77777777" w:rsidR="008B2EA6" w:rsidRPr="00CD3EA5" w:rsidRDefault="008B2EA6" w:rsidP="008B2EA6">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CD3EA5">
        <w:rPr>
          <w:rFonts w:ascii="Times New Roman" w:hAnsi="Times New Roman"/>
          <w:b/>
          <w:sz w:val="24"/>
          <w:szCs w:val="24"/>
          <w:lang w:val="ro-RO" w:eastAsia="ro-RO"/>
        </w:rPr>
        <w:t>b)</w:t>
      </w:r>
      <w:r w:rsidRPr="00CD3EA5">
        <w:rPr>
          <w:rFonts w:ascii="Times New Roman" w:hAnsi="Times New Roman"/>
          <w:sz w:val="24"/>
          <w:szCs w:val="24"/>
          <w:lang w:val="ro-RO" w:eastAsia="ro-RO"/>
        </w:rPr>
        <w:t xml:space="preserve"> Delegatul are puteri depline, autoritatea şi capacitatea necesare să semneze şi să ducă la îndeplinire prezentul Contract, precum şi fiecare dintre celelalte documente care urmează să fie furnizate de către Delegat ulterior Datei Semnării. Prezentul Contract este, iar celelalte documente şi acte ce vor fi furnizate de către Delegat ulterior Datei Semnării vor fi legal şi valabil semnate şi executate de către Delegat, constituind convenţii valide şi opozabile Delegatului, ce pot face obiectul executării integrale de către Delegat, conform termenilor acestora;   </w:t>
      </w:r>
    </w:p>
    <w:p w14:paraId="6B7FD525" w14:textId="77777777" w:rsidR="008B2EA6" w:rsidRPr="00CD3EA5" w:rsidRDefault="008B2EA6" w:rsidP="008B2EA6">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en-GB"/>
        </w:rPr>
      </w:pPr>
      <w:r w:rsidRPr="00CD3EA5">
        <w:rPr>
          <w:rFonts w:ascii="Times New Roman" w:hAnsi="Times New Roman"/>
          <w:b/>
          <w:sz w:val="24"/>
          <w:szCs w:val="24"/>
          <w:lang w:val="ro-RO" w:eastAsia="en-GB"/>
        </w:rPr>
        <w:t>c)</w:t>
      </w:r>
      <w:r w:rsidRPr="00CD3EA5">
        <w:rPr>
          <w:rFonts w:ascii="Times New Roman" w:hAnsi="Times New Roman"/>
          <w:sz w:val="24"/>
          <w:szCs w:val="24"/>
          <w:lang w:val="ro-RO" w:eastAsia="en-GB"/>
        </w:rPr>
        <w:t xml:space="preserve"> Pe Durata Contractului, actul constitutiv al Delegatul nu va fi modificat sau completat în vreun mod care ar face executarea prezentului Contract nelegală sau în contradicţie cu alt document statutar al Delegatului;</w:t>
      </w:r>
    </w:p>
    <w:p w14:paraId="2220E66D" w14:textId="77777777" w:rsidR="008B2EA6" w:rsidRPr="00CD3EA5" w:rsidRDefault="008B2EA6" w:rsidP="008B2EA6">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CD3EA5">
        <w:rPr>
          <w:rFonts w:ascii="Times New Roman" w:hAnsi="Times New Roman"/>
          <w:b/>
          <w:sz w:val="24"/>
          <w:szCs w:val="24"/>
          <w:lang w:val="ro-RO" w:eastAsia="ro-RO"/>
        </w:rPr>
        <w:t>d)</w:t>
      </w:r>
      <w:r w:rsidRPr="00CD3EA5">
        <w:rPr>
          <w:rFonts w:ascii="Times New Roman" w:hAnsi="Times New Roman"/>
          <w:sz w:val="24"/>
          <w:szCs w:val="24"/>
          <w:lang w:val="ro-RO" w:eastAsia="ro-RO"/>
        </w:rPr>
        <w:t xml:space="preserve"> Delegatul are capacitatea organizaţională şi financiară pentru a executa Contractul, pentru a gestiona Serviciul şi pentru a-şi îndeplini obligaţiile sale contractuale şi va avea deplină autoritate pentru efectuarea plăţilor şi va plăti toate sumele datorate în baza prezentului Contract, conform prevederilor acestuia;</w:t>
      </w:r>
    </w:p>
    <w:p w14:paraId="6334B258" w14:textId="77777777" w:rsidR="008B2EA6" w:rsidRPr="00CD3EA5" w:rsidRDefault="008B2EA6" w:rsidP="008B2EA6">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CD3EA5">
        <w:rPr>
          <w:rFonts w:ascii="Times New Roman" w:hAnsi="Times New Roman"/>
          <w:b/>
          <w:sz w:val="24"/>
          <w:szCs w:val="24"/>
          <w:lang w:val="ro-RO" w:eastAsia="ro-RO"/>
        </w:rPr>
        <w:t>e)</w:t>
      </w:r>
      <w:r w:rsidRPr="00CD3EA5">
        <w:rPr>
          <w:rFonts w:ascii="Times New Roman" w:hAnsi="Times New Roman"/>
          <w:sz w:val="24"/>
          <w:szCs w:val="24"/>
          <w:lang w:val="ro-RO" w:eastAsia="ro-RO"/>
        </w:rPr>
        <w:t xml:space="preserve"> Prezentul Contract instituie obligaţii acceptate în totalitate de către Delegat;</w:t>
      </w:r>
    </w:p>
    <w:p w14:paraId="77AAD67F" w14:textId="77777777" w:rsidR="008B2EA6" w:rsidRPr="00CD3EA5" w:rsidRDefault="008B2EA6" w:rsidP="008B2EA6">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CD3EA5">
        <w:rPr>
          <w:rFonts w:ascii="Times New Roman" w:hAnsi="Times New Roman"/>
          <w:b/>
          <w:sz w:val="24"/>
          <w:szCs w:val="24"/>
          <w:lang w:val="ro-RO" w:eastAsia="ro-RO"/>
        </w:rPr>
        <w:t>f)</w:t>
      </w:r>
      <w:r w:rsidRPr="00CD3EA5">
        <w:rPr>
          <w:rFonts w:ascii="Times New Roman" w:hAnsi="Times New Roman"/>
          <w:sz w:val="24"/>
          <w:szCs w:val="24"/>
          <w:lang w:val="ro-RO" w:eastAsia="ro-RO"/>
        </w:rPr>
        <w:t xml:space="preserve"> Nu există nicio acţiune în justiţie, in arbitraj,  nicio procedură sau proces sau investigaţie fie judiciară, fie extra-judiciară, pe rol sau iminentă împotriva Delegatului, nici sentinţe judecătoreşti, hotărâri arbitrale nefavorabile, nici alte proceduri care ar putea avea ca efect împiedicarea Delegatului de a executa obligaţiile sale asumate prin prezentul Contract sau care ar putea afecta executarea Contractului, conform obiectivelor stabilite de către Delegatar;</w:t>
      </w:r>
    </w:p>
    <w:p w14:paraId="6FF3C1FE" w14:textId="77777777" w:rsidR="008B2EA6" w:rsidRPr="00CD3EA5" w:rsidRDefault="008B2EA6" w:rsidP="008B2EA6">
      <w:pPr>
        <w:tabs>
          <w:tab w:val="left" w:pos="284"/>
        </w:tabs>
        <w:autoSpaceDE w:val="0"/>
        <w:autoSpaceDN w:val="0"/>
        <w:adjustRightInd w:val="0"/>
        <w:spacing w:after="0" w:line="240" w:lineRule="auto"/>
        <w:ind w:left="360"/>
        <w:jc w:val="both"/>
        <w:rPr>
          <w:rFonts w:ascii="Times New Roman" w:hAnsi="Times New Roman"/>
          <w:sz w:val="24"/>
          <w:szCs w:val="24"/>
          <w:lang w:eastAsia="en-GB"/>
        </w:rPr>
      </w:pPr>
      <w:r>
        <w:rPr>
          <w:rFonts w:ascii="Times New Roman" w:hAnsi="Times New Roman"/>
          <w:b/>
          <w:sz w:val="24"/>
          <w:szCs w:val="24"/>
          <w:lang w:eastAsia="en-GB"/>
        </w:rPr>
        <w:t>g</w:t>
      </w:r>
      <w:r w:rsidRPr="00CD3EA5">
        <w:rPr>
          <w:rFonts w:ascii="Times New Roman" w:hAnsi="Times New Roman"/>
          <w:b/>
          <w:sz w:val="24"/>
          <w:szCs w:val="24"/>
          <w:lang w:eastAsia="en-GB"/>
        </w:rPr>
        <w:t>)</w:t>
      </w:r>
      <w:r w:rsidRPr="00CD3EA5">
        <w:rPr>
          <w:rFonts w:ascii="Times New Roman" w:hAnsi="Times New Roman"/>
          <w:sz w:val="24"/>
          <w:szCs w:val="24"/>
          <w:lang w:eastAsia="en-GB"/>
        </w:rPr>
        <w:t xml:space="preserve"> Încheierea de către Delegat a prezentului Contract şi executarea obligaţiilor rezultate din prezentul Contract de către Delegat nu contravin, nu vor duce la o încălcare sau neîndeplinire a obligaţiilor sale din partea Delegatului conform:</w:t>
      </w:r>
    </w:p>
    <w:p w14:paraId="756610DA" w14:textId="77777777" w:rsidR="008B2EA6" w:rsidRPr="00CD3EA5" w:rsidRDefault="008B2EA6" w:rsidP="008B2EA6">
      <w:pPr>
        <w:numPr>
          <w:ilvl w:val="2"/>
          <w:numId w:val="62"/>
        </w:numPr>
        <w:tabs>
          <w:tab w:val="left" w:pos="567"/>
        </w:tabs>
        <w:autoSpaceDE w:val="0"/>
        <w:autoSpaceDN w:val="0"/>
        <w:adjustRightInd w:val="0"/>
        <w:spacing w:after="0" w:line="240" w:lineRule="auto"/>
        <w:ind w:left="1170" w:hanging="460"/>
        <w:jc w:val="both"/>
        <w:rPr>
          <w:rFonts w:ascii="Times New Roman" w:hAnsi="Times New Roman"/>
          <w:sz w:val="24"/>
          <w:szCs w:val="24"/>
          <w:lang w:eastAsia="en-GB"/>
        </w:rPr>
      </w:pPr>
      <w:r w:rsidRPr="00CD3EA5">
        <w:rPr>
          <w:rFonts w:ascii="Times New Roman" w:hAnsi="Times New Roman"/>
          <w:sz w:val="24"/>
          <w:szCs w:val="24"/>
          <w:lang w:eastAsia="en-GB"/>
        </w:rPr>
        <w:t>vreunei Legi aplicabile Delegatului;</w:t>
      </w:r>
    </w:p>
    <w:p w14:paraId="67A16478" w14:textId="77777777" w:rsidR="008B2EA6" w:rsidRPr="00CD3EA5" w:rsidRDefault="008B2EA6" w:rsidP="008B2EA6">
      <w:pPr>
        <w:numPr>
          <w:ilvl w:val="2"/>
          <w:numId w:val="62"/>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CD3EA5">
        <w:rPr>
          <w:rFonts w:ascii="Times New Roman" w:hAnsi="Times New Roman"/>
          <w:sz w:val="24"/>
          <w:szCs w:val="24"/>
          <w:lang w:eastAsia="en-GB"/>
        </w:rPr>
        <w:t>actului constitutiv sau oricărui document statutar al Delegatului;</w:t>
      </w:r>
    </w:p>
    <w:p w14:paraId="35983160" w14:textId="77777777" w:rsidR="008B2EA6" w:rsidRPr="00CD3EA5" w:rsidRDefault="008B2EA6" w:rsidP="008B2EA6">
      <w:pPr>
        <w:numPr>
          <w:ilvl w:val="2"/>
          <w:numId w:val="62"/>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CD3EA5">
        <w:rPr>
          <w:rFonts w:ascii="Times New Roman" w:hAnsi="Times New Roman"/>
          <w:sz w:val="24"/>
          <w:szCs w:val="24"/>
          <w:lang w:eastAsia="en-GB"/>
        </w:rPr>
        <w:t>vreunui contract sau alt document la care Delegatul este parte sau la care Delegatul este obligat sau al cărui obiect sunt orice active, venituri sau garanţii ale Delegatului.</w:t>
      </w:r>
    </w:p>
    <w:p w14:paraId="2AAB0B4A" w14:textId="77777777" w:rsidR="008B2EA6" w:rsidRPr="00CD3EA5" w:rsidRDefault="008B2EA6" w:rsidP="008B2EA6">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65375F">
        <w:rPr>
          <w:rFonts w:ascii="Times New Roman" w:hAnsi="Times New Roman"/>
          <w:b/>
          <w:bCs/>
          <w:sz w:val="24"/>
          <w:szCs w:val="24"/>
          <w:lang w:eastAsia="ro-RO"/>
        </w:rPr>
        <w:t>h)</w:t>
      </w:r>
      <w:r w:rsidRPr="00CD3EA5">
        <w:rPr>
          <w:rFonts w:ascii="Times New Roman" w:hAnsi="Times New Roman"/>
          <w:sz w:val="24"/>
          <w:szCs w:val="24"/>
          <w:lang w:eastAsia="ro-RO"/>
        </w:rPr>
        <w:t xml:space="preserve"> </w:t>
      </w:r>
      <w:r w:rsidRPr="00CD3EA5">
        <w:rPr>
          <w:rFonts w:ascii="Times New Roman" w:hAnsi="Times New Roman"/>
          <w:sz w:val="24"/>
          <w:szCs w:val="24"/>
          <w:lang w:eastAsia="en-GB"/>
        </w:rPr>
        <w:t>Toate garanţiile, declaraţiile, recunoaşterile Delegatului privind obligaţiile şi responsabilitatea lui în baza prezentului Contract au efect cumulativ şi niciuna nu va fi interpretată în mod separat de celelalte.</w:t>
      </w:r>
    </w:p>
    <w:p w14:paraId="7EDCE06F" w14:textId="77777777" w:rsidR="008B2EA6" w:rsidRPr="00CD3EA5" w:rsidRDefault="008B2EA6" w:rsidP="008B2EA6">
      <w:pPr>
        <w:numPr>
          <w:ilvl w:val="0"/>
          <w:numId w:val="60"/>
        </w:numPr>
        <w:tabs>
          <w:tab w:val="left" w:pos="284"/>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 Fără a aduce atingere oricăror garanţii sau condiţii prevăzute de Lege și în plus faţă de orice alte declaraţii și garanţii acordate prin clauzele prezentului Contract</w:t>
      </w:r>
      <w:r w:rsidRPr="00CD3EA5">
        <w:rPr>
          <w:rFonts w:ascii="Times New Roman" w:hAnsi="Times New Roman"/>
          <w:sz w:val="24"/>
          <w:szCs w:val="24"/>
          <w:lang w:eastAsia="ro-RO"/>
        </w:rPr>
        <w:t xml:space="preserve">, Delegatarul </w:t>
      </w:r>
      <w:r w:rsidRPr="00CD3EA5">
        <w:rPr>
          <w:rFonts w:ascii="Times New Roman" w:hAnsi="Times New Roman"/>
          <w:sz w:val="24"/>
          <w:szCs w:val="24"/>
          <w:lang w:eastAsia="en-GB"/>
        </w:rPr>
        <w:t xml:space="preserve">declară şi garantează </w:t>
      </w:r>
      <w:r w:rsidRPr="00CD3EA5">
        <w:rPr>
          <w:rFonts w:ascii="Times New Roman" w:hAnsi="Times New Roman"/>
          <w:sz w:val="24"/>
          <w:szCs w:val="24"/>
          <w:lang w:eastAsia="ro-RO"/>
        </w:rPr>
        <w:t>Delegatului că cele stipulate în prezentul Articol sunt declaraţii corecte şi complete la Data Semnării şi că vor fi corecte şi complete la Data Începerii, precum şi pe toată Durata Contractului</w:t>
      </w:r>
      <w:r w:rsidRPr="00CD3EA5">
        <w:rPr>
          <w:rFonts w:ascii="Times New Roman" w:hAnsi="Times New Roman"/>
          <w:sz w:val="24"/>
          <w:szCs w:val="24"/>
          <w:lang w:eastAsia="en-GB"/>
        </w:rPr>
        <w:t>:</w:t>
      </w:r>
    </w:p>
    <w:p w14:paraId="7A9AF842" w14:textId="77777777" w:rsidR="008B2EA6" w:rsidRPr="00CD3EA5" w:rsidRDefault="008B2EA6" w:rsidP="008B2EA6">
      <w:pPr>
        <w:numPr>
          <w:ilvl w:val="0"/>
          <w:numId w:val="59"/>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ro-RO"/>
        </w:rPr>
        <w:lastRenderedPageBreak/>
        <w:t>Delegatarul are puteri depline, autoritatea şi capacitatea necesare să semneze şi să ducă la îndeplinire prezentul Contract, precum şi fiecare dintre celelalte documente care urmează să fie furnizate de către Delegatar ulterior Datei Semnării</w:t>
      </w:r>
      <w:r w:rsidRPr="00CD3EA5">
        <w:rPr>
          <w:rFonts w:ascii="Times New Roman" w:hAnsi="Times New Roman"/>
          <w:sz w:val="24"/>
          <w:szCs w:val="24"/>
          <w:lang w:eastAsia="en-GB"/>
        </w:rPr>
        <w:t>;</w:t>
      </w:r>
    </w:p>
    <w:p w14:paraId="2632F896" w14:textId="77777777" w:rsidR="008B2EA6" w:rsidRPr="00CD3EA5" w:rsidRDefault="008B2EA6" w:rsidP="008B2EA6">
      <w:pPr>
        <w:numPr>
          <w:ilvl w:val="0"/>
          <w:numId w:val="59"/>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ro-RO"/>
        </w:rPr>
        <w:t xml:space="preserve">Încheierea prezentului Contract a fost legal aprobată prin hotărâri ale autorităţilor deliberative </w:t>
      </w:r>
      <w:r w:rsidRPr="00CD3EA5">
        <w:rPr>
          <w:rFonts w:ascii="Times New Roman" w:hAnsi="Times New Roman"/>
          <w:sz w:val="24"/>
          <w:szCs w:val="24"/>
          <w:lang w:eastAsia="en-GB"/>
        </w:rPr>
        <w:t>ale Delegatarului</w:t>
      </w:r>
      <w:r w:rsidRPr="00CD3EA5">
        <w:rPr>
          <w:rFonts w:ascii="Times New Roman" w:hAnsi="Times New Roman"/>
          <w:sz w:val="24"/>
          <w:szCs w:val="24"/>
          <w:lang w:eastAsia="ro-RO"/>
        </w:rPr>
        <w:t xml:space="preserve">, </w:t>
      </w:r>
      <w:r w:rsidRPr="00CD3EA5">
        <w:rPr>
          <w:rFonts w:ascii="Times New Roman" w:hAnsi="Times New Roman"/>
          <w:sz w:val="24"/>
          <w:szCs w:val="24"/>
          <w:lang w:eastAsia="en-GB"/>
        </w:rPr>
        <w:t>nicio altă aprobare sau formalitate administrativă suplimentară nefiind necesară</w:t>
      </w:r>
      <w:r w:rsidRPr="00CD3EA5">
        <w:rPr>
          <w:rFonts w:ascii="Times New Roman" w:hAnsi="Times New Roman"/>
          <w:sz w:val="24"/>
          <w:szCs w:val="24"/>
          <w:lang w:eastAsia="ro-RO"/>
        </w:rPr>
        <w:t>;</w:t>
      </w:r>
    </w:p>
    <w:p w14:paraId="0C7748AB" w14:textId="77777777" w:rsidR="008B2EA6" w:rsidRPr="00CD3EA5" w:rsidRDefault="008B2EA6" w:rsidP="008B2EA6">
      <w:pPr>
        <w:numPr>
          <w:ilvl w:val="0"/>
          <w:numId w:val="59"/>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en-GB"/>
        </w:rPr>
        <w:t xml:space="preserve">Delegatarul are dreptul de a delega Delegatului gestiunea Serviciului pe baze de exclusivitate pentru întreaga Arie a Delegării; </w:t>
      </w:r>
    </w:p>
    <w:p w14:paraId="572B881C" w14:textId="77777777" w:rsidR="008B2EA6" w:rsidRPr="00CD3EA5" w:rsidRDefault="008B2EA6" w:rsidP="008B2EA6">
      <w:pPr>
        <w:numPr>
          <w:ilvl w:val="0"/>
          <w:numId w:val="59"/>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en-GB"/>
        </w:rPr>
        <w:t>Încheierea de către Delegatar a prezentului Contract şi executarea obligaţiilor rezultate din prezentul Contract de către Delegatar nu contravin, nu vor duce la o încălcare sau neîndeplinire a obligaţiilor sale din partea Delegatarului conform:</w:t>
      </w:r>
    </w:p>
    <w:p w14:paraId="3C1178A8" w14:textId="77777777" w:rsidR="008B2EA6" w:rsidRPr="00CD3EA5" w:rsidRDefault="008B2EA6" w:rsidP="008B2EA6">
      <w:pPr>
        <w:numPr>
          <w:ilvl w:val="2"/>
          <w:numId w:val="59"/>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en-GB"/>
        </w:rPr>
      </w:pPr>
      <w:r w:rsidRPr="00CD3EA5">
        <w:rPr>
          <w:rFonts w:ascii="Times New Roman" w:hAnsi="Times New Roman"/>
          <w:sz w:val="24"/>
          <w:szCs w:val="24"/>
          <w:lang w:eastAsia="en-GB"/>
        </w:rPr>
        <w:t>vreunei Legi aplicabile Delegatarului;</w:t>
      </w:r>
    </w:p>
    <w:p w14:paraId="054EA0BF" w14:textId="77777777" w:rsidR="008B2EA6" w:rsidRPr="00CD3EA5" w:rsidRDefault="008B2EA6" w:rsidP="008B2EA6">
      <w:pPr>
        <w:numPr>
          <w:ilvl w:val="2"/>
          <w:numId w:val="59"/>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CD3EA5">
        <w:rPr>
          <w:rFonts w:ascii="Times New Roman" w:hAnsi="Times New Roman"/>
          <w:sz w:val="24"/>
          <w:szCs w:val="24"/>
          <w:lang w:eastAsia="en-GB"/>
        </w:rPr>
        <w:t>vreunui act administrativ sau decizii judecătoreşti aplicabile Delegatarului;</w:t>
      </w:r>
    </w:p>
    <w:p w14:paraId="34797F74" w14:textId="77777777" w:rsidR="008B2EA6" w:rsidRPr="00CD3EA5" w:rsidRDefault="008B2EA6" w:rsidP="008B2EA6">
      <w:pPr>
        <w:numPr>
          <w:ilvl w:val="2"/>
          <w:numId w:val="59"/>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CD3EA5">
        <w:rPr>
          <w:rFonts w:ascii="Times New Roman" w:hAnsi="Times New Roman"/>
          <w:sz w:val="24"/>
          <w:szCs w:val="24"/>
          <w:lang w:eastAsia="en-GB"/>
        </w:rPr>
        <w:t xml:space="preserve">vreunui contract sau alt document la care Delegatarul </w:t>
      </w:r>
      <w:r w:rsidRPr="00CD3EA5">
        <w:rPr>
          <w:rFonts w:ascii="Times New Roman" w:hAnsi="Times New Roman"/>
          <w:sz w:val="24"/>
          <w:szCs w:val="24"/>
          <w:lang w:eastAsia="ro-RO"/>
        </w:rPr>
        <w:t xml:space="preserve">este parte </w:t>
      </w:r>
      <w:r w:rsidRPr="00CD3EA5">
        <w:rPr>
          <w:rFonts w:ascii="Times New Roman" w:hAnsi="Times New Roman"/>
          <w:sz w:val="24"/>
          <w:szCs w:val="24"/>
          <w:lang w:eastAsia="en-GB"/>
        </w:rPr>
        <w:t>sau la care este obligat sau al cărui obiect sunt orice active, venituri sau garanţii ale Delegatarului.</w:t>
      </w:r>
    </w:p>
    <w:p w14:paraId="341B443B" w14:textId="77777777" w:rsidR="008B2EA6" w:rsidRPr="00CD3EA5" w:rsidRDefault="008B2EA6" w:rsidP="008B2EA6">
      <w:pPr>
        <w:numPr>
          <w:ilvl w:val="0"/>
          <w:numId w:val="59"/>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CD3EA5">
        <w:rPr>
          <w:rFonts w:ascii="Times New Roman" w:hAnsi="Times New Roman"/>
          <w:sz w:val="24"/>
          <w:szCs w:val="24"/>
          <w:lang w:eastAsia="en-GB"/>
        </w:rPr>
        <w:t>Obligaţiile asumate de către Delegatar prin Contract sunt obligaţii asumate în conformitate cu prevederile legale, valabile, având caracter obligatoriu în baza Legii.</w:t>
      </w:r>
    </w:p>
    <w:p w14:paraId="15156307"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r w:rsidRPr="00CD3EA5">
        <w:rPr>
          <w:rFonts w:ascii="Times New Roman" w:hAnsi="Times New Roman"/>
          <w:bCs/>
          <w:sz w:val="24"/>
          <w:szCs w:val="24"/>
        </w:rPr>
        <w:t xml:space="preserve">  </w:t>
      </w:r>
    </w:p>
    <w:p w14:paraId="7084C3FB" w14:textId="77777777" w:rsidR="008B2EA6" w:rsidRPr="00CD3EA5" w:rsidRDefault="008B2EA6" w:rsidP="008B2EA6">
      <w:pPr>
        <w:pStyle w:val="Heading2"/>
        <w:numPr>
          <w:ilvl w:val="0"/>
          <w:numId w:val="76"/>
        </w:numPr>
        <w:spacing w:before="0" w:line="240" w:lineRule="auto"/>
        <w:rPr>
          <w:rFonts w:ascii="Times New Roman" w:hAnsi="Times New Roman"/>
          <w:i/>
          <w:sz w:val="24"/>
          <w:szCs w:val="24"/>
          <w:lang w:val="ro-RO" w:eastAsia="ro-RO"/>
        </w:rPr>
      </w:pPr>
      <w:bookmarkStart w:id="639" w:name="_Toc11221654"/>
      <w:r w:rsidRPr="00CD3EA5">
        <w:rPr>
          <w:rFonts w:ascii="Times New Roman" w:hAnsi="Times New Roman"/>
          <w:sz w:val="24"/>
          <w:szCs w:val="24"/>
          <w:lang w:val="ro-RO" w:eastAsia="ro-RO"/>
        </w:rPr>
        <w:t>LEGEA APLICABILĂ ȘI SOLUŢIONAREA LITIGIILOR</w:t>
      </w:r>
      <w:bookmarkEnd w:id="639"/>
    </w:p>
    <w:p w14:paraId="305F561E" w14:textId="77777777" w:rsidR="008B2EA6" w:rsidRPr="00CD3EA5" w:rsidRDefault="008B2EA6" w:rsidP="008B2EA6">
      <w:pPr>
        <w:autoSpaceDE w:val="0"/>
        <w:autoSpaceDN w:val="0"/>
        <w:adjustRightInd w:val="0"/>
        <w:spacing w:after="0" w:line="240" w:lineRule="auto"/>
        <w:jc w:val="both"/>
        <w:rPr>
          <w:rFonts w:ascii="Times New Roman" w:hAnsi="Times New Roman"/>
          <w:sz w:val="24"/>
          <w:szCs w:val="24"/>
          <w:lang w:eastAsia="en-GB"/>
        </w:rPr>
      </w:pPr>
      <w:bookmarkStart w:id="640" w:name="_Toc332970603"/>
      <w:bookmarkStart w:id="641" w:name="_Toc333325653"/>
      <w:bookmarkStart w:id="642" w:name="_Toc333326724"/>
      <w:bookmarkStart w:id="643" w:name="_Toc334082479"/>
      <w:bookmarkStart w:id="644" w:name="_Toc337128425"/>
      <w:bookmarkStart w:id="645" w:name="_Toc337558491"/>
      <w:bookmarkStart w:id="646" w:name="_Toc337653271"/>
      <w:bookmarkStart w:id="647" w:name="_Toc337740345"/>
      <w:bookmarkStart w:id="648" w:name="_Toc350954036"/>
      <w:r w:rsidRPr="00CD3EA5">
        <w:rPr>
          <w:rFonts w:ascii="Times New Roman" w:hAnsi="Times New Roman"/>
          <w:b/>
          <w:sz w:val="24"/>
          <w:szCs w:val="24"/>
          <w:lang w:eastAsia="en-GB"/>
        </w:rPr>
        <w:t xml:space="preserve">(1) </w:t>
      </w:r>
      <w:bookmarkEnd w:id="640"/>
      <w:bookmarkEnd w:id="641"/>
      <w:bookmarkEnd w:id="642"/>
      <w:bookmarkEnd w:id="643"/>
      <w:bookmarkEnd w:id="644"/>
      <w:bookmarkEnd w:id="645"/>
      <w:bookmarkEnd w:id="646"/>
      <w:bookmarkEnd w:id="647"/>
      <w:r w:rsidRPr="00CD3EA5">
        <w:rPr>
          <w:rFonts w:ascii="Times New Roman" w:hAnsi="Times New Roman"/>
          <w:sz w:val="24"/>
          <w:szCs w:val="24"/>
          <w:lang w:eastAsia="en-GB"/>
        </w:rPr>
        <w:t>Părţile convin că acest Contract va fi interpretat şi executat conform legilor din România.</w:t>
      </w:r>
    </w:p>
    <w:p w14:paraId="54777FF5"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bookmarkStart w:id="649" w:name="_Toc332970604"/>
      <w:bookmarkStart w:id="650" w:name="_Toc333325654"/>
      <w:bookmarkStart w:id="651" w:name="_Toc333326725"/>
      <w:bookmarkStart w:id="652" w:name="_Toc334082480"/>
      <w:bookmarkStart w:id="653" w:name="_Toc337128426"/>
      <w:bookmarkStart w:id="654" w:name="_Toc337558492"/>
      <w:bookmarkStart w:id="655" w:name="_Toc337653272"/>
      <w:bookmarkStart w:id="656" w:name="_Toc337740346"/>
      <w:r w:rsidRPr="00CD3EA5">
        <w:rPr>
          <w:rFonts w:ascii="Times New Roman" w:hAnsi="Times New Roman"/>
          <w:b/>
          <w:sz w:val="24"/>
          <w:szCs w:val="24"/>
          <w:lang w:eastAsia="en-GB"/>
        </w:rPr>
        <w:t>(2)</w:t>
      </w:r>
      <w:r w:rsidRPr="00CD3EA5">
        <w:rPr>
          <w:rFonts w:ascii="Times New Roman" w:hAnsi="Times New Roman"/>
          <w:bCs/>
          <w:sz w:val="24"/>
          <w:szCs w:val="24"/>
          <w:lang w:eastAsia="en-GB"/>
        </w:rPr>
        <w:t xml:space="preserve"> </w:t>
      </w:r>
      <w:bookmarkStart w:id="657" w:name="_Toc332970605"/>
      <w:bookmarkStart w:id="658" w:name="_Toc333325655"/>
      <w:bookmarkStart w:id="659" w:name="_Toc333326726"/>
      <w:bookmarkStart w:id="660" w:name="_Toc334082481"/>
      <w:bookmarkStart w:id="661" w:name="_Toc337128427"/>
      <w:bookmarkStart w:id="662" w:name="_Toc337558493"/>
      <w:bookmarkStart w:id="663" w:name="_Toc337653273"/>
      <w:bookmarkStart w:id="664" w:name="_Toc337740347"/>
      <w:bookmarkEnd w:id="649"/>
      <w:bookmarkEnd w:id="650"/>
      <w:bookmarkEnd w:id="651"/>
      <w:bookmarkEnd w:id="652"/>
      <w:bookmarkEnd w:id="653"/>
      <w:bookmarkEnd w:id="654"/>
      <w:bookmarkEnd w:id="655"/>
      <w:bookmarkEnd w:id="656"/>
      <w:r w:rsidRPr="00CD3EA5">
        <w:rPr>
          <w:rFonts w:ascii="Times New Roman" w:hAnsi="Times New Roman"/>
          <w:bCs/>
          <w:sz w:val="24"/>
          <w:szCs w:val="24"/>
          <w:lang w:eastAsia="en-GB"/>
        </w:rPr>
        <w:t xml:space="preserve">În cazul unei dispute sau neînţelegeri privind interpretarea sau executarea Contractului, Părţile vor depune toate eforturile necesare pentru a soluţiona pe cale amiabilă orice dispută în termen de 30 (treizeci) de Zile (sau o perioadă mai lungă dacă Părţile convin astfel) din momentul în care una dintre Părţi a comunicat în scris celeilalte Părţii existenţa unei dispute şi obiectul acesteia. Dacă disputa nu poate fi soluţionată pe cale amiabilă, atunci oricare dintre Părţi poate notifica în scris despre imposibilitatea ajungerii la o soluţie şi în urma acestei notificări fie Parte care a trimis notificarea, fie Partea notificată poate  </w:t>
      </w:r>
      <w:bookmarkStart w:id="665" w:name="_Toc332970606"/>
      <w:bookmarkStart w:id="666" w:name="_Toc333325656"/>
      <w:bookmarkStart w:id="667" w:name="_Toc333326727"/>
      <w:bookmarkStart w:id="668" w:name="_Toc334082482"/>
      <w:bookmarkStart w:id="669" w:name="_Toc337128428"/>
      <w:bookmarkStart w:id="670" w:name="_Toc337558494"/>
      <w:bookmarkStart w:id="671" w:name="_Toc337653274"/>
      <w:bookmarkStart w:id="672" w:name="_Toc337740348"/>
      <w:bookmarkEnd w:id="657"/>
      <w:bookmarkEnd w:id="658"/>
      <w:bookmarkEnd w:id="659"/>
      <w:bookmarkEnd w:id="660"/>
      <w:bookmarkEnd w:id="661"/>
      <w:bookmarkEnd w:id="662"/>
      <w:bookmarkEnd w:id="663"/>
      <w:bookmarkEnd w:id="664"/>
      <w:r w:rsidRPr="00CD3EA5">
        <w:rPr>
          <w:rFonts w:ascii="Times New Roman" w:hAnsi="Times New Roman"/>
          <w:bCs/>
          <w:sz w:val="24"/>
          <w:szCs w:val="24"/>
          <w:lang w:eastAsia="en-GB"/>
        </w:rPr>
        <w:t xml:space="preserve">supune spre soluţionare disputa în faţa instanţelor judecătoreşti competente din România. </w:t>
      </w:r>
      <w:bookmarkEnd w:id="665"/>
      <w:bookmarkEnd w:id="666"/>
      <w:bookmarkEnd w:id="667"/>
      <w:bookmarkEnd w:id="668"/>
      <w:bookmarkEnd w:id="669"/>
      <w:bookmarkEnd w:id="670"/>
      <w:bookmarkEnd w:id="671"/>
      <w:bookmarkEnd w:id="672"/>
      <w:r w:rsidRPr="00CD3EA5">
        <w:rPr>
          <w:rFonts w:ascii="Times New Roman" w:hAnsi="Times New Roman"/>
          <w:bCs/>
          <w:sz w:val="24"/>
          <w:szCs w:val="24"/>
        </w:rPr>
        <w:t xml:space="preserve">  </w:t>
      </w:r>
    </w:p>
    <w:p w14:paraId="0774C9A7" w14:textId="77777777" w:rsidR="008B2EA6" w:rsidRPr="00CD3EA5" w:rsidRDefault="008B2EA6" w:rsidP="008B2EA6">
      <w:pPr>
        <w:spacing w:after="0" w:line="240" w:lineRule="auto"/>
        <w:rPr>
          <w:rFonts w:ascii="Times New Roman" w:hAnsi="Times New Roman"/>
          <w:bCs/>
          <w:iCs/>
          <w:sz w:val="24"/>
          <w:szCs w:val="24"/>
          <w:lang w:eastAsia="en-GB"/>
        </w:rPr>
      </w:pPr>
      <w:bookmarkStart w:id="673" w:name="_Toc332970844"/>
      <w:bookmarkStart w:id="674" w:name="_Toc333325890"/>
      <w:bookmarkStart w:id="675" w:name="_Toc333326961"/>
      <w:bookmarkStart w:id="676" w:name="_Toc334082720"/>
      <w:bookmarkStart w:id="677" w:name="_Toc337128657"/>
      <w:bookmarkStart w:id="678" w:name="_Toc337558721"/>
      <w:bookmarkStart w:id="679" w:name="_Toc337653501"/>
      <w:bookmarkStart w:id="680" w:name="_Toc337740579"/>
      <w:bookmarkStart w:id="681" w:name="_Toc378327601"/>
      <w:bookmarkStart w:id="682" w:name="_Toc379978697"/>
      <w:bookmarkStart w:id="683" w:name="_Toc380141142"/>
      <w:bookmarkStart w:id="684" w:name="_Toc381791219"/>
      <w:bookmarkStart w:id="685" w:name="_Toc381957747"/>
      <w:bookmarkStart w:id="686" w:name="_Toc11221655"/>
      <w:bookmarkEnd w:id="648"/>
      <w:r w:rsidRPr="00CD3EA5">
        <w:rPr>
          <w:rFonts w:ascii="Times New Roman" w:hAnsi="Times New Roman"/>
          <w:bCs/>
          <w:iCs/>
          <w:sz w:val="24"/>
          <w:szCs w:val="24"/>
          <w:lang w:eastAsia="en-GB"/>
        </w:rPr>
        <w:t>Prezentul Contract este încheiat în limba română, în  4 (patru) exemplare originale, câte 2 (două) pentru fiecare Parte.</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2668B182" w14:textId="77777777" w:rsidR="008B2EA6" w:rsidRPr="00CD3EA5" w:rsidRDefault="008B2EA6" w:rsidP="008B2EA6">
      <w:pPr>
        <w:spacing w:after="0" w:line="240" w:lineRule="auto"/>
        <w:rPr>
          <w:rFonts w:ascii="Times New Roman" w:hAnsi="Times New Roman"/>
          <w:bCs/>
          <w:iCs/>
          <w:sz w:val="24"/>
          <w:szCs w:val="24"/>
          <w:lang w:eastAsia="en-GB"/>
        </w:rPr>
      </w:pPr>
    </w:p>
    <w:p w14:paraId="196E97A7" w14:textId="77777777" w:rsidR="008B2EA6" w:rsidRPr="00CD3EA5" w:rsidRDefault="008B2EA6" w:rsidP="008B2EA6">
      <w:pPr>
        <w:spacing w:after="0" w:line="240" w:lineRule="auto"/>
        <w:rPr>
          <w:rFonts w:ascii="Times New Roman" w:hAnsi="Times New Roman"/>
          <w:b/>
          <w:iCs/>
          <w:sz w:val="24"/>
          <w:szCs w:val="24"/>
          <w:lang w:eastAsia="en-GB"/>
        </w:rPr>
      </w:pPr>
    </w:p>
    <w:p w14:paraId="42BCA9D3" w14:textId="77777777" w:rsidR="008B2EA6" w:rsidRPr="00CD3EA5" w:rsidRDefault="008B2EA6" w:rsidP="008B2EA6">
      <w:pPr>
        <w:spacing w:after="0" w:line="240" w:lineRule="auto"/>
        <w:rPr>
          <w:rFonts w:ascii="Times New Roman" w:hAnsi="Times New Roman"/>
          <w:b/>
          <w:iCs/>
          <w:sz w:val="24"/>
          <w:szCs w:val="24"/>
          <w:lang w:eastAsia="en-GB"/>
        </w:rPr>
      </w:pPr>
      <w:r w:rsidRPr="00CD3EA5">
        <w:rPr>
          <w:rFonts w:ascii="Times New Roman" w:hAnsi="Times New Roman"/>
          <w:b/>
          <w:iCs/>
          <w:sz w:val="24"/>
          <w:szCs w:val="24"/>
          <w:lang w:eastAsia="en-GB"/>
        </w:rPr>
        <w:t>SEMNĂTURI</w:t>
      </w:r>
    </w:p>
    <w:p w14:paraId="5ACBDA6B" w14:textId="77777777" w:rsidR="008B2EA6" w:rsidRPr="00CD3EA5" w:rsidRDefault="008B2EA6" w:rsidP="008B2EA6">
      <w:pPr>
        <w:spacing w:after="0" w:line="240" w:lineRule="auto"/>
        <w:rPr>
          <w:rFonts w:ascii="Times New Roman" w:hAnsi="Times New Roman"/>
          <w:b/>
          <w:iCs/>
          <w:sz w:val="24"/>
          <w:szCs w:val="24"/>
          <w:lang w:eastAsia="en-GB"/>
        </w:rPr>
      </w:pPr>
    </w:p>
    <w:p w14:paraId="598721BF" w14:textId="77777777" w:rsidR="008B2EA6" w:rsidRPr="00CD3EA5" w:rsidRDefault="008B2EA6" w:rsidP="008B2EA6">
      <w:pPr>
        <w:spacing w:after="0" w:line="240" w:lineRule="auto"/>
        <w:rPr>
          <w:rFonts w:ascii="Times New Roman" w:hAnsi="Times New Roman"/>
          <w:b/>
          <w:iCs/>
          <w:sz w:val="24"/>
          <w:szCs w:val="24"/>
          <w:lang w:eastAsia="en-GB"/>
        </w:rPr>
      </w:pPr>
    </w:p>
    <w:tbl>
      <w:tblPr>
        <w:tblW w:w="0" w:type="auto"/>
        <w:tblLook w:val="04A0" w:firstRow="1" w:lastRow="0" w:firstColumn="1" w:lastColumn="0" w:noHBand="0" w:noVBand="1"/>
      </w:tblPr>
      <w:tblGrid>
        <w:gridCol w:w="4579"/>
        <w:gridCol w:w="4493"/>
      </w:tblGrid>
      <w:tr w:rsidR="008B2EA6" w:rsidRPr="00CD3EA5" w14:paraId="1403D37E" w14:textId="77777777" w:rsidTr="00E152C8">
        <w:tc>
          <w:tcPr>
            <w:tcW w:w="4579" w:type="dxa"/>
          </w:tcPr>
          <w:p w14:paraId="3026854A" w14:textId="77777777" w:rsidR="008B2EA6" w:rsidRPr="00CD3EA5" w:rsidRDefault="008B2EA6" w:rsidP="00E152C8">
            <w:pPr>
              <w:pStyle w:val="DefaultText0"/>
              <w:ind w:left="360"/>
              <w:rPr>
                <w:rFonts w:eastAsia="Calibri"/>
                <w:b/>
                <w:noProof w:val="0"/>
                <w:szCs w:val="24"/>
                <w:lang w:val="ro-RO"/>
              </w:rPr>
            </w:pPr>
            <w:r w:rsidRPr="00CD3EA5">
              <w:rPr>
                <w:rFonts w:eastAsia="Calibri"/>
                <w:b/>
                <w:noProof w:val="0"/>
                <w:szCs w:val="24"/>
                <w:lang w:val="ro-RO"/>
              </w:rPr>
              <w:t xml:space="preserve">          DELEGATAR</w:t>
            </w:r>
          </w:p>
          <w:p w14:paraId="50D426BF" w14:textId="77777777" w:rsidR="008B2EA6" w:rsidRPr="00CD3EA5" w:rsidRDefault="008B2EA6" w:rsidP="00E152C8">
            <w:pPr>
              <w:pStyle w:val="DefaultText0"/>
              <w:ind w:left="360"/>
              <w:jc w:val="center"/>
              <w:rPr>
                <w:rFonts w:eastAsia="Calibri"/>
                <w:b/>
                <w:noProof w:val="0"/>
                <w:szCs w:val="24"/>
                <w:lang w:val="ro-RO"/>
              </w:rPr>
            </w:pPr>
          </w:p>
        </w:tc>
        <w:tc>
          <w:tcPr>
            <w:tcW w:w="4493" w:type="dxa"/>
          </w:tcPr>
          <w:p w14:paraId="75DF566F" w14:textId="77777777" w:rsidR="008B2EA6" w:rsidRPr="00CD3EA5" w:rsidRDefault="008B2EA6" w:rsidP="00E152C8">
            <w:pPr>
              <w:pStyle w:val="DefaultText0"/>
              <w:ind w:left="360"/>
              <w:jc w:val="center"/>
              <w:rPr>
                <w:rFonts w:eastAsia="Calibri"/>
                <w:noProof w:val="0"/>
                <w:szCs w:val="24"/>
                <w:lang w:val="ro-RO"/>
              </w:rPr>
            </w:pPr>
            <w:r w:rsidRPr="00CD3EA5">
              <w:rPr>
                <w:rFonts w:eastAsia="Calibri"/>
                <w:b/>
                <w:noProof w:val="0"/>
                <w:szCs w:val="24"/>
                <w:lang w:val="ro-RO"/>
              </w:rPr>
              <w:t xml:space="preserve">         DELEGAT</w:t>
            </w:r>
          </w:p>
        </w:tc>
      </w:tr>
    </w:tbl>
    <w:p w14:paraId="71D5434A" w14:textId="77777777" w:rsidR="008B2EA6" w:rsidRPr="00CD3EA5" w:rsidRDefault="008B2EA6" w:rsidP="008B2EA6">
      <w:pPr>
        <w:pStyle w:val="Bodytext31"/>
        <w:shd w:val="clear" w:color="auto" w:fill="auto"/>
        <w:tabs>
          <w:tab w:val="left" w:pos="6807"/>
        </w:tabs>
        <w:spacing w:after="0" w:line="240" w:lineRule="auto"/>
        <w:ind w:left="-90" w:firstLine="0"/>
        <w:jc w:val="both"/>
        <w:rPr>
          <w:rStyle w:val="Bodytext30"/>
          <w:rFonts w:ascii="Times New Roman" w:hAnsi="Times New Roman" w:cs="Times New Roman"/>
          <w:bCs/>
          <w:sz w:val="24"/>
          <w:szCs w:val="24"/>
          <w:lang w:val="ro-RO" w:eastAsia="ro-RO"/>
        </w:rPr>
      </w:pPr>
      <w:r w:rsidRPr="00CD3EA5">
        <w:rPr>
          <w:rStyle w:val="Bodytext30"/>
          <w:rFonts w:ascii="Times New Roman" w:hAnsi="Times New Roman" w:cs="Times New Roman"/>
          <w:sz w:val="24"/>
          <w:szCs w:val="24"/>
          <w:lang w:eastAsia="ro-RO"/>
        </w:rPr>
        <w:t>ADI SIGD ARAD, (</w:t>
      </w:r>
      <w:r w:rsidRPr="00CD3EA5">
        <w:rPr>
          <w:rStyle w:val="Bodytext30"/>
          <w:rFonts w:ascii="Times New Roman" w:hAnsi="Times New Roman" w:cs="Times New Roman"/>
          <w:sz w:val="24"/>
          <w:szCs w:val="24"/>
          <w:lang w:val="ro-RO" w:eastAsia="ro-RO"/>
        </w:rPr>
        <w:t>î</w:t>
      </w:r>
      <w:r w:rsidRPr="00CD3EA5">
        <w:rPr>
          <w:rStyle w:val="Bodytext30"/>
          <w:rFonts w:ascii="Times New Roman" w:hAnsi="Times New Roman" w:cs="Times New Roman"/>
          <w:sz w:val="24"/>
          <w:szCs w:val="24"/>
          <w:lang w:eastAsia="ro-RO"/>
        </w:rPr>
        <w:t xml:space="preserve">n numele </w:t>
      </w:r>
      <w:r w:rsidRPr="00CD3EA5">
        <w:rPr>
          <w:rStyle w:val="Bodytext30"/>
          <w:rFonts w:ascii="Times New Roman" w:hAnsi="Times New Roman" w:cs="Times New Roman"/>
          <w:sz w:val="24"/>
          <w:szCs w:val="24"/>
          <w:lang w:val="ro-RO" w:eastAsia="ro-RO"/>
        </w:rPr>
        <w:t>ş</w:t>
      </w:r>
      <w:r w:rsidRPr="00CD3EA5">
        <w:rPr>
          <w:rStyle w:val="Bodytext30"/>
          <w:rFonts w:ascii="Times New Roman" w:hAnsi="Times New Roman" w:cs="Times New Roman"/>
          <w:sz w:val="24"/>
          <w:szCs w:val="24"/>
          <w:lang w:eastAsia="ro-RO"/>
        </w:rPr>
        <w:t>i pe seama</w:t>
      </w:r>
      <w:r w:rsidRPr="00CD3EA5">
        <w:rPr>
          <w:rStyle w:val="Bodytext30"/>
          <w:rFonts w:ascii="Times New Roman" w:hAnsi="Times New Roman" w:cs="Times New Roman"/>
          <w:sz w:val="24"/>
          <w:szCs w:val="24"/>
          <w:lang w:val="ro-RO" w:eastAsia="ro-RO"/>
        </w:rPr>
        <w:t xml:space="preserve">                    </w:t>
      </w:r>
    </w:p>
    <w:p w14:paraId="1D8368C5" w14:textId="77777777" w:rsidR="008B2EA6" w:rsidRPr="00CD3EA5" w:rsidRDefault="008B2EA6" w:rsidP="008B2EA6">
      <w:pPr>
        <w:pStyle w:val="Bodytext31"/>
        <w:shd w:val="clear" w:color="auto" w:fill="auto"/>
        <w:tabs>
          <w:tab w:val="left" w:pos="6807"/>
        </w:tabs>
        <w:spacing w:after="0" w:line="240" w:lineRule="auto"/>
        <w:ind w:left="-90" w:firstLine="0"/>
        <w:jc w:val="both"/>
        <w:rPr>
          <w:rStyle w:val="Bodytext30"/>
          <w:rFonts w:ascii="Times New Roman" w:hAnsi="Times New Roman" w:cs="Times New Roman"/>
          <w:b/>
          <w:sz w:val="24"/>
          <w:szCs w:val="24"/>
          <w:lang w:eastAsia="ro-RO"/>
        </w:rPr>
      </w:pPr>
      <w:r w:rsidRPr="00CD3EA5">
        <w:rPr>
          <w:rStyle w:val="Bodytext30"/>
          <w:rFonts w:ascii="Times New Roman" w:hAnsi="Times New Roman" w:cs="Times New Roman"/>
          <w:sz w:val="24"/>
          <w:szCs w:val="24"/>
          <w:lang w:val="ro-RO" w:eastAsia="ro-RO"/>
        </w:rPr>
        <w:t xml:space="preserve"> </w:t>
      </w:r>
      <w:r w:rsidRPr="00CD3EA5">
        <w:rPr>
          <w:rStyle w:val="Bodytext30"/>
          <w:rFonts w:ascii="Times New Roman" w:hAnsi="Times New Roman" w:cs="Times New Roman"/>
          <w:sz w:val="24"/>
          <w:szCs w:val="24"/>
          <w:lang w:eastAsia="ro-RO"/>
        </w:rPr>
        <w:t>autorit</w:t>
      </w:r>
      <w:r w:rsidRPr="00CD3EA5">
        <w:rPr>
          <w:rStyle w:val="Bodytext30"/>
          <w:rFonts w:ascii="Times New Roman" w:hAnsi="Times New Roman" w:cs="Times New Roman"/>
          <w:sz w:val="24"/>
          <w:szCs w:val="24"/>
          <w:lang w:val="ro-RO" w:eastAsia="ro-RO"/>
        </w:rPr>
        <w:t>ăţ</w:t>
      </w:r>
      <w:r w:rsidRPr="00CD3EA5">
        <w:rPr>
          <w:rStyle w:val="Bodytext30"/>
          <w:rFonts w:ascii="Times New Roman" w:hAnsi="Times New Roman" w:cs="Times New Roman"/>
          <w:sz w:val="24"/>
          <w:szCs w:val="24"/>
          <w:lang w:eastAsia="ro-RO"/>
        </w:rPr>
        <w:t xml:space="preserve">ilor publice locale membre în zona 5)        </w:t>
      </w:r>
    </w:p>
    <w:p w14:paraId="5556FCD8" w14:textId="77777777" w:rsidR="008B2EA6" w:rsidRPr="00CD3EA5" w:rsidRDefault="008B2EA6" w:rsidP="008B2EA6">
      <w:pPr>
        <w:pStyle w:val="Bodytext31"/>
        <w:shd w:val="clear" w:color="auto" w:fill="auto"/>
        <w:spacing w:after="0" w:line="240" w:lineRule="auto"/>
        <w:ind w:left="-90" w:right="3920" w:firstLine="0"/>
        <w:rPr>
          <w:rFonts w:ascii="Times New Roman" w:hAnsi="Times New Roman" w:cs="Times New Roman"/>
          <w:sz w:val="24"/>
          <w:szCs w:val="24"/>
        </w:rPr>
      </w:pPr>
    </w:p>
    <w:p w14:paraId="052EDBEA" w14:textId="77777777" w:rsidR="008B2EA6" w:rsidRPr="00CD3EA5" w:rsidRDefault="008B2EA6" w:rsidP="008B2EA6">
      <w:pPr>
        <w:pStyle w:val="Bodytext31"/>
        <w:shd w:val="clear" w:color="auto" w:fill="auto"/>
        <w:spacing w:after="0" w:line="240" w:lineRule="auto"/>
        <w:ind w:left="-90" w:right="3920" w:firstLine="0"/>
        <w:rPr>
          <w:rFonts w:ascii="Times New Roman" w:hAnsi="Times New Roman" w:cs="Times New Roman"/>
          <w:sz w:val="24"/>
          <w:szCs w:val="24"/>
        </w:rPr>
      </w:pPr>
    </w:p>
    <w:p w14:paraId="71B753A1" w14:textId="77777777" w:rsidR="008B2EA6" w:rsidRPr="00CD3EA5" w:rsidRDefault="008B2EA6" w:rsidP="008B2EA6">
      <w:pPr>
        <w:pStyle w:val="Bodytext31"/>
        <w:shd w:val="clear" w:color="auto" w:fill="auto"/>
        <w:spacing w:after="0" w:line="240" w:lineRule="auto"/>
        <w:ind w:left="-90" w:right="3920" w:firstLine="0"/>
        <w:rPr>
          <w:rFonts w:ascii="Times New Roman" w:hAnsi="Times New Roman" w:cs="Times New Roman"/>
          <w:sz w:val="24"/>
          <w:szCs w:val="24"/>
        </w:rPr>
      </w:pPr>
    </w:p>
    <w:p w14:paraId="21104D76" w14:textId="77777777" w:rsidR="008B2EA6" w:rsidRPr="00CD3EA5" w:rsidRDefault="008B2EA6" w:rsidP="008B2EA6">
      <w:pPr>
        <w:pStyle w:val="Bodytext31"/>
        <w:shd w:val="clear" w:color="auto" w:fill="auto"/>
        <w:tabs>
          <w:tab w:val="left" w:pos="6807"/>
        </w:tabs>
        <w:spacing w:after="0" w:line="240" w:lineRule="auto"/>
        <w:ind w:left="-90" w:firstLine="0"/>
        <w:jc w:val="both"/>
        <w:rPr>
          <w:rStyle w:val="Bodytext30"/>
          <w:rFonts w:ascii="Times New Roman" w:hAnsi="Times New Roman" w:cs="Times New Roman"/>
          <w:b/>
          <w:sz w:val="24"/>
          <w:szCs w:val="24"/>
          <w:lang w:eastAsia="ro-RO"/>
        </w:rPr>
      </w:pPr>
      <w:r w:rsidRPr="00CD3EA5">
        <w:rPr>
          <w:rStyle w:val="Bodytext30"/>
          <w:rFonts w:ascii="Times New Roman" w:hAnsi="Times New Roman" w:cs="Times New Roman"/>
          <w:sz w:val="24"/>
          <w:szCs w:val="24"/>
          <w:lang w:eastAsia="ro-RO"/>
        </w:rPr>
        <w:t xml:space="preserve">                           Pre</w:t>
      </w:r>
      <w:r w:rsidRPr="00CD3EA5">
        <w:rPr>
          <w:rStyle w:val="Bodytext30"/>
          <w:rFonts w:ascii="Times New Roman" w:hAnsi="Times New Roman" w:cs="Times New Roman"/>
          <w:sz w:val="24"/>
          <w:szCs w:val="24"/>
          <w:lang w:val="ro-RO" w:eastAsia="ro-RO"/>
        </w:rPr>
        <w:t>ş</w:t>
      </w:r>
      <w:r w:rsidRPr="00CD3EA5">
        <w:rPr>
          <w:rStyle w:val="Bodytext30"/>
          <w:rFonts w:ascii="Times New Roman" w:hAnsi="Times New Roman" w:cs="Times New Roman"/>
          <w:sz w:val="24"/>
          <w:szCs w:val="24"/>
          <w:lang w:eastAsia="ro-RO"/>
        </w:rPr>
        <w:t xml:space="preserve">edinte,                                                             </w:t>
      </w:r>
    </w:p>
    <w:p w14:paraId="09787905" w14:textId="77777777" w:rsidR="008B2EA6" w:rsidRPr="00CD3EA5" w:rsidRDefault="008B2EA6" w:rsidP="008B2EA6">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sz w:val="24"/>
          <w:szCs w:val="24"/>
          <w:lang w:val="ro-RO" w:eastAsia="ro-RO"/>
        </w:rPr>
      </w:pPr>
      <w:r w:rsidRPr="00CD3EA5">
        <w:rPr>
          <w:rFonts w:ascii="Times New Roman" w:eastAsia="Arial Unicode MS" w:hAnsi="Times New Roman" w:cs="Times New Roman"/>
          <w:sz w:val="24"/>
          <w:szCs w:val="24"/>
          <w:lang w:val="ro-RO" w:eastAsia="ro-RO"/>
        </w:rPr>
        <w:t xml:space="preserve">                   </w:t>
      </w:r>
    </w:p>
    <w:p w14:paraId="6DC75D6D"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145809AC" w14:textId="77777777" w:rsidR="008B2EA6" w:rsidRPr="00CD3EA5" w:rsidRDefault="008B2EA6" w:rsidP="008B2EA6">
      <w:pPr>
        <w:spacing w:after="0" w:line="240" w:lineRule="auto"/>
        <w:rPr>
          <w:rFonts w:ascii="Times New Roman" w:hAnsi="Times New Roman"/>
          <w:sz w:val="24"/>
          <w:szCs w:val="24"/>
        </w:rPr>
      </w:pPr>
    </w:p>
    <w:p w14:paraId="1077D4B1" w14:textId="77777777" w:rsidR="008B2EA6" w:rsidRPr="00CD3EA5" w:rsidRDefault="008B2EA6" w:rsidP="008B2EA6">
      <w:pPr>
        <w:pStyle w:val="Style2"/>
        <w:spacing w:after="0" w:line="240" w:lineRule="auto"/>
        <w:rPr>
          <w:rFonts w:ascii="Times New Roman" w:hAnsi="Times New Roman" w:cs="Times New Roman"/>
          <w:sz w:val="24"/>
          <w:szCs w:val="24"/>
        </w:rPr>
      </w:pPr>
      <w:bookmarkStart w:id="687" w:name="_Ref68462174"/>
      <w:r w:rsidRPr="00CD3EA5">
        <w:rPr>
          <w:rFonts w:ascii="Times New Roman" w:hAnsi="Times New Roman" w:cs="Times New Roman"/>
          <w:sz w:val="24"/>
          <w:szCs w:val="24"/>
        </w:rPr>
        <w:t>REGULAMENTUL SERVICIULUI DE SALUBRIZARE</w:t>
      </w:r>
      <w:bookmarkEnd w:id="687"/>
    </w:p>
    <w:p w14:paraId="60274F88"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5F230E50"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CAIETUL DE SARCINI INCLUSIV CLARIFICĂRILE ŞI/SAU MĂSURILE DE REMEDIERE ADUSE LA DOCUMENTAȚIA DE ATRIBUIRE PÂNĂ LA DEPUNEREA OFERTELOR</w:t>
      </w:r>
    </w:p>
    <w:p w14:paraId="5EE90135"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2BE0288B"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5180319D"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3DFC3B10"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072A54A"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93BBE82"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240844AA"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6C3EF384"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4610ECEA"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25D9E75"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2C94B2FD"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5FA36E7F"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BD2EF22"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062C9B89"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78578260"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50319223"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8C02CE6"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F87216A"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E199948"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571A145B" w14:textId="77777777" w:rsidR="008B2EA6" w:rsidRPr="00CD3EA5" w:rsidRDefault="008B2EA6" w:rsidP="008B2EA6">
      <w:pPr>
        <w:pStyle w:val="Style2"/>
        <w:numPr>
          <w:ilvl w:val="0"/>
          <w:numId w:val="0"/>
        </w:numPr>
        <w:ind w:left="1440" w:hanging="360"/>
        <w:outlineLvl w:val="9"/>
        <w:rPr>
          <w:rFonts w:ascii="Times New Roman" w:hAnsi="Times New Roman" w:cs="Times New Roman"/>
          <w:sz w:val="24"/>
          <w:szCs w:val="24"/>
        </w:rPr>
      </w:pPr>
    </w:p>
    <w:p w14:paraId="1E8BBF8D"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t>: OFERTA DELEGATULUI, INCLUSIV SOLICITĂRILE DE CLARIFICARE ȘI RĂSPUNSURILE LA ACESTEA, TRANSMISE ÎN PERIOADA DE EVALUARE A OFERTELOR</w:t>
      </w:r>
    </w:p>
    <w:p w14:paraId="72404B8D" w14:textId="77777777" w:rsidR="008B2EA6" w:rsidRPr="00CD3EA5" w:rsidRDefault="008B2EA6" w:rsidP="008B2EA6">
      <w:pPr>
        <w:spacing w:after="0" w:line="240" w:lineRule="auto"/>
        <w:rPr>
          <w:rFonts w:ascii="Times New Roman" w:hAnsi="Times New Roman"/>
          <w:sz w:val="24"/>
          <w:szCs w:val="24"/>
        </w:rPr>
      </w:pPr>
    </w:p>
    <w:p w14:paraId="279F5D6E" w14:textId="77777777" w:rsidR="008B2EA6" w:rsidRPr="00CD3EA5" w:rsidRDefault="008B2EA6" w:rsidP="008B2EA6">
      <w:pPr>
        <w:spacing w:after="0" w:line="240" w:lineRule="auto"/>
        <w:rPr>
          <w:rFonts w:ascii="Times New Roman" w:hAnsi="Times New Roman"/>
          <w:sz w:val="24"/>
          <w:szCs w:val="24"/>
        </w:rPr>
      </w:pPr>
    </w:p>
    <w:p w14:paraId="27D00C85"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Se va completa la semnarea contractului</w:t>
      </w:r>
    </w:p>
    <w:p w14:paraId="737D0FB2"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1FD02783"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Inventarul Bunurilor de Retur, concesionate de Delegatar către Delegat, precum și procesul-verbal de predare-primire a acestora</w:t>
      </w:r>
    </w:p>
    <w:p w14:paraId="0F888C35" w14:textId="77777777" w:rsidR="008B2EA6" w:rsidRPr="00CD3EA5" w:rsidRDefault="008B2EA6" w:rsidP="008B2EA6">
      <w:pPr>
        <w:spacing w:after="160" w:line="259" w:lineRule="auto"/>
        <w:rPr>
          <w:rFonts w:ascii="Times New Roman" w:hAnsi="Times New Roman"/>
          <w:sz w:val="24"/>
          <w:szCs w:val="24"/>
        </w:rPr>
      </w:pPr>
    </w:p>
    <w:tbl>
      <w:tblPr>
        <w:tblW w:w="10628"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009"/>
        <w:gridCol w:w="1077"/>
        <w:gridCol w:w="885"/>
        <w:gridCol w:w="1214"/>
        <w:gridCol w:w="1214"/>
        <w:gridCol w:w="927"/>
        <w:gridCol w:w="1234"/>
        <w:gridCol w:w="1204"/>
        <w:gridCol w:w="964"/>
      </w:tblGrid>
      <w:tr w:rsidR="008B2EA6" w:rsidRPr="002651B7" w14:paraId="6BE5C119" w14:textId="77777777" w:rsidTr="00E152C8">
        <w:trPr>
          <w:trHeight w:val="1071"/>
        </w:trPr>
        <w:tc>
          <w:tcPr>
            <w:tcW w:w="900" w:type="dxa"/>
          </w:tcPr>
          <w:p w14:paraId="047788E7" w14:textId="77777777" w:rsidR="008B2EA6" w:rsidRPr="002651B7" w:rsidRDefault="008B2EA6" w:rsidP="00E152C8">
            <w:pPr>
              <w:spacing w:after="0" w:line="240" w:lineRule="auto"/>
              <w:jc w:val="center"/>
              <w:rPr>
                <w:rFonts w:ascii="Times New Roman" w:hAnsi="Times New Roman"/>
                <w:b/>
                <w:sz w:val="20"/>
                <w:szCs w:val="20"/>
              </w:rPr>
            </w:pPr>
          </w:p>
          <w:p w14:paraId="78CBA981" w14:textId="77777777" w:rsidR="008B2EA6" w:rsidRPr="002651B7" w:rsidRDefault="008B2EA6" w:rsidP="00E152C8">
            <w:pPr>
              <w:spacing w:after="0" w:line="240" w:lineRule="auto"/>
              <w:rPr>
                <w:rFonts w:ascii="Times New Roman" w:hAnsi="Times New Roman"/>
                <w:b/>
                <w:sz w:val="20"/>
                <w:szCs w:val="20"/>
              </w:rPr>
            </w:pPr>
          </w:p>
          <w:p w14:paraId="3832C4C8" w14:textId="77777777" w:rsidR="008B2EA6" w:rsidRPr="002651B7" w:rsidRDefault="008B2EA6" w:rsidP="00E152C8">
            <w:pPr>
              <w:spacing w:after="0" w:line="240" w:lineRule="auto"/>
              <w:jc w:val="center"/>
              <w:rPr>
                <w:rFonts w:ascii="Times New Roman" w:hAnsi="Times New Roman"/>
                <w:b/>
                <w:sz w:val="20"/>
                <w:szCs w:val="20"/>
              </w:rPr>
            </w:pPr>
            <w:r w:rsidRPr="002651B7">
              <w:rPr>
                <w:rFonts w:ascii="Times New Roman" w:hAnsi="Times New Roman"/>
                <w:b/>
                <w:sz w:val="20"/>
                <w:szCs w:val="20"/>
              </w:rPr>
              <w:t>Zona 5</w:t>
            </w:r>
          </w:p>
        </w:tc>
        <w:tc>
          <w:tcPr>
            <w:tcW w:w="1009" w:type="dxa"/>
          </w:tcPr>
          <w:p w14:paraId="0EB3FD82" w14:textId="77777777" w:rsidR="008B2EA6" w:rsidRPr="002651B7" w:rsidRDefault="008B2EA6" w:rsidP="00E152C8">
            <w:pPr>
              <w:spacing w:after="0" w:line="240" w:lineRule="auto"/>
              <w:jc w:val="center"/>
              <w:rPr>
                <w:rFonts w:ascii="Times New Roman" w:hAnsi="Times New Roman"/>
                <w:b/>
                <w:sz w:val="20"/>
                <w:szCs w:val="20"/>
              </w:rPr>
            </w:pPr>
          </w:p>
          <w:p w14:paraId="2A111754" w14:textId="77777777" w:rsidR="008B2EA6" w:rsidRPr="002651B7" w:rsidRDefault="008B2EA6" w:rsidP="00E152C8">
            <w:pPr>
              <w:spacing w:after="0" w:line="240" w:lineRule="auto"/>
              <w:jc w:val="center"/>
              <w:rPr>
                <w:rFonts w:ascii="Times New Roman" w:hAnsi="Times New Roman"/>
                <w:b/>
                <w:sz w:val="20"/>
                <w:szCs w:val="20"/>
              </w:rPr>
            </w:pPr>
            <w:r w:rsidRPr="002651B7">
              <w:rPr>
                <w:rFonts w:ascii="Times New Roman" w:hAnsi="Times New Roman"/>
                <w:b/>
                <w:sz w:val="20"/>
                <w:szCs w:val="20"/>
              </w:rPr>
              <w:t>Investiții CJ Arad an 2025 din Fondul IID bunuri de retur</w:t>
            </w:r>
          </w:p>
        </w:tc>
        <w:tc>
          <w:tcPr>
            <w:tcW w:w="8719" w:type="dxa"/>
            <w:gridSpan w:val="8"/>
          </w:tcPr>
          <w:p w14:paraId="6CB8C6B5" w14:textId="77777777" w:rsidR="008B2EA6" w:rsidRPr="002651B7" w:rsidRDefault="008B2EA6" w:rsidP="00E152C8">
            <w:pPr>
              <w:spacing w:after="0" w:line="240" w:lineRule="auto"/>
              <w:jc w:val="center"/>
              <w:rPr>
                <w:rFonts w:ascii="Times New Roman" w:hAnsi="Times New Roman"/>
                <w:b/>
                <w:sz w:val="20"/>
                <w:szCs w:val="20"/>
              </w:rPr>
            </w:pPr>
          </w:p>
          <w:p w14:paraId="07ABFBC1" w14:textId="77777777" w:rsidR="008B2EA6" w:rsidRPr="002651B7" w:rsidRDefault="008B2EA6" w:rsidP="00E152C8">
            <w:pPr>
              <w:spacing w:after="0" w:line="240" w:lineRule="auto"/>
              <w:jc w:val="center"/>
              <w:rPr>
                <w:rFonts w:ascii="Times New Roman" w:hAnsi="Times New Roman"/>
                <w:b/>
                <w:sz w:val="20"/>
                <w:szCs w:val="20"/>
              </w:rPr>
            </w:pPr>
            <w:r w:rsidRPr="002651B7">
              <w:rPr>
                <w:rFonts w:ascii="Times New Roman" w:hAnsi="Times New Roman"/>
                <w:b/>
                <w:sz w:val="20"/>
                <w:szCs w:val="20"/>
              </w:rPr>
              <w:t>Bunuri de retur achiziționate prin proiect SMIDS</w:t>
            </w:r>
          </w:p>
        </w:tc>
      </w:tr>
      <w:tr w:rsidR="008B2EA6" w:rsidRPr="002651B7" w14:paraId="620CE3EB" w14:textId="77777777" w:rsidTr="00E152C8">
        <w:trPr>
          <w:trHeight w:val="1404"/>
        </w:trPr>
        <w:tc>
          <w:tcPr>
            <w:tcW w:w="900" w:type="dxa"/>
          </w:tcPr>
          <w:p w14:paraId="682DDFCE" w14:textId="77777777" w:rsidR="008B2EA6" w:rsidRPr="002651B7" w:rsidRDefault="008B2EA6" w:rsidP="00E152C8">
            <w:pPr>
              <w:spacing w:after="0" w:line="240" w:lineRule="auto"/>
              <w:jc w:val="center"/>
              <w:rPr>
                <w:rFonts w:ascii="Times New Roman" w:hAnsi="Times New Roman"/>
                <w:sz w:val="20"/>
                <w:szCs w:val="20"/>
              </w:rPr>
            </w:pPr>
          </w:p>
        </w:tc>
        <w:tc>
          <w:tcPr>
            <w:tcW w:w="1009" w:type="dxa"/>
          </w:tcPr>
          <w:p w14:paraId="42EFC843" w14:textId="77777777" w:rsidR="008B2EA6" w:rsidRPr="002651B7" w:rsidRDefault="008B2EA6" w:rsidP="00E152C8">
            <w:pPr>
              <w:spacing w:after="0" w:line="240" w:lineRule="auto"/>
              <w:jc w:val="center"/>
              <w:rPr>
                <w:rFonts w:ascii="Times New Roman" w:hAnsi="Times New Roman"/>
                <w:sz w:val="20"/>
                <w:szCs w:val="20"/>
              </w:rPr>
            </w:pPr>
          </w:p>
          <w:p w14:paraId="03E297CC"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Pubele 120l  buc.</w:t>
            </w:r>
          </w:p>
        </w:tc>
        <w:tc>
          <w:tcPr>
            <w:tcW w:w="1077" w:type="dxa"/>
          </w:tcPr>
          <w:p w14:paraId="26E61E57" w14:textId="77777777" w:rsidR="008B2EA6" w:rsidRPr="002651B7" w:rsidRDefault="008B2EA6" w:rsidP="00E152C8">
            <w:pPr>
              <w:spacing w:after="0" w:line="240" w:lineRule="auto"/>
              <w:jc w:val="center"/>
              <w:rPr>
                <w:rFonts w:ascii="Times New Roman" w:hAnsi="Times New Roman"/>
                <w:sz w:val="20"/>
                <w:szCs w:val="20"/>
              </w:rPr>
            </w:pPr>
          </w:p>
          <w:p w14:paraId="6526B00B"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Pubele 120l biodegradabil – buc.</w:t>
            </w:r>
          </w:p>
        </w:tc>
        <w:tc>
          <w:tcPr>
            <w:tcW w:w="885" w:type="dxa"/>
          </w:tcPr>
          <w:p w14:paraId="183C77EE"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Pubele 240 l reciclabil – buc.</w:t>
            </w:r>
          </w:p>
        </w:tc>
        <w:tc>
          <w:tcPr>
            <w:tcW w:w="1214" w:type="dxa"/>
          </w:tcPr>
          <w:p w14:paraId="62D1A872" w14:textId="77777777" w:rsidR="008B2EA6" w:rsidRPr="002651B7" w:rsidRDefault="008B2EA6" w:rsidP="00E152C8">
            <w:pPr>
              <w:spacing w:after="0" w:line="240" w:lineRule="auto"/>
              <w:jc w:val="center"/>
              <w:rPr>
                <w:rFonts w:ascii="Times New Roman" w:hAnsi="Times New Roman"/>
                <w:sz w:val="20"/>
                <w:szCs w:val="20"/>
              </w:rPr>
            </w:pPr>
          </w:p>
          <w:p w14:paraId="20380617"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Autogunoiere biodegradabil 16m3 – buc.</w:t>
            </w:r>
          </w:p>
        </w:tc>
        <w:tc>
          <w:tcPr>
            <w:tcW w:w="1214" w:type="dxa"/>
          </w:tcPr>
          <w:p w14:paraId="204E70AE"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Autogunoiere reciclabil 10m3 – DAF LF55 14 18</w:t>
            </w:r>
          </w:p>
          <w:p w14:paraId="7C459242"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 xml:space="preserve">buc. </w:t>
            </w:r>
          </w:p>
        </w:tc>
        <w:tc>
          <w:tcPr>
            <w:tcW w:w="927" w:type="dxa"/>
          </w:tcPr>
          <w:p w14:paraId="1408E005"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Container 1.1 mc – metalic rezidual</w:t>
            </w:r>
          </w:p>
        </w:tc>
        <w:tc>
          <w:tcPr>
            <w:tcW w:w="1234" w:type="dxa"/>
          </w:tcPr>
          <w:p w14:paraId="3386E4FA"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Container 1.1 mc – plastic Hartie/carton-albastru</w:t>
            </w:r>
          </w:p>
        </w:tc>
        <w:tc>
          <w:tcPr>
            <w:tcW w:w="1204" w:type="dxa"/>
          </w:tcPr>
          <w:p w14:paraId="590B1765"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Container 1.1 mc – plastic metal/plastic-galben</w:t>
            </w:r>
          </w:p>
        </w:tc>
        <w:tc>
          <w:tcPr>
            <w:tcW w:w="964" w:type="dxa"/>
          </w:tcPr>
          <w:p w14:paraId="198D6FF6"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Container 1.1 mc – plastic Sticla-verde</w:t>
            </w:r>
          </w:p>
        </w:tc>
      </w:tr>
      <w:tr w:rsidR="008B2EA6" w:rsidRPr="002651B7" w14:paraId="762087CF" w14:textId="77777777" w:rsidTr="00E152C8">
        <w:trPr>
          <w:trHeight w:val="373"/>
        </w:trPr>
        <w:tc>
          <w:tcPr>
            <w:tcW w:w="900" w:type="dxa"/>
          </w:tcPr>
          <w:p w14:paraId="23908703"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Lipova</w:t>
            </w:r>
          </w:p>
        </w:tc>
        <w:tc>
          <w:tcPr>
            <w:tcW w:w="1009" w:type="dxa"/>
          </w:tcPr>
          <w:p w14:paraId="7A98535B"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3464</w:t>
            </w:r>
          </w:p>
        </w:tc>
        <w:tc>
          <w:tcPr>
            <w:tcW w:w="1077" w:type="dxa"/>
          </w:tcPr>
          <w:p w14:paraId="40C2BF06"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50</w:t>
            </w:r>
          </w:p>
        </w:tc>
        <w:tc>
          <w:tcPr>
            <w:tcW w:w="885" w:type="dxa"/>
          </w:tcPr>
          <w:p w14:paraId="0A27117D"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792</w:t>
            </w:r>
          </w:p>
        </w:tc>
        <w:tc>
          <w:tcPr>
            <w:tcW w:w="1214" w:type="dxa"/>
          </w:tcPr>
          <w:p w14:paraId="17D6A6C1"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w:t>
            </w:r>
          </w:p>
        </w:tc>
        <w:tc>
          <w:tcPr>
            <w:tcW w:w="1214" w:type="dxa"/>
          </w:tcPr>
          <w:p w14:paraId="20C7F263"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1</w:t>
            </w:r>
          </w:p>
        </w:tc>
        <w:tc>
          <w:tcPr>
            <w:tcW w:w="927" w:type="dxa"/>
          </w:tcPr>
          <w:p w14:paraId="31AA8340"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10</w:t>
            </w:r>
          </w:p>
        </w:tc>
        <w:tc>
          <w:tcPr>
            <w:tcW w:w="1234" w:type="dxa"/>
          </w:tcPr>
          <w:p w14:paraId="757A0C6F"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10</w:t>
            </w:r>
          </w:p>
        </w:tc>
        <w:tc>
          <w:tcPr>
            <w:tcW w:w="1204" w:type="dxa"/>
          </w:tcPr>
          <w:p w14:paraId="663BE486"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10</w:t>
            </w:r>
          </w:p>
        </w:tc>
        <w:tc>
          <w:tcPr>
            <w:tcW w:w="964" w:type="dxa"/>
          </w:tcPr>
          <w:p w14:paraId="22BADF98" w14:textId="77777777" w:rsidR="008B2EA6" w:rsidRPr="002651B7" w:rsidRDefault="008B2EA6" w:rsidP="00E152C8">
            <w:pPr>
              <w:spacing w:after="0" w:line="240" w:lineRule="auto"/>
              <w:jc w:val="center"/>
              <w:rPr>
                <w:rFonts w:ascii="Times New Roman" w:hAnsi="Times New Roman"/>
                <w:sz w:val="20"/>
                <w:szCs w:val="20"/>
              </w:rPr>
            </w:pPr>
            <w:r w:rsidRPr="002651B7">
              <w:rPr>
                <w:rFonts w:ascii="Times New Roman" w:hAnsi="Times New Roman"/>
                <w:sz w:val="20"/>
                <w:szCs w:val="20"/>
              </w:rPr>
              <w:t>10</w:t>
            </w:r>
          </w:p>
        </w:tc>
      </w:tr>
    </w:tbl>
    <w:p w14:paraId="5906F5E0" w14:textId="77777777" w:rsidR="008B2EA6" w:rsidRPr="00D83FD0" w:rsidRDefault="008B2EA6" w:rsidP="008B2EA6">
      <w:pPr>
        <w:spacing w:after="160" w:line="259" w:lineRule="auto"/>
        <w:rPr>
          <w:rFonts w:ascii="Times New Roman" w:hAnsi="Times New Roman"/>
          <w:color w:val="005E00"/>
          <w:sz w:val="24"/>
          <w:szCs w:val="24"/>
        </w:rPr>
      </w:pPr>
    </w:p>
    <w:p w14:paraId="7B137EF1" w14:textId="77777777" w:rsidR="008B2EA6" w:rsidRPr="008B3EA1" w:rsidRDefault="008B2EA6" w:rsidP="008B2EA6">
      <w:pPr>
        <w:spacing w:after="0" w:line="240" w:lineRule="auto"/>
        <w:jc w:val="both"/>
        <w:rPr>
          <w:rFonts w:ascii="Times New Roman" w:hAnsi="Times New Roman"/>
          <w:sz w:val="24"/>
          <w:szCs w:val="24"/>
          <w:lang w:val="en-GB" w:eastAsia="en-GB"/>
        </w:rPr>
      </w:pPr>
      <w:r w:rsidRPr="008B3EA1">
        <w:rPr>
          <w:rFonts w:ascii="Times New Roman" w:hAnsi="Times New Roman"/>
          <w:sz w:val="24"/>
          <w:szCs w:val="24"/>
          <w:lang w:val="en-GB" w:eastAsia="en-GB"/>
        </w:rPr>
        <w:t>Nota</w:t>
      </w:r>
      <w:r>
        <w:rPr>
          <w:rFonts w:ascii="Times New Roman" w:hAnsi="Times New Roman"/>
          <w:sz w:val="24"/>
          <w:szCs w:val="24"/>
          <w:lang w:val="en-GB" w:eastAsia="en-GB"/>
        </w:rPr>
        <w:t xml:space="preserve"> 1</w:t>
      </w:r>
      <w:r w:rsidRPr="008B3EA1">
        <w:rPr>
          <w:rFonts w:ascii="Times New Roman" w:hAnsi="Times New Roman"/>
          <w:sz w:val="24"/>
          <w:szCs w:val="24"/>
          <w:lang w:val="en-GB" w:eastAsia="en-GB"/>
        </w:rPr>
        <w:t xml:space="preserve">: Vehiculul de colectare pus la dispoziția operatorului –  1 (un) bun de retur va fi adiționat sau înlocuit de deținătorul acestuia – respectiv Județul Arad prin Consiliul Județean Arad la o dată ulterioară prezentei documentații. </w:t>
      </w:r>
    </w:p>
    <w:p w14:paraId="35F9EB52" w14:textId="77777777" w:rsidR="008B2EA6" w:rsidRPr="008B3EA1" w:rsidRDefault="008B2EA6" w:rsidP="008B2EA6">
      <w:pPr>
        <w:spacing w:after="0" w:line="240" w:lineRule="auto"/>
        <w:jc w:val="both"/>
        <w:rPr>
          <w:rFonts w:ascii="Times New Roman" w:hAnsi="Times New Roman"/>
          <w:sz w:val="24"/>
          <w:szCs w:val="24"/>
          <w:lang w:val="en-GB" w:eastAsia="en-GB"/>
        </w:rPr>
      </w:pPr>
    </w:p>
    <w:p w14:paraId="4FC587B9" w14:textId="77777777" w:rsidR="008B2EA6" w:rsidRPr="008B3EA1" w:rsidRDefault="008B2EA6" w:rsidP="008B2EA6">
      <w:pPr>
        <w:spacing w:after="0" w:line="240" w:lineRule="auto"/>
        <w:jc w:val="both"/>
        <w:rPr>
          <w:rFonts w:ascii="Times New Roman" w:hAnsi="Times New Roman"/>
          <w:sz w:val="24"/>
          <w:szCs w:val="24"/>
          <w:lang w:val="en-GB" w:eastAsia="en-GB"/>
        </w:rPr>
      </w:pPr>
      <w:r w:rsidRPr="008B3EA1">
        <w:rPr>
          <w:rFonts w:ascii="Times New Roman" w:hAnsi="Times New Roman"/>
          <w:sz w:val="24"/>
          <w:szCs w:val="24"/>
          <w:lang w:val="en-GB" w:eastAsia="en-GB"/>
        </w:rPr>
        <w:t xml:space="preserve">Nota 2: Operatorul va include in fisa de fundamentare </w:t>
      </w:r>
      <w:r>
        <w:rPr>
          <w:rFonts w:ascii="Times New Roman" w:hAnsi="Times New Roman"/>
          <w:sz w:val="24"/>
          <w:szCs w:val="24"/>
          <w:lang w:val="en-GB" w:eastAsia="en-GB"/>
        </w:rPr>
        <w:t>ș</w:t>
      </w:r>
      <w:r w:rsidRPr="008B3EA1">
        <w:rPr>
          <w:rFonts w:ascii="Times New Roman" w:hAnsi="Times New Roman"/>
          <w:sz w:val="24"/>
          <w:szCs w:val="24"/>
          <w:lang w:val="en-GB" w:eastAsia="en-GB"/>
        </w:rPr>
        <w:t>i memori</w:t>
      </w:r>
      <w:r>
        <w:rPr>
          <w:rFonts w:ascii="Times New Roman" w:hAnsi="Times New Roman"/>
          <w:sz w:val="24"/>
          <w:szCs w:val="24"/>
          <w:lang w:val="en-GB" w:eastAsia="en-GB"/>
        </w:rPr>
        <w:t>u</w:t>
      </w:r>
      <w:r w:rsidRPr="008B3EA1">
        <w:rPr>
          <w:rFonts w:ascii="Times New Roman" w:hAnsi="Times New Roman"/>
          <w:sz w:val="24"/>
          <w:szCs w:val="24"/>
          <w:lang w:val="en-GB" w:eastAsia="en-GB"/>
        </w:rPr>
        <w:t xml:space="preserve"> tehnic costurile aferente distribuirii c</w:t>
      </w:r>
      <w:r>
        <w:rPr>
          <w:rFonts w:ascii="Times New Roman" w:hAnsi="Times New Roman"/>
          <w:sz w:val="24"/>
          <w:szCs w:val="24"/>
          <w:lang w:val="en-GB" w:eastAsia="en-GB"/>
        </w:rPr>
        <w:t>ă</w:t>
      </w:r>
      <w:r w:rsidRPr="008B3EA1">
        <w:rPr>
          <w:rFonts w:ascii="Times New Roman" w:hAnsi="Times New Roman"/>
          <w:sz w:val="24"/>
          <w:szCs w:val="24"/>
          <w:lang w:val="en-GB" w:eastAsia="en-GB"/>
        </w:rPr>
        <w:t>tre utilizatorii din zona 5 – mediul urban a celor 3464 pubele de 120 l de la locul de depozitare</w:t>
      </w:r>
      <w:r>
        <w:rPr>
          <w:rFonts w:ascii="Times New Roman" w:hAnsi="Times New Roman"/>
          <w:sz w:val="24"/>
          <w:szCs w:val="24"/>
          <w:lang w:val="en-GB" w:eastAsia="en-GB"/>
        </w:rPr>
        <w:t>.</w:t>
      </w:r>
      <w:r w:rsidRPr="008B3EA1">
        <w:rPr>
          <w:rFonts w:ascii="Times New Roman" w:hAnsi="Times New Roman"/>
          <w:sz w:val="24"/>
          <w:szCs w:val="24"/>
          <w:lang w:val="en-GB" w:eastAsia="en-GB"/>
        </w:rPr>
        <w:t xml:space="preserve"> </w:t>
      </w:r>
    </w:p>
    <w:p w14:paraId="67F4A35D" w14:textId="77777777" w:rsidR="008B2EA6" w:rsidRPr="008B3EA1" w:rsidRDefault="008B2EA6" w:rsidP="008B2EA6">
      <w:pPr>
        <w:spacing w:after="0" w:line="240" w:lineRule="auto"/>
        <w:jc w:val="both"/>
        <w:rPr>
          <w:rFonts w:ascii="Times New Roman" w:hAnsi="Times New Roman"/>
          <w:sz w:val="24"/>
          <w:szCs w:val="24"/>
          <w:lang w:val="en-GB" w:eastAsia="en-GB"/>
        </w:rPr>
      </w:pPr>
    </w:p>
    <w:p w14:paraId="2F2C1ADA" w14:textId="77777777" w:rsidR="008B2EA6" w:rsidRPr="008B3EA1" w:rsidRDefault="008B2EA6" w:rsidP="008B2EA6">
      <w:pPr>
        <w:spacing w:after="0" w:line="240" w:lineRule="auto"/>
        <w:jc w:val="both"/>
        <w:rPr>
          <w:rFonts w:ascii="Times New Roman" w:hAnsi="Times New Roman"/>
          <w:sz w:val="24"/>
          <w:szCs w:val="24"/>
          <w:lang w:val="en-GB" w:eastAsia="en-GB"/>
        </w:rPr>
      </w:pPr>
      <w:r w:rsidRPr="008B3EA1">
        <w:rPr>
          <w:rFonts w:ascii="Times New Roman" w:hAnsi="Times New Roman"/>
          <w:sz w:val="24"/>
          <w:szCs w:val="24"/>
          <w:lang w:val="en-GB" w:eastAsia="en-GB"/>
        </w:rPr>
        <w:t>În cadrul procedurii Ofertanții vor utiliza parametrii specifici echipamentelor existente.</w:t>
      </w:r>
    </w:p>
    <w:p w14:paraId="4A0EDE88" w14:textId="77777777" w:rsidR="008B2EA6" w:rsidRPr="00B673A3" w:rsidRDefault="008B2EA6" w:rsidP="008B2EA6">
      <w:pPr>
        <w:tabs>
          <w:tab w:val="left" w:pos="360"/>
        </w:tabs>
        <w:autoSpaceDE w:val="0"/>
        <w:autoSpaceDN w:val="0"/>
        <w:adjustRightInd w:val="0"/>
        <w:spacing w:after="0" w:line="240" w:lineRule="auto"/>
        <w:jc w:val="both"/>
        <w:rPr>
          <w:rFonts w:ascii="Times New Roman" w:hAnsi="Times New Roman"/>
          <w:bCs/>
          <w:kern w:val="32"/>
          <w:sz w:val="24"/>
          <w:szCs w:val="24"/>
        </w:rPr>
      </w:pPr>
      <w:r w:rsidRPr="00B673A3">
        <w:rPr>
          <w:rFonts w:ascii="Times New Roman" w:hAnsi="Times New Roman"/>
          <w:sz w:val="24"/>
          <w:szCs w:val="24"/>
        </w:rPr>
        <w:t>În cazul actualizării Anexei nr. 4 la prezentul contract, conform prevederilor din Art. 288 al Caietului de Sarcini al procedurii de achiziţie, dacă este cazul, Delegatarul va proceda la actualizarea valorii redevenţei în conformitate cu prevederile legale în vigoare, părţile urmând a încheia în acest sens un act adiţional la prezentul contract.</w:t>
      </w:r>
    </w:p>
    <w:p w14:paraId="377BF03B" w14:textId="77777777" w:rsidR="008B2EA6" w:rsidRPr="008B3EA1" w:rsidRDefault="008B2EA6" w:rsidP="008B2EA6">
      <w:pPr>
        <w:spacing w:after="160" w:line="259" w:lineRule="auto"/>
        <w:rPr>
          <w:rFonts w:ascii="Times New Roman" w:hAnsi="Times New Roman"/>
          <w:sz w:val="24"/>
          <w:szCs w:val="24"/>
          <w:lang w:val="en-GB" w:eastAsia="en-GB"/>
        </w:rPr>
      </w:pPr>
      <w:r w:rsidRPr="008B3EA1">
        <w:rPr>
          <w:rFonts w:ascii="Times New Roman" w:hAnsi="Times New Roman"/>
          <w:sz w:val="24"/>
          <w:szCs w:val="24"/>
          <w:lang w:val="en-GB" w:eastAsia="en-GB"/>
        </w:rPr>
        <w:t>Redevența va fi recalculată ținând cont de investițiile făcute de către Consiliul Județean Arad pe durata contractului</w:t>
      </w:r>
      <w:r>
        <w:rPr>
          <w:rFonts w:ascii="Times New Roman" w:hAnsi="Times New Roman"/>
          <w:sz w:val="24"/>
          <w:szCs w:val="24"/>
          <w:lang w:val="en-GB" w:eastAsia="en-GB"/>
        </w:rPr>
        <w:t>.</w:t>
      </w:r>
    </w:p>
    <w:p w14:paraId="28BBE5B2" w14:textId="77777777" w:rsidR="008B2EA6" w:rsidRDefault="008B2EA6" w:rsidP="008B2EA6">
      <w:pPr>
        <w:spacing w:after="160" w:line="259" w:lineRule="auto"/>
        <w:rPr>
          <w:rFonts w:asciiTheme="majorHAnsi" w:hAnsiTheme="majorHAnsi" w:cstheme="majorHAnsi"/>
          <w:sz w:val="24"/>
          <w:szCs w:val="24"/>
          <w:lang w:val="en-GB" w:eastAsia="en-GB"/>
        </w:rPr>
      </w:pPr>
      <w:r w:rsidRPr="008B3EA1">
        <w:rPr>
          <w:rFonts w:ascii="Times New Roman" w:hAnsi="Times New Roman"/>
          <w:sz w:val="24"/>
          <w:szCs w:val="24"/>
          <w:lang w:val="en-GB" w:eastAsia="en-GB"/>
        </w:rPr>
        <w:t>Restul vehiculelor necesare pentru colectarea si transportul deseurilor din aria de delegare vor fi asigurate de delegat.</w:t>
      </w:r>
      <w:r w:rsidRPr="00A15970">
        <w:rPr>
          <w:rFonts w:asciiTheme="majorHAnsi" w:hAnsiTheme="majorHAnsi" w:cstheme="majorHAnsi"/>
          <w:sz w:val="24"/>
          <w:szCs w:val="24"/>
          <w:lang w:val="en-GB" w:eastAsia="en-GB"/>
        </w:rPr>
        <w:t xml:space="preserve"> </w:t>
      </w:r>
    </w:p>
    <w:p w14:paraId="4B67A479" w14:textId="77777777" w:rsidR="008B2EA6" w:rsidRPr="000A49E4" w:rsidRDefault="008B2EA6" w:rsidP="008B2EA6">
      <w:pPr>
        <w:jc w:val="both"/>
        <w:rPr>
          <w:rFonts w:ascii="Times New Roman" w:hAnsi="Times New Roman"/>
          <w:sz w:val="24"/>
          <w:szCs w:val="24"/>
          <w:lang w:val="en-GB" w:eastAsia="en-GB"/>
        </w:rPr>
      </w:pPr>
      <w:r>
        <w:rPr>
          <w:rFonts w:ascii="Times New Roman" w:hAnsi="Times New Roman"/>
          <w:sz w:val="24"/>
          <w:szCs w:val="24"/>
          <w:lang w:val="en-GB" w:eastAsia="en-GB"/>
        </w:rPr>
        <w:t xml:space="preserve">Delegatul are obligația de a </w:t>
      </w:r>
      <w:r w:rsidRPr="000A49E4">
        <w:rPr>
          <w:rFonts w:ascii="Times New Roman" w:hAnsi="Times New Roman"/>
          <w:sz w:val="24"/>
          <w:szCs w:val="24"/>
          <w:lang w:val="en-GB" w:eastAsia="en-GB"/>
        </w:rPr>
        <w:t xml:space="preserve">distribui </w:t>
      </w:r>
      <w:r>
        <w:rPr>
          <w:rFonts w:ascii="Times New Roman" w:hAnsi="Times New Roman"/>
          <w:sz w:val="24"/>
          <w:szCs w:val="24"/>
          <w:lang w:val="en-GB" w:eastAsia="en-GB"/>
        </w:rPr>
        <w:t xml:space="preserve">(pe cheltuiala sa) </w:t>
      </w:r>
      <w:r w:rsidRPr="000A49E4">
        <w:rPr>
          <w:rFonts w:ascii="Times New Roman" w:hAnsi="Times New Roman"/>
          <w:sz w:val="24"/>
          <w:szCs w:val="24"/>
          <w:lang w:val="en-GB" w:eastAsia="en-GB"/>
        </w:rPr>
        <w:t>către utilizatori, bunurile noi achiziționate ( 3464 buc. pubele 120 l maro), în cadrul unei proceduri organizate, de la locul de depozitare</w:t>
      </w:r>
      <w:r>
        <w:rPr>
          <w:rFonts w:ascii="Times New Roman" w:hAnsi="Times New Roman"/>
          <w:sz w:val="24"/>
          <w:szCs w:val="24"/>
          <w:lang w:val="en-GB" w:eastAsia="en-GB"/>
        </w:rPr>
        <w:t>.</w:t>
      </w:r>
    </w:p>
    <w:p w14:paraId="621D8262" w14:textId="77777777" w:rsidR="008B2EA6" w:rsidRDefault="008B2EA6" w:rsidP="008B2EA6">
      <w:pPr>
        <w:spacing w:after="160" w:line="259" w:lineRule="auto"/>
        <w:rPr>
          <w:rFonts w:ascii="Times New Roman" w:hAnsi="Times New Roman"/>
          <w:color w:val="005E00"/>
          <w:sz w:val="24"/>
          <w:szCs w:val="24"/>
        </w:rPr>
      </w:pPr>
      <w:r w:rsidRPr="00D83FD0">
        <w:rPr>
          <w:rFonts w:ascii="Times New Roman" w:hAnsi="Times New Roman"/>
          <w:color w:val="005E00"/>
          <w:sz w:val="24"/>
          <w:szCs w:val="24"/>
        </w:rPr>
        <w:br w:type="page"/>
      </w:r>
    </w:p>
    <w:p w14:paraId="211FCDEF" w14:textId="77777777" w:rsidR="008B2EA6" w:rsidRPr="00D83FD0" w:rsidRDefault="008B2EA6" w:rsidP="008B2EA6">
      <w:pPr>
        <w:spacing w:after="160" w:line="259" w:lineRule="auto"/>
        <w:rPr>
          <w:rFonts w:ascii="Times New Roman" w:hAnsi="Times New Roman"/>
          <w:color w:val="005E00"/>
          <w:sz w:val="24"/>
          <w:szCs w:val="24"/>
        </w:rPr>
      </w:pPr>
    </w:p>
    <w:p w14:paraId="5C2C059E" w14:textId="77777777" w:rsidR="008B2EA6" w:rsidRPr="00CD3EA5" w:rsidRDefault="008B2EA6" w:rsidP="008B2EA6">
      <w:pPr>
        <w:spacing w:after="0" w:line="240" w:lineRule="auto"/>
        <w:rPr>
          <w:rFonts w:ascii="Times New Roman" w:hAnsi="Times New Roman"/>
          <w:sz w:val="24"/>
          <w:szCs w:val="24"/>
        </w:rPr>
      </w:pPr>
    </w:p>
    <w:p w14:paraId="1FE0564B"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t>ORDINUL DE ÎNCEPERE A PRESTĂRII SERVICIULUI</w:t>
      </w:r>
    </w:p>
    <w:p w14:paraId="7C5B3131" w14:textId="77777777" w:rsidR="008B2EA6" w:rsidRPr="00CD3EA5" w:rsidRDefault="008B2EA6" w:rsidP="008B2EA6">
      <w:pPr>
        <w:spacing w:after="0" w:line="240" w:lineRule="auto"/>
        <w:rPr>
          <w:rFonts w:ascii="Times New Roman" w:hAnsi="Times New Roman"/>
          <w:sz w:val="24"/>
          <w:szCs w:val="24"/>
        </w:rPr>
      </w:pPr>
    </w:p>
    <w:p w14:paraId="517B1C9C"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Se va completa după semnarea contractului</w:t>
      </w:r>
    </w:p>
    <w:p w14:paraId="7B057797"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1BC9E3C7" w14:textId="77777777" w:rsidR="008B2EA6" w:rsidRPr="00CD3EA5" w:rsidRDefault="008B2EA6" w:rsidP="008B2EA6">
      <w:pPr>
        <w:spacing w:after="0" w:line="240" w:lineRule="auto"/>
        <w:rPr>
          <w:rFonts w:ascii="Times New Roman" w:hAnsi="Times New Roman"/>
          <w:sz w:val="24"/>
          <w:szCs w:val="24"/>
        </w:rPr>
      </w:pPr>
    </w:p>
    <w:p w14:paraId="2B340FF4"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t>PROGRAMUL DE INVESTIȚII</w:t>
      </w:r>
    </w:p>
    <w:p w14:paraId="0754C22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Delegatul va realiza următoarele investiții în Perioada de Mobilizare:</w:t>
      </w:r>
    </w:p>
    <w:p w14:paraId="59A8588F" w14:textId="77777777" w:rsidR="008B2EA6" w:rsidRPr="00CD3EA5" w:rsidRDefault="008B2EA6" w:rsidP="008B2EA6">
      <w:pPr>
        <w:spacing w:after="0" w:line="240" w:lineRule="auto"/>
        <w:rPr>
          <w:rFonts w:ascii="Times New Roman" w:hAnsi="Times New Roman"/>
          <w:sz w:val="24"/>
          <w:szCs w:val="24"/>
        </w:rPr>
      </w:pPr>
    </w:p>
    <w:p w14:paraId="2A5A475C" w14:textId="77777777" w:rsidR="008B2EA6" w:rsidRPr="00CD3EA5" w:rsidRDefault="008B2EA6" w:rsidP="008B2EA6">
      <w:pPr>
        <w:spacing w:after="0" w:line="240" w:lineRule="auto"/>
        <w:rPr>
          <w:rFonts w:ascii="Times New Roman" w:hAnsi="Times New Roman"/>
          <w:sz w:val="24"/>
          <w:szCs w:val="24"/>
        </w:rPr>
      </w:pPr>
    </w:p>
    <w:p w14:paraId="64704CFE" w14:textId="77777777" w:rsidR="008B2EA6" w:rsidRPr="00CD3EA5" w:rsidRDefault="008B2EA6" w:rsidP="008B2EA6">
      <w:pPr>
        <w:spacing w:after="160" w:line="259" w:lineRule="auto"/>
        <w:rPr>
          <w:rFonts w:ascii="Times New Roman" w:hAnsi="Times New Roman"/>
          <w:sz w:val="24"/>
          <w:szCs w:val="24"/>
        </w:rPr>
      </w:pPr>
      <w:r w:rsidRPr="00CD3EA5">
        <w:rPr>
          <w:rFonts w:ascii="Times New Roman" w:hAnsi="Times New Roman"/>
          <w:sz w:val="24"/>
          <w:szCs w:val="24"/>
        </w:rPr>
        <w:t>Conform Anexa 7 a caietului de sarcini</w:t>
      </w:r>
      <w:r w:rsidRPr="00CD3EA5">
        <w:rPr>
          <w:rFonts w:ascii="Times New Roman" w:hAnsi="Times New Roman"/>
          <w:sz w:val="24"/>
          <w:szCs w:val="24"/>
        </w:rPr>
        <w:br w:type="page"/>
      </w:r>
    </w:p>
    <w:p w14:paraId="43468B6F" w14:textId="77777777" w:rsidR="008B2EA6" w:rsidRPr="00CD3EA5" w:rsidRDefault="008B2EA6" w:rsidP="008B2EA6">
      <w:pPr>
        <w:spacing w:after="0" w:line="240" w:lineRule="auto"/>
        <w:rPr>
          <w:rFonts w:ascii="Times New Roman" w:hAnsi="Times New Roman"/>
          <w:sz w:val="24"/>
          <w:szCs w:val="24"/>
        </w:rPr>
      </w:pPr>
    </w:p>
    <w:p w14:paraId="045FEF07" w14:textId="77777777" w:rsidR="008B2EA6" w:rsidRPr="00CD3EA5" w:rsidRDefault="008B2EA6" w:rsidP="008B2EA6">
      <w:pPr>
        <w:pStyle w:val="Style2"/>
        <w:spacing w:after="0" w:line="240" w:lineRule="auto"/>
        <w:rPr>
          <w:rFonts w:ascii="Times New Roman" w:hAnsi="Times New Roman" w:cs="Times New Roman"/>
          <w:sz w:val="24"/>
          <w:szCs w:val="24"/>
        </w:rPr>
      </w:pPr>
      <w:bookmarkStart w:id="688" w:name="_Ref68462151"/>
      <w:r w:rsidRPr="00CD3EA5">
        <w:rPr>
          <w:rFonts w:ascii="Times New Roman" w:hAnsi="Times New Roman" w:cs="Times New Roman"/>
          <w:sz w:val="24"/>
          <w:szCs w:val="24"/>
        </w:rPr>
        <w:t>INDICATORI DE PERFORMANȚĂ</w:t>
      </w:r>
      <w:bookmarkEnd w:id="688"/>
    </w:p>
    <w:p w14:paraId="6F61A0E1" w14:textId="77777777" w:rsidR="008B2EA6" w:rsidRPr="00CD3EA5" w:rsidRDefault="008B2EA6" w:rsidP="008B2EA6">
      <w:pPr>
        <w:spacing w:after="0" w:line="240" w:lineRule="auto"/>
        <w:rPr>
          <w:rFonts w:ascii="Times New Roman" w:hAnsi="Times New Roman"/>
          <w:sz w:val="24"/>
          <w:szCs w:val="24"/>
        </w:rPr>
      </w:pPr>
    </w:p>
    <w:p w14:paraId="0F65C091" w14:textId="77777777" w:rsidR="008B2EA6" w:rsidRPr="00CD3EA5" w:rsidRDefault="008B2EA6" w:rsidP="008B2EA6">
      <w:pPr>
        <w:spacing w:after="0" w:line="240" w:lineRule="auto"/>
        <w:rPr>
          <w:rFonts w:ascii="Times New Roman" w:hAnsi="Times New Roman"/>
          <w:b/>
          <w:sz w:val="24"/>
          <w:szCs w:val="24"/>
        </w:rPr>
      </w:pPr>
    </w:p>
    <w:p w14:paraId="4D9932A6" w14:textId="77777777" w:rsidR="008B2EA6" w:rsidRPr="00CD3EA5" w:rsidRDefault="008B2EA6" w:rsidP="008B2EA6">
      <w:pPr>
        <w:pStyle w:val="Heading2"/>
        <w:rPr>
          <w:rFonts w:ascii="Times New Roman" w:hAnsi="Times New Roman"/>
          <w:b w:val="0"/>
          <w:bCs w:val="0"/>
          <w:i/>
          <w:iCs/>
          <w:sz w:val="24"/>
          <w:szCs w:val="24"/>
        </w:rPr>
      </w:pPr>
      <w:r w:rsidRPr="00CD3EA5">
        <w:rPr>
          <w:rFonts w:ascii="Times New Roman" w:hAnsi="Times New Roman"/>
          <w:sz w:val="24"/>
          <w:szCs w:val="24"/>
          <w:lang w:val="ro-RO"/>
        </w:rPr>
        <w:t xml:space="preserve">Indicatorii de performanţă privind calitatea prestării activităţii de colectare separată şi transport separat al deşeurilor menajere şi al deşeurilor similare provenind din activităţi comerciale din industrie şi instituţii, inclusiv fracţii colectate separat, conform Anexei nr. 1 din Ordinul nr. 97/2025 </w:t>
      </w:r>
      <w:r w:rsidRPr="00CD3EA5">
        <w:rPr>
          <w:rFonts w:ascii="Times New Roman" w:hAnsi="Times New Roman"/>
          <w:sz w:val="24"/>
          <w:szCs w:val="24"/>
        </w:rPr>
        <w:t>privind aprobarea Regulamentului-cadru al serviciului de salubrizare a localităţilor</w:t>
      </w:r>
    </w:p>
    <w:p w14:paraId="0938D815" w14:textId="77777777" w:rsidR="008B2EA6" w:rsidRPr="00CD3EA5" w:rsidRDefault="008B2EA6" w:rsidP="008B2EA6">
      <w:pPr>
        <w:spacing w:line="345" w:lineRule="atLeast"/>
        <w:jc w:val="center"/>
        <w:rPr>
          <w:rFonts w:ascii="Times New Roman" w:eastAsia="Times New Roman" w:hAnsi="Times New Roman"/>
          <w:b/>
          <w:bCs/>
          <w:sz w:val="24"/>
          <w:szCs w:val="24"/>
        </w:rPr>
      </w:pPr>
    </w:p>
    <w:p w14:paraId="64C665EF" w14:textId="77777777" w:rsidR="008B2EA6" w:rsidRPr="00CD3EA5" w:rsidRDefault="008B2EA6" w:rsidP="008B2EA6">
      <w:pPr>
        <w:spacing w:line="345" w:lineRule="atLeast"/>
        <w:jc w:val="center"/>
        <w:rPr>
          <w:rFonts w:ascii="Times New Roman" w:eastAsia="Times New Roman" w:hAnsi="Times New Roman"/>
          <w:b/>
          <w:bCs/>
          <w:sz w:val="24"/>
          <w:szCs w:val="24"/>
        </w:rPr>
      </w:pPr>
      <w:r w:rsidRPr="00CD3EA5">
        <w:rPr>
          <w:rFonts w:ascii="Times New Roman" w:eastAsia="Times New Roman" w:hAnsi="Times New Roman"/>
          <w:b/>
          <w:bCs/>
          <w:sz w:val="24"/>
          <w:szCs w:val="24"/>
        </w:rPr>
        <w:t>Indicatori generali ai serviciului</w:t>
      </w:r>
    </w:p>
    <w:tbl>
      <w:tblPr>
        <w:tblW w:w="9405" w:type="dxa"/>
        <w:jc w:val="center"/>
        <w:tblCellMar>
          <w:top w:w="15" w:type="dxa"/>
          <w:left w:w="15" w:type="dxa"/>
          <w:bottom w:w="15" w:type="dxa"/>
          <w:right w:w="15" w:type="dxa"/>
        </w:tblCellMar>
        <w:tblLook w:val="04A0" w:firstRow="1" w:lastRow="0" w:firstColumn="1" w:lastColumn="0" w:noHBand="0" w:noVBand="1"/>
      </w:tblPr>
      <w:tblGrid>
        <w:gridCol w:w="20"/>
        <w:gridCol w:w="2140"/>
        <w:gridCol w:w="3780"/>
        <w:gridCol w:w="1440"/>
        <w:gridCol w:w="2025"/>
      </w:tblGrid>
      <w:tr w:rsidR="008B2EA6" w:rsidRPr="00CD3EA5" w14:paraId="74A96EB0" w14:textId="77777777" w:rsidTr="00E152C8">
        <w:trPr>
          <w:trHeight w:val="555"/>
          <w:jc w:val="center"/>
        </w:trPr>
        <w:tc>
          <w:tcPr>
            <w:tcW w:w="20" w:type="dxa"/>
            <w:tcMar>
              <w:top w:w="0" w:type="dxa"/>
              <w:left w:w="0" w:type="dxa"/>
              <w:bottom w:w="0" w:type="dxa"/>
              <w:right w:w="0" w:type="dxa"/>
            </w:tcMar>
            <w:hideMark/>
          </w:tcPr>
          <w:p w14:paraId="2A416688"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2A0727AE" w14:textId="77777777" w:rsidR="008B2EA6" w:rsidRPr="00CD3EA5" w:rsidRDefault="008B2EA6" w:rsidP="00E152C8">
            <w:pPr>
              <w:spacing w:line="345" w:lineRule="atLeast"/>
              <w:jc w:val="center"/>
              <w:rPr>
                <w:rFonts w:ascii="Times New Roman" w:eastAsia="Times New Roman" w:hAnsi="Times New Roman"/>
                <w:sz w:val="24"/>
                <w:szCs w:val="24"/>
              </w:rPr>
            </w:pPr>
            <w:r w:rsidRPr="00CD3EA5">
              <w:rPr>
                <w:rFonts w:ascii="Times New Roman" w:eastAsia="Times New Roman" w:hAnsi="Times New Roman"/>
                <w:sz w:val="24"/>
                <w:szCs w:val="24"/>
              </w:rPr>
              <w:t xml:space="preserve">Denumire indicator de performanţă (IP) </w:t>
            </w:r>
          </w:p>
        </w:tc>
        <w:tc>
          <w:tcPr>
            <w:tcW w:w="3780" w:type="dxa"/>
            <w:tcBorders>
              <w:top w:val="single" w:sz="6" w:space="0" w:color="333333"/>
              <w:left w:val="single" w:sz="6" w:space="0" w:color="333333"/>
              <w:bottom w:val="single" w:sz="6" w:space="0" w:color="333333"/>
              <w:right w:val="single" w:sz="6" w:space="0" w:color="333333"/>
            </w:tcBorders>
            <w:hideMark/>
          </w:tcPr>
          <w:p w14:paraId="6F8A017E" w14:textId="77777777" w:rsidR="008B2EA6" w:rsidRPr="00CD3EA5" w:rsidRDefault="008B2EA6" w:rsidP="00E152C8">
            <w:pPr>
              <w:spacing w:line="345" w:lineRule="atLeast"/>
              <w:jc w:val="center"/>
              <w:rPr>
                <w:rFonts w:ascii="Times New Roman" w:eastAsia="Times New Roman" w:hAnsi="Times New Roman"/>
                <w:sz w:val="24"/>
                <w:szCs w:val="24"/>
              </w:rPr>
            </w:pPr>
            <w:r w:rsidRPr="00CD3EA5">
              <w:rPr>
                <w:rFonts w:ascii="Times New Roman" w:eastAsia="Times New Roman" w:hAnsi="Times New Roman"/>
                <w:sz w:val="24"/>
                <w:szCs w:val="24"/>
              </w:rPr>
              <w:t xml:space="preserve">Descrierea indicatorului </w:t>
            </w:r>
          </w:p>
        </w:tc>
        <w:tc>
          <w:tcPr>
            <w:tcW w:w="1440" w:type="dxa"/>
            <w:tcBorders>
              <w:top w:val="single" w:sz="6" w:space="0" w:color="333333"/>
              <w:left w:val="single" w:sz="6" w:space="0" w:color="333333"/>
              <w:bottom w:val="single" w:sz="6" w:space="0" w:color="333333"/>
              <w:right w:val="single" w:sz="6" w:space="0" w:color="333333"/>
            </w:tcBorders>
            <w:hideMark/>
          </w:tcPr>
          <w:p w14:paraId="1C684353" w14:textId="77777777" w:rsidR="008B2EA6" w:rsidRPr="00CD3EA5" w:rsidRDefault="008B2EA6" w:rsidP="00E152C8">
            <w:pPr>
              <w:spacing w:line="345" w:lineRule="atLeast"/>
              <w:jc w:val="center"/>
              <w:rPr>
                <w:rFonts w:ascii="Times New Roman" w:eastAsia="Times New Roman" w:hAnsi="Times New Roman"/>
                <w:sz w:val="24"/>
                <w:szCs w:val="24"/>
              </w:rPr>
            </w:pPr>
            <w:r w:rsidRPr="00CD3EA5">
              <w:rPr>
                <w:rFonts w:ascii="Times New Roman" w:eastAsia="Times New Roman" w:hAnsi="Times New Roman"/>
                <w:sz w:val="24"/>
                <w:szCs w:val="24"/>
              </w:rPr>
              <w:t xml:space="preserve">Valoarea indicatorului </w:t>
            </w:r>
          </w:p>
        </w:tc>
        <w:tc>
          <w:tcPr>
            <w:tcW w:w="2025" w:type="dxa"/>
            <w:tcBorders>
              <w:top w:val="single" w:sz="6" w:space="0" w:color="333333"/>
              <w:left w:val="single" w:sz="6" w:space="0" w:color="333333"/>
              <w:bottom w:val="single" w:sz="6" w:space="0" w:color="333333"/>
              <w:right w:val="single" w:sz="6" w:space="0" w:color="333333"/>
            </w:tcBorders>
            <w:hideMark/>
          </w:tcPr>
          <w:p w14:paraId="66EB8710" w14:textId="77777777" w:rsidR="008B2EA6" w:rsidRPr="00CD3EA5" w:rsidRDefault="008B2EA6" w:rsidP="00E152C8">
            <w:pPr>
              <w:spacing w:line="345" w:lineRule="atLeast"/>
              <w:jc w:val="center"/>
              <w:rPr>
                <w:rFonts w:ascii="Times New Roman" w:eastAsia="Times New Roman" w:hAnsi="Times New Roman"/>
                <w:sz w:val="24"/>
                <w:szCs w:val="24"/>
              </w:rPr>
            </w:pPr>
            <w:r w:rsidRPr="00CD3EA5">
              <w:rPr>
                <w:rFonts w:ascii="Times New Roman" w:eastAsia="Times New Roman" w:hAnsi="Times New Roman"/>
                <w:sz w:val="24"/>
                <w:szCs w:val="24"/>
              </w:rPr>
              <w:t xml:space="preserve">Penalitate </w:t>
            </w:r>
          </w:p>
        </w:tc>
      </w:tr>
      <w:tr w:rsidR="008B2EA6" w:rsidRPr="00CD3EA5" w14:paraId="4266C416" w14:textId="77777777" w:rsidTr="00E152C8">
        <w:trPr>
          <w:trHeight w:val="975"/>
          <w:jc w:val="center"/>
        </w:trPr>
        <w:tc>
          <w:tcPr>
            <w:tcW w:w="20" w:type="dxa"/>
            <w:tcMar>
              <w:top w:w="0" w:type="dxa"/>
              <w:left w:w="0" w:type="dxa"/>
              <w:bottom w:w="0" w:type="dxa"/>
              <w:right w:w="0" w:type="dxa"/>
            </w:tcMar>
            <w:hideMark/>
          </w:tcPr>
          <w:p w14:paraId="23085C23" w14:textId="77777777" w:rsidR="008B2EA6" w:rsidRPr="00CD3EA5" w:rsidRDefault="008B2EA6" w:rsidP="00E152C8">
            <w:pPr>
              <w:spacing w:line="345" w:lineRule="atLeast"/>
              <w:jc w:val="center"/>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12C36A7B"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furnizării recipientelor de colectare la solicitarea utilizatorului </w:t>
            </w:r>
          </w:p>
        </w:tc>
        <w:tc>
          <w:tcPr>
            <w:tcW w:w="3780" w:type="dxa"/>
            <w:tcBorders>
              <w:top w:val="single" w:sz="6" w:space="0" w:color="333333"/>
              <w:left w:val="single" w:sz="6" w:space="0" w:color="333333"/>
              <w:bottom w:val="single" w:sz="6" w:space="0" w:color="333333"/>
              <w:right w:val="single" w:sz="6" w:space="0" w:color="333333"/>
            </w:tcBorders>
            <w:hideMark/>
          </w:tcPr>
          <w:p w14:paraId="6DD8BA43"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sz="6" w:space="0" w:color="333333"/>
              <w:left w:val="single" w:sz="6" w:space="0" w:color="333333"/>
              <w:bottom w:val="single" w:sz="6" w:space="0" w:color="333333"/>
              <w:right w:val="single" w:sz="4" w:space="0" w:color="auto"/>
            </w:tcBorders>
            <w:hideMark/>
          </w:tcPr>
          <w:p w14:paraId="2E6E846B"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100% </w:t>
            </w:r>
          </w:p>
        </w:tc>
        <w:tc>
          <w:tcPr>
            <w:tcW w:w="2025" w:type="dxa"/>
            <w:tcBorders>
              <w:top w:val="single" w:sz="6" w:space="0" w:color="333333"/>
              <w:left w:val="single" w:sz="4" w:space="0" w:color="auto"/>
              <w:bottom w:val="single" w:sz="6" w:space="0" w:color="333333"/>
              <w:right w:val="single" w:sz="4" w:space="0" w:color="auto"/>
            </w:tcBorders>
            <w:hideMark/>
          </w:tcPr>
          <w:p w14:paraId="60DABBE2"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500 lei/recipient nefurnizat la termen </w:t>
            </w:r>
          </w:p>
        </w:tc>
      </w:tr>
      <w:tr w:rsidR="008B2EA6" w:rsidRPr="00CD3EA5" w14:paraId="63D2C245" w14:textId="77777777" w:rsidTr="00E152C8">
        <w:trPr>
          <w:trHeight w:val="1815"/>
          <w:jc w:val="center"/>
        </w:trPr>
        <w:tc>
          <w:tcPr>
            <w:tcW w:w="20" w:type="dxa"/>
            <w:tcMar>
              <w:top w:w="0" w:type="dxa"/>
              <w:left w:w="0" w:type="dxa"/>
              <w:bottom w:w="0" w:type="dxa"/>
              <w:right w:w="0" w:type="dxa"/>
            </w:tcMar>
            <w:hideMark/>
          </w:tcPr>
          <w:p w14:paraId="7B7D6AE9"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157B7491"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realizării campaniilor de colectare a deşeurilor voluminoase </w:t>
            </w:r>
          </w:p>
        </w:tc>
        <w:tc>
          <w:tcPr>
            <w:tcW w:w="3780" w:type="dxa"/>
            <w:tcBorders>
              <w:top w:val="single" w:sz="6" w:space="0" w:color="333333"/>
              <w:left w:val="single" w:sz="6" w:space="0" w:color="333333"/>
              <w:bottom w:val="single" w:sz="6" w:space="0" w:color="333333"/>
              <w:right w:val="single" w:sz="6" w:space="0" w:color="333333"/>
            </w:tcBorders>
            <w:hideMark/>
          </w:tcPr>
          <w:p w14:paraId="3C33A555"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Numărul de campanii de colectare a deşeurilor voluminoase realizate de operator în fiecare unitate administrativ-teritorială din aria delegării raportat la numărul total de campanii de colectare solicitate prin caietul de sarcini.</w:t>
            </w:r>
            <w:r w:rsidRPr="00CD3EA5">
              <w:rPr>
                <w:rFonts w:ascii="Times New Roman" w:eastAsia="Times New Roman" w:hAnsi="Times New Roman"/>
                <w:sz w:val="24"/>
                <w:szCs w:val="24"/>
              </w:rPr>
              <w:br/>
              <w:t xml:space="preserve">(în unităţile administrativ-teritoriale din mediul urban se va solicita minimum 3 campanii/an. iar în cele din mediul rural minimum o campanie/an) </w:t>
            </w:r>
          </w:p>
        </w:tc>
        <w:tc>
          <w:tcPr>
            <w:tcW w:w="1440" w:type="dxa"/>
            <w:tcBorders>
              <w:top w:val="single" w:sz="6" w:space="0" w:color="333333"/>
              <w:left w:val="single" w:sz="6" w:space="0" w:color="333333"/>
              <w:bottom w:val="single" w:sz="6" w:space="0" w:color="333333"/>
              <w:right w:val="single" w:sz="6" w:space="0" w:color="333333"/>
            </w:tcBorders>
            <w:hideMark/>
          </w:tcPr>
          <w:p w14:paraId="245A92BC"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41BBFC81"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5.000 lei/campanie neefectuată </w:t>
            </w:r>
          </w:p>
        </w:tc>
      </w:tr>
      <w:tr w:rsidR="008B2EA6" w:rsidRPr="00CD3EA5" w14:paraId="21CD536D" w14:textId="77777777" w:rsidTr="00E152C8">
        <w:trPr>
          <w:trHeight w:val="4097"/>
          <w:jc w:val="center"/>
        </w:trPr>
        <w:tc>
          <w:tcPr>
            <w:tcW w:w="20" w:type="dxa"/>
            <w:tcBorders>
              <w:left w:val="single" w:sz="4" w:space="0" w:color="000000"/>
            </w:tcBorders>
            <w:tcMar>
              <w:top w:w="0" w:type="dxa"/>
              <w:left w:w="0" w:type="dxa"/>
              <w:bottom w:w="0" w:type="dxa"/>
              <w:right w:w="0" w:type="dxa"/>
            </w:tcMar>
            <w:hideMark/>
          </w:tcPr>
          <w:p w14:paraId="2773B001"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4" w:space="0" w:color="auto"/>
              <w:right w:val="single" w:sz="4" w:space="0" w:color="000000"/>
            </w:tcBorders>
            <w:hideMark/>
          </w:tcPr>
          <w:p w14:paraId="1C33CF29"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realizării campaniilor de colectare a deşeurilor periculoase menajere </w:t>
            </w:r>
          </w:p>
        </w:tc>
        <w:tc>
          <w:tcPr>
            <w:tcW w:w="3780" w:type="dxa"/>
            <w:tcBorders>
              <w:top w:val="single" w:sz="4" w:space="0" w:color="auto"/>
              <w:left w:val="single" w:sz="4" w:space="0" w:color="000000"/>
              <w:right w:val="single" w:sz="4" w:space="0" w:color="000000"/>
            </w:tcBorders>
            <w:hideMark/>
          </w:tcPr>
          <w:p w14:paraId="0A9F2599"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Numărul de campanii de colectare a deşeurilor periculoase menajere realizate de operator în fiecare unitate administrativ-teritorială din aria delegării raportat la numărul total de campanii de colectare solicitate prin caietul de sarcini.</w:t>
            </w:r>
            <w:r w:rsidRPr="00CD3EA5">
              <w:rPr>
                <w:rFonts w:ascii="Times New Roman" w:eastAsia="Times New Roman" w:hAnsi="Times New Roman"/>
                <w:sz w:val="24"/>
                <w:szCs w:val="24"/>
              </w:rPr>
              <w:br/>
              <w:t xml:space="preserve">(în unităţile administrativ-teritoriale din mediul urban se va solicita minimum 2 campanii/an. iar în cele din mediul rural minimum o campanie/an) </w:t>
            </w:r>
          </w:p>
        </w:tc>
        <w:tc>
          <w:tcPr>
            <w:tcW w:w="1440" w:type="dxa"/>
            <w:tcBorders>
              <w:top w:val="single" w:sz="4" w:space="0" w:color="000000"/>
              <w:left w:val="single" w:sz="4" w:space="0" w:color="000000"/>
              <w:right w:val="single" w:sz="4" w:space="0" w:color="000000"/>
            </w:tcBorders>
            <w:hideMark/>
          </w:tcPr>
          <w:p w14:paraId="16721FEC"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14:paraId="333F6332"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5.000 lei/campanie neefectuată </w:t>
            </w:r>
          </w:p>
        </w:tc>
      </w:tr>
      <w:tr w:rsidR="008B2EA6" w:rsidRPr="00CD3EA5" w14:paraId="7E5DD874" w14:textId="77777777" w:rsidTr="00E152C8">
        <w:trPr>
          <w:trHeight w:val="765"/>
          <w:jc w:val="center"/>
        </w:trPr>
        <w:tc>
          <w:tcPr>
            <w:tcW w:w="20" w:type="dxa"/>
            <w:tcMar>
              <w:top w:w="0" w:type="dxa"/>
              <w:left w:w="0" w:type="dxa"/>
              <w:bottom w:w="0" w:type="dxa"/>
              <w:right w:w="0" w:type="dxa"/>
            </w:tcMar>
            <w:hideMark/>
          </w:tcPr>
          <w:p w14:paraId="5D064367"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5454B935"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colectării fracţiilor de deşeuri la frecvenţa stabilită </w:t>
            </w:r>
          </w:p>
        </w:tc>
        <w:tc>
          <w:tcPr>
            <w:tcW w:w="3780" w:type="dxa"/>
            <w:tcBorders>
              <w:top w:val="single" w:sz="6" w:space="0" w:color="333333"/>
              <w:left w:val="single" w:sz="6" w:space="0" w:color="333333"/>
              <w:bottom w:val="single" w:sz="6" w:space="0" w:color="333333"/>
              <w:right w:val="single" w:sz="6" w:space="0" w:color="333333"/>
            </w:tcBorders>
            <w:hideMark/>
          </w:tcPr>
          <w:p w14:paraId="51520A95"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Numărul de abateri de la frecvenţa de colectare stabilită pentru fiecare fracţie de deşeuri prin caietul de sarcini. </w:t>
            </w:r>
          </w:p>
        </w:tc>
        <w:tc>
          <w:tcPr>
            <w:tcW w:w="1440" w:type="dxa"/>
            <w:tcBorders>
              <w:top w:val="single" w:sz="6" w:space="0" w:color="333333"/>
              <w:left w:val="single" w:sz="6" w:space="0" w:color="333333"/>
              <w:bottom w:val="single" w:sz="6" w:space="0" w:color="333333"/>
              <w:right w:val="single" w:sz="6" w:space="0" w:color="333333"/>
            </w:tcBorders>
            <w:hideMark/>
          </w:tcPr>
          <w:p w14:paraId="536CD849"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11B2406A"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2.500 lei/abatere </w:t>
            </w:r>
          </w:p>
        </w:tc>
      </w:tr>
      <w:tr w:rsidR="008B2EA6" w:rsidRPr="00CD3EA5" w14:paraId="245F9A87" w14:textId="77777777" w:rsidTr="00E152C8">
        <w:trPr>
          <w:trHeight w:val="975"/>
          <w:jc w:val="center"/>
        </w:trPr>
        <w:tc>
          <w:tcPr>
            <w:tcW w:w="20" w:type="dxa"/>
            <w:tcMar>
              <w:top w:w="0" w:type="dxa"/>
              <w:left w:w="0" w:type="dxa"/>
              <w:bottom w:w="0" w:type="dxa"/>
              <w:right w:w="0" w:type="dxa"/>
            </w:tcMar>
            <w:hideMark/>
          </w:tcPr>
          <w:p w14:paraId="7145D1F3"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4" w:space="0" w:color="000000"/>
              <w:right w:val="single" w:sz="6" w:space="0" w:color="333333"/>
            </w:tcBorders>
            <w:hideMark/>
          </w:tcPr>
          <w:p w14:paraId="1E944234"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transportului separat al fracţiilor de deşeuri colectate separat </w:t>
            </w:r>
          </w:p>
        </w:tc>
        <w:tc>
          <w:tcPr>
            <w:tcW w:w="3780" w:type="dxa"/>
            <w:tcBorders>
              <w:top w:val="single" w:sz="6" w:space="0" w:color="333333"/>
              <w:left w:val="single" w:sz="6" w:space="0" w:color="333333"/>
              <w:bottom w:val="single" w:sz="4" w:space="0" w:color="000000"/>
              <w:right w:val="single" w:sz="6" w:space="0" w:color="333333"/>
            </w:tcBorders>
            <w:hideMark/>
          </w:tcPr>
          <w:p w14:paraId="38BC8029"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Numărul de abateri de la transportul separat al fracţiilor de deşeuri care au fost în prealabil separate corect de utilizatori şi sunt colectate în amestec de operator. </w:t>
            </w:r>
          </w:p>
        </w:tc>
        <w:tc>
          <w:tcPr>
            <w:tcW w:w="1440" w:type="dxa"/>
            <w:tcBorders>
              <w:top w:val="single" w:sz="6" w:space="0" w:color="333333"/>
              <w:left w:val="single" w:sz="6" w:space="0" w:color="333333"/>
              <w:bottom w:val="single" w:sz="4" w:space="0" w:color="000000"/>
              <w:right w:val="single" w:sz="6" w:space="0" w:color="333333"/>
            </w:tcBorders>
            <w:hideMark/>
          </w:tcPr>
          <w:p w14:paraId="328D725F"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7769794E"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2.500 lei/abatere </w:t>
            </w:r>
          </w:p>
        </w:tc>
      </w:tr>
      <w:tr w:rsidR="008B2EA6" w:rsidRPr="00CD3EA5" w14:paraId="79E2F873" w14:textId="77777777" w:rsidTr="00E152C8">
        <w:trPr>
          <w:trHeight w:val="677"/>
          <w:jc w:val="center"/>
        </w:trPr>
        <w:tc>
          <w:tcPr>
            <w:tcW w:w="20" w:type="dxa"/>
            <w:tcBorders>
              <w:top w:val="single" w:sz="4" w:space="0" w:color="000000"/>
              <w:left w:val="single" w:sz="4" w:space="0" w:color="000000"/>
            </w:tcBorders>
            <w:tcMar>
              <w:top w:w="0" w:type="dxa"/>
              <w:left w:w="0" w:type="dxa"/>
              <w:bottom w:w="0" w:type="dxa"/>
              <w:right w:w="0" w:type="dxa"/>
            </w:tcMar>
            <w:hideMark/>
          </w:tcPr>
          <w:p w14:paraId="02B7E3D2"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4" w:space="0" w:color="000000"/>
              <w:right w:val="single" w:sz="4" w:space="0" w:color="000000"/>
            </w:tcBorders>
            <w:hideMark/>
          </w:tcPr>
          <w:p w14:paraId="63AB9A4C"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IP privind eficienţa încheierii contractelor la solicitarea utilizatorilor (se trece în cazul în care utilizatorii achită contravaloarea serviciului de salubrizare prin tarif)</w:t>
            </w:r>
          </w:p>
        </w:tc>
        <w:tc>
          <w:tcPr>
            <w:tcW w:w="3780" w:type="dxa"/>
            <w:tcBorders>
              <w:top w:val="single" w:sz="4" w:space="0" w:color="000000"/>
              <w:left w:val="single" w:sz="4" w:space="0" w:color="000000"/>
              <w:right w:val="single" w:sz="4" w:space="0" w:color="000000"/>
            </w:tcBorders>
            <w:hideMark/>
          </w:tcPr>
          <w:p w14:paraId="494B397E"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Numărul de contracte încheiate de operator în termen de 5 zile lucrătoare de la solicitarea utilizatorilor raportat la numărul total de solicitări. </w:t>
            </w:r>
          </w:p>
        </w:tc>
        <w:tc>
          <w:tcPr>
            <w:tcW w:w="1440" w:type="dxa"/>
            <w:tcBorders>
              <w:top w:val="single" w:sz="4" w:space="0" w:color="000000"/>
              <w:left w:val="single" w:sz="4" w:space="0" w:color="000000"/>
              <w:right w:val="single" w:sz="4" w:space="0" w:color="000000"/>
            </w:tcBorders>
            <w:hideMark/>
          </w:tcPr>
          <w:p w14:paraId="65E9661F"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14:paraId="45FF9AD0"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500 lei/contract neîncheiat la termen, din culpa exclusivă a operatorului </w:t>
            </w:r>
          </w:p>
        </w:tc>
      </w:tr>
      <w:tr w:rsidR="008B2EA6" w:rsidRPr="00CD3EA5" w14:paraId="53A94356" w14:textId="77777777" w:rsidTr="00E152C8">
        <w:trPr>
          <w:trHeight w:val="852"/>
          <w:jc w:val="center"/>
        </w:trPr>
        <w:tc>
          <w:tcPr>
            <w:tcW w:w="20" w:type="dxa"/>
            <w:tcMar>
              <w:top w:w="0" w:type="dxa"/>
              <w:left w:w="0" w:type="dxa"/>
              <w:bottom w:w="0" w:type="dxa"/>
              <w:right w:w="0" w:type="dxa"/>
            </w:tcMar>
            <w:hideMark/>
          </w:tcPr>
          <w:p w14:paraId="13623A48" w14:textId="77777777" w:rsidR="008B2EA6" w:rsidRPr="00CD3EA5" w:rsidRDefault="008B2EA6" w:rsidP="00E152C8">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3A62A237"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IP privind eficienţa soluţionării petiţiilor </w:t>
            </w:r>
          </w:p>
        </w:tc>
        <w:tc>
          <w:tcPr>
            <w:tcW w:w="3780" w:type="dxa"/>
            <w:tcBorders>
              <w:top w:val="single" w:sz="6" w:space="0" w:color="333333"/>
              <w:left w:val="single" w:sz="6" w:space="0" w:color="333333"/>
              <w:bottom w:val="single" w:sz="6" w:space="0" w:color="333333"/>
              <w:right w:val="single" w:sz="6" w:space="0" w:color="333333"/>
            </w:tcBorders>
            <w:hideMark/>
          </w:tcPr>
          <w:p w14:paraId="74F5EB73"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Numărul de petiţii soluţionate de operator în termen de 30 de zile de la înregistrare raportat la numărul total de petiţii primite. </w:t>
            </w:r>
          </w:p>
        </w:tc>
        <w:tc>
          <w:tcPr>
            <w:tcW w:w="1440" w:type="dxa"/>
            <w:tcBorders>
              <w:top w:val="single" w:sz="6" w:space="0" w:color="333333"/>
              <w:left w:val="single" w:sz="6" w:space="0" w:color="333333"/>
              <w:bottom w:val="single" w:sz="6" w:space="0" w:color="333333"/>
              <w:right w:val="single" w:sz="6" w:space="0" w:color="333333"/>
            </w:tcBorders>
            <w:hideMark/>
          </w:tcPr>
          <w:p w14:paraId="195681F5"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26C44C21" w14:textId="77777777" w:rsidR="008B2EA6" w:rsidRPr="00CD3EA5" w:rsidRDefault="008B2EA6" w:rsidP="00E152C8">
            <w:pPr>
              <w:spacing w:line="345" w:lineRule="atLeast"/>
              <w:rPr>
                <w:rFonts w:ascii="Times New Roman" w:eastAsia="Times New Roman" w:hAnsi="Times New Roman"/>
                <w:sz w:val="24"/>
                <w:szCs w:val="24"/>
              </w:rPr>
            </w:pPr>
            <w:r w:rsidRPr="00CD3EA5">
              <w:rPr>
                <w:rFonts w:ascii="Times New Roman" w:eastAsia="Times New Roman" w:hAnsi="Times New Roman"/>
                <w:sz w:val="24"/>
                <w:szCs w:val="24"/>
              </w:rPr>
              <w:t xml:space="preserve">500 lei/petiţie nesoluţionată la termen </w:t>
            </w:r>
          </w:p>
        </w:tc>
      </w:tr>
    </w:tbl>
    <w:p w14:paraId="1F8920AC" w14:textId="77777777" w:rsidR="008B2EA6" w:rsidRPr="00CD3EA5" w:rsidRDefault="008B2EA6" w:rsidP="008B2EA6">
      <w:pPr>
        <w:rPr>
          <w:rFonts w:ascii="Times New Roman" w:hAnsi="Times New Roman"/>
          <w:sz w:val="24"/>
          <w:szCs w:val="24"/>
        </w:rPr>
      </w:pPr>
    </w:p>
    <w:p w14:paraId="6AB72592" w14:textId="77777777" w:rsidR="008B2EA6" w:rsidRPr="00CD3EA5" w:rsidRDefault="008B2EA6" w:rsidP="008B2EA6">
      <w:pPr>
        <w:rPr>
          <w:rFonts w:ascii="Times New Roman" w:hAnsi="Times New Roman"/>
          <w:sz w:val="24"/>
          <w:szCs w:val="24"/>
        </w:rPr>
      </w:pPr>
    </w:p>
    <w:p w14:paraId="0F294FFF" w14:textId="77777777" w:rsidR="008B2EA6" w:rsidRPr="00CD3EA5" w:rsidRDefault="008B2EA6" w:rsidP="008B2EA6">
      <w:pPr>
        <w:rPr>
          <w:rFonts w:ascii="Times New Roman" w:hAnsi="Times New Roman"/>
          <w:sz w:val="24"/>
          <w:szCs w:val="24"/>
        </w:rPr>
      </w:pPr>
    </w:p>
    <w:p w14:paraId="3EEEAA13" w14:textId="77777777" w:rsidR="008B2EA6" w:rsidRPr="00CD3EA5" w:rsidRDefault="008B2EA6" w:rsidP="008B2EA6">
      <w:pPr>
        <w:rPr>
          <w:rFonts w:ascii="Times New Roman" w:hAnsi="Times New Roman"/>
          <w:sz w:val="24"/>
          <w:szCs w:val="24"/>
        </w:rPr>
      </w:pPr>
      <w:r w:rsidRPr="00CD3EA5">
        <w:rPr>
          <w:rFonts w:ascii="Times New Roman" w:hAnsi="Times New Roman"/>
          <w:sz w:val="24"/>
          <w:szCs w:val="24"/>
        </w:rPr>
        <w:t>Indicatori de performanta conform OUG 92/2021</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83"/>
        <w:gridCol w:w="3734"/>
        <w:gridCol w:w="763"/>
        <w:gridCol w:w="1443"/>
        <w:gridCol w:w="1776"/>
        <w:gridCol w:w="1163"/>
      </w:tblGrid>
      <w:tr w:rsidR="008B2EA6" w:rsidRPr="00CD3EA5" w14:paraId="1316DFA2" w14:textId="77777777" w:rsidTr="00E152C8">
        <w:tc>
          <w:tcPr>
            <w:tcW w:w="620" w:type="pct"/>
            <w:shd w:val="clear" w:color="auto" w:fill="FFFFFF"/>
            <w:vAlign w:val="center"/>
          </w:tcPr>
          <w:p w14:paraId="64FF7CD5"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Activitate</w:t>
            </w:r>
          </w:p>
        </w:tc>
        <w:tc>
          <w:tcPr>
            <w:tcW w:w="1892" w:type="pct"/>
            <w:shd w:val="clear" w:color="auto" w:fill="FFFFFF"/>
            <w:vAlign w:val="center"/>
          </w:tcPr>
          <w:p w14:paraId="3864E0BB"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Descrierea indicatorului</w:t>
            </w:r>
          </w:p>
        </w:tc>
        <w:tc>
          <w:tcPr>
            <w:tcW w:w="369" w:type="pct"/>
            <w:shd w:val="clear" w:color="auto" w:fill="FFFFFF"/>
            <w:vAlign w:val="center"/>
          </w:tcPr>
          <w:p w14:paraId="110E2840"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[UM]</w:t>
            </w:r>
          </w:p>
        </w:tc>
        <w:tc>
          <w:tcPr>
            <w:tcW w:w="698" w:type="pct"/>
            <w:shd w:val="clear" w:color="auto" w:fill="FFFFFF"/>
            <w:vAlign w:val="center"/>
          </w:tcPr>
          <w:p w14:paraId="672AC935"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Valoarea minima a indicatorului</w:t>
            </w:r>
          </w:p>
        </w:tc>
        <w:tc>
          <w:tcPr>
            <w:tcW w:w="859" w:type="pct"/>
            <w:shd w:val="clear" w:color="auto" w:fill="FFFFFF"/>
            <w:vAlign w:val="center"/>
          </w:tcPr>
          <w:p w14:paraId="6F75EBAA" w14:textId="77777777" w:rsidR="008B2EA6" w:rsidRPr="00CD3EA5" w:rsidRDefault="008B2EA6" w:rsidP="00E152C8">
            <w:pPr>
              <w:spacing w:after="0" w:line="240" w:lineRule="auto"/>
              <w:rPr>
                <w:rFonts w:ascii="Times New Roman" w:hAnsi="Times New Roman"/>
                <w:sz w:val="24"/>
                <w:szCs w:val="24"/>
              </w:rPr>
            </w:pPr>
          </w:p>
        </w:tc>
        <w:tc>
          <w:tcPr>
            <w:tcW w:w="562" w:type="pct"/>
            <w:shd w:val="clear" w:color="auto" w:fill="FFFFFF"/>
            <w:vAlign w:val="center"/>
          </w:tcPr>
          <w:p w14:paraId="19DECACD"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Frecventa</w:t>
            </w:r>
          </w:p>
        </w:tc>
      </w:tr>
      <w:tr w:rsidR="008B2EA6" w:rsidRPr="00CD3EA5" w14:paraId="29A14032" w14:textId="77777777" w:rsidTr="00E152C8">
        <w:tc>
          <w:tcPr>
            <w:tcW w:w="620" w:type="pct"/>
            <w:shd w:val="clear" w:color="auto" w:fill="FFFFFF"/>
            <w:vAlign w:val="center"/>
          </w:tcPr>
          <w:p w14:paraId="6F8E166D" w14:textId="77777777" w:rsidR="008B2EA6" w:rsidRPr="00CD3EA5" w:rsidRDefault="008B2EA6" w:rsidP="00E152C8">
            <w:pPr>
              <w:widowControl w:val="0"/>
              <w:tabs>
                <w:tab w:val="num" w:pos="3242"/>
              </w:tabs>
              <w:spacing w:after="240" w:line="312" w:lineRule="auto"/>
              <w:rPr>
                <w:rFonts w:ascii="Times New Roman" w:hAnsi="Times New Roman"/>
                <w:sz w:val="24"/>
                <w:szCs w:val="24"/>
              </w:rPr>
            </w:pPr>
            <w:r w:rsidRPr="00CD3EA5">
              <w:rPr>
                <w:rFonts w:ascii="Times New Roman" w:hAnsi="Times New Roman"/>
                <w:sz w:val="24"/>
                <w:szCs w:val="24"/>
              </w:rPr>
              <w:t>colectarea separată cel puțin pentru deșeurile de hârtie, metal, plastic și sticlă din deșeurile municipale prevazuta la Art 17 lit a)</w:t>
            </w:r>
          </w:p>
          <w:p w14:paraId="38FF45DD" w14:textId="77777777" w:rsidR="008B2EA6" w:rsidRPr="00CD3EA5" w:rsidRDefault="008B2EA6" w:rsidP="00E152C8">
            <w:pPr>
              <w:spacing w:after="0" w:line="240" w:lineRule="auto"/>
              <w:rPr>
                <w:rFonts w:ascii="Times New Roman" w:hAnsi="Times New Roman"/>
                <w:sz w:val="24"/>
                <w:szCs w:val="24"/>
              </w:rPr>
            </w:pPr>
          </w:p>
        </w:tc>
        <w:tc>
          <w:tcPr>
            <w:tcW w:w="1892" w:type="pct"/>
            <w:shd w:val="clear" w:color="auto" w:fill="FFFFFF"/>
            <w:vAlign w:val="center"/>
          </w:tcPr>
          <w:p w14:paraId="34280946"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14:paraId="7EF8A209"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Deșeurile sunt considerate colectate separat numai cu îndeplinirea criteriilor de acceptare în stația de sortare autorizată pentru sortarea deșeurilor colectate separat.</w:t>
            </w:r>
          </w:p>
          <w:p w14:paraId="236D2AC8"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Cantitățile sunt calculate pe baza bonurilor de cântar emise la stația de sortare.</w:t>
            </w:r>
          </w:p>
          <w:p w14:paraId="2E0F09B5"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Cantitatea totală de deșeuri reciclabile generată se estimează aplicând datele de compoziție la cantitatea totală de deșeuri colectată de operator.</w:t>
            </w:r>
          </w:p>
        </w:tc>
        <w:tc>
          <w:tcPr>
            <w:tcW w:w="369" w:type="pct"/>
            <w:shd w:val="clear" w:color="auto" w:fill="FFFFFF"/>
            <w:vAlign w:val="center"/>
          </w:tcPr>
          <w:p w14:paraId="11F4306F"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w:t>
            </w:r>
          </w:p>
        </w:tc>
        <w:tc>
          <w:tcPr>
            <w:tcW w:w="698" w:type="pct"/>
            <w:shd w:val="clear" w:color="auto" w:fill="FFFFFF"/>
            <w:vAlign w:val="center"/>
          </w:tcPr>
          <w:p w14:paraId="5FF2D755" w14:textId="77777777" w:rsidR="008B2EA6" w:rsidRPr="00CD3EA5" w:rsidRDefault="008B2EA6" w:rsidP="00E152C8">
            <w:pPr>
              <w:spacing w:after="0" w:line="240" w:lineRule="auto"/>
              <w:rPr>
                <w:rFonts w:ascii="Times New Roman" w:hAnsi="Times New Roman"/>
                <w:sz w:val="24"/>
                <w:szCs w:val="24"/>
              </w:rPr>
            </w:pPr>
          </w:p>
          <w:p w14:paraId="023BBCE3" w14:textId="77777777" w:rsidR="008B2EA6" w:rsidRPr="00CD3EA5" w:rsidRDefault="008B2EA6" w:rsidP="00E152C8">
            <w:pPr>
              <w:spacing w:after="0" w:line="240" w:lineRule="auto"/>
              <w:rPr>
                <w:rFonts w:ascii="Times New Roman" w:hAnsi="Times New Roman"/>
                <w:sz w:val="24"/>
                <w:szCs w:val="24"/>
              </w:rPr>
            </w:pPr>
          </w:p>
          <w:p w14:paraId="48C9FE3F"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începând cu 2022 – min. 70%</w:t>
            </w:r>
          </w:p>
        </w:tc>
        <w:tc>
          <w:tcPr>
            <w:tcW w:w="859" w:type="pct"/>
            <w:shd w:val="clear" w:color="auto" w:fill="FFFFFF"/>
            <w:vAlign w:val="center"/>
          </w:tcPr>
          <w:p w14:paraId="082B900F"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14:paraId="0A42396A" w14:textId="77777777" w:rsidR="008B2EA6" w:rsidRPr="00CD3EA5" w:rsidRDefault="008B2EA6" w:rsidP="00E152C8">
            <w:pPr>
              <w:spacing w:after="0" w:line="240" w:lineRule="auto"/>
              <w:rPr>
                <w:rFonts w:ascii="Times New Roman" w:hAnsi="Times New Roman"/>
                <w:sz w:val="24"/>
                <w:szCs w:val="24"/>
              </w:rPr>
            </w:pPr>
            <w:r w:rsidRPr="00CD3EA5">
              <w:rPr>
                <w:rFonts w:ascii="Times New Roman" w:hAnsi="Times New Roman"/>
                <w:sz w:val="24"/>
                <w:szCs w:val="24"/>
              </w:rPr>
              <w:t>Anual</w:t>
            </w:r>
          </w:p>
        </w:tc>
      </w:tr>
    </w:tbl>
    <w:p w14:paraId="2A2889D8" w14:textId="77777777" w:rsidR="008B2EA6" w:rsidRPr="00CD3EA5" w:rsidRDefault="008B2EA6" w:rsidP="008B2EA6">
      <w:pPr>
        <w:spacing w:after="0" w:line="240" w:lineRule="auto"/>
        <w:rPr>
          <w:rFonts w:ascii="Times New Roman" w:hAnsi="Times New Roman"/>
          <w:b/>
          <w:sz w:val="24"/>
          <w:szCs w:val="24"/>
        </w:rPr>
      </w:pPr>
    </w:p>
    <w:p w14:paraId="703CE87A" w14:textId="77777777" w:rsidR="008B2EA6" w:rsidRPr="00CD3EA5" w:rsidRDefault="008B2EA6" w:rsidP="008B2EA6">
      <w:pPr>
        <w:spacing w:after="0" w:line="240" w:lineRule="auto"/>
        <w:rPr>
          <w:rFonts w:ascii="Times New Roman" w:hAnsi="Times New Roman"/>
          <w:b/>
          <w:sz w:val="24"/>
          <w:szCs w:val="24"/>
        </w:rPr>
      </w:pPr>
    </w:p>
    <w:p w14:paraId="6BAF7552" w14:textId="77777777" w:rsidR="008B2EA6" w:rsidRPr="00CD3EA5" w:rsidRDefault="008B2EA6" w:rsidP="008B2EA6">
      <w:pPr>
        <w:spacing w:after="0" w:line="240" w:lineRule="auto"/>
        <w:rPr>
          <w:rFonts w:ascii="Times New Roman" w:hAnsi="Times New Roman"/>
          <w:b/>
          <w:sz w:val="24"/>
          <w:szCs w:val="24"/>
        </w:rPr>
      </w:pPr>
    </w:p>
    <w:p w14:paraId="4534C54C" w14:textId="77777777" w:rsidR="008B2EA6" w:rsidRPr="00CD3EA5" w:rsidRDefault="008B2EA6" w:rsidP="008B2EA6">
      <w:pPr>
        <w:spacing w:after="0" w:line="240" w:lineRule="auto"/>
        <w:rPr>
          <w:rFonts w:ascii="Times New Roman" w:hAnsi="Times New Roman"/>
          <w:b/>
          <w:sz w:val="24"/>
          <w:szCs w:val="24"/>
        </w:rPr>
      </w:pPr>
    </w:p>
    <w:p w14:paraId="1481CDDA" w14:textId="77777777" w:rsidR="008B2EA6" w:rsidRPr="00CD3EA5" w:rsidRDefault="008B2EA6" w:rsidP="008B2EA6">
      <w:pPr>
        <w:spacing w:after="0" w:line="240" w:lineRule="auto"/>
        <w:rPr>
          <w:rFonts w:ascii="Times New Roman" w:hAnsi="Times New Roman"/>
          <w:b/>
          <w:sz w:val="24"/>
          <w:szCs w:val="24"/>
        </w:rPr>
      </w:pPr>
    </w:p>
    <w:p w14:paraId="52C2E47C" w14:textId="77777777" w:rsidR="008B2EA6" w:rsidRPr="00CD3EA5" w:rsidRDefault="008B2EA6" w:rsidP="008B2EA6">
      <w:pPr>
        <w:spacing w:after="160" w:line="259" w:lineRule="auto"/>
        <w:rPr>
          <w:rFonts w:ascii="Times New Roman" w:hAnsi="Times New Roman"/>
          <w:sz w:val="24"/>
          <w:szCs w:val="24"/>
        </w:rPr>
      </w:pPr>
      <w:r w:rsidRPr="00CD3EA5">
        <w:rPr>
          <w:rFonts w:ascii="Times New Roman" w:hAnsi="Times New Roman"/>
          <w:sz w:val="24"/>
          <w:szCs w:val="24"/>
        </w:rPr>
        <w:br w:type="page"/>
      </w:r>
    </w:p>
    <w:p w14:paraId="19C43D0B"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ASIGURĂRILE</w:t>
      </w:r>
    </w:p>
    <w:p w14:paraId="18669A3A" w14:textId="77777777" w:rsidR="008B2EA6" w:rsidRPr="00CD3EA5" w:rsidRDefault="008B2EA6" w:rsidP="008B2EA6">
      <w:pPr>
        <w:spacing w:after="0" w:line="240" w:lineRule="auto"/>
        <w:ind w:left="714" w:hanging="357"/>
        <w:jc w:val="center"/>
        <w:rPr>
          <w:rFonts w:ascii="Times New Roman" w:hAnsi="Times New Roman"/>
          <w:b/>
          <w:bCs/>
          <w:sz w:val="24"/>
          <w:szCs w:val="24"/>
        </w:rPr>
      </w:pPr>
    </w:p>
    <w:p w14:paraId="333764A2"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Se va completa după semnarea contractului</w:t>
      </w:r>
    </w:p>
    <w:p w14:paraId="6F1C7237"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3156A03E"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 xml:space="preserve"> GARANȚIA DE BUNĂ EXECUȚIE</w:t>
      </w:r>
    </w:p>
    <w:p w14:paraId="634E3287" w14:textId="77777777" w:rsidR="008B2EA6" w:rsidRPr="00CD3EA5" w:rsidRDefault="008B2EA6" w:rsidP="008B2EA6">
      <w:pPr>
        <w:spacing w:after="0" w:line="240" w:lineRule="auto"/>
        <w:ind w:left="714" w:hanging="357"/>
        <w:jc w:val="center"/>
        <w:rPr>
          <w:rFonts w:ascii="Times New Roman" w:hAnsi="Times New Roman"/>
          <w:b/>
          <w:bCs/>
          <w:sz w:val="24"/>
          <w:szCs w:val="24"/>
        </w:rPr>
      </w:pPr>
    </w:p>
    <w:p w14:paraId="49F5543C" w14:textId="77777777" w:rsidR="008B2EA6" w:rsidRPr="00CD3EA5" w:rsidRDefault="008B2EA6" w:rsidP="008B2EA6">
      <w:pPr>
        <w:spacing w:after="0" w:line="240" w:lineRule="auto"/>
        <w:rPr>
          <w:rFonts w:ascii="Times New Roman" w:hAnsi="Times New Roman"/>
          <w:b/>
          <w:bCs/>
          <w:sz w:val="24"/>
          <w:szCs w:val="24"/>
        </w:rPr>
      </w:pPr>
      <w:r w:rsidRPr="00CD3EA5">
        <w:rPr>
          <w:rFonts w:ascii="Times New Roman" w:hAnsi="Times New Roman"/>
          <w:sz w:val="24"/>
          <w:szCs w:val="24"/>
        </w:rPr>
        <w:t>Se va completa după semnarea contractului</w:t>
      </w:r>
    </w:p>
    <w:p w14:paraId="63AD70EA"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0FD1A929"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TARIFE</w:t>
      </w:r>
    </w:p>
    <w:p w14:paraId="79534FCD" w14:textId="77777777" w:rsidR="008B2EA6" w:rsidRPr="00CD3EA5" w:rsidRDefault="008B2EA6" w:rsidP="008B2EA6">
      <w:pPr>
        <w:spacing w:after="0" w:line="240" w:lineRule="auto"/>
        <w:ind w:left="714" w:hanging="357"/>
        <w:jc w:val="center"/>
        <w:rPr>
          <w:rFonts w:ascii="Times New Roman" w:hAnsi="Times New Roman"/>
          <w:b/>
          <w:bCs/>
          <w:sz w:val="24"/>
          <w:szCs w:val="24"/>
        </w:rPr>
      </w:pPr>
    </w:p>
    <w:p w14:paraId="0C29575F"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Se va completa la semnarea contractului</w:t>
      </w:r>
    </w:p>
    <w:p w14:paraId="2909A092"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7161B855"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 xml:space="preserve"> MODIFICAREA/AJUSTAREA TARIFELOR</w:t>
      </w:r>
    </w:p>
    <w:p w14:paraId="4CE99707" w14:textId="77777777" w:rsidR="008B2EA6" w:rsidRPr="00CD3EA5" w:rsidRDefault="008B2EA6" w:rsidP="008B2EA6">
      <w:pPr>
        <w:spacing w:after="0" w:line="240" w:lineRule="auto"/>
        <w:jc w:val="both"/>
        <w:rPr>
          <w:rFonts w:ascii="Times New Roman" w:hAnsi="Times New Roman"/>
          <w:bCs/>
          <w:sz w:val="24"/>
          <w:szCs w:val="24"/>
        </w:rPr>
      </w:pPr>
    </w:p>
    <w:p w14:paraId="3853D504"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031FBC65" w14:textId="77777777" w:rsidR="008B2EA6" w:rsidRPr="00CD3EA5" w:rsidRDefault="008B2EA6" w:rsidP="008B2EA6">
      <w:pPr>
        <w:spacing w:after="0" w:line="240" w:lineRule="auto"/>
        <w:jc w:val="both"/>
        <w:rPr>
          <w:rFonts w:ascii="Times New Roman" w:hAnsi="Times New Roman"/>
          <w:bCs/>
          <w:sz w:val="24"/>
          <w:szCs w:val="24"/>
        </w:rPr>
      </w:pPr>
    </w:p>
    <w:p w14:paraId="738B1C2C"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t xml:space="preserve">Ajustarea tarifelor pentru activităţile specifice serviciului de salubrizare </w:t>
      </w:r>
    </w:p>
    <w:p w14:paraId="3AC4A7A4" w14:textId="77777777" w:rsidR="008B2EA6" w:rsidRPr="00CD3EA5" w:rsidRDefault="008B2EA6" w:rsidP="008B2EA6">
      <w:pPr>
        <w:spacing w:after="0" w:line="240" w:lineRule="auto"/>
        <w:jc w:val="both"/>
        <w:rPr>
          <w:rFonts w:ascii="Times New Roman" w:hAnsi="Times New Roman"/>
          <w:sz w:val="24"/>
          <w:szCs w:val="24"/>
        </w:rPr>
      </w:pPr>
      <w:bookmarkStart w:id="689" w:name="A33"/>
      <w:r w:rsidRPr="00CD3EA5">
        <w:rPr>
          <w:rFonts w:ascii="Times New Roman" w:hAnsi="Times New Roman"/>
          <w:sz w:val="24"/>
          <w:szCs w:val="24"/>
        </w:rPr>
        <w:t>ART. 33</w:t>
      </w:r>
      <w:bookmarkEnd w:id="689"/>
    </w:p>
    <w:p w14:paraId="25601F76"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 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73A3C66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(1^1) Luna de referinţă corespunzătoare stabilirii tarifului/tarifelor este:</w:t>
      </w:r>
    </w:p>
    <w:p w14:paraId="6CFE999B"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a) luna aferentă datei semnării contractului de delegare, în cazul în care contractul se semnează înainte de expirarea duratei iniţiale de valabilitate a ofertei stabilite prin documentaţia de atribuire;</w:t>
      </w:r>
    </w:p>
    <w:p w14:paraId="7E57C0D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078D3FB0"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 luna aferentă datei de dare în administrare a activităţii/activităţilor de salubrizare.</w:t>
      </w:r>
      <w:r w:rsidRPr="00CD3EA5">
        <w:rPr>
          <w:rFonts w:ascii="Times New Roman" w:hAnsi="Times New Roman"/>
          <w:sz w:val="24"/>
          <w:szCs w:val="24"/>
        </w:rPr>
        <w:br/>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(1^2) Luna de referinţă corespunzătoare precedentei aprobări este ultima lună până la care operatorul a fundamentat cheltuielile aferente tarifului aprobat anterior, respectiv:</w:t>
      </w:r>
    </w:p>
    <w:p w14:paraId="50D0FF1B"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a) ultima lună avută în vedere la calculul evoluţiei indicelui preţurilor de consum, în cazul în care tariful aprobat anterior a făcut obiectul unei proceduri de ajustare;</w:t>
      </w:r>
    </w:p>
    <w:p w14:paraId="7CD7832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b) ultima lună avută în vedere la fundamentarea cheltuielilor de către operator, în cazul în care tariful aprobat anterior a făcut obiectul unei proceduri de modificare.</w:t>
      </w:r>
    </w:p>
    <w:p w14:paraId="72D0436A"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3AB73344"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(3) Ajustarea tarifului se face prin aplicarea coeficientului de indexare cu evoluţia indicelui preţului de consum total (IPC total) la total cheltuieli de exploatare, fără a fi necesară fundamentarea elementelor de cheltuieli.</w:t>
      </w:r>
    </w:p>
    <w:p w14:paraId="213697F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(4) 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4671880C"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(5) În situaţia contractelor de delegare a gestiunii aflate în derulare care prevăd alt parametru de ajustare decât indicele preţului de consum total, ajustarea tarifului/tarifelor se face prin aplicarea parametrului de ajustare prevăzut în contract.</w:t>
      </w:r>
    </w:p>
    <w:p w14:paraId="0C7D049C"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bookmarkStart w:id="690" w:name="A34"/>
      <w:r w:rsidRPr="00CD3EA5">
        <w:rPr>
          <w:rFonts w:ascii="Times New Roman" w:hAnsi="Times New Roman"/>
          <w:sz w:val="24"/>
          <w:szCs w:val="24"/>
        </w:rPr>
        <w:t>ART. 34</w:t>
      </w:r>
      <w:bookmarkEnd w:id="690"/>
    </w:p>
    <w:p w14:paraId="33269CC1"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 Ajustarea tarifelor pentru activităţile de salubrizare desfăşurate de operatori pe fluxul deşeurilor municipale se face potrivit formulei:</w:t>
      </w:r>
    </w:p>
    <w:p w14:paraId="6B5867E9"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T(1) = V(1)/Q(1), unde:</w:t>
      </w:r>
    </w:p>
    <w:p w14:paraId="399740A5"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T(1) = tariful ajustat;</w:t>
      </w:r>
    </w:p>
    <w:p w14:paraId="7A97BC1A"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lastRenderedPageBreak/>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Q(1) = cantitatea programată, egală cu Q(0) din fundamentarea anterioară aprobată;</w:t>
      </w:r>
      <w:r w:rsidRPr="00CD3EA5">
        <w:rPr>
          <w:rFonts w:ascii="Times New Roman" w:hAnsi="Times New Roman"/>
          <w:sz w:val="24"/>
          <w:szCs w:val="24"/>
        </w:rPr>
        <w:br/>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V(1) = valoarea totală ajustată, determinată de influenţele primite în cheltuielile de exploatare de evoluţia parametrului de ajustare IPC_total, calculată potrivit formulei:</w:t>
      </w:r>
    </w:p>
    <w:p w14:paraId="2A181A3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V(1) = CT(1) + CT(1) x r% + CT(1) x d%, unde:</w:t>
      </w:r>
    </w:p>
    <w:p w14:paraId="79B1C79A"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CT(1) = CE(1) + CF(1)</w:t>
      </w:r>
    </w:p>
    <w:p w14:paraId="34435E2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CE(1) = CE(0) x IPC_total/100</w:t>
      </w:r>
    </w:p>
    <w:p w14:paraId="1780A84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CE(0) = cheltuielile de exploatare, din fundamentarea anterioară aprobată;</w:t>
      </w:r>
      <w:r w:rsidRPr="00CD3EA5">
        <w:rPr>
          <w:rFonts w:ascii="Times New Roman" w:hAnsi="Times New Roman"/>
          <w:sz w:val="24"/>
          <w:szCs w:val="24"/>
        </w:rPr>
        <w:br/>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3DC5AED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CE(1) = cheltuielile de exploatare ajustate cu inflaţia;</w:t>
      </w:r>
    </w:p>
    <w:p w14:paraId="63D2887C"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CF(1) = cheltuielile financiare, la acelaşi nivel cu cheltuielile financiare CF(0) din fundamentarea anterioară avizată/aprobată;</w:t>
      </w:r>
    </w:p>
    <w:p w14:paraId="1ECAF755"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r% = cota de profit stabilită la momentul încheierii contractului de delegare;</w:t>
      </w:r>
      <w:r w:rsidRPr="00CD3EA5">
        <w:rPr>
          <w:rFonts w:ascii="Times New Roman" w:hAnsi="Times New Roman"/>
          <w:sz w:val="24"/>
          <w:szCs w:val="24"/>
        </w:rPr>
        <w:br/>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d% = cota de dezvoltare.</w:t>
      </w:r>
    </w:p>
    <w:p w14:paraId="6B7F3C23"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(2) 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0B32F6C4"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bookmarkStart w:id="691" w:name="A35"/>
      <w:r w:rsidRPr="00CD3EA5">
        <w:rPr>
          <w:rFonts w:ascii="Times New Roman" w:hAnsi="Times New Roman"/>
          <w:sz w:val="24"/>
          <w:szCs w:val="24"/>
        </w:rPr>
        <w:t>ART. 35</w:t>
      </w:r>
      <w:bookmarkEnd w:id="691"/>
    </w:p>
    <w:p w14:paraId="3D316DFB"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 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2C55198A"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(2) 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57C1976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(3) 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38DB17B3"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br/>
        <w:t>   SECŢIUNEA a 3-a</w:t>
      </w:r>
    </w:p>
    <w:p w14:paraId="4829057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Modificarea tarifelor pentru activităţile specifice serviciului de salubrizare</w:t>
      </w:r>
    </w:p>
    <w:p w14:paraId="68C3A575"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bookmarkStart w:id="692" w:name="A36"/>
      <w:r w:rsidRPr="00CD3EA5">
        <w:rPr>
          <w:rFonts w:ascii="Times New Roman" w:hAnsi="Times New Roman"/>
          <w:sz w:val="24"/>
          <w:szCs w:val="24"/>
        </w:rPr>
        <w:t>ART. 36</w:t>
      </w:r>
      <w:bookmarkEnd w:id="692"/>
    </w:p>
    <w:p w14:paraId="34AF63AE"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 Tarifele activităţilor specifice serviciului de salubrizare se modifică în următoarele situaţii:</w:t>
      </w:r>
    </w:p>
    <w:p w14:paraId="478FCC73"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72A32121"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773AE885"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29F7282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xml:space="preserve">d) la modificarea cantităţii, volumului sau, după caz, a suprafeţei programate ca urmare a modificării caietului de sarcini ori a modificării cu mai mult de ± 10% a cantităţii anuale de deşeuri municipale generate </w:t>
      </w:r>
      <w:r w:rsidRPr="00CD3EA5">
        <w:rPr>
          <w:rFonts w:ascii="Times New Roman" w:hAnsi="Times New Roman"/>
          <w:sz w:val="24"/>
          <w:szCs w:val="24"/>
        </w:rPr>
        <w:lastRenderedPageBreak/>
        <w:t>şi/sau a cantităţii anuale de deşeuri intrate în staţia de transfer, staţia de sortare, instalaţiile de tratare sau depozitul de deşeuri, după caz, faţă de cantitatea programată din fundamentarea anterioară.</w:t>
      </w:r>
    </w:p>
    <w:p w14:paraId="09CB76E6"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(2) 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5D9D0129"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(3) 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6B42772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(4) 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6FE21DA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(5) Cheltuielile cu amortizarea, cu redevenţa şi cu personalul se fundamentează de către operatori, după cum urmează:</w:t>
      </w:r>
    </w:p>
    <w:p w14:paraId="5097C377"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6932908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b) cheltuielile cu redevenţa anuală se iau în considerare la nivelul stabilit în contractul de delegare sau, după caz, în hotărârea de dare în administrare a serviciului de salubrizare;</w:t>
      </w:r>
    </w:p>
    <w:p w14:paraId="53E0A01B"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6B6B03B2"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(6) Cheltuielile financiare se iau în considerare la nivelul cheltuielilor anuale cu dobânzile şi comisioanele aferente creditelor contractate pentru realizarea investiţiilor în sistemul de salubrizare.</w:t>
      </w:r>
    </w:p>
    <w:p w14:paraId="0379C658"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bookmarkStart w:id="693" w:name="A37"/>
      <w:r w:rsidRPr="00CD3EA5">
        <w:rPr>
          <w:rFonts w:ascii="Times New Roman" w:hAnsi="Times New Roman"/>
          <w:sz w:val="24"/>
          <w:szCs w:val="24"/>
        </w:rPr>
        <w:t>ART. 37</w:t>
      </w:r>
      <w:bookmarkEnd w:id="693"/>
    </w:p>
    <w:p w14:paraId="71BAC90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(1) Modificarea tarifelor pentru activităţile de salubrizare desfăşurate de operatori pe fluxul deşeurilor municipale se face potrivit formulei:</w:t>
      </w:r>
    </w:p>
    <w:p w14:paraId="25BFE293"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Pm = Vm/Qm, unde:</w:t>
      </w:r>
    </w:p>
    <w:p w14:paraId="4D63D5C7"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Pm = preţul sau tariful modificat;</w:t>
      </w:r>
    </w:p>
    <w:p w14:paraId="0A0D0BDD"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318CC539"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Qm = cantitatea programată la nivelul anului în care se face propunerea.</w:t>
      </w:r>
      <w:r w:rsidRPr="00CD3EA5">
        <w:rPr>
          <w:rFonts w:ascii="Times New Roman" w:hAnsi="Times New Roman"/>
          <w:sz w:val="24"/>
          <w:szCs w:val="24"/>
        </w:rPr>
        <w:br/>
      </w: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(2) 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0076EE6F"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lastRenderedPageBreak/>
        <w:t> </w:t>
      </w:r>
      <w:r w:rsidRPr="00CD3EA5">
        <w:rPr>
          <w:rFonts w:ascii="Times New Roman" w:hAnsi="Times New Roman"/>
          <w:sz w:val="24"/>
          <w:szCs w:val="24"/>
        </w:rPr>
        <w:t> </w:t>
      </w:r>
      <w:r w:rsidRPr="00CD3EA5">
        <w:rPr>
          <w:rFonts w:ascii="Times New Roman" w:hAnsi="Times New Roman"/>
          <w:sz w:val="24"/>
          <w:szCs w:val="24"/>
        </w:rPr>
        <w:t>(3) 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6DA5B9D1" w14:textId="77777777" w:rsidR="008B2EA6" w:rsidRPr="00CD3EA5" w:rsidRDefault="008B2EA6" w:rsidP="008B2EA6">
      <w:pPr>
        <w:spacing w:after="0" w:line="240" w:lineRule="auto"/>
        <w:jc w:val="both"/>
        <w:rPr>
          <w:rFonts w:ascii="Times New Roman" w:hAnsi="Times New Roman"/>
          <w:sz w:val="24"/>
          <w:szCs w:val="24"/>
        </w:rPr>
      </w:pPr>
    </w:p>
    <w:p w14:paraId="09D66830" w14:textId="77777777" w:rsidR="008B2EA6" w:rsidRPr="00CD3EA5" w:rsidRDefault="008B2EA6" w:rsidP="008B2EA6">
      <w:pPr>
        <w:spacing w:after="0"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bookmarkStart w:id="694" w:name="A38"/>
      <w:r w:rsidRPr="00CD3EA5">
        <w:rPr>
          <w:rFonts w:ascii="Times New Roman" w:hAnsi="Times New Roman"/>
          <w:sz w:val="24"/>
          <w:szCs w:val="24"/>
        </w:rPr>
        <w:t>ART. 38</w:t>
      </w:r>
      <w:bookmarkEnd w:id="694"/>
    </w:p>
    <w:p w14:paraId="0167AF9D" w14:textId="77777777" w:rsidR="008B2EA6" w:rsidRPr="00CD3EA5" w:rsidRDefault="008B2EA6" w:rsidP="008B2EA6">
      <w:pPr>
        <w:spacing w:line="240" w:lineRule="auto"/>
        <w:jc w:val="both"/>
        <w:rPr>
          <w:rFonts w:ascii="Times New Roman" w:hAnsi="Times New Roman"/>
          <w:sz w:val="24"/>
          <w:szCs w:val="24"/>
        </w:rPr>
      </w:pPr>
      <w:r w:rsidRPr="00CD3EA5">
        <w:rPr>
          <w:rFonts w:ascii="Times New Roman" w:hAnsi="Times New Roman"/>
          <w:sz w:val="24"/>
          <w:szCs w:val="24"/>
        </w:rPr>
        <w:t> </w:t>
      </w:r>
      <w:r w:rsidRPr="00CD3EA5">
        <w:rPr>
          <w:rFonts w:ascii="Times New Roman" w:hAnsi="Times New Roman"/>
          <w:sz w:val="24"/>
          <w:szCs w:val="24"/>
        </w:rPr>
        <w:t> </w:t>
      </w:r>
      <w:r w:rsidRPr="00CD3EA5">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01C8DA07" w14:textId="77777777" w:rsidR="008B2EA6" w:rsidRPr="00CD3EA5" w:rsidRDefault="008B2EA6" w:rsidP="008B2EA6">
      <w:pPr>
        <w:spacing w:line="240" w:lineRule="auto"/>
        <w:jc w:val="both"/>
        <w:rPr>
          <w:rFonts w:ascii="Times New Roman" w:hAnsi="Times New Roman"/>
          <w:sz w:val="24"/>
          <w:szCs w:val="24"/>
        </w:rPr>
      </w:pPr>
    </w:p>
    <w:p w14:paraId="1160F6AB" w14:textId="77777777" w:rsidR="008B2EA6" w:rsidRPr="00CD3EA5" w:rsidRDefault="008B2EA6" w:rsidP="008B2EA6">
      <w:pPr>
        <w:spacing w:line="345" w:lineRule="atLeast"/>
        <w:jc w:val="both"/>
        <w:rPr>
          <w:rFonts w:ascii="Times New Roman" w:hAnsi="Times New Roman"/>
          <w:sz w:val="24"/>
          <w:szCs w:val="24"/>
        </w:rPr>
      </w:pPr>
    </w:p>
    <w:p w14:paraId="4FE3BEF8" w14:textId="77777777" w:rsidR="008B2EA6" w:rsidRPr="00CD3EA5" w:rsidRDefault="008B2EA6" w:rsidP="008B2EA6">
      <w:pPr>
        <w:spacing w:line="345" w:lineRule="atLeast"/>
        <w:jc w:val="both"/>
        <w:rPr>
          <w:rFonts w:ascii="Times New Roman" w:hAnsi="Times New Roman"/>
          <w:sz w:val="24"/>
          <w:szCs w:val="24"/>
        </w:rPr>
      </w:pPr>
    </w:p>
    <w:p w14:paraId="6F220E2A" w14:textId="77777777" w:rsidR="008B2EA6" w:rsidRPr="00CD3EA5" w:rsidRDefault="008B2EA6" w:rsidP="008B2EA6">
      <w:pPr>
        <w:spacing w:line="345" w:lineRule="atLeast"/>
        <w:jc w:val="both"/>
        <w:rPr>
          <w:rFonts w:ascii="Times New Roman" w:hAnsi="Times New Roman"/>
          <w:sz w:val="24"/>
          <w:szCs w:val="24"/>
        </w:rPr>
      </w:pPr>
    </w:p>
    <w:p w14:paraId="08865028" w14:textId="77777777" w:rsidR="008B2EA6" w:rsidRPr="00CD3EA5" w:rsidRDefault="008B2EA6" w:rsidP="008B2EA6">
      <w:pPr>
        <w:spacing w:line="345" w:lineRule="atLeast"/>
        <w:jc w:val="both"/>
        <w:rPr>
          <w:rFonts w:ascii="Times New Roman" w:hAnsi="Times New Roman"/>
          <w:sz w:val="24"/>
          <w:szCs w:val="24"/>
        </w:rPr>
      </w:pPr>
    </w:p>
    <w:p w14:paraId="23BDBB6A" w14:textId="77777777" w:rsidR="008B2EA6" w:rsidRPr="00CD3EA5" w:rsidRDefault="008B2EA6" w:rsidP="008B2EA6">
      <w:pPr>
        <w:spacing w:line="345" w:lineRule="atLeast"/>
        <w:jc w:val="both"/>
        <w:rPr>
          <w:rFonts w:ascii="Times New Roman" w:hAnsi="Times New Roman"/>
          <w:sz w:val="24"/>
          <w:szCs w:val="24"/>
        </w:rPr>
      </w:pPr>
    </w:p>
    <w:p w14:paraId="40CBA3C8" w14:textId="77777777" w:rsidR="008B2EA6" w:rsidRPr="00CD3EA5" w:rsidRDefault="008B2EA6" w:rsidP="008B2EA6">
      <w:pPr>
        <w:spacing w:line="345" w:lineRule="atLeast"/>
        <w:jc w:val="both"/>
        <w:rPr>
          <w:rFonts w:ascii="Times New Roman" w:hAnsi="Times New Roman"/>
          <w:sz w:val="24"/>
          <w:szCs w:val="24"/>
        </w:rPr>
      </w:pPr>
    </w:p>
    <w:p w14:paraId="5F56F410" w14:textId="77777777" w:rsidR="008B2EA6" w:rsidRPr="00CD3EA5" w:rsidRDefault="008B2EA6" w:rsidP="008B2EA6">
      <w:pPr>
        <w:spacing w:line="345" w:lineRule="atLeast"/>
        <w:jc w:val="both"/>
        <w:rPr>
          <w:rFonts w:ascii="Times New Roman" w:hAnsi="Times New Roman"/>
          <w:sz w:val="24"/>
          <w:szCs w:val="24"/>
        </w:rPr>
      </w:pPr>
    </w:p>
    <w:p w14:paraId="25DE03CC" w14:textId="77777777" w:rsidR="008B2EA6" w:rsidRPr="00CD3EA5" w:rsidRDefault="008B2EA6" w:rsidP="008B2EA6">
      <w:pPr>
        <w:spacing w:line="345" w:lineRule="atLeast"/>
        <w:jc w:val="both"/>
        <w:rPr>
          <w:rFonts w:ascii="Times New Roman" w:hAnsi="Times New Roman"/>
          <w:sz w:val="24"/>
          <w:szCs w:val="24"/>
        </w:rPr>
      </w:pPr>
    </w:p>
    <w:p w14:paraId="514477DC" w14:textId="77777777" w:rsidR="008B2EA6" w:rsidRPr="00CD3EA5" w:rsidRDefault="008B2EA6" w:rsidP="008B2EA6">
      <w:pPr>
        <w:spacing w:line="345" w:lineRule="atLeast"/>
        <w:jc w:val="both"/>
        <w:rPr>
          <w:rFonts w:ascii="Times New Roman" w:hAnsi="Times New Roman"/>
          <w:sz w:val="24"/>
          <w:szCs w:val="24"/>
        </w:rPr>
      </w:pPr>
    </w:p>
    <w:p w14:paraId="4AB70917" w14:textId="77777777" w:rsidR="008B2EA6" w:rsidRPr="00CD3EA5" w:rsidRDefault="008B2EA6" w:rsidP="008B2EA6">
      <w:pPr>
        <w:spacing w:line="345" w:lineRule="atLeast"/>
        <w:jc w:val="both"/>
        <w:rPr>
          <w:rFonts w:ascii="Times New Roman" w:hAnsi="Times New Roman"/>
          <w:sz w:val="24"/>
          <w:szCs w:val="24"/>
        </w:rPr>
      </w:pPr>
    </w:p>
    <w:p w14:paraId="6AE48CD9" w14:textId="77777777" w:rsidR="008B2EA6" w:rsidRPr="00CD3EA5" w:rsidRDefault="008B2EA6" w:rsidP="008B2EA6">
      <w:pPr>
        <w:spacing w:line="345" w:lineRule="atLeast"/>
        <w:jc w:val="both"/>
        <w:rPr>
          <w:rFonts w:ascii="Times New Roman" w:hAnsi="Times New Roman"/>
          <w:sz w:val="24"/>
          <w:szCs w:val="24"/>
        </w:rPr>
      </w:pPr>
    </w:p>
    <w:p w14:paraId="5CFC4456" w14:textId="77777777" w:rsidR="008B2EA6" w:rsidRPr="00CD3EA5" w:rsidRDefault="008B2EA6" w:rsidP="008B2EA6">
      <w:pPr>
        <w:spacing w:line="345" w:lineRule="atLeast"/>
        <w:jc w:val="both"/>
        <w:rPr>
          <w:rFonts w:ascii="Times New Roman" w:hAnsi="Times New Roman"/>
          <w:sz w:val="24"/>
          <w:szCs w:val="24"/>
        </w:rPr>
      </w:pPr>
    </w:p>
    <w:p w14:paraId="54D67979" w14:textId="77777777" w:rsidR="008B2EA6" w:rsidRPr="00CD3EA5" w:rsidRDefault="008B2EA6" w:rsidP="008B2EA6">
      <w:pPr>
        <w:spacing w:line="345" w:lineRule="atLeast"/>
        <w:jc w:val="both"/>
        <w:rPr>
          <w:rFonts w:ascii="Times New Roman" w:hAnsi="Times New Roman"/>
          <w:sz w:val="24"/>
          <w:szCs w:val="24"/>
        </w:rPr>
      </w:pPr>
    </w:p>
    <w:p w14:paraId="42FEF5D1" w14:textId="77777777" w:rsidR="008B2EA6" w:rsidRPr="00CD3EA5" w:rsidRDefault="008B2EA6" w:rsidP="008B2EA6">
      <w:pPr>
        <w:spacing w:line="345" w:lineRule="atLeast"/>
        <w:jc w:val="both"/>
        <w:rPr>
          <w:rFonts w:ascii="Times New Roman" w:hAnsi="Times New Roman"/>
          <w:sz w:val="24"/>
          <w:szCs w:val="24"/>
        </w:rPr>
      </w:pPr>
    </w:p>
    <w:p w14:paraId="4A292B1E" w14:textId="77777777" w:rsidR="008B2EA6" w:rsidRPr="00CD3EA5" w:rsidRDefault="008B2EA6" w:rsidP="008B2EA6">
      <w:pPr>
        <w:spacing w:line="345" w:lineRule="atLeast"/>
        <w:jc w:val="both"/>
        <w:rPr>
          <w:rFonts w:ascii="Times New Roman" w:hAnsi="Times New Roman"/>
          <w:sz w:val="24"/>
          <w:szCs w:val="24"/>
        </w:rPr>
      </w:pPr>
    </w:p>
    <w:p w14:paraId="2867EFB9" w14:textId="77777777" w:rsidR="008B2EA6" w:rsidRPr="00CD3EA5" w:rsidRDefault="008B2EA6" w:rsidP="008B2EA6">
      <w:pPr>
        <w:spacing w:line="345" w:lineRule="atLeast"/>
        <w:jc w:val="both"/>
        <w:rPr>
          <w:rFonts w:ascii="Times New Roman" w:hAnsi="Times New Roman"/>
          <w:sz w:val="24"/>
          <w:szCs w:val="24"/>
        </w:rPr>
      </w:pPr>
    </w:p>
    <w:p w14:paraId="36644D2C" w14:textId="77777777" w:rsidR="008B2EA6" w:rsidRPr="00CD3EA5" w:rsidRDefault="008B2EA6" w:rsidP="008B2EA6">
      <w:pPr>
        <w:spacing w:line="345" w:lineRule="atLeast"/>
        <w:jc w:val="both"/>
        <w:rPr>
          <w:rFonts w:ascii="Times New Roman" w:hAnsi="Times New Roman"/>
          <w:sz w:val="24"/>
          <w:szCs w:val="24"/>
        </w:rPr>
      </w:pPr>
    </w:p>
    <w:p w14:paraId="40F156F8" w14:textId="77777777" w:rsidR="008B2EA6" w:rsidRPr="00CD3EA5" w:rsidRDefault="008B2EA6" w:rsidP="008B2EA6">
      <w:pPr>
        <w:spacing w:line="345" w:lineRule="atLeast"/>
        <w:jc w:val="both"/>
        <w:rPr>
          <w:rFonts w:ascii="Times New Roman" w:eastAsia="Times New Roman" w:hAnsi="Times New Roman"/>
          <w:b/>
          <w:bCs/>
          <w:sz w:val="24"/>
          <w:szCs w:val="24"/>
        </w:rPr>
      </w:pPr>
    </w:p>
    <w:p w14:paraId="05A23499" w14:textId="77777777" w:rsidR="008B2EA6" w:rsidRPr="00CD3EA5" w:rsidRDefault="008B2EA6" w:rsidP="008B2EA6">
      <w:pPr>
        <w:pStyle w:val="Style2"/>
        <w:spacing w:after="0" w:line="240" w:lineRule="auto"/>
        <w:jc w:val="both"/>
        <w:rPr>
          <w:rFonts w:ascii="Times New Roman" w:hAnsi="Times New Roman" w:cs="Times New Roman"/>
          <w:sz w:val="24"/>
          <w:szCs w:val="24"/>
        </w:rPr>
      </w:pPr>
      <w:r w:rsidRPr="00CD3EA5">
        <w:rPr>
          <w:rFonts w:ascii="Times New Roman" w:hAnsi="Times New Roman" w:cs="Times New Roman"/>
          <w:sz w:val="24"/>
          <w:szCs w:val="24"/>
        </w:rPr>
        <w:lastRenderedPageBreak/>
        <w:t>MODUL DE CALCUL AL SUMELOR PLĂTITE DE DELEGATAR CĂTRE DELEGAT DIN COSTURILE NETE DE GESTIONARE A DEȘEURILOR DE AMBALAJE ÎNCASATE DE LA OIREP</w:t>
      </w:r>
    </w:p>
    <w:p w14:paraId="3AC89684"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3C4323FD" w14:textId="77777777" w:rsidR="008B2EA6" w:rsidRPr="00CD3EA5" w:rsidRDefault="008B2EA6" w:rsidP="008B2EA6">
      <w:pPr>
        <w:autoSpaceDE w:val="0"/>
        <w:autoSpaceDN w:val="0"/>
        <w:adjustRightInd w:val="0"/>
        <w:spacing w:after="0" w:line="240" w:lineRule="auto"/>
        <w:jc w:val="both"/>
        <w:rPr>
          <w:rFonts w:ascii="Times New Roman" w:hAnsi="Times New Roman"/>
          <w:bCs/>
          <w:sz w:val="24"/>
          <w:szCs w:val="24"/>
        </w:rPr>
      </w:pPr>
    </w:p>
    <w:p w14:paraId="76C8792C"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t xml:space="preserve">Facturarea utilizatorilor </w:t>
      </w:r>
    </w:p>
    <w:p w14:paraId="03DD8C24" w14:textId="77777777" w:rsidR="008B2EA6" w:rsidRPr="00CD3EA5" w:rsidRDefault="008B2EA6" w:rsidP="008B2EA6">
      <w:pPr>
        <w:pStyle w:val="al"/>
        <w:spacing w:before="0" w:beforeAutospacing="0" w:after="0" w:afterAutospacing="0"/>
        <w:jc w:val="both"/>
      </w:pPr>
      <w:r w:rsidRPr="00CD3EA5">
        <w:rPr>
          <w:b/>
          <w:bCs/>
        </w:rPr>
        <w:t xml:space="preserve">Art. 43. - </w:t>
      </w:r>
      <w:r w:rsidRPr="00CD3EA5">
        <w:t>(1) În modalitatea de plată prin tarif, operatorul care se află în raporturi contractuale cu utilizatorii, evidenţiază distinct pe factura emisă următoarele elemente:</w:t>
      </w:r>
    </w:p>
    <w:p w14:paraId="6555FDFE" w14:textId="77777777" w:rsidR="008B2EA6" w:rsidRPr="00CD3EA5" w:rsidRDefault="008B2EA6" w:rsidP="008B2EA6">
      <w:pPr>
        <w:pStyle w:val="al"/>
        <w:spacing w:before="0" w:beforeAutospacing="0" w:after="0" w:afterAutospacing="0"/>
        <w:jc w:val="both"/>
      </w:pPr>
      <w:r w:rsidRPr="00CD3EA5">
        <w:t>(i) tariful aprobat aferent fiecărei activităţi componente a serviciului de salubrizare, exprimat în lei/persoană/lună pentru utilizatorii casnici şi în lei/mc pentru utilizatorii non-casnici;</w:t>
      </w:r>
    </w:p>
    <w:p w14:paraId="2EFDECF7" w14:textId="77777777" w:rsidR="008B2EA6" w:rsidRPr="00CD3EA5" w:rsidRDefault="008B2EA6" w:rsidP="008B2EA6">
      <w:pPr>
        <w:pStyle w:val="al"/>
        <w:spacing w:before="0" w:beforeAutospacing="0" w:after="0" w:afterAutospacing="0"/>
        <w:jc w:val="both"/>
      </w:pPr>
      <w:r w:rsidRPr="00CD3EA5">
        <w:t>(ii) valoarea fiecărei contribuţii pentru economia circulară, rezultată din aplicarea indicatorului de performanţă aferent fiecărei activităţi/prestaţii, exprimată în lei/persoană/lună pentru utilizatorii casnici şi în lei/mc pentru utilizatorii non-casnici;</w:t>
      </w:r>
    </w:p>
    <w:p w14:paraId="5E788497" w14:textId="77777777" w:rsidR="008B2EA6" w:rsidRPr="00CD3EA5" w:rsidRDefault="008B2EA6" w:rsidP="008B2EA6">
      <w:pPr>
        <w:pStyle w:val="al"/>
        <w:spacing w:before="0" w:beforeAutospacing="0" w:after="0" w:afterAutospacing="0"/>
        <w:jc w:val="both"/>
      </w:pPr>
      <w:r w:rsidRPr="00CD3EA5">
        <w:t>(iii) valoarea reducerii facturii pentru utilizatorii casnici, aprobată de către autoritatea deliberativă a unităţii/subdiviziunii administrativ-teritoriale sau, după caz, de adunarea generală a asociaţiei de dezvoltare intercomunitară, corespunzător sumelor încasate de la organizaţiile care implementează obligaţiile privind răspunderea extinsă a producătorilor, exprimată în lei/persoană/lună.</w:t>
      </w:r>
    </w:p>
    <w:p w14:paraId="50836BEC" w14:textId="77777777" w:rsidR="008B2EA6" w:rsidRPr="00CD3EA5" w:rsidRDefault="008B2EA6" w:rsidP="008B2EA6">
      <w:pPr>
        <w:pStyle w:val="al"/>
        <w:spacing w:before="0" w:beforeAutospacing="0" w:after="0" w:afterAutospacing="0"/>
        <w:jc w:val="both"/>
      </w:pPr>
      <w:r w:rsidRPr="00CD3EA5">
        <w:t>(2) În vederea emiterii facturilor către utilizatori, autoritatea administraţiei publice locale implicată sau după, caz, asociaţia de dezvoltare intercomunitară este obligată să transmită, în scris, operatorului, următoarele date şi informaţii:</w:t>
      </w:r>
    </w:p>
    <w:p w14:paraId="5CD0191F" w14:textId="77777777" w:rsidR="008B2EA6" w:rsidRPr="00CD3EA5" w:rsidRDefault="008B2EA6" w:rsidP="008B2EA6">
      <w:pPr>
        <w:pStyle w:val="al"/>
        <w:spacing w:before="0" w:beforeAutospacing="0" w:after="0" w:afterAutospacing="0"/>
        <w:jc w:val="both"/>
      </w:pPr>
      <w:r w:rsidRPr="00CD3EA5">
        <w:t>(i) nivelul tarifului aprobat, în lei/tonă, în lei/persoană/lună şi în lei/mc, pentru fiecare activitate desfăşurată de operatori pe fluxul deşeurilor municipale;</w:t>
      </w:r>
    </w:p>
    <w:p w14:paraId="366092AE" w14:textId="77777777" w:rsidR="008B2EA6" w:rsidRPr="00CD3EA5" w:rsidRDefault="008B2EA6" w:rsidP="008B2EA6">
      <w:pPr>
        <w:pStyle w:val="al"/>
        <w:spacing w:before="0" w:beforeAutospacing="0" w:after="0" w:afterAutospacing="0"/>
        <w:jc w:val="both"/>
      </w:pPr>
      <w:r w:rsidRPr="00CD3EA5">
        <w:t>(ii) valoarea contribuţiei pentru economia circulară, în lei/tonă, lei/persoană/lună şi lei/mc, pentru fiecare activitate desfăşurată de operatori pe fluxul deşeurilor municipale, inclusiv cu specificarea indicatorului de performanţă aferent fiecărei activităţi şi a cantităţii programate din fişa de fundamentare a fiecărui tarif;</w:t>
      </w:r>
    </w:p>
    <w:p w14:paraId="31E7DD93" w14:textId="77777777" w:rsidR="008B2EA6" w:rsidRPr="00CD3EA5" w:rsidRDefault="008B2EA6" w:rsidP="008B2EA6">
      <w:pPr>
        <w:pStyle w:val="al"/>
        <w:spacing w:before="0" w:beforeAutospacing="0" w:after="0" w:afterAutospacing="0"/>
        <w:jc w:val="both"/>
      </w:pPr>
      <w:r w:rsidRPr="00CD3EA5">
        <w:t>(iii) valoarea reducerii facturii aprobate pentru utilizatorii casnici, în lei/persoană/lună.</w:t>
      </w:r>
    </w:p>
    <w:p w14:paraId="272C2B5E" w14:textId="77777777" w:rsidR="008B2EA6" w:rsidRPr="00CD3EA5" w:rsidRDefault="008B2EA6" w:rsidP="008B2EA6">
      <w:pPr>
        <w:pStyle w:val="al"/>
        <w:spacing w:before="0" w:beforeAutospacing="0" w:after="0" w:afterAutospacing="0"/>
        <w:jc w:val="both"/>
      </w:pPr>
      <w:r w:rsidRPr="00CD3EA5">
        <w:t xml:space="preserve">(3) Autorităţile administraţiei publice locale implicate sau, după caz, asociaţiile de dezvoltare intercomunitară sunt obligate să transmită, în scris, operatorului care se află în relaţii contractuale cu utilizatorii, datele şi informaţiile actualizate, prevăzute la </w:t>
      </w:r>
      <w:hyperlink r:id="rId18" w:anchor="p-502087905" w:tgtFrame="_blank" w:history="1">
        <w:r w:rsidRPr="00CD3EA5">
          <w:rPr>
            <w:rStyle w:val="Hyperlink"/>
          </w:rPr>
          <w:t>alin. (2)</w:t>
        </w:r>
      </w:hyperlink>
      <w:r w:rsidRPr="00CD3EA5">
        <w:t>, la orice aprobare a stabilirii, ajustării sau modificării unui tarif şi/sau a valorii reducerii facturii pentru utilizatorii casnici.</w:t>
      </w:r>
    </w:p>
    <w:p w14:paraId="64887C41" w14:textId="77777777" w:rsidR="008B2EA6" w:rsidRPr="00CD3EA5" w:rsidRDefault="008B2EA6" w:rsidP="008B2EA6">
      <w:pPr>
        <w:pStyle w:val="al"/>
        <w:spacing w:before="0" w:beforeAutospacing="0" w:after="0" w:afterAutospacing="0"/>
        <w:jc w:val="both"/>
      </w:pPr>
      <w:r w:rsidRPr="00CD3EA5">
        <w:t xml:space="preserve">(4) Prin excepţie de la prevederile </w:t>
      </w:r>
      <w:hyperlink r:id="rId19" w:anchor="p-502087901" w:tgtFrame="_blank" w:history="1">
        <w:r w:rsidRPr="00CD3EA5">
          <w:rPr>
            <w:rStyle w:val="Hyperlink"/>
          </w:rPr>
          <w:t>alin. (1)</w:t>
        </w:r>
      </w:hyperlink>
      <w:r w:rsidRPr="00CD3EA5">
        <w:t xml:space="preserve">, în unităţile/subdiviziunile administrativ-teritoriale în care este implementat potrivit prevederilor art. 17 alin. (5) lit. h) </w:t>
      </w:r>
      <w:hyperlink r:id="rId20" w:anchor="p-410584475" w:tgtFrame="_blank" w:history="1">
        <w:r w:rsidRPr="00CD3EA5">
          <w:rPr>
            <w:rStyle w:val="Hyperlink"/>
          </w:rPr>
          <w:t>pct. (i)</w:t>
        </w:r>
      </w:hyperlink>
      <w:r w:rsidRPr="00CD3EA5">
        <w:t xml:space="preserve"> - </w:t>
      </w:r>
      <w:hyperlink r:id="rId21" w:anchor="p-410584477" w:tgtFrame="_blank" w:history="1">
        <w:r w:rsidRPr="00CD3EA5">
          <w:rPr>
            <w:rStyle w:val="Hyperlink"/>
          </w:rPr>
          <w:t>(iii)</w:t>
        </w:r>
      </w:hyperlink>
      <w:r w:rsidRPr="00CD3EA5">
        <w:t xml:space="preserve"> din O.U.G. nr. 92/2021, cu modificările şi completările ulterioare, instrumentul economic "plăteşte pentru cât arunci", operatorul emite factura pe baza procedurii de facturare şi a elementului de plată implementat, în conformitate cu prevederile din regulamentul local privind implementarea instrumentului economic "plăteşte pentru cât arunci" aprobat de către autoritatea deliberativă a unităţii/subdiviziunii administrativ-teritoriale.</w:t>
      </w:r>
    </w:p>
    <w:p w14:paraId="6313B1E9" w14:textId="77777777" w:rsidR="008B2EA6" w:rsidRPr="00CD3EA5" w:rsidRDefault="008B2EA6" w:rsidP="008B2EA6">
      <w:pPr>
        <w:pStyle w:val="al"/>
        <w:spacing w:before="0" w:beforeAutospacing="0" w:after="0" w:afterAutospacing="0"/>
        <w:jc w:val="both"/>
        <w:rPr>
          <w:b/>
          <w:bCs/>
        </w:rPr>
      </w:pPr>
    </w:p>
    <w:p w14:paraId="059D31DB" w14:textId="77777777" w:rsidR="008B2EA6" w:rsidRPr="00CD3EA5" w:rsidRDefault="008B2EA6" w:rsidP="008B2EA6">
      <w:pPr>
        <w:pStyle w:val="al"/>
        <w:spacing w:before="0" w:beforeAutospacing="0" w:after="0" w:afterAutospacing="0"/>
        <w:jc w:val="both"/>
      </w:pPr>
      <w:r w:rsidRPr="00CD3EA5">
        <w:rPr>
          <w:b/>
          <w:bCs/>
        </w:rPr>
        <w:t xml:space="preserve">Art. 44. - </w:t>
      </w:r>
      <w:r w:rsidRPr="00CD3EA5">
        <w:t xml:space="preserve">(1) În situaţia de la art. 43 </w:t>
      </w:r>
      <w:hyperlink r:id="rId22" w:anchor="p-502087901" w:tgtFrame="_blank" w:history="1">
        <w:r w:rsidRPr="00CD3EA5">
          <w:rPr>
            <w:rStyle w:val="Hyperlink"/>
          </w:rPr>
          <w:t>alin. (1)</w:t>
        </w:r>
      </w:hyperlink>
      <w:r w:rsidRPr="00CD3EA5">
        <w:t xml:space="preserve"> pct. (iii), autoritatea administraţiei publice locale implicată sau, după caz, asociaţia de dezvoltare intercomunitară are obligaţia să achite lunar operatorului contravaloarea reducerii facturilor emise utilizatorilor casnici.</w:t>
      </w:r>
    </w:p>
    <w:p w14:paraId="7A8E5BD9" w14:textId="77777777" w:rsidR="008B2EA6" w:rsidRPr="00CD3EA5" w:rsidRDefault="008B2EA6" w:rsidP="008B2EA6">
      <w:pPr>
        <w:pStyle w:val="al"/>
        <w:spacing w:before="0" w:beforeAutospacing="0" w:after="0" w:afterAutospacing="0"/>
        <w:jc w:val="both"/>
      </w:pPr>
      <w:r w:rsidRPr="00CD3EA5">
        <w:t xml:space="preserve">(2) Factura pentru încasarea contravalorii reducerii facturilor emise utilizatorilor casnici se emite de către operator până la data de 15 a lunii următoare celei în care prestaţia a fost efectuată şi se achită de către autorităţile administraţiei publice locale sau, după caz, de către asociaţiile de dezvoltare intercomunitară în termenul de scadenţă de 15 zile de la data emiterii facturii. Neachitarea facturii în termenul de scadenţă atrage penalităţi de întârziere stabilite conform prevederilor art. 42 </w:t>
      </w:r>
      <w:hyperlink r:id="rId23" w:anchor="p-64049457" w:tgtFrame="_blank" w:history="1">
        <w:r w:rsidRPr="00CD3EA5">
          <w:rPr>
            <w:rStyle w:val="Hyperlink"/>
          </w:rPr>
          <w:t>alin. (10)</w:t>
        </w:r>
      </w:hyperlink>
      <w:r w:rsidRPr="00CD3EA5">
        <w:t xml:space="preserve"> din Legea nr. 51/2006, republicată, cu modificările şi completările ulterioare.</w:t>
      </w:r>
    </w:p>
    <w:p w14:paraId="42668400" w14:textId="77777777" w:rsidR="008B2EA6" w:rsidRPr="00CD3EA5" w:rsidRDefault="008B2EA6" w:rsidP="008B2EA6">
      <w:pPr>
        <w:pStyle w:val="al"/>
        <w:spacing w:before="0" w:beforeAutospacing="0" w:after="0" w:afterAutospacing="0"/>
        <w:jc w:val="both"/>
      </w:pPr>
      <w:r w:rsidRPr="00CD3EA5">
        <w:rPr>
          <w:b/>
          <w:bCs/>
        </w:rPr>
        <w:t xml:space="preserve">Art. 45. - </w:t>
      </w:r>
      <w:r w:rsidRPr="00CD3EA5">
        <w:t>(1) Pe factura emisă utilizatorilor se evidenţiază distinct de către operator următoarele valori:</w:t>
      </w:r>
    </w:p>
    <w:p w14:paraId="71E2CAB0" w14:textId="77777777" w:rsidR="008B2EA6" w:rsidRPr="00CD3EA5" w:rsidRDefault="008B2EA6" w:rsidP="008B2EA6">
      <w:pPr>
        <w:pStyle w:val="al"/>
        <w:spacing w:before="0" w:beforeAutospacing="0" w:after="0" w:afterAutospacing="0"/>
        <w:jc w:val="both"/>
      </w:pPr>
      <w:r w:rsidRPr="00CD3EA5">
        <w:t>(i) T(i) activitate</w:t>
      </w:r>
    </w:p>
    <w:p w14:paraId="2486C836" w14:textId="77777777" w:rsidR="008B2EA6" w:rsidRPr="00CD3EA5" w:rsidRDefault="008B2EA6" w:rsidP="008B2EA6">
      <w:pPr>
        <w:pStyle w:val="al"/>
        <w:spacing w:before="0" w:beforeAutospacing="0" w:after="0" w:afterAutospacing="0"/>
        <w:jc w:val="both"/>
      </w:pPr>
      <w:r w:rsidRPr="00CD3EA5">
        <w:t>(ii) CEC ip(i)</w:t>
      </w:r>
    </w:p>
    <w:p w14:paraId="61BB8646" w14:textId="77777777" w:rsidR="008B2EA6" w:rsidRPr="00CD3EA5" w:rsidRDefault="008B2EA6" w:rsidP="008B2EA6">
      <w:pPr>
        <w:pStyle w:val="al"/>
        <w:spacing w:before="0" w:beforeAutospacing="0" w:after="0" w:afterAutospacing="0"/>
        <w:jc w:val="both"/>
      </w:pPr>
      <w:r w:rsidRPr="00CD3EA5">
        <w:lastRenderedPageBreak/>
        <w:t>(iii) reducere factură</w:t>
      </w:r>
    </w:p>
    <w:p w14:paraId="721B1048" w14:textId="77777777" w:rsidR="008B2EA6" w:rsidRPr="00CD3EA5" w:rsidRDefault="008B2EA6" w:rsidP="008B2EA6">
      <w:pPr>
        <w:pStyle w:val="al"/>
        <w:spacing w:before="0" w:beforeAutospacing="0" w:after="0" w:afterAutospacing="0"/>
        <w:jc w:val="both"/>
      </w:pPr>
      <w:r w:rsidRPr="00CD3EA5">
        <w:t>unde:</w:t>
      </w:r>
    </w:p>
    <w:p w14:paraId="134C86BB" w14:textId="77777777" w:rsidR="008B2EA6" w:rsidRPr="00CD3EA5" w:rsidRDefault="008B2EA6" w:rsidP="008B2EA6">
      <w:pPr>
        <w:pStyle w:val="al"/>
        <w:spacing w:before="0" w:beforeAutospacing="0" w:after="0" w:afterAutospacing="0"/>
        <w:jc w:val="both"/>
      </w:pPr>
      <w:r w:rsidRPr="00CD3EA5">
        <w:t>(i) T(i) activitate, reprezintă:</w:t>
      </w:r>
    </w:p>
    <w:p w14:paraId="79D96F0C" w14:textId="77777777" w:rsidR="008B2EA6" w:rsidRPr="00CD3EA5" w:rsidRDefault="008B2EA6" w:rsidP="008B2EA6">
      <w:pPr>
        <w:pStyle w:val="al"/>
        <w:spacing w:before="0" w:beforeAutospacing="0" w:after="0" w:afterAutospacing="0"/>
        <w:jc w:val="both"/>
      </w:pPr>
      <w:r w:rsidRPr="00CD3EA5">
        <w:t>a) fie tariful activităţii/prestaţiei i din care operatorul nu realizează venituri din vânzarea deşeurilor reciclabile şi/sau valorificarea deşeurilor sortate/tratate, exprimat în lei/persoană/lună pentru utilizatorii casnici şi în lei/tonă/mc pentru utilizatorii non-casnici;</w:t>
      </w:r>
    </w:p>
    <w:p w14:paraId="25862BA1" w14:textId="77777777" w:rsidR="008B2EA6" w:rsidRPr="00CD3EA5" w:rsidRDefault="008B2EA6" w:rsidP="008B2EA6">
      <w:pPr>
        <w:pStyle w:val="al"/>
        <w:spacing w:before="0" w:beforeAutospacing="0" w:after="0" w:afterAutospacing="0"/>
        <w:jc w:val="both"/>
      </w:pPr>
      <w:r w:rsidRPr="00CD3EA5">
        <w:t>b) fie tariful de facturare al activităţii/prestaţiei i, aplicat numai utilizatorilor casnici, în cazul în care operatorul realizează venituri din vânzarea deşeurilor reciclabile şi/sau din valorificarea deşeurilor sortate/tratate, calculat potrivit formulei:</w:t>
      </w:r>
    </w:p>
    <w:p w14:paraId="2744742A" w14:textId="77777777" w:rsidR="008B2EA6" w:rsidRPr="00CD3EA5" w:rsidRDefault="008B2EA6" w:rsidP="008B2EA6">
      <w:pPr>
        <w:spacing w:after="0" w:line="240" w:lineRule="auto"/>
        <w:jc w:val="both"/>
        <w:rPr>
          <w:rFonts w:ascii="Times New Roman" w:eastAsia="Times New Roman" w:hAnsi="Times New Roman"/>
          <w:sz w:val="24"/>
          <w:szCs w:val="24"/>
        </w:rPr>
      </w:pPr>
    </w:p>
    <w:p w14:paraId="08293D56"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t>T(i) facturare = T(i) activitate - C(i) reducere tarif</w:t>
      </w:r>
    </w:p>
    <w:p w14:paraId="3122CA0F" w14:textId="77777777" w:rsidR="008B2EA6" w:rsidRPr="00CD3EA5" w:rsidRDefault="008B2EA6" w:rsidP="008B2EA6">
      <w:pPr>
        <w:pStyle w:val="al"/>
        <w:spacing w:before="0" w:beforeAutospacing="0" w:after="0" w:afterAutospacing="0"/>
        <w:jc w:val="both"/>
      </w:pPr>
      <w:r w:rsidRPr="00CD3EA5">
        <w:t>unde:</w:t>
      </w:r>
    </w:p>
    <w:p w14:paraId="1EAE75AC" w14:textId="77777777" w:rsidR="008B2EA6" w:rsidRPr="00CD3EA5" w:rsidRDefault="008B2EA6" w:rsidP="008B2EA6">
      <w:pPr>
        <w:pStyle w:val="al"/>
        <w:spacing w:before="0" w:beforeAutospacing="0" w:after="0" w:afterAutospacing="0"/>
        <w:jc w:val="both"/>
      </w:pPr>
      <w:r w:rsidRPr="00CD3EA5">
        <w:t>T(i) facturare (lei/persoană/lună) - tariful aferent activităţii/prestaţiei i din care operatorul realizează venituri din vânzarea deşeurilor reciclabile şi/sau din valorificarea deşeurilor sortate/tratate;</w:t>
      </w:r>
    </w:p>
    <w:p w14:paraId="25E50142" w14:textId="77777777" w:rsidR="008B2EA6" w:rsidRPr="00CD3EA5" w:rsidRDefault="008B2EA6" w:rsidP="008B2EA6">
      <w:pPr>
        <w:pStyle w:val="al"/>
        <w:spacing w:before="0" w:beforeAutospacing="0" w:after="0" w:afterAutospacing="0"/>
        <w:jc w:val="both"/>
      </w:pPr>
      <w:r w:rsidRPr="00CD3EA5">
        <w:t>C(i) reducere tarif (lei/persoană/lună) - cuantumul reducerii tarifului aferent activităţii/prestaţiei i din care operatorul realizează venituri din vânzarea deşeurilor reciclabile şi/sau din valorificarea deşeurilor sortate/tratate, calculată potrivit formulei:</w:t>
      </w:r>
    </w:p>
    <w:p w14:paraId="5D6DF62D"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br/>
        <w:t>C(i) reducere tarif = V(1)/Număr UC</w:t>
      </w:r>
    </w:p>
    <w:p w14:paraId="5E89F4D6" w14:textId="77777777" w:rsidR="008B2EA6" w:rsidRPr="00CD3EA5" w:rsidRDefault="008B2EA6" w:rsidP="008B2EA6">
      <w:pPr>
        <w:pStyle w:val="al"/>
        <w:spacing w:before="0" w:beforeAutospacing="0" w:after="0" w:afterAutospacing="0"/>
        <w:jc w:val="both"/>
      </w:pPr>
      <w:r w:rsidRPr="00CD3EA5">
        <w:t>V(i) - media lunară a veniturilor realizate de operator din vânzarea deşeurilor reciclabile şi/sau valorificarea deşeurilor sortate/tratate, aferentă activităţii/prestaţiei i (lei/lună);</w:t>
      </w:r>
    </w:p>
    <w:p w14:paraId="6D82A36F" w14:textId="77777777" w:rsidR="008B2EA6" w:rsidRPr="00CD3EA5" w:rsidRDefault="008B2EA6" w:rsidP="008B2EA6">
      <w:pPr>
        <w:pStyle w:val="al"/>
        <w:spacing w:before="0" w:beforeAutospacing="0" w:after="0" w:afterAutospacing="0"/>
        <w:jc w:val="both"/>
      </w:pPr>
      <w:r w:rsidRPr="00CD3EA5">
        <w:t>Număr UC - numărul total de utilizatori casnici; în cazul asociaţiilor de proprietari/locatari se iau în considerare toate persoanele care locuiesc în condominiu.</w:t>
      </w:r>
    </w:p>
    <w:p w14:paraId="47C4D687" w14:textId="77777777" w:rsidR="008B2EA6" w:rsidRPr="00CD3EA5" w:rsidRDefault="008B2EA6" w:rsidP="008B2EA6">
      <w:pPr>
        <w:pStyle w:val="al"/>
        <w:spacing w:before="0" w:beforeAutospacing="0" w:after="0" w:afterAutospacing="0"/>
        <w:jc w:val="both"/>
      </w:pPr>
      <w:r w:rsidRPr="00CD3EA5">
        <w:t xml:space="preserve">CEC ip (i) - are semnificaţia de la </w:t>
      </w:r>
      <w:hyperlink r:id="rId24" w:anchor="p-502087951" w:tgtFrame="_blank" w:history="1">
        <w:r w:rsidRPr="00CD3EA5">
          <w:rPr>
            <w:rStyle w:val="Hyperlink"/>
          </w:rPr>
          <w:t>art. 47</w:t>
        </w:r>
      </w:hyperlink>
      <w:r w:rsidRPr="00CD3EA5">
        <w:t xml:space="preserve"> din prezentele norme metodologice, respectiv valoarea contribuţiei pentru economia circulară corespunzătoare indicatorului de performanţă aferent activităţii/prestaţiei i, exprimat în lei/persoană/lună pentru utilizatorii casnici şi în lei/mc pentru utilizatorii non-casnici;</w:t>
      </w:r>
    </w:p>
    <w:p w14:paraId="6566E6F6" w14:textId="77777777" w:rsidR="008B2EA6" w:rsidRPr="00CD3EA5" w:rsidRDefault="008B2EA6" w:rsidP="008B2EA6">
      <w:pPr>
        <w:pStyle w:val="al"/>
        <w:spacing w:before="0" w:beforeAutospacing="0" w:after="0" w:afterAutospacing="0"/>
        <w:jc w:val="both"/>
      </w:pPr>
      <w:r w:rsidRPr="00CD3EA5">
        <w:t>reducere factură (lei/persoană/lună) - valoarea reducerii facturii din sumele încasate de la organizaţiile care implementează răspunderea extinsă a producătorilor, numai la utilizatorii casnici care colectează separat deşeurile de hârtie, metal, plastic şi sticlă.</w:t>
      </w:r>
    </w:p>
    <w:p w14:paraId="37B7571D" w14:textId="77777777" w:rsidR="008B2EA6" w:rsidRPr="00CD3EA5" w:rsidRDefault="008B2EA6" w:rsidP="008B2EA6">
      <w:pPr>
        <w:pStyle w:val="al"/>
        <w:spacing w:before="0" w:beforeAutospacing="0" w:after="0" w:afterAutospacing="0"/>
        <w:jc w:val="both"/>
      </w:pPr>
      <w:r w:rsidRPr="00CD3EA5">
        <w:t xml:space="preserve">(2) În situaţia prevăzută la alin. (1) </w:t>
      </w:r>
      <w:hyperlink r:id="rId25" w:anchor="p-502087922" w:tgtFrame="_blank" w:history="1">
        <w:r w:rsidRPr="00CD3EA5">
          <w:rPr>
            <w:rStyle w:val="Hyperlink"/>
          </w:rPr>
          <w:t>lit. b)</w:t>
        </w:r>
      </w:hyperlink>
      <w:r w:rsidRPr="00CD3EA5">
        <w:t>, veniturile realizate din vânzarea şi/sau valorificarea deşeurilor rămân la dispoziţia operatorului, în vederea acoperirii diferenţei de tarif dintre tariful activităţii/prestaţiei şi tariful de facturare aprobat.</w:t>
      </w:r>
    </w:p>
    <w:p w14:paraId="0F95D505" w14:textId="77777777" w:rsidR="008B2EA6" w:rsidRPr="00CD3EA5" w:rsidRDefault="008B2EA6" w:rsidP="008B2EA6">
      <w:pPr>
        <w:pStyle w:val="al"/>
        <w:spacing w:before="0" w:beforeAutospacing="0" w:after="0" w:afterAutospacing="0"/>
        <w:jc w:val="both"/>
      </w:pPr>
      <w:r w:rsidRPr="00CD3EA5">
        <w:t>(3) Valoarea reducerii facturii la utilizatorii casnici care colectează separat deşeurile de hârtie, metal, plastic şi sticlă, din sumele încasate de la organizaţiile care implementează răspunderea extinsă a producătorilor pentru gestionarea deşeurilor de ambalaje, se calculează potrivit formulei:</w:t>
      </w:r>
    </w:p>
    <w:p w14:paraId="0219E05C" w14:textId="77777777" w:rsidR="008B2EA6" w:rsidRPr="00CD3EA5" w:rsidRDefault="008B2EA6" w:rsidP="008B2EA6">
      <w:pPr>
        <w:pStyle w:val="al"/>
        <w:spacing w:before="0" w:beforeAutospacing="0" w:after="0" w:afterAutospacing="0"/>
        <w:jc w:val="both"/>
      </w:pPr>
      <w:r w:rsidRPr="00CD3EA5">
        <w:t>a) în situaţia în care sumele aferente gestionării deşeurilor de ambalaje municipale sunt încasate direct de către autoritatea administraţiei publice locale de la organizaţiile care implementează răspunderea extinsă a producătorilor:</w:t>
      </w:r>
    </w:p>
    <w:p w14:paraId="35C0DE19" w14:textId="77777777" w:rsidR="008B2EA6" w:rsidRPr="00CD3EA5" w:rsidRDefault="008B2EA6" w:rsidP="008B2EA6">
      <w:pPr>
        <w:spacing w:after="0" w:line="240" w:lineRule="auto"/>
        <w:jc w:val="both"/>
        <w:rPr>
          <w:rFonts w:ascii="Times New Roman" w:eastAsia="Times New Roman" w:hAnsi="Times New Roman"/>
          <w:sz w:val="24"/>
          <w:szCs w:val="24"/>
        </w:rPr>
      </w:pPr>
    </w:p>
    <w:p w14:paraId="43153329" w14:textId="77777777" w:rsidR="008B2EA6" w:rsidRPr="00CD3EA5" w:rsidRDefault="008B2EA6" w:rsidP="008B2EA6">
      <w:pPr>
        <w:spacing w:after="0" w:line="240" w:lineRule="auto"/>
        <w:jc w:val="both"/>
        <w:rPr>
          <w:rFonts w:ascii="Times New Roman" w:eastAsia="Times New Roman" w:hAnsi="Times New Roman"/>
          <w:b/>
          <w:bCs/>
          <w:sz w:val="24"/>
          <w:szCs w:val="24"/>
        </w:rPr>
      </w:pPr>
      <w:r w:rsidRPr="00CD3EA5">
        <w:rPr>
          <w:rFonts w:ascii="Times New Roman" w:eastAsia="Times New Roman" w:hAnsi="Times New Roman"/>
          <w:b/>
          <w:bCs/>
          <w:sz w:val="24"/>
          <w:szCs w:val="24"/>
        </w:rPr>
        <w:t>Reducere factură = Suma OIREP/Număr UC (lei/persoană/lună)</w:t>
      </w:r>
    </w:p>
    <w:p w14:paraId="1F5880B7" w14:textId="77777777" w:rsidR="008B2EA6" w:rsidRPr="00CD3EA5" w:rsidRDefault="008B2EA6" w:rsidP="008B2EA6">
      <w:pPr>
        <w:pStyle w:val="al"/>
        <w:spacing w:before="0" w:beforeAutospacing="0" w:after="0" w:afterAutospacing="0"/>
        <w:jc w:val="both"/>
      </w:pPr>
      <w:r w:rsidRPr="00CD3EA5">
        <w:t>unde:</w:t>
      </w:r>
    </w:p>
    <w:p w14:paraId="214EB7A3" w14:textId="77777777" w:rsidR="008B2EA6" w:rsidRPr="00CD3EA5" w:rsidRDefault="008B2EA6" w:rsidP="008B2EA6">
      <w:pPr>
        <w:pStyle w:val="al"/>
        <w:spacing w:before="0" w:beforeAutospacing="0" w:after="0" w:afterAutospacing="0"/>
        <w:jc w:val="both"/>
      </w:pPr>
      <w:r w:rsidRPr="00CD3EA5">
        <w:t>OIREP - organizaţiile care implementează răspunderea extinsă a producătorilor;</w:t>
      </w:r>
    </w:p>
    <w:p w14:paraId="63E7A2CF" w14:textId="77777777" w:rsidR="008B2EA6" w:rsidRPr="00CD3EA5" w:rsidRDefault="008B2EA6" w:rsidP="008B2EA6">
      <w:pPr>
        <w:pStyle w:val="al"/>
        <w:spacing w:before="0" w:beforeAutospacing="0" w:after="0" w:afterAutospacing="0"/>
        <w:jc w:val="both"/>
      </w:pPr>
      <w:r w:rsidRPr="00CD3EA5">
        <w:t>Suma OIREP (lei/lună) - suma medie lunară pentru gestionarea deşeurilor de ambalaje încasată de către autoritatea administraţiei publice locale de la organizaţiile care implementează răspunderea extinsă a producătorilor;</w:t>
      </w:r>
    </w:p>
    <w:p w14:paraId="485DBAB0" w14:textId="77777777" w:rsidR="008B2EA6" w:rsidRPr="00CD3EA5" w:rsidRDefault="008B2EA6" w:rsidP="008B2EA6">
      <w:pPr>
        <w:pStyle w:val="al"/>
        <w:spacing w:before="0" w:beforeAutospacing="0" w:after="0" w:afterAutospacing="0"/>
        <w:jc w:val="both"/>
      </w:pPr>
      <w:r w:rsidRPr="00CD3EA5">
        <w:t xml:space="preserve">Număr UC - are semnificaţia de la </w:t>
      </w:r>
      <w:hyperlink r:id="rId26" w:anchor="p-502087937" w:tgtFrame="_blank" w:history="1">
        <w:r w:rsidRPr="00CD3EA5">
          <w:rPr>
            <w:rStyle w:val="Hyperlink"/>
          </w:rPr>
          <w:t>alin. (1)</w:t>
        </w:r>
      </w:hyperlink>
      <w:r w:rsidRPr="00CD3EA5">
        <w:t>;</w:t>
      </w:r>
    </w:p>
    <w:p w14:paraId="4ECFC375" w14:textId="77777777" w:rsidR="008B2EA6" w:rsidRPr="00CD3EA5" w:rsidRDefault="008B2EA6" w:rsidP="008B2EA6">
      <w:pPr>
        <w:pStyle w:val="al"/>
        <w:spacing w:before="0" w:beforeAutospacing="0" w:after="0" w:afterAutospacing="0"/>
        <w:jc w:val="both"/>
      </w:pPr>
      <w:r w:rsidRPr="00CD3EA5">
        <w:t>b) în situaţia în care sumele aferente gestionării deşeurilor de ambalaje municipale sunt încasate de către asociaţia de dezvoltare intercomunitară, valoarea reducerii facturii se calculează distinct pentru fiecare unitate/subdiviziune administrativ-teritorială membră a asociaţiei, potrivit formulei:</w:t>
      </w:r>
    </w:p>
    <w:p w14:paraId="138A5153" w14:textId="77777777" w:rsidR="008B2EA6" w:rsidRPr="00CD3EA5" w:rsidRDefault="008B2EA6" w:rsidP="008B2EA6">
      <w:pPr>
        <w:spacing w:line="345" w:lineRule="atLeast"/>
        <w:rPr>
          <w:rFonts w:ascii="Times New Roman" w:eastAsia="Times New Roman" w:hAnsi="Times New Roman"/>
          <w:sz w:val="24"/>
          <w:szCs w:val="24"/>
        </w:rPr>
      </w:pPr>
    </w:p>
    <w:p w14:paraId="3C5E8D42" w14:textId="77777777" w:rsidR="008B2EA6" w:rsidRPr="00CD3EA5" w:rsidRDefault="008B2EA6" w:rsidP="008B2EA6">
      <w:pPr>
        <w:spacing w:line="345" w:lineRule="atLeast"/>
        <w:rPr>
          <w:rFonts w:ascii="Times New Roman" w:eastAsia="Times New Roman" w:hAnsi="Times New Roman"/>
          <w:b/>
          <w:bCs/>
          <w:sz w:val="24"/>
          <w:szCs w:val="24"/>
        </w:rPr>
      </w:pPr>
      <w:r w:rsidRPr="00CD3EA5">
        <w:rPr>
          <w:rFonts w:ascii="Times New Roman" w:eastAsia="Times New Roman" w:hAnsi="Times New Roman"/>
          <w:b/>
          <w:bCs/>
          <w:sz w:val="24"/>
          <w:szCs w:val="24"/>
        </w:rPr>
        <w:br/>
      </w:r>
      <w:r w:rsidRPr="00CD3EA5">
        <w:rPr>
          <w:rFonts w:ascii="Times New Roman" w:eastAsia="Times New Roman" w:hAnsi="Times New Roman"/>
          <w:b/>
          <w:bCs/>
          <w:noProof/>
          <w:sz w:val="24"/>
          <w:szCs w:val="24"/>
        </w:rPr>
        <w:drawing>
          <wp:inline distT="0" distB="0" distL="0" distR="0" wp14:anchorId="6A882F19" wp14:editId="0583D3B6">
            <wp:extent cx="3354894" cy="35234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3354894" cy="352340"/>
                    </a:xfrm>
                    <a:prstGeom prst="rect">
                      <a:avLst/>
                    </a:prstGeom>
                    <a:noFill/>
                    <a:ln>
                      <a:noFill/>
                    </a:ln>
                  </pic:spPr>
                </pic:pic>
              </a:graphicData>
            </a:graphic>
          </wp:inline>
        </w:drawing>
      </w:r>
    </w:p>
    <w:p w14:paraId="125DE7FC" w14:textId="77777777" w:rsidR="008B2EA6" w:rsidRPr="00CD3EA5" w:rsidRDefault="008B2EA6" w:rsidP="008B2EA6">
      <w:pPr>
        <w:pStyle w:val="al"/>
        <w:spacing w:line="345" w:lineRule="atLeast"/>
        <w:jc w:val="both"/>
      </w:pPr>
      <w:r w:rsidRPr="00CD3EA5">
        <w:t>unde:</w:t>
      </w:r>
    </w:p>
    <w:p w14:paraId="37995B34" w14:textId="77777777" w:rsidR="008B2EA6" w:rsidRPr="00CD3EA5" w:rsidRDefault="008B2EA6" w:rsidP="008B2EA6">
      <w:pPr>
        <w:pStyle w:val="al"/>
        <w:spacing w:line="345" w:lineRule="atLeast"/>
        <w:jc w:val="both"/>
      </w:pPr>
      <w:r w:rsidRPr="00CD3EA5">
        <w:t>Suma OIREP (lei/lună) = suma medie lunară pentru gestionarea deşeurilor de ambalaje încasată de către de asociaţia de dezvoltare intercomunitară de la organizaţiile care implementează răspunderea extinsă a producătorilor;</w:t>
      </w:r>
    </w:p>
    <w:p w14:paraId="114CBDA0" w14:textId="77777777" w:rsidR="008B2EA6" w:rsidRPr="00CD3EA5" w:rsidRDefault="008B2EA6" w:rsidP="008B2EA6">
      <w:pPr>
        <w:pStyle w:val="al"/>
        <w:spacing w:line="345" w:lineRule="atLeast"/>
        <w:jc w:val="both"/>
      </w:pPr>
      <w:r w:rsidRPr="00CD3EA5">
        <w:t xml:space="preserve">Q </w:t>
      </w:r>
      <w:r w:rsidRPr="00CD3EA5">
        <w:rPr>
          <w:vertAlign w:val="subscript"/>
        </w:rPr>
        <w:t>total reciclabile cs</w:t>
      </w:r>
      <w:r w:rsidRPr="00CD3EA5">
        <w:t xml:space="preserve"> - cantitatea totală de deşeuri reciclabile colectate separat la nivel de zonă de colectare;</w:t>
      </w:r>
    </w:p>
    <w:p w14:paraId="48134D89" w14:textId="77777777" w:rsidR="008B2EA6" w:rsidRPr="00CD3EA5" w:rsidRDefault="008B2EA6" w:rsidP="008B2EA6">
      <w:pPr>
        <w:pStyle w:val="al"/>
        <w:spacing w:line="345" w:lineRule="atLeast"/>
        <w:jc w:val="both"/>
      </w:pPr>
      <w:r w:rsidRPr="00CD3EA5">
        <w:t xml:space="preserve">Q </w:t>
      </w:r>
      <w:r w:rsidRPr="00CD3EA5">
        <w:rPr>
          <w:vertAlign w:val="subscript"/>
        </w:rPr>
        <w:t>UAT reciclabile cs</w:t>
      </w:r>
      <w:r w:rsidRPr="00CD3EA5">
        <w:t xml:space="preserve"> - cantitatea totală de deşeuri reciclabile colectate separat la nivelul fiecărei unităţi/subdiviziuni administrativ-teritoriale din zona de colectare;</w:t>
      </w:r>
    </w:p>
    <w:p w14:paraId="27925344" w14:textId="77777777" w:rsidR="008B2EA6" w:rsidRPr="00CD3EA5" w:rsidRDefault="008B2EA6" w:rsidP="008B2EA6">
      <w:pPr>
        <w:pStyle w:val="al"/>
        <w:spacing w:line="345" w:lineRule="atLeast"/>
        <w:jc w:val="both"/>
      </w:pPr>
      <w:r w:rsidRPr="00CD3EA5">
        <w:t>Număr UC UAT - numărul total de utilizatori casnici la nivelul fiecărei unităţi/subdiviziuni administrativ- teritoriale din zona de colectare; în cazul asociaţiilor de proprietari/locatari se iau în considerare toate persoanele care locuiesc în condominiu.</w:t>
      </w:r>
    </w:p>
    <w:p w14:paraId="33913105" w14:textId="77777777" w:rsidR="008B2EA6" w:rsidRPr="00CD3EA5" w:rsidRDefault="008B2EA6" w:rsidP="008B2EA6">
      <w:pPr>
        <w:pStyle w:val="al"/>
        <w:spacing w:line="345" w:lineRule="atLeast"/>
        <w:jc w:val="both"/>
      </w:pPr>
      <w:r w:rsidRPr="00CD3EA5">
        <w:t xml:space="preserve">b) Autorităţile administraţiei publice locale ale unităţilor/subdiviziunilor administrativ- teritoriale au competenţă exclusivă să stabilească şi să aprobe, după consultarea publică, facturarea utilizatorilor în alte unităţi de măsură decât cele prevăzute la </w:t>
      </w:r>
      <w:hyperlink r:id="rId28" w:anchor="p-502087934" w:tgtFrame="_blank" w:history="1">
        <w:r w:rsidRPr="00CD3EA5">
          <w:rPr>
            <w:rStyle w:val="Hyperlink"/>
          </w:rPr>
          <w:t>alin. (1)</w:t>
        </w:r>
      </w:hyperlink>
      <w:r w:rsidRPr="00CD3EA5">
        <w:t>, pe baza procedurii de facturare din regulamentul local aprobat de către consiliul local, în cazul în care implementează instrumentul economic "plăteşte pentru cât arunci".</w:t>
      </w:r>
    </w:p>
    <w:p w14:paraId="64125412" w14:textId="77777777" w:rsidR="008B2EA6" w:rsidRPr="00CD3EA5" w:rsidRDefault="008B2EA6" w:rsidP="008B2EA6">
      <w:pPr>
        <w:pStyle w:val="al"/>
        <w:spacing w:line="345" w:lineRule="atLeast"/>
        <w:jc w:val="both"/>
      </w:pPr>
    </w:p>
    <w:p w14:paraId="2E302CC7" w14:textId="77777777" w:rsidR="008B2EA6" w:rsidRPr="00CD3EA5" w:rsidRDefault="008B2EA6" w:rsidP="008B2EA6">
      <w:pPr>
        <w:pStyle w:val="al"/>
        <w:spacing w:line="345" w:lineRule="atLeast"/>
        <w:jc w:val="both"/>
      </w:pPr>
    </w:p>
    <w:p w14:paraId="093299E6" w14:textId="77777777" w:rsidR="008B2EA6" w:rsidRPr="00CD3EA5" w:rsidRDefault="008B2EA6" w:rsidP="008B2EA6">
      <w:pPr>
        <w:pStyle w:val="al"/>
        <w:spacing w:line="345" w:lineRule="atLeast"/>
        <w:jc w:val="both"/>
      </w:pPr>
    </w:p>
    <w:p w14:paraId="7546CA98" w14:textId="77777777" w:rsidR="008B2EA6" w:rsidRPr="00CD3EA5" w:rsidRDefault="008B2EA6" w:rsidP="008B2EA6">
      <w:pPr>
        <w:pStyle w:val="al"/>
        <w:spacing w:line="345" w:lineRule="atLeast"/>
        <w:jc w:val="both"/>
      </w:pPr>
    </w:p>
    <w:p w14:paraId="37D71258" w14:textId="77777777" w:rsidR="008B2EA6" w:rsidRPr="00CD3EA5" w:rsidRDefault="008B2EA6" w:rsidP="008B2EA6">
      <w:pPr>
        <w:pStyle w:val="al"/>
        <w:spacing w:line="345" w:lineRule="atLeast"/>
        <w:jc w:val="both"/>
      </w:pPr>
    </w:p>
    <w:p w14:paraId="50E78DD0" w14:textId="77777777" w:rsidR="008B2EA6" w:rsidRPr="00CD3EA5" w:rsidRDefault="008B2EA6" w:rsidP="008B2EA6">
      <w:pPr>
        <w:pStyle w:val="al"/>
        <w:spacing w:line="345" w:lineRule="atLeast"/>
        <w:jc w:val="both"/>
      </w:pPr>
    </w:p>
    <w:p w14:paraId="5E384837" w14:textId="77777777" w:rsidR="008B2EA6" w:rsidRPr="00CD3EA5" w:rsidRDefault="008B2EA6" w:rsidP="008B2EA6">
      <w:pPr>
        <w:pStyle w:val="al"/>
        <w:spacing w:line="345" w:lineRule="atLeast"/>
        <w:jc w:val="both"/>
      </w:pPr>
    </w:p>
    <w:p w14:paraId="30375626" w14:textId="77777777" w:rsidR="008B2EA6" w:rsidRPr="00CD3EA5" w:rsidRDefault="008B2EA6" w:rsidP="008B2EA6">
      <w:pPr>
        <w:pStyle w:val="al"/>
        <w:spacing w:line="345" w:lineRule="atLeast"/>
        <w:jc w:val="both"/>
      </w:pPr>
    </w:p>
    <w:p w14:paraId="55F0C66C"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 xml:space="preserve"> PROCEDURA DE MONITORIZARE A EXECUTĂRII CONTRACTULUI</w:t>
      </w:r>
    </w:p>
    <w:p w14:paraId="10F8F62D" w14:textId="77777777" w:rsidR="008B2EA6" w:rsidRPr="00CD3EA5" w:rsidRDefault="008B2EA6" w:rsidP="008B2EA6">
      <w:pPr>
        <w:spacing w:after="0" w:line="240" w:lineRule="auto"/>
        <w:ind w:left="714" w:hanging="357"/>
        <w:jc w:val="center"/>
        <w:rPr>
          <w:rFonts w:ascii="Times New Roman" w:hAnsi="Times New Roman"/>
          <w:b/>
          <w:bCs/>
          <w:sz w:val="24"/>
          <w:szCs w:val="24"/>
        </w:rPr>
      </w:pPr>
    </w:p>
    <w:p w14:paraId="3A08E720"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Se va completa după semnarea contractului</w:t>
      </w:r>
    </w:p>
    <w:p w14:paraId="02979B1C"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br w:type="page"/>
      </w:r>
    </w:p>
    <w:p w14:paraId="0D26248B"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 xml:space="preserve"> PROGRAMUL DE OPERARE</w:t>
      </w:r>
    </w:p>
    <w:p w14:paraId="0B5491CA" w14:textId="77777777" w:rsidR="008B2EA6" w:rsidRPr="00CD3EA5" w:rsidRDefault="008B2EA6" w:rsidP="008B2EA6">
      <w:pPr>
        <w:spacing w:after="0" w:line="240" w:lineRule="auto"/>
        <w:ind w:left="714" w:hanging="357"/>
        <w:jc w:val="center"/>
        <w:rPr>
          <w:rFonts w:ascii="Times New Roman" w:hAnsi="Times New Roman"/>
          <w:b/>
          <w:bCs/>
          <w:sz w:val="24"/>
          <w:szCs w:val="24"/>
        </w:rPr>
      </w:pPr>
    </w:p>
    <w:p w14:paraId="466999B6"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Se va completa după semnarea contractului</w:t>
      </w:r>
    </w:p>
    <w:p w14:paraId="5C3AB38F" w14:textId="77777777" w:rsidR="008B2EA6" w:rsidRPr="00CD3EA5" w:rsidRDefault="008B2EA6" w:rsidP="008B2EA6">
      <w:pPr>
        <w:spacing w:after="160" w:line="259" w:lineRule="auto"/>
        <w:rPr>
          <w:rFonts w:ascii="Times New Roman" w:hAnsi="Times New Roman"/>
          <w:sz w:val="24"/>
          <w:szCs w:val="24"/>
        </w:rPr>
      </w:pPr>
      <w:r w:rsidRPr="00CD3EA5">
        <w:rPr>
          <w:rFonts w:ascii="Times New Roman" w:hAnsi="Times New Roman"/>
          <w:sz w:val="24"/>
          <w:szCs w:val="24"/>
        </w:rPr>
        <w:br w:type="page"/>
      </w:r>
    </w:p>
    <w:p w14:paraId="53076318" w14:textId="77777777" w:rsidR="008B2EA6" w:rsidRPr="00CD3EA5" w:rsidRDefault="008B2EA6" w:rsidP="008B2EA6">
      <w:pPr>
        <w:pStyle w:val="Style2"/>
        <w:spacing w:after="0" w:line="240" w:lineRule="auto"/>
        <w:rPr>
          <w:rFonts w:ascii="Times New Roman" w:hAnsi="Times New Roman" w:cs="Times New Roman"/>
          <w:sz w:val="24"/>
          <w:szCs w:val="24"/>
        </w:rPr>
      </w:pPr>
      <w:r w:rsidRPr="00CD3EA5">
        <w:rPr>
          <w:rFonts w:ascii="Times New Roman" w:hAnsi="Times New Roman" w:cs="Times New Roman"/>
          <w:sz w:val="24"/>
          <w:szCs w:val="24"/>
        </w:rPr>
        <w:lastRenderedPageBreak/>
        <w:t>LISTA INDICATIVĂ A BUNURILOR DE PRELUARE (daca este cazul)</w:t>
      </w:r>
    </w:p>
    <w:p w14:paraId="5D716A02" w14:textId="77777777" w:rsidR="008B2EA6" w:rsidRPr="00CD3EA5" w:rsidRDefault="008B2EA6" w:rsidP="008B2EA6">
      <w:pPr>
        <w:spacing w:after="0" w:line="240" w:lineRule="auto"/>
        <w:rPr>
          <w:rFonts w:ascii="Times New Roman" w:hAnsi="Times New Roman"/>
          <w:b/>
          <w:bCs/>
          <w:sz w:val="24"/>
          <w:szCs w:val="24"/>
        </w:rPr>
      </w:pPr>
    </w:p>
    <w:p w14:paraId="62FCA3D8" w14:textId="77777777" w:rsidR="008B2EA6" w:rsidRPr="00CD3EA5" w:rsidRDefault="008B2EA6" w:rsidP="008B2EA6">
      <w:pPr>
        <w:spacing w:after="0" w:line="240" w:lineRule="auto"/>
        <w:rPr>
          <w:rFonts w:ascii="Times New Roman" w:hAnsi="Times New Roman"/>
          <w:sz w:val="24"/>
          <w:szCs w:val="24"/>
        </w:rPr>
      </w:pPr>
      <w:r w:rsidRPr="00CD3EA5">
        <w:rPr>
          <w:rFonts w:ascii="Times New Roman" w:hAnsi="Times New Roman"/>
          <w:sz w:val="24"/>
          <w:szCs w:val="24"/>
        </w:rPr>
        <w:t>Dacă va fi cazul, se va completa după semnarea contractului</w:t>
      </w:r>
    </w:p>
    <w:p w14:paraId="11267C80" w14:textId="77777777" w:rsidR="008B2EA6" w:rsidRDefault="008B2EA6" w:rsidP="008B2EA6">
      <w:pPr>
        <w:spacing w:after="0" w:line="240" w:lineRule="auto"/>
        <w:rPr>
          <w:rFonts w:ascii="Times New Roman" w:hAnsi="Times New Roman"/>
          <w:sz w:val="24"/>
          <w:szCs w:val="24"/>
        </w:rPr>
      </w:pPr>
    </w:p>
    <w:p w14:paraId="0C82E49D" w14:textId="77777777" w:rsidR="008B2EA6" w:rsidRDefault="008B2EA6" w:rsidP="008B2EA6">
      <w:pPr>
        <w:spacing w:after="0" w:line="240" w:lineRule="auto"/>
        <w:rPr>
          <w:rFonts w:ascii="Times New Roman" w:hAnsi="Times New Roman"/>
          <w:sz w:val="24"/>
          <w:szCs w:val="24"/>
        </w:rPr>
      </w:pPr>
    </w:p>
    <w:p w14:paraId="148911A9" w14:textId="77777777" w:rsidR="008B2EA6" w:rsidRDefault="008B2EA6" w:rsidP="008B2EA6">
      <w:pPr>
        <w:spacing w:after="0" w:line="240" w:lineRule="auto"/>
        <w:rPr>
          <w:rFonts w:ascii="Times New Roman" w:hAnsi="Times New Roman"/>
          <w:sz w:val="24"/>
          <w:szCs w:val="24"/>
        </w:rPr>
      </w:pPr>
    </w:p>
    <w:p w14:paraId="697743D4" w14:textId="77777777" w:rsidR="008B2EA6" w:rsidRDefault="008B2EA6" w:rsidP="008B2EA6">
      <w:pPr>
        <w:spacing w:after="0" w:line="240" w:lineRule="auto"/>
        <w:rPr>
          <w:rFonts w:ascii="Times New Roman" w:hAnsi="Times New Roman"/>
          <w:sz w:val="24"/>
          <w:szCs w:val="24"/>
        </w:rPr>
      </w:pPr>
    </w:p>
    <w:p w14:paraId="1F720824" w14:textId="77777777" w:rsidR="008B2EA6" w:rsidRDefault="008B2EA6" w:rsidP="008B2EA6">
      <w:pPr>
        <w:spacing w:after="0" w:line="240" w:lineRule="auto"/>
        <w:rPr>
          <w:rFonts w:ascii="Times New Roman" w:hAnsi="Times New Roman"/>
          <w:sz w:val="24"/>
          <w:szCs w:val="24"/>
        </w:rPr>
      </w:pPr>
    </w:p>
    <w:p w14:paraId="74AF04AC" w14:textId="77777777" w:rsidR="008B2EA6" w:rsidRDefault="008B2EA6" w:rsidP="008B2EA6">
      <w:pPr>
        <w:spacing w:after="0" w:line="240" w:lineRule="auto"/>
        <w:rPr>
          <w:rFonts w:ascii="Times New Roman" w:hAnsi="Times New Roman"/>
          <w:sz w:val="24"/>
          <w:szCs w:val="24"/>
        </w:rPr>
      </w:pPr>
    </w:p>
    <w:p w14:paraId="79533224" w14:textId="77777777" w:rsidR="008B2EA6" w:rsidRDefault="008B2EA6" w:rsidP="008B2EA6">
      <w:pPr>
        <w:spacing w:after="0" w:line="240" w:lineRule="auto"/>
        <w:rPr>
          <w:rFonts w:ascii="Times New Roman" w:hAnsi="Times New Roman"/>
          <w:sz w:val="24"/>
          <w:szCs w:val="24"/>
        </w:rPr>
      </w:pPr>
    </w:p>
    <w:p w14:paraId="07B7926E" w14:textId="77777777" w:rsidR="008B2EA6" w:rsidRDefault="008B2EA6" w:rsidP="008B2EA6">
      <w:pPr>
        <w:spacing w:after="0" w:line="240" w:lineRule="auto"/>
        <w:rPr>
          <w:rFonts w:ascii="Times New Roman" w:hAnsi="Times New Roman"/>
          <w:sz w:val="24"/>
          <w:szCs w:val="24"/>
        </w:rPr>
      </w:pPr>
    </w:p>
    <w:p w14:paraId="28794979" w14:textId="77777777" w:rsidR="008B2EA6" w:rsidRDefault="008B2EA6" w:rsidP="008B2EA6">
      <w:pPr>
        <w:spacing w:after="0" w:line="240" w:lineRule="auto"/>
        <w:rPr>
          <w:rFonts w:ascii="Times New Roman" w:hAnsi="Times New Roman"/>
          <w:sz w:val="24"/>
          <w:szCs w:val="24"/>
        </w:rPr>
      </w:pPr>
    </w:p>
    <w:p w14:paraId="500473AF" w14:textId="77777777" w:rsidR="008B2EA6" w:rsidRDefault="008B2EA6" w:rsidP="008B2EA6">
      <w:pPr>
        <w:spacing w:after="0" w:line="240" w:lineRule="auto"/>
        <w:rPr>
          <w:rFonts w:ascii="Times New Roman" w:hAnsi="Times New Roman"/>
          <w:sz w:val="24"/>
          <w:szCs w:val="24"/>
        </w:rPr>
      </w:pPr>
    </w:p>
    <w:p w14:paraId="55D6DA6A" w14:textId="77777777" w:rsidR="008B2EA6" w:rsidRDefault="008B2EA6" w:rsidP="008B2EA6">
      <w:pPr>
        <w:spacing w:after="0" w:line="240" w:lineRule="auto"/>
        <w:rPr>
          <w:rFonts w:ascii="Times New Roman" w:hAnsi="Times New Roman"/>
          <w:sz w:val="24"/>
          <w:szCs w:val="24"/>
        </w:rPr>
      </w:pPr>
    </w:p>
    <w:p w14:paraId="2E85E62E" w14:textId="77777777" w:rsidR="008B2EA6" w:rsidRDefault="008B2EA6" w:rsidP="008B2EA6">
      <w:pPr>
        <w:spacing w:after="0" w:line="240" w:lineRule="auto"/>
        <w:rPr>
          <w:rFonts w:ascii="Times New Roman" w:hAnsi="Times New Roman"/>
          <w:sz w:val="24"/>
          <w:szCs w:val="24"/>
        </w:rPr>
      </w:pPr>
    </w:p>
    <w:p w14:paraId="61DC4C19" w14:textId="77777777" w:rsidR="008B2EA6" w:rsidRDefault="008B2EA6" w:rsidP="008B2EA6">
      <w:pPr>
        <w:spacing w:after="0" w:line="240" w:lineRule="auto"/>
        <w:rPr>
          <w:rFonts w:ascii="Times New Roman" w:hAnsi="Times New Roman"/>
          <w:sz w:val="24"/>
          <w:szCs w:val="24"/>
        </w:rPr>
      </w:pPr>
    </w:p>
    <w:p w14:paraId="5B604FAB" w14:textId="77777777" w:rsidR="008B2EA6" w:rsidRDefault="008B2EA6" w:rsidP="008B2EA6">
      <w:pPr>
        <w:spacing w:after="0" w:line="240" w:lineRule="auto"/>
        <w:rPr>
          <w:rFonts w:ascii="Times New Roman" w:hAnsi="Times New Roman"/>
          <w:sz w:val="24"/>
          <w:szCs w:val="24"/>
        </w:rPr>
      </w:pPr>
    </w:p>
    <w:p w14:paraId="18DD453D" w14:textId="77777777" w:rsidR="008B2EA6" w:rsidRDefault="008B2EA6" w:rsidP="008B2EA6">
      <w:pPr>
        <w:spacing w:after="0" w:line="240" w:lineRule="auto"/>
        <w:rPr>
          <w:rFonts w:ascii="Times New Roman" w:hAnsi="Times New Roman"/>
          <w:sz w:val="24"/>
          <w:szCs w:val="24"/>
        </w:rPr>
      </w:pPr>
    </w:p>
    <w:p w14:paraId="7BB60122" w14:textId="77777777" w:rsidR="008B2EA6" w:rsidRDefault="008B2EA6" w:rsidP="008B2EA6">
      <w:pPr>
        <w:spacing w:after="0" w:line="240" w:lineRule="auto"/>
        <w:rPr>
          <w:rFonts w:ascii="Times New Roman" w:hAnsi="Times New Roman"/>
          <w:sz w:val="24"/>
          <w:szCs w:val="24"/>
        </w:rPr>
      </w:pPr>
    </w:p>
    <w:p w14:paraId="10567C9A" w14:textId="77777777" w:rsidR="008B2EA6" w:rsidRDefault="008B2EA6" w:rsidP="008B2EA6">
      <w:pPr>
        <w:spacing w:after="0" w:line="240" w:lineRule="auto"/>
        <w:rPr>
          <w:rFonts w:ascii="Times New Roman" w:hAnsi="Times New Roman"/>
          <w:sz w:val="24"/>
          <w:szCs w:val="24"/>
        </w:rPr>
      </w:pPr>
    </w:p>
    <w:p w14:paraId="60F6CE2D" w14:textId="77777777" w:rsidR="008B2EA6" w:rsidRDefault="008B2EA6" w:rsidP="008B2EA6">
      <w:pPr>
        <w:spacing w:after="0" w:line="240" w:lineRule="auto"/>
        <w:rPr>
          <w:rFonts w:ascii="Times New Roman" w:hAnsi="Times New Roman"/>
          <w:sz w:val="24"/>
          <w:szCs w:val="24"/>
        </w:rPr>
      </w:pPr>
    </w:p>
    <w:p w14:paraId="775070F5" w14:textId="77777777" w:rsidR="008B2EA6" w:rsidRDefault="008B2EA6" w:rsidP="008B2EA6">
      <w:pPr>
        <w:spacing w:after="0" w:line="240" w:lineRule="auto"/>
        <w:rPr>
          <w:rFonts w:ascii="Times New Roman" w:hAnsi="Times New Roman"/>
          <w:sz w:val="24"/>
          <w:szCs w:val="24"/>
        </w:rPr>
      </w:pPr>
    </w:p>
    <w:p w14:paraId="640A5453" w14:textId="77777777" w:rsidR="008B2EA6" w:rsidRDefault="008B2EA6" w:rsidP="008B2EA6">
      <w:pPr>
        <w:spacing w:after="0" w:line="240" w:lineRule="auto"/>
        <w:rPr>
          <w:rFonts w:ascii="Times New Roman" w:hAnsi="Times New Roman"/>
          <w:sz w:val="24"/>
          <w:szCs w:val="24"/>
        </w:rPr>
      </w:pPr>
    </w:p>
    <w:p w14:paraId="7B51CE96" w14:textId="77777777" w:rsidR="008B2EA6" w:rsidRDefault="008B2EA6" w:rsidP="008B2EA6">
      <w:pPr>
        <w:spacing w:after="0" w:line="240" w:lineRule="auto"/>
        <w:rPr>
          <w:rFonts w:ascii="Times New Roman" w:hAnsi="Times New Roman"/>
          <w:sz w:val="24"/>
          <w:szCs w:val="24"/>
        </w:rPr>
      </w:pPr>
    </w:p>
    <w:p w14:paraId="0C6F59EA" w14:textId="77777777" w:rsidR="008B2EA6" w:rsidRDefault="008B2EA6" w:rsidP="008B2EA6">
      <w:pPr>
        <w:spacing w:after="0" w:line="240" w:lineRule="auto"/>
        <w:rPr>
          <w:rFonts w:ascii="Times New Roman" w:hAnsi="Times New Roman"/>
          <w:sz w:val="24"/>
          <w:szCs w:val="24"/>
        </w:rPr>
      </w:pPr>
    </w:p>
    <w:p w14:paraId="26D91E95" w14:textId="77777777" w:rsidR="008B2EA6" w:rsidRDefault="008B2EA6" w:rsidP="008B2EA6">
      <w:pPr>
        <w:spacing w:after="0" w:line="240" w:lineRule="auto"/>
        <w:rPr>
          <w:rFonts w:ascii="Times New Roman" w:hAnsi="Times New Roman"/>
          <w:sz w:val="24"/>
          <w:szCs w:val="24"/>
        </w:rPr>
      </w:pPr>
    </w:p>
    <w:p w14:paraId="7276F2EC" w14:textId="77777777" w:rsidR="008B2EA6" w:rsidRDefault="008B2EA6" w:rsidP="008B2EA6">
      <w:pPr>
        <w:spacing w:after="0" w:line="240" w:lineRule="auto"/>
        <w:rPr>
          <w:rFonts w:ascii="Times New Roman" w:hAnsi="Times New Roman"/>
          <w:sz w:val="24"/>
          <w:szCs w:val="24"/>
        </w:rPr>
      </w:pPr>
    </w:p>
    <w:p w14:paraId="58523BCC" w14:textId="77777777" w:rsidR="008B2EA6" w:rsidRDefault="008B2EA6" w:rsidP="008B2EA6">
      <w:pPr>
        <w:spacing w:after="0" w:line="240" w:lineRule="auto"/>
        <w:rPr>
          <w:rFonts w:ascii="Times New Roman" w:hAnsi="Times New Roman"/>
          <w:sz w:val="24"/>
          <w:szCs w:val="24"/>
        </w:rPr>
      </w:pPr>
    </w:p>
    <w:p w14:paraId="65CCE8E2" w14:textId="77777777" w:rsidR="008B2EA6" w:rsidRDefault="008B2EA6" w:rsidP="008B2EA6">
      <w:pPr>
        <w:spacing w:after="0" w:line="240" w:lineRule="auto"/>
        <w:rPr>
          <w:rFonts w:ascii="Times New Roman" w:hAnsi="Times New Roman"/>
          <w:sz w:val="24"/>
          <w:szCs w:val="24"/>
        </w:rPr>
      </w:pPr>
    </w:p>
    <w:p w14:paraId="010F15E6" w14:textId="77777777" w:rsidR="008B2EA6" w:rsidRDefault="008B2EA6" w:rsidP="008B2EA6">
      <w:pPr>
        <w:spacing w:after="0" w:line="240" w:lineRule="auto"/>
        <w:rPr>
          <w:rFonts w:ascii="Times New Roman" w:hAnsi="Times New Roman"/>
          <w:sz w:val="24"/>
          <w:szCs w:val="24"/>
        </w:rPr>
      </w:pPr>
    </w:p>
    <w:p w14:paraId="3AC7CC55" w14:textId="77777777" w:rsidR="008B2EA6" w:rsidRDefault="008B2EA6" w:rsidP="008B2EA6">
      <w:pPr>
        <w:spacing w:after="0" w:line="240" w:lineRule="auto"/>
        <w:rPr>
          <w:rFonts w:ascii="Times New Roman" w:hAnsi="Times New Roman"/>
          <w:sz w:val="24"/>
          <w:szCs w:val="24"/>
        </w:rPr>
      </w:pPr>
    </w:p>
    <w:p w14:paraId="1DF6A010" w14:textId="77777777" w:rsidR="008B2EA6" w:rsidRDefault="008B2EA6" w:rsidP="008B2EA6">
      <w:pPr>
        <w:spacing w:after="0" w:line="240" w:lineRule="auto"/>
        <w:rPr>
          <w:rFonts w:ascii="Times New Roman" w:hAnsi="Times New Roman"/>
          <w:sz w:val="24"/>
          <w:szCs w:val="24"/>
        </w:rPr>
      </w:pPr>
    </w:p>
    <w:p w14:paraId="19675A2F" w14:textId="77777777" w:rsidR="008B2EA6" w:rsidRDefault="008B2EA6" w:rsidP="008B2EA6">
      <w:pPr>
        <w:spacing w:after="0" w:line="240" w:lineRule="auto"/>
        <w:rPr>
          <w:rFonts w:ascii="Times New Roman" w:hAnsi="Times New Roman"/>
          <w:sz w:val="24"/>
          <w:szCs w:val="24"/>
        </w:rPr>
      </w:pPr>
    </w:p>
    <w:p w14:paraId="2CFB84C8" w14:textId="77777777" w:rsidR="008B2EA6" w:rsidRDefault="008B2EA6" w:rsidP="008B2EA6">
      <w:pPr>
        <w:spacing w:after="0" w:line="240" w:lineRule="auto"/>
        <w:rPr>
          <w:rFonts w:ascii="Times New Roman" w:hAnsi="Times New Roman"/>
          <w:sz w:val="24"/>
          <w:szCs w:val="24"/>
        </w:rPr>
      </w:pPr>
    </w:p>
    <w:p w14:paraId="4821BFFA" w14:textId="77777777" w:rsidR="008B2EA6" w:rsidRDefault="008B2EA6" w:rsidP="008B2EA6">
      <w:pPr>
        <w:spacing w:after="0" w:line="240" w:lineRule="auto"/>
        <w:rPr>
          <w:rFonts w:ascii="Times New Roman" w:hAnsi="Times New Roman"/>
          <w:sz w:val="24"/>
          <w:szCs w:val="24"/>
        </w:rPr>
      </w:pPr>
    </w:p>
    <w:p w14:paraId="51CEB30F" w14:textId="77777777" w:rsidR="008B2EA6" w:rsidRDefault="008B2EA6" w:rsidP="008B2EA6">
      <w:pPr>
        <w:spacing w:after="0" w:line="240" w:lineRule="auto"/>
        <w:rPr>
          <w:rFonts w:ascii="Times New Roman" w:hAnsi="Times New Roman"/>
          <w:sz w:val="24"/>
          <w:szCs w:val="24"/>
        </w:rPr>
      </w:pPr>
    </w:p>
    <w:p w14:paraId="01B82D1B" w14:textId="77777777" w:rsidR="008B2EA6" w:rsidRDefault="008B2EA6" w:rsidP="008B2EA6">
      <w:pPr>
        <w:spacing w:after="0" w:line="240" w:lineRule="auto"/>
        <w:rPr>
          <w:rFonts w:ascii="Times New Roman" w:hAnsi="Times New Roman"/>
          <w:sz w:val="24"/>
          <w:szCs w:val="24"/>
        </w:rPr>
      </w:pPr>
    </w:p>
    <w:p w14:paraId="11A71271" w14:textId="77777777" w:rsidR="008B2EA6" w:rsidRDefault="008B2EA6" w:rsidP="008B2EA6">
      <w:pPr>
        <w:spacing w:after="0" w:line="240" w:lineRule="auto"/>
        <w:rPr>
          <w:rFonts w:ascii="Times New Roman" w:hAnsi="Times New Roman"/>
          <w:sz w:val="24"/>
          <w:szCs w:val="24"/>
        </w:rPr>
      </w:pPr>
    </w:p>
    <w:p w14:paraId="517B4448" w14:textId="77777777" w:rsidR="008B2EA6" w:rsidRDefault="008B2EA6" w:rsidP="008B2EA6">
      <w:pPr>
        <w:spacing w:after="0" w:line="240" w:lineRule="auto"/>
        <w:rPr>
          <w:rFonts w:ascii="Times New Roman" w:hAnsi="Times New Roman"/>
          <w:sz w:val="24"/>
          <w:szCs w:val="24"/>
        </w:rPr>
      </w:pPr>
    </w:p>
    <w:p w14:paraId="00F756BA" w14:textId="77777777" w:rsidR="008B2EA6" w:rsidRDefault="008B2EA6" w:rsidP="008B2EA6">
      <w:pPr>
        <w:spacing w:after="0" w:line="240" w:lineRule="auto"/>
        <w:rPr>
          <w:rFonts w:ascii="Times New Roman" w:hAnsi="Times New Roman"/>
          <w:sz w:val="24"/>
          <w:szCs w:val="24"/>
        </w:rPr>
      </w:pPr>
    </w:p>
    <w:p w14:paraId="2BC6C582" w14:textId="77777777" w:rsidR="008B2EA6" w:rsidRDefault="008B2EA6" w:rsidP="008B2EA6">
      <w:pPr>
        <w:spacing w:after="0" w:line="240" w:lineRule="auto"/>
        <w:rPr>
          <w:rFonts w:ascii="Times New Roman" w:hAnsi="Times New Roman"/>
          <w:sz w:val="24"/>
          <w:szCs w:val="24"/>
        </w:rPr>
      </w:pPr>
    </w:p>
    <w:p w14:paraId="0393DEF4" w14:textId="77777777" w:rsidR="008B2EA6" w:rsidRDefault="008B2EA6" w:rsidP="008B2EA6">
      <w:pPr>
        <w:spacing w:after="0" w:line="240" w:lineRule="auto"/>
        <w:rPr>
          <w:rFonts w:ascii="Times New Roman" w:hAnsi="Times New Roman"/>
          <w:sz w:val="24"/>
          <w:szCs w:val="24"/>
        </w:rPr>
      </w:pPr>
    </w:p>
    <w:p w14:paraId="5ADCE3A2" w14:textId="77777777" w:rsidR="008B2EA6" w:rsidRDefault="008B2EA6" w:rsidP="008B2EA6">
      <w:pPr>
        <w:spacing w:after="0" w:line="240" w:lineRule="auto"/>
        <w:rPr>
          <w:rFonts w:ascii="Times New Roman" w:hAnsi="Times New Roman"/>
          <w:sz w:val="24"/>
          <w:szCs w:val="24"/>
        </w:rPr>
      </w:pPr>
    </w:p>
    <w:p w14:paraId="6715ADC1" w14:textId="77777777" w:rsidR="008B2EA6" w:rsidRDefault="008B2EA6" w:rsidP="008B2EA6">
      <w:pPr>
        <w:spacing w:after="0" w:line="240" w:lineRule="auto"/>
        <w:rPr>
          <w:rFonts w:ascii="Times New Roman" w:hAnsi="Times New Roman"/>
          <w:sz w:val="24"/>
          <w:szCs w:val="24"/>
        </w:rPr>
      </w:pPr>
    </w:p>
    <w:p w14:paraId="45B7BCD9" w14:textId="77777777" w:rsidR="008B2EA6" w:rsidRDefault="008B2EA6" w:rsidP="008B2EA6">
      <w:pPr>
        <w:spacing w:after="0" w:line="240" w:lineRule="auto"/>
        <w:rPr>
          <w:rFonts w:ascii="Times New Roman" w:hAnsi="Times New Roman"/>
          <w:sz w:val="24"/>
          <w:szCs w:val="24"/>
        </w:rPr>
      </w:pPr>
    </w:p>
    <w:p w14:paraId="34D4B4B6" w14:textId="77777777" w:rsidR="008B2EA6" w:rsidRDefault="008B2EA6" w:rsidP="008B2EA6">
      <w:pPr>
        <w:spacing w:after="0" w:line="240" w:lineRule="auto"/>
        <w:rPr>
          <w:rFonts w:ascii="Times New Roman" w:hAnsi="Times New Roman"/>
          <w:sz w:val="24"/>
          <w:szCs w:val="24"/>
        </w:rPr>
      </w:pPr>
    </w:p>
    <w:p w14:paraId="5F2588D3" w14:textId="77777777" w:rsidR="008B2EA6" w:rsidRDefault="008B2EA6" w:rsidP="008B2EA6">
      <w:pPr>
        <w:spacing w:after="0" w:line="240" w:lineRule="auto"/>
        <w:rPr>
          <w:rFonts w:ascii="Times New Roman" w:hAnsi="Times New Roman"/>
          <w:sz w:val="24"/>
          <w:szCs w:val="24"/>
        </w:rPr>
      </w:pPr>
    </w:p>
    <w:p w14:paraId="3DFEF745" w14:textId="77777777" w:rsidR="008B2EA6" w:rsidRDefault="008B2EA6" w:rsidP="008B2EA6">
      <w:pPr>
        <w:spacing w:after="0" w:line="240" w:lineRule="auto"/>
        <w:rPr>
          <w:rFonts w:ascii="Times New Roman" w:hAnsi="Times New Roman"/>
          <w:sz w:val="24"/>
          <w:szCs w:val="24"/>
        </w:rPr>
      </w:pPr>
    </w:p>
    <w:p w14:paraId="7960EC21" w14:textId="77777777" w:rsidR="008B2EA6" w:rsidRDefault="008B2EA6" w:rsidP="008B2EA6">
      <w:pPr>
        <w:spacing w:after="0" w:line="240" w:lineRule="auto"/>
        <w:rPr>
          <w:rFonts w:ascii="Times New Roman" w:hAnsi="Times New Roman"/>
          <w:sz w:val="24"/>
          <w:szCs w:val="24"/>
        </w:rPr>
      </w:pPr>
    </w:p>
    <w:p w14:paraId="164F9491" w14:textId="77777777" w:rsidR="008B2EA6" w:rsidRDefault="008B2EA6" w:rsidP="008B2EA6">
      <w:pPr>
        <w:spacing w:after="0" w:line="240" w:lineRule="auto"/>
        <w:rPr>
          <w:rFonts w:ascii="Times New Roman" w:hAnsi="Times New Roman"/>
          <w:sz w:val="24"/>
          <w:szCs w:val="24"/>
        </w:rPr>
      </w:pPr>
    </w:p>
    <w:p w14:paraId="06034BC8" w14:textId="77777777" w:rsidR="008B2EA6" w:rsidRPr="002B1C9B" w:rsidRDefault="008B2EA6" w:rsidP="008B2EA6">
      <w:pPr>
        <w:tabs>
          <w:tab w:val="left" w:pos="567"/>
        </w:tabs>
        <w:spacing w:after="0" w:line="240" w:lineRule="auto"/>
        <w:ind w:left="360"/>
        <w:jc w:val="both"/>
        <w:rPr>
          <w:rFonts w:ascii="Times New Roman" w:eastAsia="Times New Roman" w:hAnsi="Times New Roman"/>
          <w:b/>
          <w:bCs/>
          <w:kern w:val="32"/>
          <w:sz w:val="24"/>
          <w:szCs w:val="24"/>
        </w:rPr>
      </w:pPr>
      <w:r w:rsidRPr="002B1C9B">
        <w:rPr>
          <w:rFonts w:ascii="Times New Roman" w:eastAsia="Times New Roman" w:hAnsi="Times New Roman"/>
          <w:b/>
          <w:bCs/>
          <w:kern w:val="32"/>
          <w:sz w:val="24"/>
          <w:szCs w:val="24"/>
        </w:rPr>
        <w:t xml:space="preserve">ANEXA 16 Procesul-verbal de predare-primire a Bunurilor de Retur </w:t>
      </w:r>
    </w:p>
    <w:p w14:paraId="477EE79C" w14:textId="77777777" w:rsidR="008B2EA6" w:rsidRPr="00CD3EA5" w:rsidRDefault="008B2EA6" w:rsidP="008B2EA6">
      <w:pPr>
        <w:spacing w:after="0" w:line="240" w:lineRule="auto"/>
        <w:rPr>
          <w:rFonts w:ascii="Times New Roman" w:hAnsi="Times New Roman"/>
          <w:sz w:val="24"/>
          <w:szCs w:val="24"/>
        </w:rPr>
      </w:pPr>
    </w:p>
    <w:p w14:paraId="7DDAFFC9" w14:textId="77777777" w:rsidR="008B2EA6" w:rsidRDefault="008B2EA6" w:rsidP="008B2EA6">
      <w:pPr>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F</w:t>
      </w:r>
      <w:r w:rsidRPr="00FB0A75">
        <w:rPr>
          <w:rFonts w:ascii="Times New Roman" w:eastAsia="Times New Roman" w:hAnsi="Times New Roman" w:cs="Times New Roman"/>
          <w:b/>
          <w:sz w:val="24"/>
          <w:szCs w:val="24"/>
          <w:lang w:eastAsia="ro-RO"/>
        </w:rPr>
        <w:t>actori de evaluare și</w:t>
      </w:r>
      <w:r>
        <w:rPr>
          <w:rFonts w:ascii="Times New Roman" w:eastAsia="Times New Roman" w:hAnsi="Times New Roman" w:cs="Times New Roman"/>
          <w:b/>
          <w:sz w:val="24"/>
          <w:szCs w:val="24"/>
          <w:lang w:eastAsia="ro-RO"/>
        </w:rPr>
        <w:t xml:space="preserve"> </w:t>
      </w:r>
      <w:r w:rsidRPr="00FB0A75">
        <w:rPr>
          <w:rFonts w:ascii="Times New Roman" w:eastAsia="Times New Roman" w:hAnsi="Times New Roman" w:cs="Times New Roman"/>
          <w:b/>
          <w:sz w:val="24"/>
          <w:szCs w:val="24"/>
          <w:lang w:eastAsia="ro-RO"/>
        </w:rPr>
        <w:t>ponder</w:t>
      </w:r>
      <w:r>
        <w:rPr>
          <w:rFonts w:ascii="Times New Roman" w:eastAsia="Times New Roman" w:hAnsi="Times New Roman" w:cs="Times New Roman"/>
          <w:b/>
          <w:sz w:val="24"/>
          <w:szCs w:val="24"/>
          <w:lang w:eastAsia="ro-RO"/>
        </w:rPr>
        <w:t>e</w:t>
      </w:r>
      <w:r w:rsidRPr="00FB0A75">
        <w:rPr>
          <w:rFonts w:ascii="Times New Roman" w:eastAsia="Times New Roman" w:hAnsi="Times New Roman" w:cs="Times New Roman"/>
          <w:b/>
          <w:sz w:val="24"/>
          <w:szCs w:val="24"/>
          <w:lang w:eastAsia="ro-RO"/>
        </w:rPr>
        <w:t xml:space="preserve"> alocat</w:t>
      </w:r>
      <w:r>
        <w:rPr>
          <w:rFonts w:ascii="Times New Roman" w:eastAsia="Times New Roman" w:hAnsi="Times New Roman" w:cs="Times New Roman"/>
          <w:b/>
          <w:sz w:val="24"/>
          <w:szCs w:val="24"/>
          <w:lang w:eastAsia="ro-RO"/>
        </w:rPr>
        <w:t>a</w:t>
      </w:r>
      <w:r w:rsidRPr="00FB0A75">
        <w:rPr>
          <w:rFonts w:ascii="Times New Roman" w:eastAsia="Times New Roman" w:hAnsi="Times New Roman" w:cs="Times New Roman"/>
          <w:b/>
          <w:sz w:val="24"/>
          <w:szCs w:val="24"/>
          <w:lang w:eastAsia="ro-RO"/>
        </w:rPr>
        <w:t xml:space="preserve"> acestora</w:t>
      </w:r>
    </w:p>
    <w:tbl>
      <w:tblPr>
        <w:tblW w:w="5000" w:type="pct"/>
        <w:tblLook w:val="04A0" w:firstRow="1" w:lastRow="0" w:firstColumn="1" w:lastColumn="0" w:noHBand="0" w:noVBand="1"/>
      </w:tblPr>
      <w:tblGrid>
        <w:gridCol w:w="1927"/>
        <w:gridCol w:w="5074"/>
        <w:gridCol w:w="3151"/>
      </w:tblGrid>
      <w:tr w:rsidR="008B2EA6" w:rsidRPr="001B0CB0" w14:paraId="6058245D" w14:textId="77777777" w:rsidTr="00E152C8">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5593C691" w14:textId="77777777" w:rsidR="008B2EA6" w:rsidRPr="00134308" w:rsidRDefault="008B2EA6" w:rsidP="00E152C8">
            <w:pPr>
              <w:spacing w:after="0" w:line="240" w:lineRule="auto"/>
              <w:rPr>
                <w:rFonts w:ascii="Times New Roman" w:eastAsia="Times New Roman" w:hAnsi="Times New Roman" w:cs="Times New Roman"/>
                <w:color w:val="000000"/>
              </w:rPr>
            </w:pPr>
            <w:bookmarkStart w:id="695" w:name="_Hlk208558260"/>
            <w:r w:rsidRPr="00134308">
              <w:rPr>
                <w:rFonts w:ascii="Times New Roman" w:eastAsia="Times New Roman" w:hAnsi="Times New Roman" w:cs="Times New Roman"/>
                <w:color w:val="000000"/>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21358EF5" w14:textId="77777777" w:rsidR="008B2EA6" w:rsidRPr="00134308" w:rsidRDefault="008B2EA6" w:rsidP="00E152C8">
            <w:pPr>
              <w:spacing w:after="0" w:line="240" w:lineRule="auto"/>
              <w:rPr>
                <w:rFonts w:ascii="Times New Roman" w:eastAsia="Times New Roman" w:hAnsi="Times New Roman" w:cs="Times New Roman"/>
                <w:color w:val="000000"/>
              </w:rPr>
            </w:pPr>
            <w:r w:rsidRPr="00134308">
              <w:rPr>
                <w:rFonts w:ascii="Times New Roman" w:eastAsia="Times New Roman" w:hAnsi="Times New Roman" w:cs="Times New Roman"/>
                <w:color w:val="000000"/>
              </w:rPr>
              <w:t>Descriere</w:t>
            </w:r>
          </w:p>
        </w:tc>
        <w:tc>
          <w:tcPr>
            <w:tcW w:w="1551" w:type="pct"/>
            <w:tcBorders>
              <w:top w:val="single" w:sz="8" w:space="0" w:color="auto"/>
              <w:left w:val="nil"/>
              <w:bottom w:val="single" w:sz="8" w:space="0" w:color="auto"/>
              <w:right w:val="single" w:sz="8" w:space="0" w:color="auto"/>
            </w:tcBorders>
            <w:vAlign w:val="center"/>
            <w:hideMark/>
          </w:tcPr>
          <w:p w14:paraId="1EB9FE29" w14:textId="77777777" w:rsidR="008B2EA6" w:rsidRPr="00134308" w:rsidRDefault="008B2EA6" w:rsidP="00E152C8">
            <w:pPr>
              <w:spacing w:after="0" w:line="240" w:lineRule="auto"/>
              <w:rPr>
                <w:rFonts w:ascii="Times New Roman" w:eastAsia="Times New Roman" w:hAnsi="Times New Roman" w:cs="Times New Roman"/>
                <w:color w:val="000000"/>
              </w:rPr>
            </w:pPr>
            <w:r w:rsidRPr="00134308">
              <w:rPr>
                <w:rFonts w:ascii="Times New Roman" w:eastAsia="Times New Roman" w:hAnsi="Times New Roman" w:cs="Times New Roman"/>
                <w:color w:val="000000"/>
              </w:rPr>
              <w:t>Pondere</w:t>
            </w:r>
          </w:p>
        </w:tc>
      </w:tr>
      <w:tr w:rsidR="008B2EA6" w:rsidRPr="001B0CB0" w14:paraId="3220A0C8" w14:textId="77777777" w:rsidTr="00E152C8">
        <w:trPr>
          <w:trHeight w:val="675"/>
        </w:trPr>
        <w:tc>
          <w:tcPr>
            <w:tcW w:w="949" w:type="pct"/>
            <w:tcBorders>
              <w:top w:val="nil"/>
              <w:left w:val="single" w:sz="8" w:space="0" w:color="auto"/>
              <w:bottom w:val="nil"/>
              <w:right w:val="single" w:sz="8" w:space="0" w:color="auto"/>
            </w:tcBorders>
            <w:vAlign w:val="center"/>
            <w:hideMark/>
          </w:tcPr>
          <w:p w14:paraId="3077E9D7" w14:textId="77777777" w:rsidR="008B2EA6" w:rsidRPr="00134308" w:rsidRDefault="008B2EA6" w:rsidP="00E152C8">
            <w:pPr>
              <w:spacing w:after="0" w:line="240" w:lineRule="auto"/>
              <w:rPr>
                <w:rFonts w:ascii="Times New Roman" w:eastAsia="Times New Roman" w:hAnsi="Times New Roman" w:cs="Times New Roman"/>
                <w:color w:val="000000"/>
              </w:rPr>
            </w:pPr>
            <w:r w:rsidRPr="00134308">
              <w:rPr>
                <w:rFonts w:ascii="Times New Roman" w:eastAsia="Times New Roman" w:hAnsi="Times New Roman" w:cs="Times New Roman"/>
                <w:color w:val="000000"/>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03529FB9" w14:textId="77777777" w:rsidR="008B2EA6" w:rsidRPr="00134308" w:rsidRDefault="008B2EA6" w:rsidP="00E152C8">
            <w:pPr>
              <w:spacing w:after="0" w:line="240" w:lineRule="auto"/>
              <w:rPr>
                <w:rFonts w:ascii="Times New Roman" w:eastAsia="Times New Roman" w:hAnsi="Times New Roman" w:cs="Times New Roman"/>
                <w:color w:val="000000"/>
              </w:rPr>
            </w:pPr>
            <w:r w:rsidRPr="00134308">
              <w:rPr>
                <w:rFonts w:ascii="Times New Roman" w:eastAsia="Times New Roman" w:hAnsi="Times New Roman" w:cs="Times New Roman"/>
                <w:color w:val="000000"/>
              </w:rPr>
              <w:t>Componenta tehnica</w:t>
            </w:r>
          </w:p>
        </w:tc>
        <w:tc>
          <w:tcPr>
            <w:tcW w:w="1551" w:type="pct"/>
            <w:tcBorders>
              <w:top w:val="nil"/>
              <w:left w:val="nil"/>
              <w:bottom w:val="nil"/>
              <w:right w:val="single" w:sz="8" w:space="0" w:color="auto"/>
            </w:tcBorders>
            <w:vAlign w:val="center"/>
            <w:hideMark/>
          </w:tcPr>
          <w:p w14:paraId="13C61BAE" w14:textId="77777777" w:rsidR="008B2EA6" w:rsidRPr="00134308" w:rsidRDefault="008B2EA6" w:rsidP="00E152C8">
            <w:pPr>
              <w:spacing w:after="0" w:line="240" w:lineRule="auto"/>
              <w:jc w:val="right"/>
              <w:rPr>
                <w:rFonts w:ascii="Times New Roman" w:eastAsia="Times New Roman" w:hAnsi="Times New Roman" w:cs="Times New Roman"/>
                <w:color w:val="000000"/>
              </w:rPr>
            </w:pPr>
            <w:r w:rsidRPr="00134308">
              <w:rPr>
                <w:rFonts w:ascii="Times New Roman" w:eastAsia="Times New Roman" w:hAnsi="Times New Roman" w:cs="Times New Roman"/>
                <w:color w:val="000000"/>
              </w:rPr>
              <w:t>10%</w:t>
            </w:r>
          </w:p>
        </w:tc>
      </w:tr>
      <w:tr w:rsidR="008B2EA6" w:rsidRPr="001B0CB0" w14:paraId="00A90440" w14:textId="77777777" w:rsidTr="00E152C8">
        <w:trPr>
          <w:trHeight w:val="315"/>
        </w:trPr>
        <w:tc>
          <w:tcPr>
            <w:tcW w:w="949" w:type="pct"/>
            <w:tcBorders>
              <w:top w:val="nil"/>
              <w:left w:val="single" w:sz="8" w:space="0" w:color="auto"/>
              <w:bottom w:val="single" w:sz="8" w:space="0" w:color="auto"/>
              <w:right w:val="single" w:sz="8" w:space="0" w:color="auto"/>
            </w:tcBorders>
            <w:vAlign w:val="center"/>
            <w:hideMark/>
          </w:tcPr>
          <w:p w14:paraId="28C4D679" w14:textId="77777777" w:rsidR="008B2EA6" w:rsidRPr="00134308" w:rsidRDefault="008B2EA6" w:rsidP="00E152C8">
            <w:pPr>
              <w:spacing w:after="0" w:line="240" w:lineRule="auto"/>
              <w:rPr>
                <w:rFonts w:ascii="Times New Roman" w:eastAsia="Times New Roman" w:hAnsi="Times New Roman" w:cs="Times New Roman"/>
                <w:color w:val="000000"/>
              </w:rPr>
            </w:pPr>
          </w:p>
        </w:tc>
        <w:tc>
          <w:tcPr>
            <w:tcW w:w="2499" w:type="pct"/>
            <w:vMerge/>
            <w:tcBorders>
              <w:top w:val="nil"/>
              <w:left w:val="single" w:sz="8" w:space="0" w:color="auto"/>
              <w:bottom w:val="single" w:sz="8" w:space="0" w:color="000000"/>
              <w:right w:val="single" w:sz="8" w:space="0" w:color="auto"/>
            </w:tcBorders>
            <w:vAlign w:val="center"/>
            <w:hideMark/>
          </w:tcPr>
          <w:p w14:paraId="2264B42E" w14:textId="77777777" w:rsidR="008B2EA6" w:rsidRPr="00134308" w:rsidRDefault="008B2EA6" w:rsidP="00E152C8">
            <w:pPr>
              <w:spacing w:after="0" w:line="240" w:lineRule="auto"/>
              <w:rPr>
                <w:rFonts w:ascii="Times New Roman" w:eastAsia="Times New Roman" w:hAnsi="Times New Roman" w:cs="Times New Roman"/>
                <w:color w:val="000000"/>
              </w:rPr>
            </w:pPr>
          </w:p>
        </w:tc>
        <w:tc>
          <w:tcPr>
            <w:tcW w:w="1551" w:type="pct"/>
            <w:tcBorders>
              <w:top w:val="nil"/>
              <w:left w:val="nil"/>
              <w:bottom w:val="single" w:sz="8" w:space="0" w:color="auto"/>
              <w:right w:val="single" w:sz="8" w:space="0" w:color="auto"/>
            </w:tcBorders>
            <w:vAlign w:val="center"/>
            <w:hideMark/>
          </w:tcPr>
          <w:p w14:paraId="0C61027C" w14:textId="77777777" w:rsidR="008B2EA6" w:rsidRPr="00134308" w:rsidRDefault="008B2EA6" w:rsidP="00E152C8">
            <w:pPr>
              <w:spacing w:after="0" w:line="240" w:lineRule="auto"/>
              <w:rPr>
                <w:rFonts w:ascii="Times New Roman" w:eastAsia="Times New Roman" w:hAnsi="Times New Roman" w:cs="Times New Roman"/>
                <w:color w:val="000000"/>
              </w:rPr>
            </w:pPr>
            <w:r w:rsidRPr="00134308">
              <w:rPr>
                <w:rFonts w:ascii="Times New Roman" w:eastAsia="Times New Roman" w:hAnsi="Times New Roman" w:cs="Times New Roman"/>
                <w:color w:val="000000"/>
              </w:rPr>
              <w:t>Punctaj maxim factor: 10</w:t>
            </w:r>
          </w:p>
        </w:tc>
      </w:tr>
      <w:tr w:rsidR="008B2EA6" w:rsidRPr="001B0CB0" w14:paraId="68414DAA" w14:textId="77777777" w:rsidTr="00E152C8">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6F14BD60" w14:textId="77777777" w:rsidR="008B2EA6" w:rsidRPr="00134308" w:rsidRDefault="008B2EA6" w:rsidP="00E152C8">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 xml:space="preserve">Algoritm de calcul: </w:t>
            </w:r>
          </w:p>
          <w:p w14:paraId="09B1F993" w14:textId="77777777" w:rsidR="008B2EA6" w:rsidRPr="00134308" w:rsidRDefault="008B2EA6" w:rsidP="00E152C8">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0BC0386C" w14:textId="77777777" w:rsidR="008B2EA6" w:rsidRPr="00134308" w:rsidRDefault="008B2EA6" w:rsidP="00E152C8">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 xml:space="preserve">In cazul in care autogunoierele respecta standardul Euro 5 (standard minim solicitat conform caietului de sarcini) acestea vor fi declarate conforme, dar nu vor primi punctaj. </w:t>
            </w:r>
          </w:p>
        </w:tc>
      </w:tr>
      <w:tr w:rsidR="008B2EA6" w:rsidRPr="001B0CB0" w14:paraId="30C4AA1C" w14:textId="77777777" w:rsidTr="00E152C8">
        <w:trPr>
          <w:trHeight w:val="990"/>
        </w:trPr>
        <w:tc>
          <w:tcPr>
            <w:tcW w:w="5000" w:type="pct"/>
            <w:gridSpan w:val="3"/>
            <w:tcBorders>
              <w:top w:val="nil"/>
              <w:left w:val="single" w:sz="8" w:space="0" w:color="auto"/>
              <w:bottom w:val="nil"/>
              <w:right w:val="single" w:sz="8" w:space="0" w:color="000000"/>
            </w:tcBorders>
            <w:vAlign w:val="center"/>
            <w:hideMark/>
          </w:tcPr>
          <w:p w14:paraId="2C4D6912" w14:textId="77777777" w:rsidR="008B2EA6" w:rsidRPr="00134308" w:rsidRDefault="008B2EA6" w:rsidP="00E152C8">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8B2EA6" w:rsidRPr="001B0CB0" w14:paraId="4AE94FA4" w14:textId="77777777" w:rsidTr="00E152C8">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03BED475" w14:textId="77777777" w:rsidR="008B2EA6" w:rsidRPr="001B0CB0" w:rsidRDefault="008B2EA6" w:rsidP="00E152C8">
            <w:pPr>
              <w:spacing w:after="0" w:line="240" w:lineRule="auto"/>
              <w:rPr>
                <w:rFonts w:ascii="Times New Roman" w:eastAsia="Times New Roman" w:hAnsi="Times New Roman" w:cs="Times New Roman"/>
                <w:color w:val="000000"/>
                <w:highlight w:val="yellow"/>
              </w:rPr>
            </w:pPr>
          </w:p>
        </w:tc>
      </w:tr>
      <w:tr w:rsidR="008B2EA6" w:rsidRPr="001B0CB0" w14:paraId="0FB51B7B" w14:textId="77777777" w:rsidTr="00E152C8">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73A116D3"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05F58B1A"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Componenta financiara</w:t>
            </w:r>
          </w:p>
        </w:tc>
        <w:tc>
          <w:tcPr>
            <w:tcW w:w="1551" w:type="pct"/>
            <w:tcBorders>
              <w:top w:val="nil"/>
              <w:left w:val="nil"/>
              <w:bottom w:val="nil"/>
              <w:right w:val="single" w:sz="8" w:space="0" w:color="auto"/>
            </w:tcBorders>
            <w:vAlign w:val="center"/>
            <w:hideMark/>
          </w:tcPr>
          <w:p w14:paraId="37E60E08"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90%</w:t>
            </w:r>
          </w:p>
        </w:tc>
      </w:tr>
      <w:tr w:rsidR="008B2EA6" w:rsidRPr="001B0CB0" w14:paraId="709EEAD6" w14:textId="77777777" w:rsidTr="00E152C8">
        <w:trPr>
          <w:trHeight w:val="315"/>
        </w:trPr>
        <w:tc>
          <w:tcPr>
            <w:tcW w:w="949" w:type="pct"/>
            <w:vMerge/>
            <w:tcBorders>
              <w:top w:val="nil"/>
              <w:left w:val="single" w:sz="8" w:space="0" w:color="auto"/>
              <w:bottom w:val="single" w:sz="8" w:space="0" w:color="000000"/>
              <w:right w:val="single" w:sz="8" w:space="0" w:color="auto"/>
            </w:tcBorders>
            <w:vAlign w:val="center"/>
            <w:hideMark/>
          </w:tcPr>
          <w:p w14:paraId="31EBF79B" w14:textId="77777777" w:rsidR="008B2EA6" w:rsidRPr="00FC132B" w:rsidRDefault="008B2EA6" w:rsidP="00E152C8">
            <w:pPr>
              <w:spacing w:after="0" w:line="240" w:lineRule="auto"/>
              <w:rPr>
                <w:rFonts w:ascii="Times New Roman" w:eastAsia="Times New Roman" w:hAnsi="Times New Roman" w:cs="Times New Roman"/>
                <w:color w:val="000000"/>
              </w:rPr>
            </w:pPr>
          </w:p>
        </w:tc>
        <w:tc>
          <w:tcPr>
            <w:tcW w:w="2499" w:type="pct"/>
            <w:vMerge/>
            <w:tcBorders>
              <w:top w:val="nil"/>
              <w:left w:val="single" w:sz="8" w:space="0" w:color="auto"/>
              <w:bottom w:val="single" w:sz="8" w:space="0" w:color="000000"/>
              <w:right w:val="single" w:sz="8" w:space="0" w:color="auto"/>
            </w:tcBorders>
            <w:vAlign w:val="center"/>
            <w:hideMark/>
          </w:tcPr>
          <w:p w14:paraId="4486B872" w14:textId="77777777" w:rsidR="008B2EA6" w:rsidRPr="00FC132B" w:rsidRDefault="008B2EA6" w:rsidP="00E152C8">
            <w:pPr>
              <w:spacing w:after="0" w:line="240" w:lineRule="auto"/>
              <w:rPr>
                <w:rFonts w:ascii="Times New Roman" w:eastAsia="Times New Roman" w:hAnsi="Times New Roman" w:cs="Times New Roman"/>
                <w:color w:val="000000"/>
              </w:rPr>
            </w:pPr>
          </w:p>
        </w:tc>
        <w:tc>
          <w:tcPr>
            <w:tcW w:w="1551" w:type="pct"/>
            <w:tcBorders>
              <w:top w:val="nil"/>
              <w:left w:val="nil"/>
              <w:bottom w:val="single" w:sz="8" w:space="0" w:color="auto"/>
              <w:right w:val="single" w:sz="8" w:space="0" w:color="auto"/>
            </w:tcBorders>
            <w:vAlign w:val="center"/>
            <w:hideMark/>
          </w:tcPr>
          <w:p w14:paraId="7F5EBDA9"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Punctaj maxim factor: 90</w:t>
            </w:r>
          </w:p>
        </w:tc>
      </w:tr>
      <w:tr w:rsidR="008B2EA6" w:rsidRPr="001B0CB0" w14:paraId="1359BE9B" w14:textId="77777777" w:rsidTr="00E152C8">
        <w:trPr>
          <w:trHeight w:val="1546"/>
        </w:trPr>
        <w:tc>
          <w:tcPr>
            <w:tcW w:w="949" w:type="pct"/>
            <w:tcBorders>
              <w:top w:val="nil"/>
              <w:left w:val="single" w:sz="8" w:space="0" w:color="auto"/>
              <w:bottom w:val="single" w:sz="8" w:space="0" w:color="auto"/>
              <w:right w:val="single" w:sz="8" w:space="0" w:color="auto"/>
            </w:tcBorders>
            <w:vAlign w:val="center"/>
            <w:hideMark/>
          </w:tcPr>
          <w:p w14:paraId="1BA40A0E"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a)</w:t>
            </w:r>
          </w:p>
        </w:tc>
        <w:tc>
          <w:tcPr>
            <w:tcW w:w="2499" w:type="pct"/>
            <w:tcBorders>
              <w:top w:val="nil"/>
              <w:left w:val="nil"/>
              <w:bottom w:val="single" w:sz="8" w:space="0" w:color="auto"/>
              <w:right w:val="single" w:sz="8" w:space="0" w:color="auto"/>
            </w:tcBorders>
            <w:vAlign w:val="center"/>
            <w:hideMark/>
          </w:tcPr>
          <w:p w14:paraId="7F228DBA" w14:textId="77777777" w:rsidR="008B2EA6" w:rsidRPr="00FC132B" w:rsidRDefault="008B2EA6" w:rsidP="00E152C8">
            <w:pPr>
              <w:spacing w:after="0" w:line="240" w:lineRule="auto"/>
              <w:jc w:val="both"/>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T1 = </w:t>
            </w:r>
            <w:r w:rsidRPr="00FC132B">
              <w:rPr>
                <w:rFonts w:ascii="Times New Roman" w:eastAsia="Times New Roman" w:hAnsi="Times New Roman" w:cs="Times New Roman"/>
                <w:color w:val="333333"/>
              </w:rPr>
              <w:t>tarif pentru colectarea separată şi transportul separat al deşeurilor de hârtie, metal, plastic şi sticlă din deşeurile municipale - Tcs reciclabile</w:t>
            </w:r>
            <w:r w:rsidRPr="00FC132B">
              <w:rPr>
                <w:rFonts w:ascii="Times New Roman" w:eastAsia="Times New Roman" w:hAnsi="Times New Roman" w:cs="Times New Roman"/>
                <w:color w:val="000000"/>
              </w:rPr>
              <w:t>: exprimat in lei/tonă,</w:t>
            </w:r>
            <w:r w:rsidRPr="00FC132B">
              <w:rPr>
                <w:rFonts w:ascii="Times New Roman" w:eastAsia="Times New Roman" w:hAnsi="Times New Roman" w:cs="Times New Roman"/>
                <w:color w:val="333333"/>
              </w:rPr>
              <w:t xml:space="preserve"> lei/persoană/lună şi lei/mc</w:t>
            </w:r>
            <w:r w:rsidRPr="00FC132B">
              <w:rPr>
                <w:rFonts w:ascii="Times New Roman" w:eastAsia="Times New Roman" w:hAnsi="Times New Roman" w:cs="Times New Roman"/>
                <w:color w:val="000000"/>
              </w:rPr>
              <w:t>, în UAT urile din Zona 5</w:t>
            </w:r>
          </w:p>
        </w:tc>
        <w:tc>
          <w:tcPr>
            <w:tcW w:w="1551" w:type="pct"/>
            <w:tcBorders>
              <w:top w:val="nil"/>
              <w:left w:val="nil"/>
              <w:bottom w:val="single" w:sz="8" w:space="0" w:color="auto"/>
              <w:right w:val="single" w:sz="8" w:space="0" w:color="auto"/>
            </w:tcBorders>
            <w:vAlign w:val="center"/>
            <w:hideMark/>
          </w:tcPr>
          <w:p w14:paraId="6BA4262F"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35</w:t>
            </w:r>
          </w:p>
        </w:tc>
      </w:tr>
      <w:tr w:rsidR="008B2EA6" w:rsidRPr="001B0CB0" w14:paraId="5320D33F" w14:textId="77777777" w:rsidTr="00E152C8">
        <w:trPr>
          <w:trHeight w:val="1591"/>
        </w:trPr>
        <w:tc>
          <w:tcPr>
            <w:tcW w:w="949" w:type="pct"/>
            <w:tcBorders>
              <w:top w:val="nil"/>
              <w:left w:val="single" w:sz="8" w:space="0" w:color="auto"/>
              <w:bottom w:val="single" w:sz="8" w:space="0" w:color="auto"/>
              <w:right w:val="single" w:sz="8" w:space="0" w:color="auto"/>
            </w:tcBorders>
            <w:vAlign w:val="center"/>
            <w:hideMark/>
          </w:tcPr>
          <w:p w14:paraId="74F1F894"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b) </w:t>
            </w:r>
          </w:p>
        </w:tc>
        <w:tc>
          <w:tcPr>
            <w:tcW w:w="2499" w:type="pct"/>
            <w:tcBorders>
              <w:top w:val="nil"/>
              <w:left w:val="nil"/>
              <w:bottom w:val="single" w:sz="8" w:space="0" w:color="auto"/>
              <w:right w:val="single" w:sz="8" w:space="0" w:color="auto"/>
            </w:tcBorders>
            <w:vAlign w:val="center"/>
            <w:hideMark/>
          </w:tcPr>
          <w:p w14:paraId="01DA2F6B" w14:textId="77777777" w:rsidR="008B2EA6" w:rsidRPr="00FC132B" w:rsidRDefault="008B2EA6" w:rsidP="00E152C8">
            <w:pPr>
              <w:spacing w:after="0" w:line="240" w:lineRule="auto"/>
              <w:jc w:val="both"/>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T2 = </w:t>
            </w:r>
            <w:r w:rsidRPr="00FC132B">
              <w:rPr>
                <w:rFonts w:ascii="Times New Roman" w:eastAsia="Times New Roman" w:hAnsi="Times New Roman" w:cs="Times New Roman"/>
                <w:color w:val="333333"/>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FC132B">
              <w:rPr>
                <w:rFonts w:ascii="Times New Roman" w:eastAsia="Times New Roman" w:hAnsi="Times New Roman" w:cs="Times New Roman"/>
                <w:color w:val="000000"/>
              </w:rPr>
              <w:t xml:space="preserve">lei/tonă, </w:t>
            </w:r>
            <w:r w:rsidRPr="00FC132B">
              <w:rPr>
                <w:rFonts w:ascii="Times New Roman" w:eastAsia="Times New Roman" w:hAnsi="Times New Roman" w:cs="Times New Roman"/>
                <w:color w:val="333333"/>
              </w:rPr>
              <w:t>lei/persoană/lună şi lei/mc</w:t>
            </w:r>
          </w:p>
        </w:tc>
        <w:tc>
          <w:tcPr>
            <w:tcW w:w="1551" w:type="pct"/>
            <w:tcBorders>
              <w:top w:val="nil"/>
              <w:left w:val="nil"/>
              <w:bottom w:val="single" w:sz="8" w:space="0" w:color="auto"/>
              <w:right w:val="single" w:sz="8" w:space="0" w:color="auto"/>
            </w:tcBorders>
            <w:vAlign w:val="center"/>
            <w:hideMark/>
          </w:tcPr>
          <w:p w14:paraId="2A59D3D8"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34</w:t>
            </w:r>
          </w:p>
        </w:tc>
      </w:tr>
      <w:tr w:rsidR="008B2EA6" w:rsidRPr="001B0CB0" w14:paraId="7AC02308" w14:textId="77777777" w:rsidTr="00E152C8">
        <w:trPr>
          <w:trHeight w:val="1339"/>
        </w:trPr>
        <w:tc>
          <w:tcPr>
            <w:tcW w:w="949" w:type="pct"/>
            <w:tcBorders>
              <w:top w:val="nil"/>
              <w:left w:val="single" w:sz="8" w:space="0" w:color="auto"/>
              <w:bottom w:val="single" w:sz="8" w:space="0" w:color="auto"/>
              <w:right w:val="single" w:sz="8" w:space="0" w:color="auto"/>
            </w:tcBorders>
            <w:vAlign w:val="center"/>
            <w:hideMark/>
          </w:tcPr>
          <w:p w14:paraId="2D54F732"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c) </w:t>
            </w:r>
          </w:p>
        </w:tc>
        <w:tc>
          <w:tcPr>
            <w:tcW w:w="2499" w:type="pct"/>
            <w:tcBorders>
              <w:top w:val="nil"/>
              <w:left w:val="nil"/>
              <w:bottom w:val="single" w:sz="8" w:space="0" w:color="auto"/>
              <w:right w:val="single" w:sz="8" w:space="0" w:color="auto"/>
            </w:tcBorders>
            <w:vAlign w:val="center"/>
            <w:hideMark/>
          </w:tcPr>
          <w:p w14:paraId="2F9C14CD" w14:textId="77777777" w:rsidR="008B2EA6" w:rsidRPr="00FC132B" w:rsidRDefault="008B2EA6" w:rsidP="00E152C8">
            <w:pPr>
              <w:spacing w:after="0" w:line="240" w:lineRule="auto"/>
              <w:jc w:val="both"/>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T3 = </w:t>
            </w:r>
            <w:r w:rsidRPr="00FC132B">
              <w:rPr>
                <w:rFonts w:ascii="Times New Roman" w:eastAsia="Times New Roman" w:hAnsi="Times New Roman" w:cs="Times New Roman"/>
                <w:color w:val="333333"/>
              </w:rPr>
              <w:t>tarif pentru colectarea separată şi transportul separat al biodeşeurilor din deşeurile municipale - Tcs biodeşeuri</w:t>
            </w:r>
            <w:r w:rsidRPr="00FC132B">
              <w:rPr>
                <w:rFonts w:ascii="Times New Roman" w:eastAsia="Times New Roman" w:hAnsi="Times New Roman" w:cs="Times New Roman"/>
                <w:color w:val="000000"/>
              </w:rPr>
              <w:t xml:space="preserve">, prevazute la art.33 din OUG 92/2021 privind regimul deseurilor exprimat in lei/tona, </w:t>
            </w:r>
            <w:r w:rsidRPr="00FC132B">
              <w:rPr>
                <w:rFonts w:ascii="Times New Roman" w:eastAsia="Times New Roman" w:hAnsi="Times New Roman" w:cs="Times New Roman"/>
                <w:color w:val="333333"/>
              </w:rPr>
              <w:t>lei/persoană/lună şi lei/mc</w:t>
            </w:r>
            <w:r w:rsidRPr="00FC132B">
              <w:rPr>
                <w:rFonts w:ascii="Times New Roman" w:eastAsia="Times New Roman" w:hAnsi="Times New Roman" w:cs="Times New Roman"/>
                <w:color w:val="000000"/>
              </w:rPr>
              <w:t>.</w:t>
            </w:r>
          </w:p>
        </w:tc>
        <w:tc>
          <w:tcPr>
            <w:tcW w:w="1551" w:type="pct"/>
            <w:tcBorders>
              <w:top w:val="nil"/>
              <w:left w:val="nil"/>
              <w:bottom w:val="single" w:sz="8" w:space="0" w:color="auto"/>
              <w:right w:val="single" w:sz="8" w:space="0" w:color="auto"/>
            </w:tcBorders>
            <w:vAlign w:val="center"/>
            <w:hideMark/>
          </w:tcPr>
          <w:p w14:paraId="11D6DBEF"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15</w:t>
            </w:r>
          </w:p>
        </w:tc>
      </w:tr>
      <w:tr w:rsidR="008B2EA6" w:rsidRPr="001B0CB0" w14:paraId="56F8B70D" w14:textId="77777777" w:rsidTr="00E152C8">
        <w:trPr>
          <w:trHeight w:val="915"/>
        </w:trPr>
        <w:tc>
          <w:tcPr>
            <w:tcW w:w="949" w:type="pct"/>
            <w:tcBorders>
              <w:top w:val="nil"/>
              <w:left w:val="single" w:sz="8" w:space="0" w:color="auto"/>
              <w:bottom w:val="single" w:sz="8" w:space="0" w:color="auto"/>
              <w:right w:val="single" w:sz="8" w:space="0" w:color="auto"/>
            </w:tcBorders>
            <w:vAlign w:val="center"/>
            <w:hideMark/>
          </w:tcPr>
          <w:p w14:paraId="380CE77D"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d)</w:t>
            </w:r>
          </w:p>
        </w:tc>
        <w:tc>
          <w:tcPr>
            <w:tcW w:w="2499" w:type="pct"/>
            <w:tcBorders>
              <w:top w:val="nil"/>
              <w:left w:val="nil"/>
              <w:bottom w:val="single" w:sz="8" w:space="0" w:color="auto"/>
              <w:right w:val="single" w:sz="8" w:space="0" w:color="auto"/>
            </w:tcBorders>
            <w:vAlign w:val="center"/>
            <w:hideMark/>
          </w:tcPr>
          <w:p w14:paraId="62196A5E" w14:textId="77777777" w:rsidR="008B2EA6" w:rsidRPr="00FC132B" w:rsidRDefault="008B2EA6" w:rsidP="00E152C8">
            <w:pPr>
              <w:spacing w:after="0" w:line="240" w:lineRule="auto"/>
              <w:jc w:val="both"/>
              <w:rPr>
                <w:rFonts w:ascii="Times New Roman" w:eastAsia="Times New Roman" w:hAnsi="Times New Roman" w:cs="Times New Roman"/>
                <w:color w:val="000000"/>
              </w:rPr>
            </w:pPr>
            <w:r w:rsidRPr="00FC132B">
              <w:rPr>
                <w:rFonts w:ascii="Times New Roman" w:eastAsia="Times New Roman" w:hAnsi="Times New Roman" w:cs="Times New Roman"/>
                <w:color w:val="000000"/>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04128EB0"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3</w:t>
            </w:r>
          </w:p>
        </w:tc>
      </w:tr>
      <w:tr w:rsidR="008B2EA6" w:rsidRPr="001B0CB0" w14:paraId="36196165" w14:textId="77777777" w:rsidTr="00E152C8">
        <w:trPr>
          <w:trHeight w:val="915"/>
        </w:trPr>
        <w:tc>
          <w:tcPr>
            <w:tcW w:w="949" w:type="pct"/>
            <w:tcBorders>
              <w:top w:val="nil"/>
              <w:left w:val="single" w:sz="8" w:space="0" w:color="auto"/>
              <w:bottom w:val="single" w:sz="8" w:space="0" w:color="auto"/>
              <w:right w:val="single" w:sz="8" w:space="0" w:color="auto"/>
            </w:tcBorders>
            <w:vAlign w:val="center"/>
            <w:hideMark/>
          </w:tcPr>
          <w:p w14:paraId="1E9341A5"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e)</w:t>
            </w:r>
          </w:p>
        </w:tc>
        <w:tc>
          <w:tcPr>
            <w:tcW w:w="2499" w:type="pct"/>
            <w:tcBorders>
              <w:top w:val="nil"/>
              <w:left w:val="nil"/>
              <w:bottom w:val="single" w:sz="8" w:space="0" w:color="auto"/>
              <w:right w:val="single" w:sz="8" w:space="0" w:color="auto"/>
            </w:tcBorders>
            <w:vAlign w:val="center"/>
            <w:hideMark/>
          </w:tcPr>
          <w:p w14:paraId="124A1B34" w14:textId="77777777" w:rsidR="008B2EA6" w:rsidRPr="00FC132B" w:rsidRDefault="008B2EA6" w:rsidP="00E152C8">
            <w:pPr>
              <w:spacing w:after="0" w:line="240" w:lineRule="auto"/>
              <w:jc w:val="both"/>
              <w:rPr>
                <w:rFonts w:ascii="Times New Roman" w:eastAsia="Times New Roman" w:hAnsi="Times New Roman" w:cs="Times New Roman"/>
                <w:color w:val="000000"/>
              </w:rPr>
            </w:pPr>
            <w:r w:rsidRPr="00FC132B">
              <w:rPr>
                <w:rFonts w:ascii="Times New Roman" w:eastAsia="Times New Roman" w:hAnsi="Times New Roman" w:cs="Times New Roman"/>
                <w:color w:val="000000"/>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40025F93"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3</w:t>
            </w:r>
          </w:p>
        </w:tc>
      </w:tr>
      <w:tr w:rsidR="008B2EA6" w:rsidRPr="001B0CB0" w14:paraId="30944FB6" w14:textId="77777777" w:rsidTr="00E152C8">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06BA351D"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lastRenderedPageBreak/>
              <w:t>Detalii privind aplicarea algoritmului de calcul</w:t>
            </w:r>
          </w:p>
        </w:tc>
      </w:tr>
      <w:tr w:rsidR="008B2EA6" w:rsidRPr="001B0CB0" w14:paraId="7D441F4A" w14:textId="77777777" w:rsidTr="00E152C8">
        <w:trPr>
          <w:trHeight w:val="300"/>
        </w:trPr>
        <w:tc>
          <w:tcPr>
            <w:tcW w:w="5000" w:type="pct"/>
            <w:gridSpan w:val="3"/>
            <w:tcBorders>
              <w:top w:val="nil"/>
              <w:left w:val="single" w:sz="8" w:space="0" w:color="auto"/>
              <w:bottom w:val="nil"/>
              <w:right w:val="single" w:sz="8" w:space="0" w:color="000000"/>
            </w:tcBorders>
            <w:vAlign w:val="center"/>
            <w:hideMark/>
          </w:tcPr>
          <w:p w14:paraId="44C2B91B"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T1 = valoarea tarif pentru colectarea separată şi transportul separat al deşeurilor de hârtie, metal, plastic şi sticlă din deşeurile municipale din zona 5 – 35 p</w:t>
            </w:r>
          </w:p>
        </w:tc>
      </w:tr>
      <w:tr w:rsidR="008B2EA6" w:rsidRPr="001B0CB0" w14:paraId="4CE1AC6E" w14:textId="77777777" w:rsidTr="00E152C8">
        <w:trPr>
          <w:trHeight w:val="870"/>
        </w:trPr>
        <w:tc>
          <w:tcPr>
            <w:tcW w:w="5000" w:type="pct"/>
            <w:gridSpan w:val="3"/>
            <w:tcBorders>
              <w:top w:val="nil"/>
              <w:left w:val="single" w:sz="8" w:space="0" w:color="auto"/>
              <w:bottom w:val="nil"/>
              <w:right w:val="single" w:sz="8" w:space="0" w:color="000000"/>
            </w:tcBorders>
            <w:vAlign w:val="center"/>
            <w:hideMark/>
          </w:tcPr>
          <w:p w14:paraId="39715BF6"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w:t>
            </w:r>
            <w:r>
              <w:rPr>
                <w:rFonts w:ascii="Times New Roman" w:eastAsia="Times New Roman" w:hAnsi="Times New Roman" w:cs="Times New Roman"/>
                <w:color w:val="000000"/>
              </w:rPr>
              <w:t>4</w:t>
            </w:r>
            <w:r w:rsidRPr="00FC132B">
              <w:rPr>
                <w:rFonts w:ascii="Times New Roman" w:eastAsia="Times New Roman" w:hAnsi="Times New Roman" w:cs="Times New Roman"/>
                <w:color w:val="000000"/>
              </w:rPr>
              <w:t xml:space="preserve"> p</w:t>
            </w:r>
          </w:p>
        </w:tc>
      </w:tr>
      <w:tr w:rsidR="008B2EA6" w:rsidRPr="001B0CB0" w14:paraId="1E5B031A" w14:textId="77777777" w:rsidTr="00E152C8">
        <w:trPr>
          <w:trHeight w:val="900"/>
        </w:trPr>
        <w:tc>
          <w:tcPr>
            <w:tcW w:w="5000" w:type="pct"/>
            <w:gridSpan w:val="3"/>
            <w:tcBorders>
              <w:top w:val="nil"/>
              <w:left w:val="single" w:sz="8" w:space="0" w:color="auto"/>
              <w:bottom w:val="nil"/>
              <w:right w:val="single" w:sz="8" w:space="0" w:color="000000"/>
            </w:tcBorders>
            <w:vAlign w:val="center"/>
            <w:hideMark/>
          </w:tcPr>
          <w:p w14:paraId="08A0DD6B"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T3= tarif pentru colectarea separată şi transportul separat al biodeşeurilor din deşeurile municipale - Tcs biodeşeuri, prevazute la art. 33 din OUG 92/2021 privind regimul deseurilor exprimat in lei/tona, lei/persoană/lună şi lei/mc. - 15 p</w:t>
            </w:r>
          </w:p>
        </w:tc>
      </w:tr>
      <w:tr w:rsidR="008B2EA6" w:rsidRPr="001B0CB0" w14:paraId="2C650C09" w14:textId="77777777" w:rsidTr="00E152C8">
        <w:trPr>
          <w:trHeight w:val="300"/>
        </w:trPr>
        <w:tc>
          <w:tcPr>
            <w:tcW w:w="5000" w:type="pct"/>
            <w:gridSpan w:val="3"/>
            <w:tcBorders>
              <w:top w:val="nil"/>
              <w:left w:val="single" w:sz="8" w:space="0" w:color="auto"/>
              <w:bottom w:val="nil"/>
              <w:right w:val="single" w:sz="8" w:space="0" w:color="000000"/>
            </w:tcBorders>
            <w:vAlign w:val="center"/>
            <w:hideMark/>
          </w:tcPr>
          <w:p w14:paraId="2492BCE3"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T5= Tarif pentru Colectarea și transportul deșeurilor din construcții și desființări: exprimat in lei/tonă, în    Zona 5. - 3 p</w:t>
            </w:r>
          </w:p>
        </w:tc>
      </w:tr>
      <w:tr w:rsidR="008B2EA6" w:rsidRPr="001B0CB0" w14:paraId="70913E49" w14:textId="77777777" w:rsidTr="00E152C8">
        <w:trPr>
          <w:trHeight w:val="420"/>
        </w:trPr>
        <w:tc>
          <w:tcPr>
            <w:tcW w:w="5000" w:type="pct"/>
            <w:gridSpan w:val="3"/>
            <w:tcBorders>
              <w:top w:val="nil"/>
              <w:left w:val="single" w:sz="8" w:space="0" w:color="auto"/>
              <w:bottom w:val="nil"/>
              <w:right w:val="single" w:sz="8" w:space="0" w:color="000000"/>
            </w:tcBorders>
            <w:vAlign w:val="center"/>
            <w:hideMark/>
          </w:tcPr>
          <w:p w14:paraId="3B8B7842"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T 6= tariful pentru colectarea și transportul deșeurilor abandonate pe domeniul public : exprimat in lei/tonă, în   Zona 5 - </w:t>
            </w:r>
            <w:r>
              <w:rPr>
                <w:rFonts w:ascii="Times New Roman" w:eastAsia="Times New Roman" w:hAnsi="Times New Roman" w:cs="Times New Roman"/>
                <w:color w:val="000000"/>
              </w:rPr>
              <w:t>3</w:t>
            </w:r>
            <w:r w:rsidRPr="00FC132B">
              <w:rPr>
                <w:rFonts w:ascii="Times New Roman" w:eastAsia="Times New Roman" w:hAnsi="Times New Roman" w:cs="Times New Roman"/>
                <w:color w:val="000000"/>
              </w:rPr>
              <w:t xml:space="preserve"> p</w:t>
            </w:r>
          </w:p>
        </w:tc>
      </w:tr>
      <w:tr w:rsidR="008B2EA6" w:rsidRPr="001B0CB0" w14:paraId="5DDD594D"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0F0F6D36"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Algoritm de calcul: </w:t>
            </w:r>
          </w:p>
        </w:tc>
      </w:tr>
      <w:tr w:rsidR="008B2EA6" w:rsidRPr="001B0CB0" w14:paraId="69DF8927" w14:textId="77777777" w:rsidTr="00E152C8">
        <w:trPr>
          <w:trHeight w:val="675"/>
        </w:trPr>
        <w:tc>
          <w:tcPr>
            <w:tcW w:w="5000" w:type="pct"/>
            <w:gridSpan w:val="3"/>
            <w:tcBorders>
              <w:top w:val="nil"/>
              <w:left w:val="single" w:sz="8" w:space="0" w:color="auto"/>
              <w:bottom w:val="nil"/>
              <w:right w:val="single" w:sz="8" w:space="0" w:color="000000"/>
            </w:tcBorders>
            <w:vAlign w:val="center"/>
            <w:hideMark/>
          </w:tcPr>
          <w:p w14:paraId="0FB7D104"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a) T1 = tarif pentru colectarea separată şi transportul separat al deşeurilor de hârtie, metal, plastic şi sticlă din deşeurile municipale - Tcs reciclabile: exprimat in lei/tonă, lei/persoană/lună şi lei/mc, în UAT urile din   Zona  </w:t>
            </w:r>
          </w:p>
          <w:p w14:paraId="19DA4B77"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- 35 de puncte, </w:t>
            </w:r>
          </w:p>
          <w:p w14:paraId="668DD2DE"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8B2EA6" w:rsidRPr="001B0CB0" w14:paraId="1C91385A"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3F9D9CB2" w14:textId="77777777" w:rsidR="008B2EA6" w:rsidRPr="00FC132B" w:rsidRDefault="008B2EA6" w:rsidP="00E152C8">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r1 = (tarif minim / tarif n) x punctaj maxim alocat.</w:t>
            </w:r>
          </w:p>
        </w:tc>
      </w:tr>
      <w:tr w:rsidR="008B2EA6" w:rsidRPr="001B0CB0" w14:paraId="0BD20FCD" w14:textId="77777777" w:rsidTr="00E152C8">
        <w:trPr>
          <w:trHeight w:val="675"/>
        </w:trPr>
        <w:tc>
          <w:tcPr>
            <w:tcW w:w="5000" w:type="pct"/>
            <w:gridSpan w:val="3"/>
            <w:tcBorders>
              <w:top w:val="nil"/>
              <w:left w:val="single" w:sz="8" w:space="0" w:color="auto"/>
              <w:bottom w:val="nil"/>
              <w:right w:val="single" w:sz="8" w:space="0" w:color="000000"/>
            </w:tcBorders>
            <w:vAlign w:val="center"/>
            <w:hideMark/>
          </w:tcPr>
          <w:p w14:paraId="0A2B8674"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42D1B4A2"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cel mai mic tarif dintre tarifele ofertate se acorda punctaj maxim - 3</w:t>
            </w:r>
            <w:r>
              <w:rPr>
                <w:rFonts w:ascii="Times New Roman" w:eastAsia="Times New Roman" w:hAnsi="Times New Roman" w:cs="Times New Roman"/>
                <w:color w:val="000000"/>
              </w:rPr>
              <w:t>4</w:t>
            </w:r>
            <w:r w:rsidRPr="00FC132B">
              <w:rPr>
                <w:rFonts w:ascii="Times New Roman" w:eastAsia="Times New Roman" w:hAnsi="Times New Roman" w:cs="Times New Roman"/>
                <w:color w:val="000000"/>
              </w:rPr>
              <w:t xml:space="preserve"> de puncte, </w:t>
            </w:r>
          </w:p>
          <w:p w14:paraId="020B6FF1"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orice alt tarif ofertat, punctajul se acorda folosind următoarea formula: </w:t>
            </w:r>
          </w:p>
        </w:tc>
      </w:tr>
      <w:tr w:rsidR="008B2EA6" w:rsidRPr="001B0CB0" w14:paraId="786169E2"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14B4D523" w14:textId="77777777" w:rsidR="008B2EA6" w:rsidRPr="00FC132B" w:rsidRDefault="008B2EA6" w:rsidP="00E152C8">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r2 = (tarif minim / tarif n) x punctaj maxim alocat.</w:t>
            </w:r>
          </w:p>
        </w:tc>
      </w:tr>
      <w:tr w:rsidR="008B2EA6" w:rsidRPr="001B0CB0" w14:paraId="25F97D8F" w14:textId="77777777" w:rsidTr="00E152C8">
        <w:trPr>
          <w:trHeight w:val="555"/>
        </w:trPr>
        <w:tc>
          <w:tcPr>
            <w:tcW w:w="5000" w:type="pct"/>
            <w:gridSpan w:val="3"/>
            <w:tcBorders>
              <w:top w:val="nil"/>
              <w:left w:val="single" w:sz="8" w:space="0" w:color="auto"/>
              <w:bottom w:val="nil"/>
              <w:right w:val="single" w:sz="8" w:space="0" w:color="000000"/>
            </w:tcBorders>
            <w:vAlign w:val="center"/>
            <w:hideMark/>
          </w:tcPr>
          <w:p w14:paraId="4C27ED50"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c) T3= tarif pentru colectarea separată şi transportul separat al biodeşeurilor din deşeurile municipale - Tcs biodeşeuri, prevazute la art.33 din OUG 92/2021 privind regimul deseurilor exprimat in lei/tona, lei/persoană/lună şi lei/mc. </w:t>
            </w:r>
          </w:p>
          <w:p w14:paraId="32C7EF01"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- 15 de puncte, </w:t>
            </w:r>
          </w:p>
          <w:p w14:paraId="3B28C424"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8B2EA6" w:rsidRPr="001B0CB0" w14:paraId="4FEB02DC" w14:textId="77777777" w:rsidTr="00E152C8">
        <w:trPr>
          <w:trHeight w:val="555"/>
        </w:trPr>
        <w:tc>
          <w:tcPr>
            <w:tcW w:w="5000" w:type="pct"/>
            <w:gridSpan w:val="3"/>
            <w:tcBorders>
              <w:top w:val="nil"/>
              <w:left w:val="single" w:sz="8" w:space="0" w:color="auto"/>
              <w:bottom w:val="nil"/>
              <w:right w:val="single" w:sz="8" w:space="0" w:color="000000"/>
            </w:tcBorders>
            <w:vAlign w:val="center"/>
            <w:hideMark/>
          </w:tcPr>
          <w:p w14:paraId="6F52A0AD" w14:textId="77777777" w:rsidR="008B2EA6" w:rsidRPr="00FC132B" w:rsidRDefault="008B2EA6" w:rsidP="00E152C8">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r3 = (tarif minim / tarif n) x punctaj maxim alocat.</w:t>
            </w:r>
          </w:p>
        </w:tc>
      </w:tr>
      <w:tr w:rsidR="008B2EA6" w:rsidRPr="001B0CB0" w14:paraId="4F741754" w14:textId="77777777" w:rsidTr="00E152C8">
        <w:trPr>
          <w:trHeight w:val="615"/>
        </w:trPr>
        <w:tc>
          <w:tcPr>
            <w:tcW w:w="5000" w:type="pct"/>
            <w:gridSpan w:val="3"/>
            <w:tcBorders>
              <w:top w:val="nil"/>
              <w:left w:val="single" w:sz="8" w:space="0" w:color="auto"/>
              <w:bottom w:val="nil"/>
              <w:right w:val="single" w:sz="8" w:space="0" w:color="000000"/>
            </w:tcBorders>
            <w:vAlign w:val="center"/>
            <w:hideMark/>
          </w:tcPr>
          <w:p w14:paraId="05D98F10"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d) T5= Tarif pentru Colectarea și transportul deșeurilor din construcții și desființări: exprimat in lei/tonă, în Zona. </w:t>
            </w:r>
          </w:p>
          <w:p w14:paraId="065203D3"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de - 3  puncte, </w:t>
            </w:r>
          </w:p>
          <w:p w14:paraId="1369732C"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8B2EA6" w:rsidRPr="001B0CB0" w14:paraId="7D830C69"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33AFE222" w14:textId="77777777" w:rsidR="008B2EA6" w:rsidRPr="00FC132B" w:rsidRDefault="008B2EA6" w:rsidP="00E152C8">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r5 = (tarif minim / tarif n) x punctaj maxim alocat.</w:t>
            </w:r>
          </w:p>
        </w:tc>
      </w:tr>
      <w:tr w:rsidR="008B2EA6" w:rsidRPr="001B0CB0" w14:paraId="0D8D910A" w14:textId="77777777" w:rsidTr="00E152C8">
        <w:trPr>
          <w:trHeight w:val="810"/>
        </w:trPr>
        <w:tc>
          <w:tcPr>
            <w:tcW w:w="5000" w:type="pct"/>
            <w:gridSpan w:val="3"/>
            <w:tcBorders>
              <w:top w:val="nil"/>
              <w:left w:val="single" w:sz="8" w:space="0" w:color="auto"/>
              <w:bottom w:val="nil"/>
              <w:right w:val="single" w:sz="8" w:space="0" w:color="000000"/>
            </w:tcBorders>
            <w:vAlign w:val="center"/>
            <w:hideMark/>
          </w:tcPr>
          <w:p w14:paraId="27802516"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e) T 6= tariful pentru colectarea și transportul deșeurilor abandonate pe domeniul public : exprimat in lei/tonă, în   Zona  Pentru cel mai mic tarif dintre tarifele ofertate se acorda punctaj maxim de - </w:t>
            </w:r>
            <w:r>
              <w:rPr>
                <w:rFonts w:ascii="Times New Roman" w:eastAsia="Times New Roman" w:hAnsi="Times New Roman" w:cs="Times New Roman"/>
                <w:color w:val="000000"/>
              </w:rPr>
              <w:t>3</w:t>
            </w:r>
            <w:r w:rsidRPr="00FC132B">
              <w:rPr>
                <w:rFonts w:ascii="Times New Roman" w:eastAsia="Times New Roman" w:hAnsi="Times New Roman" w:cs="Times New Roman"/>
                <w:color w:val="000000"/>
              </w:rPr>
              <w:t xml:space="preserve"> puncte, </w:t>
            </w:r>
          </w:p>
          <w:p w14:paraId="7A1B8A17"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8B2EA6" w:rsidRPr="001B0CB0" w14:paraId="636F534A" w14:textId="77777777" w:rsidTr="00E152C8">
        <w:trPr>
          <w:trHeight w:val="450"/>
        </w:trPr>
        <w:tc>
          <w:tcPr>
            <w:tcW w:w="5000" w:type="pct"/>
            <w:gridSpan w:val="3"/>
            <w:tcBorders>
              <w:top w:val="nil"/>
              <w:left w:val="single" w:sz="8" w:space="0" w:color="auto"/>
              <w:bottom w:val="nil"/>
              <w:right w:val="single" w:sz="8" w:space="0" w:color="000000"/>
            </w:tcBorders>
            <w:vAlign w:val="center"/>
            <w:hideMark/>
          </w:tcPr>
          <w:p w14:paraId="0B01E9B4" w14:textId="77777777" w:rsidR="008B2EA6" w:rsidRPr="00FC132B" w:rsidRDefault="008B2EA6" w:rsidP="00E152C8">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r6 = (tarif minim / tarif n) x punctaj maxim alocat.</w:t>
            </w:r>
          </w:p>
        </w:tc>
      </w:tr>
      <w:tr w:rsidR="008B2EA6" w:rsidRPr="004639B0" w14:paraId="10D672F4" w14:textId="77777777" w:rsidTr="00E152C8">
        <w:trPr>
          <w:trHeight w:val="465"/>
        </w:trPr>
        <w:tc>
          <w:tcPr>
            <w:tcW w:w="949" w:type="pct"/>
            <w:tcBorders>
              <w:top w:val="nil"/>
              <w:left w:val="single" w:sz="8" w:space="0" w:color="auto"/>
              <w:bottom w:val="single" w:sz="8" w:space="0" w:color="auto"/>
              <w:right w:val="single" w:sz="8" w:space="0" w:color="auto"/>
            </w:tcBorders>
            <w:vAlign w:val="center"/>
            <w:hideMark/>
          </w:tcPr>
          <w:p w14:paraId="40DB20DD"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Punctaj maxim total: </w:t>
            </w:r>
          </w:p>
        </w:tc>
        <w:tc>
          <w:tcPr>
            <w:tcW w:w="2499" w:type="pct"/>
            <w:tcBorders>
              <w:top w:val="nil"/>
              <w:left w:val="nil"/>
              <w:bottom w:val="single" w:sz="8" w:space="0" w:color="auto"/>
              <w:right w:val="single" w:sz="8" w:space="0" w:color="auto"/>
            </w:tcBorders>
            <w:vAlign w:val="center"/>
            <w:hideMark/>
          </w:tcPr>
          <w:p w14:paraId="3188961A" w14:textId="77777777" w:rsidR="008B2EA6" w:rsidRPr="00FC132B" w:rsidRDefault="008B2EA6" w:rsidP="00E152C8">
            <w:pPr>
              <w:spacing w:after="0" w:line="240" w:lineRule="auto"/>
              <w:jc w:val="right"/>
              <w:rPr>
                <w:rFonts w:ascii="Times New Roman" w:eastAsia="Times New Roman" w:hAnsi="Times New Roman" w:cs="Times New Roman"/>
                <w:color w:val="000000"/>
              </w:rPr>
            </w:pPr>
            <w:r w:rsidRPr="00FC132B">
              <w:rPr>
                <w:rFonts w:ascii="Times New Roman" w:eastAsia="Times New Roman" w:hAnsi="Times New Roman" w:cs="Times New Roman"/>
                <w:color w:val="000000"/>
              </w:rPr>
              <w:t>100</w:t>
            </w:r>
          </w:p>
        </w:tc>
        <w:tc>
          <w:tcPr>
            <w:tcW w:w="1551" w:type="pct"/>
            <w:tcBorders>
              <w:top w:val="nil"/>
              <w:left w:val="nil"/>
              <w:bottom w:val="single" w:sz="8" w:space="0" w:color="auto"/>
              <w:right w:val="single" w:sz="8" w:space="0" w:color="auto"/>
            </w:tcBorders>
            <w:vAlign w:val="center"/>
            <w:hideMark/>
          </w:tcPr>
          <w:p w14:paraId="5FF338C9" w14:textId="77777777" w:rsidR="008B2EA6" w:rsidRPr="00FC132B" w:rsidRDefault="008B2EA6" w:rsidP="00E152C8">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w:t>
            </w:r>
          </w:p>
        </w:tc>
      </w:tr>
      <w:bookmarkEnd w:id="695"/>
    </w:tbl>
    <w:p w14:paraId="0E04BEC1" w14:textId="77777777" w:rsidR="008B2EA6" w:rsidRDefault="008B2EA6" w:rsidP="008B2EA6">
      <w:pPr>
        <w:jc w:val="center"/>
        <w:rPr>
          <w:rFonts w:ascii="Times New Roman" w:eastAsia="Times New Roman" w:hAnsi="Times New Roman" w:cs="Times New Roman"/>
          <w:b/>
          <w:sz w:val="24"/>
          <w:szCs w:val="24"/>
          <w:lang w:eastAsia="ro-RO"/>
        </w:rPr>
      </w:pPr>
    </w:p>
    <w:p w14:paraId="6716A9DC" w14:textId="77777777" w:rsidR="008B2EA6" w:rsidRDefault="008B2EA6" w:rsidP="008B2EA6">
      <w:pPr>
        <w:jc w:val="center"/>
        <w:rPr>
          <w:rFonts w:ascii="Times New Roman" w:eastAsia="Times New Roman" w:hAnsi="Times New Roman" w:cs="Times New Roman"/>
          <w:b/>
          <w:sz w:val="24"/>
          <w:szCs w:val="24"/>
          <w:lang w:eastAsia="ro-RO"/>
        </w:rPr>
      </w:pPr>
    </w:p>
    <w:p w14:paraId="6B7F3C27" w14:textId="77777777" w:rsidR="008B2EA6" w:rsidRPr="00FB0A75" w:rsidRDefault="008B2EA6" w:rsidP="008B2EA6">
      <w:pPr>
        <w:jc w:val="center"/>
        <w:rPr>
          <w:rFonts w:ascii="Times New Roman" w:hAnsi="Times New Roman" w:cs="Times New Roman"/>
          <w:b/>
          <w:sz w:val="24"/>
          <w:szCs w:val="24"/>
        </w:rPr>
      </w:pPr>
    </w:p>
    <w:p w14:paraId="5C7B5FC8"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F80590E" w14:textId="77777777" w:rsidR="008B2EA6" w:rsidRDefault="008B2EA6" w:rsidP="004A3BE9">
      <w:pPr>
        <w:spacing w:after="0" w:line="240" w:lineRule="auto"/>
        <w:jc w:val="both"/>
        <w:rPr>
          <w:rFonts w:asciiTheme="majorHAnsi" w:eastAsia="Times New Roman" w:hAnsiTheme="majorHAnsi" w:cstheme="majorHAnsi"/>
          <w:sz w:val="24"/>
          <w:szCs w:val="24"/>
        </w:rPr>
      </w:pPr>
    </w:p>
    <w:p w14:paraId="1BFF6108" w14:textId="77777777" w:rsidR="008B2EA6" w:rsidRDefault="008B2EA6" w:rsidP="004A3BE9">
      <w:pPr>
        <w:spacing w:after="0" w:line="240" w:lineRule="auto"/>
        <w:jc w:val="both"/>
        <w:rPr>
          <w:rFonts w:asciiTheme="majorHAnsi" w:eastAsia="Times New Roman" w:hAnsiTheme="majorHAnsi" w:cstheme="majorHAnsi"/>
          <w:sz w:val="24"/>
          <w:szCs w:val="24"/>
        </w:rPr>
      </w:pPr>
    </w:p>
    <w:p w14:paraId="65972AD2" w14:textId="77777777" w:rsidR="008B2EA6" w:rsidRDefault="008B2EA6" w:rsidP="004A3BE9">
      <w:pPr>
        <w:spacing w:after="0" w:line="240" w:lineRule="auto"/>
        <w:jc w:val="both"/>
        <w:rPr>
          <w:rFonts w:asciiTheme="majorHAnsi" w:eastAsia="Times New Roman" w:hAnsiTheme="majorHAnsi" w:cstheme="majorHAnsi"/>
          <w:sz w:val="24"/>
          <w:szCs w:val="24"/>
        </w:rPr>
      </w:pPr>
    </w:p>
    <w:p w14:paraId="46BB119A" w14:textId="77777777" w:rsidR="008B2EA6" w:rsidRDefault="008B2EA6" w:rsidP="004A3BE9">
      <w:pPr>
        <w:spacing w:after="0" w:line="240" w:lineRule="auto"/>
        <w:jc w:val="both"/>
        <w:rPr>
          <w:rFonts w:asciiTheme="majorHAnsi" w:eastAsia="Times New Roman" w:hAnsiTheme="majorHAnsi" w:cstheme="majorHAnsi"/>
          <w:sz w:val="24"/>
          <w:szCs w:val="24"/>
        </w:rPr>
      </w:pPr>
    </w:p>
    <w:p w14:paraId="2051DD01" w14:textId="77777777" w:rsidR="008B2EA6" w:rsidRDefault="008B2EA6" w:rsidP="004A3BE9">
      <w:pPr>
        <w:spacing w:after="0" w:line="240" w:lineRule="auto"/>
        <w:jc w:val="both"/>
        <w:rPr>
          <w:rFonts w:asciiTheme="majorHAnsi" w:eastAsia="Times New Roman" w:hAnsiTheme="majorHAnsi" w:cstheme="majorHAnsi"/>
          <w:sz w:val="24"/>
          <w:szCs w:val="24"/>
        </w:rPr>
      </w:pPr>
    </w:p>
    <w:p w14:paraId="0BFE9273" w14:textId="77777777" w:rsidR="008B2EA6" w:rsidRDefault="008B2EA6" w:rsidP="004A3BE9">
      <w:pPr>
        <w:spacing w:after="0" w:line="240" w:lineRule="auto"/>
        <w:jc w:val="both"/>
        <w:rPr>
          <w:rFonts w:asciiTheme="majorHAnsi" w:eastAsia="Times New Roman" w:hAnsiTheme="majorHAnsi" w:cstheme="majorHAnsi"/>
          <w:sz w:val="24"/>
          <w:szCs w:val="24"/>
        </w:rPr>
      </w:pPr>
    </w:p>
    <w:p w14:paraId="3484DCF9" w14:textId="77777777" w:rsidR="008B2EA6" w:rsidRDefault="008B2EA6" w:rsidP="004A3BE9">
      <w:pPr>
        <w:spacing w:after="0" w:line="240" w:lineRule="auto"/>
        <w:jc w:val="both"/>
        <w:rPr>
          <w:rFonts w:asciiTheme="majorHAnsi" w:eastAsia="Times New Roman" w:hAnsiTheme="majorHAnsi" w:cstheme="majorHAnsi"/>
          <w:sz w:val="24"/>
          <w:szCs w:val="24"/>
        </w:rPr>
      </w:pPr>
    </w:p>
    <w:p w14:paraId="7CEFB0ED" w14:textId="77777777" w:rsidR="008B2EA6" w:rsidRPr="005D0BDB" w:rsidRDefault="008B2EA6" w:rsidP="008B2EA6">
      <w:pPr>
        <w:jc w:val="center"/>
        <w:rPr>
          <w:rFonts w:ascii="Times New Roman" w:hAnsi="Times New Roman" w:cs="Times New Roman"/>
          <w:sz w:val="24"/>
          <w:szCs w:val="24"/>
        </w:rPr>
      </w:pPr>
    </w:p>
    <w:p w14:paraId="126366D1" w14:textId="77777777" w:rsidR="008B2EA6" w:rsidRPr="005D0BDB" w:rsidRDefault="008B2EA6" w:rsidP="008B2EA6">
      <w:pPr>
        <w:jc w:val="center"/>
        <w:rPr>
          <w:rFonts w:ascii="Times New Roman" w:hAnsi="Times New Roman" w:cs="Times New Roman"/>
          <w:sz w:val="24"/>
          <w:szCs w:val="24"/>
        </w:rPr>
      </w:pPr>
    </w:p>
    <w:p w14:paraId="0A6C1700" w14:textId="77777777" w:rsidR="008B2EA6" w:rsidRPr="005D0BDB" w:rsidRDefault="008B2EA6" w:rsidP="008B2EA6">
      <w:pPr>
        <w:jc w:val="center"/>
        <w:rPr>
          <w:rFonts w:ascii="Times New Roman" w:hAnsi="Times New Roman" w:cs="Times New Roman"/>
          <w:sz w:val="24"/>
          <w:szCs w:val="24"/>
        </w:rPr>
      </w:pPr>
    </w:p>
    <w:p w14:paraId="6FBB21E1" w14:textId="77777777" w:rsidR="008B2EA6" w:rsidRPr="005D0BDB" w:rsidRDefault="008B2EA6" w:rsidP="008B2EA6">
      <w:pPr>
        <w:jc w:val="center"/>
        <w:rPr>
          <w:rFonts w:ascii="Times New Roman" w:hAnsi="Times New Roman" w:cs="Times New Roman"/>
          <w:sz w:val="24"/>
          <w:szCs w:val="24"/>
        </w:rPr>
      </w:pPr>
    </w:p>
    <w:p w14:paraId="790FAE7E" w14:textId="77777777" w:rsidR="008B2EA6" w:rsidRPr="005D0BDB" w:rsidRDefault="008B2EA6" w:rsidP="008B2EA6">
      <w:pPr>
        <w:jc w:val="center"/>
        <w:rPr>
          <w:rFonts w:ascii="Times New Roman" w:hAnsi="Times New Roman" w:cs="Times New Roman"/>
          <w:sz w:val="24"/>
          <w:szCs w:val="24"/>
        </w:rPr>
      </w:pPr>
    </w:p>
    <w:p w14:paraId="69A61E6B" w14:textId="77777777" w:rsidR="008B2EA6" w:rsidRPr="005D0BDB" w:rsidRDefault="008B2EA6" w:rsidP="008B2EA6">
      <w:pPr>
        <w:jc w:val="center"/>
        <w:rPr>
          <w:rFonts w:ascii="Times New Roman" w:hAnsi="Times New Roman" w:cs="Times New Roman"/>
          <w:sz w:val="24"/>
          <w:szCs w:val="24"/>
        </w:rPr>
      </w:pPr>
    </w:p>
    <w:p w14:paraId="24E9D872" w14:textId="77777777" w:rsidR="008B2EA6" w:rsidRPr="005D0BDB" w:rsidRDefault="008B2EA6" w:rsidP="008B2EA6">
      <w:pPr>
        <w:jc w:val="center"/>
        <w:rPr>
          <w:rFonts w:ascii="Times New Roman" w:hAnsi="Times New Roman" w:cs="Times New Roman"/>
          <w:sz w:val="24"/>
          <w:szCs w:val="24"/>
        </w:rPr>
      </w:pPr>
    </w:p>
    <w:p w14:paraId="3A2164A2" w14:textId="77777777" w:rsidR="008B2EA6" w:rsidRPr="005D0BDB" w:rsidRDefault="008B2EA6" w:rsidP="008B2EA6">
      <w:pPr>
        <w:jc w:val="center"/>
        <w:rPr>
          <w:rFonts w:ascii="Times New Roman" w:hAnsi="Times New Roman" w:cs="Times New Roman"/>
          <w:sz w:val="24"/>
          <w:szCs w:val="24"/>
        </w:rPr>
      </w:pPr>
    </w:p>
    <w:p w14:paraId="2E1E5ED0" w14:textId="77777777" w:rsidR="008B2EA6" w:rsidRPr="005D0BDB" w:rsidRDefault="008B2EA6" w:rsidP="008B2EA6">
      <w:pPr>
        <w:jc w:val="center"/>
        <w:rPr>
          <w:rFonts w:ascii="Times New Roman" w:hAnsi="Times New Roman" w:cs="Times New Roman"/>
          <w:b/>
          <w:bCs/>
          <w:sz w:val="24"/>
          <w:szCs w:val="24"/>
        </w:rPr>
      </w:pPr>
      <w:r w:rsidRPr="005D0BDB">
        <w:rPr>
          <w:rFonts w:ascii="Times New Roman" w:hAnsi="Times New Roman" w:cs="Times New Roman"/>
          <w:b/>
          <w:bCs/>
          <w:sz w:val="24"/>
          <w:szCs w:val="24"/>
        </w:rPr>
        <w:t>Formulare</w:t>
      </w:r>
    </w:p>
    <w:p w14:paraId="5E2821BC" w14:textId="77777777" w:rsidR="008B2EA6" w:rsidRPr="005D0BDB" w:rsidRDefault="008B2EA6" w:rsidP="008B2EA6">
      <w:pPr>
        <w:jc w:val="both"/>
        <w:rPr>
          <w:rFonts w:ascii="Times New Roman" w:hAnsi="Times New Roman" w:cs="Times New Roman"/>
          <w:sz w:val="24"/>
          <w:szCs w:val="24"/>
        </w:rPr>
      </w:pPr>
    </w:p>
    <w:p w14:paraId="44A310C6"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3EC74FDA" w14:textId="77777777" w:rsidR="008B2EA6" w:rsidRPr="005D0BDB" w:rsidRDefault="008B2EA6" w:rsidP="008B2EA6">
      <w:pPr>
        <w:pStyle w:val="Default"/>
        <w:jc w:val="both"/>
        <w:rPr>
          <w:color w:val="auto"/>
        </w:rPr>
        <w:sectPr w:rsidR="008B2EA6" w:rsidRPr="005D0BDB" w:rsidSect="008B2EA6">
          <w:pgSz w:w="11907" w:h="16840" w:code="9"/>
          <w:pgMar w:top="1695" w:right="578" w:bottom="1440" w:left="1157" w:header="709" w:footer="709" w:gutter="0"/>
          <w:cols w:space="708"/>
          <w:noEndnote/>
        </w:sectPr>
      </w:pPr>
    </w:p>
    <w:p w14:paraId="7F4F2274" w14:textId="77777777" w:rsidR="008B2EA6" w:rsidRPr="005D0BDB" w:rsidRDefault="008B2EA6" w:rsidP="008B2EA6">
      <w:pPr>
        <w:pStyle w:val="Default"/>
        <w:numPr>
          <w:ilvl w:val="0"/>
          <w:numId w:val="116"/>
        </w:numPr>
        <w:spacing w:after="0" w:line="240" w:lineRule="auto"/>
        <w:jc w:val="both"/>
        <w:outlineLvl w:val="0"/>
      </w:pPr>
    </w:p>
    <w:p w14:paraId="19E9A831" w14:textId="77777777" w:rsidR="008B2EA6" w:rsidRPr="005D0BDB" w:rsidRDefault="008B2EA6" w:rsidP="008B2EA6">
      <w:pPr>
        <w:pStyle w:val="Default"/>
        <w:jc w:val="both"/>
      </w:pPr>
      <w:r w:rsidRPr="005D0BDB">
        <w:t>Nr .................... / ................................. [data]</w:t>
      </w:r>
      <w:r w:rsidRPr="005D0BDB">
        <w:rPr>
          <w:b/>
          <w:bCs/>
        </w:rPr>
        <w:t xml:space="preserve">. </w:t>
      </w:r>
    </w:p>
    <w:p w14:paraId="33E61095" w14:textId="77777777" w:rsidR="008B2EA6" w:rsidRPr="005D0BDB" w:rsidRDefault="008B2EA6" w:rsidP="008B2EA6">
      <w:pPr>
        <w:pStyle w:val="Default"/>
        <w:jc w:val="both"/>
        <w:rPr>
          <w:color w:val="auto"/>
        </w:rPr>
      </w:pPr>
    </w:p>
    <w:p w14:paraId="1C16E120" w14:textId="77777777" w:rsidR="008B2EA6" w:rsidRPr="005D0BDB" w:rsidRDefault="008B2EA6" w:rsidP="008B2EA6">
      <w:pPr>
        <w:pStyle w:val="Default"/>
        <w:jc w:val="both"/>
        <w:rPr>
          <w:color w:val="auto"/>
        </w:rPr>
      </w:pPr>
      <w:r w:rsidRPr="005D0BDB">
        <w:rPr>
          <w:color w:val="auto"/>
        </w:rPr>
        <w:t xml:space="preserve">OFERTANT ...................................... </w:t>
      </w:r>
    </w:p>
    <w:p w14:paraId="34C7368F" w14:textId="77777777" w:rsidR="008B2EA6" w:rsidRPr="005D0BDB" w:rsidRDefault="008B2EA6" w:rsidP="008B2EA6">
      <w:pPr>
        <w:pStyle w:val="Default"/>
        <w:jc w:val="both"/>
        <w:rPr>
          <w:color w:val="auto"/>
        </w:rPr>
      </w:pPr>
      <w:r w:rsidRPr="005D0BDB">
        <w:rPr>
          <w:color w:val="auto"/>
        </w:rPr>
        <w:t xml:space="preserve">Adresa: .............................................. </w:t>
      </w:r>
    </w:p>
    <w:p w14:paraId="5984CCB0" w14:textId="77777777" w:rsidR="008B2EA6" w:rsidRPr="005D0BDB" w:rsidRDefault="008B2EA6" w:rsidP="008B2EA6">
      <w:pPr>
        <w:pStyle w:val="Default"/>
        <w:jc w:val="both"/>
        <w:rPr>
          <w:color w:val="auto"/>
        </w:rPr>
      </w:pPr>
      <w:r w:rsidRPr="005D0BDB">
        <w:rPr>
          <w:color w:val="auto"/>
        </w:rPr>
        <w:t xml:space="preserve">Telefon: ............................................. </w:t>
      </w:r>
    </w:p>
    <w:p w14:paraId="56AD5361" w14:textId="77777777" w:rsidR="008B2EA6" w:rsidRPr="005D0BDB" w:rsidRDefault="008B2EA6" w:rsidP="008B2EA6">
      <w:pPr>
        <w:pStyle w:val="Default"/>
        <w:jc w:val="both"/>
        <w:rPr>
          <w:color w:val="auto"/>
        </w:rPr>
      </w:pPr>
      <w:r w:rsidRPr="005D0BDB">
        <w:rPr>
          <w:color w:val="auto"/>
        </w:rPr>
        <w:t xml:space="preserve">Fax: ................................................... </w:t>
      </w:r>
    </w:p>
    <w:p w14:paraId="5264891A" w14:textId="77777777" w:rsidR="008B2EA6" w:rsidRPr="005D0BDB" w:rsidRDefault="008B2EA6" w:rsidP="008B2EA6">
      <w:pPr>
        <w:pStyle w:val="Default"/>
        <w:jc w:val="both"/>
        <w:rPr>
          <w:color w:val="auto"/>
        </w:rPr>
      </w:pPr>
      <w:r w:rsidRPr="005D0BDB">
        <w:rPr>
          <w:color w:val="auto"/>
        </w:rPr>
        <w:t xml:space="preserve">E-mail: </w:t>
      </w:r>
    </w:p>
    <w:p w14:paraId="75EC949E" w14:textId="77777777" w:rsidR="008B2EA6" w:rsidRPr="005D0BDB" w:rsidRDefault="008B2EA6" w:rsidP="008B2EA6">
      <w:pPr>
        <w:pStyle w:val="Default"/>
        <w:jc w:val="both"/>
        <w:rPr>
          <w:b/>
          <w:bCs/>
          <w:color w:val="auto"/>
        </w:rPr>
      </w:pPr>
    </w:p>
    <w:p w14:paraId="100E5A00" w14:textId="77777777" w:rsidR="008B2EA6" w:rsidRPr="005D0BDB" w:rsidRDefault="008B2EA6" w:rsidP="008B2EA6">
      <w:pPr>
        <w:pStyle w:val="Default"/>
        <w:jc w:val="center"/>
        <w:rPr>
          <w:color w:val="auto"/>
        </w:rPr>
      </w:pPr>
      <w:r w:rsidRPr="005D0BDB">
        <w:rPr>
          <w:b/>
          <w:bCs/>
          <w:color w:val="auto"/>
        </w:rPr>
        <w:t>SCRISOARE DE ÎNAINTARE</w:t>
      </w:r>
    </w:p>
    <w:p w14:paraId="119F7B5C" w14:textId="77777777" w:rsidR="008B2EA6" w:rsidRPr="005D0BDB" w:rsidRDefault="008B2EA6" w:rsidP="008B2EA6">
      <w:pPr>
        <w:pStyle w:val="Default"/>
        <w:jc w:val="both"/>
        <w:rPr>
          <w:color w:val="auto"/>
        </w:rPr>
      </w:pPr>
      <w:r w:rsidRPr="005D0BDB">
        <w:rPr>
          <w:color w:val="auto"/>
        </w:rPr>
        <w:t xml:space="preserve">Către: </w:t>
      </w:r>
    </w:p>
    <w:p w14:paraId="2E4C253B" w14:textId="77777777" w:rsidR="008B2EA6" w:rsidRPr="005D0BDB" w:rsidRDefault="008B2EA6" w:rsidP="008B2EA6">
      <w:pPr>
        <w:pStyle w:val="Default"/>
        <w:jc w:val="both"/>
        <w:rPr>
          <w:color w:val="auto"/>
        </w:rPr>
      </w:pPr>
      <w:r w:rsidRPr="005D0BDB">
        <w:rPr>
          <w:b/>
          <w:bCs/>
          <w:color w:val="auto"/>
        </w:rPr>
        <w:t xml:space="preserve">Asociația de Dezvoltare Intercomunitară Sistem Integrat de Gestionare a  Deșeurilor Județul Arad cu sediul social în localitatea ................................. </w:t>
      </w:r>
    </w:p>
    <w:p w14:paraId="3A3D13B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sz w:val="24"/>
          <w:szCs w:val="24"/>
        </w:rPr>
      </w:pPr>
      <w:r w:rsidRPr="005D0BDB">
        <w:rPr>
          <w:rFonts w:ascii="Times New Roman" w:hAnsi="Times New Roman" w:cs="Times New Roman"/>
          <w:sz w:val="24"/>
          <w:szCs w:val="24"/>
        </w:rPr>
        <w:t xml:space="preserve">Ca urmare a anunțului de participare apărut în SEAP nr ................. din data de ............. , privind  aplicarea procedurii pentru atribuirea </w:t>
      </w:r>
      <w:r w:rsidRPr="005D0BDB">
        <w:rPr>
          <w:rFonts w:ascii="Times New Roman" w:hAnsi="Times New Roman" w:cs="Times New Roman"/>
          <w:b/>
          <w:bCs/>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5D0BDB">
        <w:rPr>
          <w:rFonts w:ascii="Times New Roman" w:hAnsi="Times New Roman" w:cs="Times New Roman"/>
          <w:sz w:val="24"/>
          <w:szCs w:val="24"/>
        </w:rPr>
        <w:t xml:space="preserve">, </w:t>
      </w:r>
    </w:p>
    <w:p w14:paraId="542B0231" w14:textId="77777777" w:rsidR="008B2EA6" w:rsidRPr="005D0BDB" w:rsidRDefault="008B2EA6" w:rsidP="008B2EA6">
      <w:pPr>
        <w:pStyle w:val="Default"/>
        <w:jc w:val="both"/>
        <w:rPr>
          <w:color w:val="auto"/>
        </w:rPr>
      </w:pPr>
      <w:r w:rsidRPr="005D0BDB">
        <w:rPr>
          <w:color w:val="auto"/>
        </w:rPr>
        <w:t xml:space="preserve">noi, ................................ </w:t>
      </w:r>
      <w:r w:rsidRPr="005D0BDB">
        <w:rPr>
          <w:i/>
          <w:iCs/>
          <w:color w:val="auto"/>
        </w:rPr>
        <w:t xml:space="preserve">(denumirea ofertantului), </w:t>
      </w:r>
      <w:r w:rsidRPr="005D0BDB">
        <w:rPr>
          <w:color w:val="auto"/>
        </w:rPr>
        <w:t xml:space="preserve">vă transmitem alăturat următoarele: </w:t>
      </w:r>
    </w:p>
    <w:p w14:paraId="10FFE50D" w14:textId="77777777" w:rsidR="008B2EA6" w:rsidRPr="005D0BDB" w:rsidRDefault="008B2EA6" w:rsidP="008B2EA6">
      <w:pPr>
        <w:pStyle w:val="Default"/>
        <w:numPr>
          <w:ilvl w:val="0"/>
          <w:numId w:val="115"/>
        </w:numPr>
        <w:spacing w:after="0" w:line="240" w:lineRule="auto"/>
        <w:jc w:val="both"/>
        <w:rPr>
          <w:color w:val="auto"/>
        </w:rPr>
      </w:pPr>
      <w:r w:rsidRPr="005D0BDB">
        <w:rPr>
          <w:color w:val="auto"/>
        </w:rPr>
        <w:t xml:space="preserve">...................... </w:t>
      </w:r>
      <w:r w:rsidRPr="005D0BDB">
        <w:rPr>
          <w:i/>
          <w:iCs/>
          <w:color w:val="auto"/>
        </w:rPr>
        <w:t xml:space="preserve">(tipul documentului) </w:t>
      </w:r>
      <w:r w:rsidRPr="005D0BDB">
        <w:rPr>
          <w:color w:val="auto"/>
        </w:rPr>
        <w:t xml:space="preserve">nr .................... , emis de ..................................... , privind </w:t>
      </w:r>
    </w:p>
    <w:p w14:paraId="4402CFA1" w14:textId="77777777" w:rsidR="008B2EA6" w:rsidRPr="005D0BDB" w:rsidRDefault="008B2EA6" w:rsidP="008B2EA6">
      <w:pPr>
        <w:pStyle w:val="Default"/>
        <w:jc w:val="both"/>
        <w:rPr>
          <w:color w:val="auto"/>
        </w:rPr>
      </w:pPr>
      <w:r w:rsidRPr="005D0BDB">
        <w:rPr>
          <w:color w:val="auto"/>
        </w:rPr>
        <w:t xml:space="preserve">constituirea garanției pentru participare la licitație, în cuantumul și în forma stabilite prin documentația de atribuire; </w:t>
      </w:r>
    </w:p>
    <w:p w14:paraId="3AE43E43" w14:textId="77777777" w:rsidR="008B2EA6" w:rsidRPr="005D0BDB" w:rsidRDefault="008B2EA6" w:rsidP="008B2EA6">
      <w:pPr>
        <w:pStyle w:val="Default"/>
        <w:numPr>
          <w:ilvl w:val="0"/>
          <w:numId w:val="115"/>
        </w:numPr>
        <w:spacing w:after="0" w:line="240" w:lineRule="auto"/>
        <w:jc w:val="both"/>
        <w:rPr>
          <w:color w:val="auto"/>
        </w:rPr>
      </w:pPr>
      <w:r w:rsidRPr="005D0BDB">
        <w:rPr>
          <w:color w:val="auto"/>
        </w:rPr>
        <w:t xml:space="preserve">Împuternicire scrisă prin care semnatarul ofertei este autorizat să angajeze ofertantul în procedura de atribuire a contractului; </w:t>
      </w:r>
    </w:p>
    <w:p w14:paraId="613563F5" w14:textId="77777777" w:rsidR="008B2EA6" w:rsidRPr="005D0BDB" w:rsidRDefault="008B2EA6" w:rsidP="008B2EA6">
      <w:pPr>
        <w:pStyle w:val="Default"/>
        <w:numPr>
          <w:ilvl w:val="0"/>
          <w:numId w:val="115"/>
        </w:numPr>
        <w:spacing w:after="0" w:line="240" w:lineRule="auto"/>
        <w:jc w:val="both"/>
        <w:rPr>
          <w:color w:val="auto"/>
        </w:rPr>
      </w:pPr>
      <w:r w:rsidRPr="005D0BDB">
        <w:rPr>
          <w:color w:val="auto"/>
        </w:rPr>
        <w:t xml:space="preserve">Coletul sigilat și marcat în mod vizibil, conținând un exemplar original și 3 (trei) copii în limba română, fiecare cuprinzând: </w:t>
      </w:r>
    </w:p>
    <w:p w14:paraId="5848A31E" w14:textId="77777777" w:rsidR="008B2EA6" w:rsidRPr="005D0BDB" w:rsidRDefault="008B2EA6" w:rsidP="008B2EA6">
      <w:pPr>
        <w:pStyle w:val="Default"/>
        <w:ind w:left="1440"/>
        <w:jc w:val="both"/>
        <w:rPr>
          <w:color w:val="auto"/>
        </w:rPr>
      </w:pPr>
      <w:r w:rsidRPr="005D0BDB">
        <w:rPr>
          <w:color w:val="auto"/>
        </w:rPr>
        <w:t xml:space="preserve">- documente de calificare; </w:t>
      </w:r>
    </w:p>
    <w:p w14:paraId="75A68C10" w14:textId="77777777" w:rsidR="008B2EA6" w:rsidRPr="005D0BDB" w:rsidRDefault="008B2EA6" w:rsidP="008B2EA6">
      <w:pPr>
        <w:pStyle w:val="Default"/>
        <w:ind w:left="1440"/>
        <w:jc w:val="both"/>
        <w:rPr>
          <w:color w:val="auto"/>
        </w:rPr>
      </w:pPr>
      <w:r w:rsidRPr="005D0BDB">
        <w:rPr>
          <w:color w:val="auto"/>
        </w:rPr>
        <w:t xml:space="preserve">- propunere tehnică; </w:t>
      </w:r>
    </w:p>
    <w:p w14:paraId="11583DAC" w14:textId="77777777" w:rsidR="008B2EA6" w:rsidRPr="005D0BDB" w:rsidRDefault="008B2EA6" w:rsidP="008B2EA6">
      <w:pPr>
        <w:pStyle w:val="Default"/>
        <w:ind w:left="1440"/>
        <w:jc w:val="both"/>
        <w:rPr>
          <w:color w:val="auto"/>
        </w:rPr>
      </w:pPr>
      <w:r w:rsidRPr="005D0BDB">
        <w:rPr>
          <w:color w:val="auto"/>
        </w:rPr>
        <w:t xml:space="preserve">- propunere financiară. </w:t>
      </w:r>
    </w:p>
    <w:p w14:paraId="0142ACB4" w14:textId="77777777" w:rsidR="008B2EA6" w:rsidRPr="005D0BDB" w:rsidRDefault="008B2EA6" w:rsidP="008B2EA6">
      <w:pPr>
        <w:pStyle w:val="Default"/>
        <w:jc w:val="both"/>
        <w:rPr>
          <w:color w:val="auto"/>
        </w:rPr>
      </w:pPr>
    </w:p>
    <w:p w14:paraId="75E83839" w14:textId="77777777" w:rsidR="008B2EA6" w:rsidRPr="005D0BDB" w:rsidRDefault="008B2EA6" w:rsidP="008B2EA6">
      <w:pPr>
        <w:pStyle w:val="Default"/>
        <w:jc w:val="both"/>
        <w:rPr>
          <w:color w:val="auto"/>
        </w:rPr>
      </w:pPr>
    </w:p>
    <w:p w14:paraId="68C1E3CF" w14:textId="77777777" w:rsidR="008B2EA6" w:rsidRPr="005D0BDB" w:rsidRDefault="008B2EA6" w:rsidP="008B2EA6">
      <w:pPr>
        <w:pStyle w:val="Default"/>
        <w:jc w:val="both"/>
        <w:rPr>
          <w:color w:val="auto"/>
        </w:rPr>
      </w:pPr>
    </w:p>
    <w:p w14:paraId="714D6060" w14:textId="77777777" w:rsidR="008B2EA6" w:rsidRPr="005D0BDB" w:rsidRDefault="008B2EA6" w:rsidP="008B2EA6">
      <w:pPr>
        <w:pStyle w:val="Default"/>
        <w:jc w:val="both"/>
        <w:rPr>
          <w:color w:val="auto"/>
        </w:rPr>
      </w:pPr>
    </w:p>
    <w:p w14:paraId="40773D75" w14:textId="77777777" w:rsidR="008B2EA6" w:rsidRPr="005D0BDB" w:rsidRDefault="008B2EA6" w:rsidP="008B2EA6">
      <w:pPr>
        <w:pStyle w:val="Default"/>
        <w:jc w:val="both"/>
        <w:rPr>
          <w:color w:val="auto"/>
        </w:rPr>
      </w:pPr>
    </w:p>
    <w:p w14:paraId="397D91A3" w14:textId="77777777" w:rsidR="008B2EA6" w:rsidRPr="005D0BDB" w:rsidRDefault="008B2EA6" w:rsidP="008B2EA6">
      <w:pPr>
        <w:pStyle w:val="Default"/>
        <w:jc w:val="both"/>
        <w:rPr>
          <w:color w:val="auto"/>
        </w:rPr>
      </w:pPr>
    </w:p>
    <w:p w14:paraId="2148F5C8" w14:textId="77777777" w:rsidR="008B2EA6" w:rsidRPr="005D0BDB" w:rsidRDefault="008B2EA6" w:rsidP="008B2EA6">
      <w:pPr>
        <w:pStyle w:val="Default"/>
        <w:jc w:val="both"/>
        <w:rPr>
          <w:color w:val="auto"/>
        </w:rPr>
      </w:pPr>
    </w:p>
    <w:p w14:paraId="0709ABC9" w14:textId="77777777" w:rsidR="008B2EA6" w:rsidRPr="005D0BDB" w:rsidRDefault="008B2EA6" w:rsidP="008B2EA6">
      <w:pPr>
        <w:pStyle w:val="Default"/>
        <w:jc w:val="both"/>
        <w:rPr>
          <w:color w:val="auto"/>
        </w:rPr>
      </w:pPr>
    </w:p>
    <w:p w14:paraId="1910055B" w14:textId="77777777" w:rsidR="008B2EA6" w:rsidRPr="005D0BDB" w:rsidRDefault="008B2EA6" w:rsidP="008B2EA6">
      <w:pPr>
        <w:pStyle w:val="Default"/>
        <w:jc w:val="both"/>
        <w:rPr>
          <w:color w:val="auto"/>
        </w:rPr>
      </w:pPr>
      <w:r w:rsidRPr="005D0BDB">
        <w:rPr>
          <w:color w:val="auto"/>
        </w:rPr>
        <w:t xml:space="preserve">Semnătură: ............................................................................................. </w:t>
      </w:r>
    </w:p>
    <w:p w14:paraId="16AA248A" w14:textId="77777777" w:rsidR="008B2EA6" w:rsidRPr="005D0BDB" w:rsidRDefault="008B2EA6" w:rsidP="008B2EA6">
      <w:pPr>
        <w:jc w:val="both"/>
        <w:rPr>
          <w:rFonts w:ascii="Times New Roman" w:hAnsi="Times New Roman" w:cs="Times New Roman"/>
          <w:i/>
          <w:iCs/>
          <w:sz w:val="24"/>
          <w:szCs w:val="24"/>
        </w:rPr>
      </w:pPr>
      <w:r w:rsidRPr="005D0BDB">
        <w:rPr>
          <w:rFonts w:ascii="Times New Roman" w:hAnsi="Times New Roman" w:cs="Times New Roman"/>
          <w:i/>
          <w:iCs/>
          <w:sz w:val="24"/>
          <w:szCs w:val="24"/>
        </w:rPr>
        <w:t>(persoană sau persoanele autorizate să semneze în numele Ofertantului)</w:t>
      </w:r>
    </w:p>
    <w:p w14:paraId="1848899E" w14:textId="77777777" w:rsidR="008B2EA6" w:rsidRPr="005D0BDB" w:rsidRDefault="008B2EA6" w:rsidP="008B2EA6">
      <w:pPr>
        <w:jc w:val="both"/>
        <w:rPr>
          <w:rFonts w:ascii="Times New Roman" w:hAnsi="Times New Roman" w:cs="Times New Roman"/>
          <w:i/>
          <w:iCs/>
          <w:sz w:val="24"/>
          <w:szCs w:val="24"/>
        </w:rPr>
      </w:pPr>
    </w:p>
    <w:p w14:paraId="31D430D1" w14:textId="77777777" w:rsidR="008B2EA6" w:rsidRPr="005D0BDB" w:rsidRDefault="008B2EA6" w:rsidP="008B2EA6">
      <w:pPr>
        <w:jc w:val="both"/>
        <w:rPr>
          <w:rFonts w:ascii="Times New Roman" w:hAnsi="Times New Roman" w:cs="Times New Roman"/>
          <w:i/>
          <w:iCs/>
          <w:sz w:val="24"/>
          <w:szCs w:val="24"/>
        </w:rPr>
      </w:pPr>
      <w:r w:rsidRPr="005D0BDB">
        <w:rPr>
          <w:rFonts w:ascii="Times New Roman" w:hAnsi="Times New Roman" w:cs="Times New Roman"/>
          <w:i/>
          <w:iCs/>
          <w:sz w:val="24"/>
          <w:szCs w:val="24"/>
        </w:rPr>
        <w:br w:type="page"/>
      </w:r>
    </w:p>
    <w:p w14:paraId="3461812B" w14:textId="77777777" w:rsidR="008B2EA6" w:rsidRPr="005D0BDB" w:rsidRDefault="008B2EA6" w:rsidP="008B2EA6">
      <w:pPr>
        <w:pStyle w:val="Default"/>
        <w:numPr>
          <w:ilvl w:val="0"/>
          <w:numId w:val="116"/>
        </w:numPr>
        <w:spacing w:after="0" w:line="240" w:lineRule="auto"/>
        <w:jc w:val="both"/>
        <w:outlineLvl w:val="0"/>
      </w:pPr>
    </w:p>
    <w:p w14:paraId="1BA50DCA" w14:textId="77777777" w:rsidR="008B2EA6" w:rsidRPr="005D0BDB" w:rsidRDefault="008B2EA6" w:rsidP="008B2EA6">
      <w:pPr>
        <w:jc w:val="both"/>
        <w:rPr>
          <w:rFonts w:ascii="Times New Roman" w:hAnsi="Times New Roman" w:cs="Times New Roman"/>
          <w:sz w:val="24"/>
          <w:szCs w:val="24"/>
        </w:rPr>
      </w:pPr>
    </w:p>
    <w:p w14:paraId="260EB695" w14:textId="77777777" w:rsidR="008B2EA6" w:rsidRPr="005D0BDB" w:rsidRDefault="008B2EA6" w:rsidP="008B2EA6">
      <w:pPr>
        <w:pStyle w:val="Default"/>
        <w:jc w:val="center"/>
      </w:pPr>
      <w:r w:rsidRPr="005D0BDB">
        <w:rPr>
          <w:b/>
          <w:bCs/>
        </w:rPr>
        <w:t>ÎMPUTERNICIRE</w:t>
      </w:r>
    </w:p>
    <w:p w14:paraId="1D7F2E73" w14:textId="77777777" w:rsidR="008B2EA6" w:rsidRPr="005D0BDB" w:rsidRDefault="008B2EA6" w:rsidP="008B2EA6">
      <w:pPr>
        <w:pStyle w:val="Default"/>
        <w:jc w:val="both"/>
      </w:pPr>
      <w:r w:rsidRPr="005D0BDB">
        <w:t xml:space="preserve">Subscrisa....................................... , cu sediul .................................... , telefon ................... </w:t>
      </w:r>
    </w:p>
    <w:p w14:paraId="3325ADB9" w14:textId="77777777" w:rsidR="008B2EA6" w:rsidRPr="005D0BDB" w:rsidRDefault="008B2EA6" w:rsidP="008B2EA6">
      <w:pPr>
        <w:pStyle w:val="Default"/>
        <w:jc w:val="both"/>
      </w:pPr>
      <w:r w:rsidRPr="005D0BDB">
        <w:t xml:space="preserve">fax .............. , înmatriculată la Registrul Comerțului sub nr..................... , CUI ............................ , </w:t>
      </w:r>
    </w:p>
    <w:p w14:paraId="478651AC" w14:textId="77777777" w:rsidR="008B2EA6" w:rsidRPr="005D0BDB" w:rsidRDefault="008B2EA6" w:rsidP="008B2EA6">
      <w:pPr>
        <w:pStyle w:val="Default"/>
        <w:jc w:val="both"/>
      </w:pPr>
      <w:r w:rsidRPr="005D0BDB">
        <w:t xml:space="preserve">reprezentată legal prin ................................... , în calitate de .......................................................... , </w:t>
      </w:r>
    </w:p>
    <w:p w14:paraId="06F8078F" w14:textId="77777777" w:rsidR="008B2EA6" w:rsidRPr="005D0BDB" w:rsidRDefault="008B2EA6" w:rsidP="008B2EA6">
      <w:pPr>
        <w:pStyle w:val="Default"/>
        <w:jc w:val="both"/>
      </w:pPr>
      <w:r w:rsidRPr="005D0BDB">
        <w:t xml:space="preserve">împuternicim prin prezenta pe ................................................................. , domiciliat(ă) în </w:t>
      </w:r>
    </w:p>
    <w:p w14:paraId="7446A4C8" w14:textId="77777777" w:rsidR="008B2EA6" w:rsidRPr="005D0BDB" w:rsidRDefault="008B2EA6" w:rsidP="008B2EA6">
      <w:pPr>
        <w:pStyle w:val="Default"/>
        <w:jc w:val="both"/>
      </w:pPr>
      <w:r w:rsidRPr="005D0BDB">
        <w:t xml:space="preserve">.............................................. , identificat(ă) cu B.I./C.I. seria ......... nr............................. , eliberat </w:t>
      </w:r>
    </w:p>
    <w:p w14:paraId="552C7076" w14:textId="77777777" w:rsidR="008B2EA6" w:rsidRPr="005D0BDB" w:rsidRDefault="008B2EA6" w:rsidP="008B2EA6">
      <w:pPr>
        <w:pStyle w:val="Default"/>
        <w:jc w:val="both"/>
      </w:pPr>
      <w:r w:rsidRPr="005D0BDB">
        <w:t xml:space="preserve">de ..................................... , la data de ..................................................... , având funcția de </w:t>
      </w:r>
    </w:p>
    <w:p w14:paraId="24E3369C" w14:textId="77777777" w:rsidR="008B2EA6" w:rsidRPr="005D0BDB" w:rsidRDefault="008B2EA6" w:rsidP="008B2EA6">
      <w:pPr>
        <w:pStyle w:val="Default"/>
        <w:jc w:val="both"/>
      </w:pPr>
      <w:r w:rsidRPr="005D0BDB">
        <w:t xml:space="preserve">................................... , să ne reprezinte la procedura de achiziție publică, organizată de </w:t>
      </w:r>
      <w:r w:rsidRPr="005D0BDB">
        <w:rPr>
          <w:b/>
          <w:bCs/>
          <w:color w:val="auto"/>
        </w:rPr>
        <w:t xml:space="preserve">Asociația de Dezvoltare Intercomunitară Sistem Integrat de Gestionare a  Deșeurilor Județul Arad </w:t>
      </w:r>
      <w:r w:rsidRPr="005D0BDB">
        <w:t xml:space="preserve">în scopul atribuirii </w:t>
      </w:r>
      <w:r w:rsidRPr="005D0BDB">
        <w:rPr>
          <w:b/>
          <w:bCs/>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5D0BDB">
        <w:t xml:space="preserve">. </w:t>
      </w:r>
    </w:p>
    <w:p w14:paraId="3BB2CD0C" w14:textId="77777777" w:rsidR="008B2EA6" w:rsidRPr="005D0BDB" w:rsidRDefault="008B2EA6" w:rsidP="008B2EA6">
      <w:pPr>
        <w:pStyle w:val="Default"/>
        <w:jc w:val="both"/>
      </w:pPr>
      <w:r w:rsidRPr="005D0BDB">
        <w:t xml:space="preserve">În îndeplinirea mandatului său, mandatarul va avea următoarele drepturi: </w:t>
      </w:r>
    </w:p>
    <w:p w14:paraId="55711F0C" w14:textId="77777777" w:rsidR="008B2EA6" w:rsidRPr="005D0BDB" w:rsidRDefault="008B2EA6" w:rsidP="008B2EA6">
      <w:pPr>
        <w:pStyle w:val="Default"/>
        <w:spacing w:after="126"/>
        <w:jc w:val="both"/>
      </w:pPr>
      <w:r w:rsidRPr="005D0BDB">
        <w:t xml:space="preserve">• Să semneze toate actele și documentele care emană de la subscrisa în legătură cu participarea la prezenta procedură; </w:t>
      </w:r>
    </w:p>
    <w:p w14:paraId="6FC0F975" w14:textId="77777777" w:rsidR="008B2EA6" w:rsidRPr="005D0BDB" w:rsidRDefault="008B2EA6" w:rsidP="008B2EA6">
      <w:pPr>
        <w:pStyle w:val="Default"/>
        <w:spacing w:after="126"/>
        <w:jc w:val="both"/>
      </w:pPr>
      <w:r w:rsidRPr="005D0BDB">
        <w:t xml:space="preserve">• Să participe în numele subscrisei la procedură și să semneze toate documentele rezultate pe parcursul și/sau în urma desfășurării procedurii. </w:t>
      </w:r>
    </w:p>
    <w:p w14:paraId="592EDF22" w14:textId="77777777" w:rsidR="008B2EA6" w:rsidRPr="005D0BDB" w:rsidRDefault="008B2EA6" w:rsidP="008B2EA6">
      <w:pPr>
        <w:pStyle w:val="Default"/>
        <w:spacing w:after="126"/>
        <w:jc w:val="both"/>
      </w:pPr>
      <w:r w:rsidRPr="005D0BDB">
        <w:t xml:space="preserve">• Să răspundă solicitărilor de clarificare formulate de către comisia de evaluare în timpul desfășurării procedurii. </w:t>
      </w:r>
    </w:p>
    <w:p w14:paraId="76330F43" w14:textId="77777777" w:rsidR="008B2EA6" w:rsidRPr="005D0BDB" w:rsidRDefault="008B2EA6" w:rsidP="008B2EA6">
      <w:pPr>
        <w:pStyle w:val="Default"/>
        <w:jc w:val="both"/>
      </w:pPr>
      <w:r w:rsidRPr="005D0BDB">
        <w:t xml:space="preserve">• Să depună în numele subscrisei contestațiile cu privire la procedură. </w:t>
      </w:r>
    </w:p>
    <w:p w14:paraId="1FDD7D78" w14:textId="77777777" w:rsidR="008B2EA6" w:rsidRPr="005D0BDB" w:rsidRDefault="008B2EA6" w:rsidP="008B2EA6">
      <w:pPr>
        <w:pStyle w:val="Default"/>
        <w:jc w:val="both"/>
      </w:pPr>
    </w:p>
    <w:p w14:paraId="0F232F73" w14:textId="77777777" w:rsidR="008B2EA6" w:rsidRPr="005D0BDB" w:rsidRDefault="008B2EA6" w:rsidP="008B2EA6">
      <w:pPr>
        <w:pStyle w:val="Default"/>
        <w:jc w:val="both"/>
      </w:pPr>
      <w:r w:rsidRPr="005D0BDB">
        <w:t xml:space="preserve">Prin prezenta împuternicire, mandantul nostru este pe deplin autorizat să angajeze răspunderea subscrisei cu privire la toate actele și faptele ce decurg din participarea la procedura de achiziție publică. </w:t>
      </w:r>
    </w:p>
    <w:p w14:paraId="53E013DC" w14:textId="77777777" w:rsidR="008B2EA6" w:rsidRPr="005D0BDB" w:rsidRDefault="008B2EA6" w:rsidP="008B2EA6">
      <w:pPr>
        <w:pStyle w:val="Default"/>
        <w:jc w:val="both"/>
      </w:pPr>
      <w:r w:rsidRPr="005D0BDB">
        <w:rPr>
          <w:b/>
          <w:bCs/>
          <w:i/>
          <w:iCs/>
        </w:rPr>
        <w:t xml:space="preserve">[Notă: </w:t>
      </w:r>
      <w:r w:rsidRPr="005D0BDB">
        <w:rPr>
          <w:i/>
          <w:iCs/>
        </w:rPr>
        <w:t xml:space="preserve">Împuternicirea va fi însoțită de o copie a actului de identitate al persoanei împuternicite (buletin de identitate, carte de identitate, pașaport).] </w:t>
      </w:r>
    </w:p>
    <w:p w14:paraId="5666CAE4" w14:textId="77777777" w:rsidR="008B2EA6" w:rsidRPr="005D0BDB" w:rsidRDefault="008B2EA6" w:rsidP="008B2EA6">
      <w:pPr>
        <w:pStyle w:val="Default"/>
        <w:jc w:val="both"/>
      </w:pPr>
      <w:r w:rsidRPr="005D0BDB">
        <w:rPr>
          <w:b/>
          <w:bCs/>
        </w:rPr>
        <w:t xml:space="preserve">MANDANT, </w:t>
      </w:r>
    </w:p>
    <w:p w14:paraId="40828337" w14:textId="77777777" w:rsidR="008B2EA6" w:rsidRPr="005D0BDB" w:rsidRDefault="008B2EA6" w:rsidP="008B2EA6">
      <w:pPr>
        <w:pStyle w:val="Default"/>
        <w:jc w:val="both"/>
      </w:pPr>
      <w:r w:rsidRPr="005D0BDB">
        <w:t xml:space="preserve">Numele în clar: __________________________________________________ </w:t>
      </w:r>
    </w:p>
    <w:p w14:paraId="69F0AE84" w14:textId="77777777" w:rsidR="008B2EA6" w:rsidRPr="005D0BDB" w:rsidRDefault="008B2EA6" w:rsidP="008B2EA6">
      <w:pPr>
        <w:pStyle w:val="Default"/>
        <w:jc w:val="both"/>
      </w:pPr>
      <w:r w:rsidRPr="005D0BDB">
        <w:lastRenderedPageBreak/>
        <w:t xml:space="preserve">Semnătura: __________________________________________________ </w:t>
      </w:r>
    </w:p>
    <w:p w14:paraId="5164007A" w14:textId="77777777" w:rsidR="008B2EA6" w:rsidRPr="005D0BDB" w:rsidRDefault="008B2EA6" w:rsidP="008B2EA6">
      <w:pPr>
        <w:pStyle w:val="Default"/>
        <w:jc w:val="both"/>
      </w:pPr>
      <w:r w:rsidRPr="005D0BDB">
        <w:t xml:space="preserve">În calitate de: __________________________________________________ </w:t>
      </w:r>
    </w:p>
    <w:p w14:paraId="04733233" w14:textId="77777777" w:rsidR="008B2EA6" w:rsidRPr="005D0BDB" w:rsidRDefault="008B2EA6" w:rsidP="008B2EA6">
      <w:pPr>
        <w:pStyle w:val="Default"/>
        <w:jc w:val="both"/>
      </w:pPr>
      <w:r w:rsidRPr="005D0BDB">
        <w:t xml:space="preserve">Denumirea operatorului economic: ________________________________________ </w:t>
      </w:r>
    </w:p>
    <w:p w14:paraId="525974E4" w14:textId="77777777" w:rsidR="008B2EA6" w:rsidRPr="005D0BDB" w:rsidRDefault="008B2EA6" w:rsidP="008B2EA6">
      <w:pPr>
        <w:jc w:val="both"/>
        <w:rPr>
          <w:rFonts w:ascii="Times New Roman" w:hAnsi="Times New Roman" w:cs="Times New Roman"/>
          <w:sz w:val="24"/>
          <w:szCs w:val="24"/>
        </w:rPr>
      </w:pPr>
    </w:p>
    <w:p w14:paraId="4CE628AB" w14:textId="77777777" w:rsidR="008B2EA6" w:rsidRPr="005D0BDB" w:rsidRDefault="008B2EA6" w:rsidP="008B2EA6">
      <w:pPr>
        <w:jc w:val="both"/>
        <w:rPr>
          <w:rFonts w:ascii="Times New Roman" w:hAnsi="Times New Roman" w:cs="Times New Roman"/>
          <w:sz w:val="24"/>
          <w:szCs w:val="24"/>
        </w:rPr>
      </w:pPr>
    </w:p>
    <w:p w14:paraId="34B2F9CB" w14:textId="77777777" w:rsidR="008B2EA6" w:rsidRPr="005D0BDB" w:rsidRDefault="008B2EA6" w:rsidP="008B2EA6">
      <w:pPr>
        <w:jc w:val="both"/>
        <w:rPr>
          <w:rFonts w:ascii="Times New Roman" w:hAnsi="Times New Roman" w:cs="Times New Roman"/>
          <w:sz w:val="24"/>
          <w:szCs w:val="24"/>
        </w:rPr>
      </w:pPr>
    </w:p>
    <w:p w14:paraId="5125BA23" w14:textId="77777777" w:rsidR="008B2EA6" w:rsidRPr="005D0BDB" w:rsidRDefault="008B2EA6" w:rsidP="008B2EA6">
      <w:pPr>
        <w:jc w:val="both"/>
        <w:rPr>
          <w:rFonts w:ascii="Times New Roman" w:hAnsi="Times New Roman" w:cs="Times New Roman"/>
          <w:sz w:val="24"/>
          <w:szCs w:val="24"/>
        </w:rPr>
      </w:pPr>
    </w:p>
    <w:p w14:paraId="2F629EF1"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Data :[ZZ.LL.AAAA]</w:t>
      </w:r>
    </w:p>
    <w:p w14:paraId="75784F4D" w14:textId="77777777" w:rsidR="008B2EA6" w:rsidRPr="005D0BDB" w:rsidRDefault="008B2EA6" w:rsidP="008B2EA6">
      <w:pPr>
        <w:jc w:val="both"/>
        <w:rPr>
          <w:rFonts w:ascii="Times New Roman" w:hAnsi="Times New Roman" w:cs="Times New Roman"/>
          <w:sz w:val="24"/>
          <w:szCs w:val="24"/>
        </w:rPr>
      </w:pPr>
    </w:p>
    <w:p w14:paraId="23872F51"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142EF119" w14:textId="77777777" w:rsidR="008B2EA6" w:rsidRPr="005D0BDB" w:rsidRDefault="008B2EA6" w:rsidP="008B2EA6">
      <w:pPr>
        <w:pStyle w:val="Default"/>
        <w:numPr>
          <w:ilvl w:val="0"/>
          <w:numId w:val="116"/>
        </w:numPr>
        <w:spacing w:after="0" w:line="240" w:lineRule="auto"/>
        <w:jc w:val="both"/>
        <w:outlineLvl w:val="0"/>
      </w:pPr>
    </w:p>
    <w:p w14:paraId="67E4082C" w14:textId="77777777" w:rsidR="008B2EA6" w:rsidRPr="005D0BDB" w:rsidRDefault="008B2EA6" w:rsidP="008B2EA6">
      <w:pPr>
        <w:pStyle w:val="Default"/>
        <w:jc w:val="both"/>
      </w:pPr>
      <w:r w:rsidRPr="005D0BDB">
        <w:rPr>
          <w:i/>
          <w:iCs/>
        </w:rPr>
        <w:t xml:space="preserve">(denumirea).................................... </w:t>
      </w:r>
    </w:p>
    <w:p w14:paraId="321A73C0" w14:textId="77777777" w:rsidR="008B2EA6" w:rsidRPr="005D0BDB" w:rsidRDefault="008B2EA6" w:rsidP="008B2EA6">
      <w:pPr>
        <w:pStyle w:val="Default"/>
        <w:jc w:val="both"/>
        <w:rPr>
          <w:b/>
          <w:bCs/>
        </w:rPr>
      </w:pPr>
    </w:p>
    <w:p w14:paraId="3BD75894" w14:textId="77777777" w:rsidR="008B2EA6" w:rsidRPr="005D0BDB" w:rsidRDefault="008B2EA6" w:rsidP="008B2EA6">
      <w:pPr>
        <w:pStyle w:val="Default"/>
        <w:jc w:val="both"/>
        <w:rPr>
          <w:b/>
          <w:bCs/>
        </w:rPr>
      </w:pPr>
    </w:p>
    <w:p w14:paraId="4F6DF8B6" w14:textId="77777777" w:rsidR="008B2EA6" w:rsidRPr="005D0BDB" w:rsidRDefault="008B2EA6" w:rsidP="008B2EA6">
      <w:pPr>
        <w:pStyle w:val="Default"/>
        <w:jc w:val="center"/>
      </w:pPr>
      <w:r w:rsidRPr="005D0BDB">
        <w:rPr>
          <w:b/>
          <w:bCs/>
        </w:rPr>
        <w:t>SCRISOARE DE GARANŢIE</w:t>
      </w:r>
    </w:p>
    <w:p w14:paraId="48EB3AE1" w14:textId="77777777" w:rsidR="008B2EA6" w:rsidRPr="005D0BDB" w:rsidRDefault="008B2EA6" w:rsidP="008B2EA6">
      <w:pPr>
        <w:pStyle w:val="Default"/>
        <w:jc w:val="both"/>
      </w:pPr>
    </w:p>
    <w:p w14:paraId="033E9EA3" w14:textId="77777777" w:rsidR="008B2EA6" w:rsidRPr="005D0BDB" w:rsidRDefault="008B2EA6" w:rsidP="008B2EA6">
      <w:pPr>
        <w:pStyle w:val="Default"/>
        <w:jc w:val="both"/>
      </w:pPr>
    </w:p>
    <w:p w14:paraId="14587EFA" w14:textId="77777777" w:rsidR="008B2EA6" w:rsidRPr="005D0BDB" w:rsidRDefault="008B2EA6" w:rsidP="008B2EA6">
      <w:pPr>
        <w:pStyle w:val="Default"/>
        <w:jc w:val="both"/>
      </w:pPr>
      <w:r w:rsidRPr="005D0BDB">
        <w:t xml:space="preserve">pentru participare cu ofertă la procedura de atribuire </w:t>
      </w:r>
      <w:r w:rsidRPr="005D0BDB">
        <w:rPr>
          <w:b/>
          <w:bCs/>
        </w:rPr>
        <w:t xml:space="preserve">„Contract de delegare (colectare și transport) prin concesiune a gestiunii unor activități componente ale serviciului de salubrizare al unităților administrativ teritoriale membre ale Asociației de Dezvoltare Intercomunitara ADI SIGD Arad din Zona 5 a județului Arad” </w:t>
      </w:r>
    </w:p>
    <w:p w14:paraId="220BF34C" w14:textId="77777777" w:rsidR="008B2EA6" w:rsidRPr="005D0BDB" w:rsidRDefault="008B2EA6" w:rsidP="008B2EA6">
      <w:pPr>
        <w:pStyle w:val="Default"/>
        <w:jc w:val="both"/>
      </w:pPr>
    </w:p>
    <w:p w14:paraId="3F81771D" w14:textId="77777777" w:rsidR="008B2EA6" w:rsidRPr="005D0BDB" w:rsidRDefault="008B2EA6" w:rsidP="008B2EA6">
      <w:pPr>
        <w:pStyle w:val="Default"/>
        <w:jc w:val="both"/>
      </w:pPr>
      <w:r w:rsidRPr="005D0BDB">
        <w:t xml:space="preserve">Către: </w:t>
      </w:r>
    </w:p>
    <w:p w14:paraId="64C35878" w14:textId="77777777" w:rsidR="008B2EA6" w:rsidRPr="005D0BDB" w:rsidRDefault="008B2EA6" w:rsidP="008B2EA6">
      <w:pPr>
        <w:pStyle w:val="Default"/>
        <w:jc w:val="both"/>
      </w:pPr>
      <w:r w:rsidRPr="005D0BDB">
        <w:rPr>
          <w:b/>
          <w:bCs/>
        </w:rPr>
        <w:t xml:space="preserve">Asociația de Dezvoltare Intercomunitară Sistem Integrat de Gestionare a  Deșeurilor Județul Arad </w:t>
      </w:r>
      <w:r w:rsidRPr="005D0BDB">
        <w:rPr>
          <w:b/>
          <w:bCs/>
          <w:color w:val="auto"/>
        </w:rPr>
        <w:t>cu sediul social în localitatea ....................................</w:t>
      </w:r>
    </w:p>
    <w:p w14:paraId="3525D1A1" w14:textId="77777777" w:rsidR="008B2EA6" w:rsidRPr="005D0BDB" w:rsidRDefault="008B2EA6" w:rsidP="008B2EA6">
      <w:pPr>
        <w:pStyle w:val="Default"/>
        <w:jc w:val="both"/>
      </w:pPr>
      <w:r w:rsidRPr="005D0BDB">
        <w:t xml:space="preserve">Cu privire la procedura pentru atribuirea </w:t>
      </w:r>
      <w:r w:rsidRPr="005D0BDB">
        <w:rPr>
          <w:b/>
          <w:bCs/>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p>
    <w:p w14:paraId="06E7E5C2" w14:textId="77777777" w:rsidR="008B2EA6" w:rsidRPr="005D0BDB" w:rsidRDefault="008B2EA6" w:rsidP="008B2EA6">
      <w:pPr>
        <w:pStyle w:val="Default"/>
        <w:jc w:val="both"/>
      </w:pPr>
      <w:r w:rsidRPr="005D0BDB">
        <w:t xml:space="preserve">noi </w:t>
      </w:r>
    </w:p>
    <w:p w14:paraId="0965F5E8" w14:textId="77777777" w:rsidR="008B2EA6" w:rsidRPr="005D0BDB" w:rsidRDefault="008B2EA6" w:rsidP="008B2EA6">
      <w:pPr>
        <w:pStyle w:val="Default"/>
        <w:jc w:val="both"/>
      </w:pPr>
      <w:r w:rsidRPr="005D0BDB">
        <w:t xml:space="preserve">......................................................... </w:t>
      </w:r>
      <w:r w:rsidRPr="005D0BDB">
        <w:rPr>
          <w:i/>
          <w:iCs/>
        </w:rPr>
        <w:t xml:space="preserve">(denumirea emitentului), </w:t>
      </w:r>
      <w:r w:rsidRPr="005D0BDB">
        <w:t xml:space="preserve">având sediul înregistrat la </w:t>
      </w:r>
    </w:p>
    <w:p w14:paraId="27978220" w14:textId="77777777" w:rsidR="008B2EA6" w:rsidRPr="005D0BDB" w:rsidRDefault="008B2EA6" w:rsidP="008B2EA6">
      <w:pPr>
        <w:pStyle w:val="Default"/>
        <w:jc w:val="both"/>
      </w:pPr>
      <w:r w:rsidRPr="005D0BDB">
        <w:t xml:space="preserve">......................................................... </w:t>
      </w:r>
      <w:r w:rsidRPr="005D0BDB">
        <w:rPr>
          <w:i/>
          <w:iCs/>
        </w:rPr>
        <w:t>(adresa sediului social al emitentului</w:t>
      </w:r>
      <w:r w:rsidRPr="005D0BDB">
        <w:rPr>
          <w:b/>
          <w:bCs/>
          <w:i/>
          <w:iCs/>
        </w:rPr>
        <w:t xml:space="preserve">), </w:t>
      </w:r>
      <w:r w:rsidRPr="005D0BDB">
        <w:rPr>
          <w:b/>
          <w:bCs/>
        </w:rPr>
        <w:t xml:space="preserve">ne obligăm față de </w:t>
      </w:r>
    </w:p>
    <w:p w14:paraId="7A67CBFB" w14:textId="77777777" w:rsidR="008B2EA6" w:rsidRPr="005D0BDB" w:rsidRDefault="008B2EA6" w:rsidP="008B2EA6">
      <w:pPr>
        <w:pStyle w:val="Default"/>
        <w:jc w:val="both"/>
      </w:pPr>
      <w:r w:rsidRPr="005D0BDB">
        <w:rPr>
          <w:b/>
          <w:bCs/>
        </w:rPr>
        <w:t>Asociația de Dezvoltare Intercomunitară Sistem Integrat de Gestionare a  Deșeurilor Județul Arad</w:t>
      </w:r>
      <w:r w:rsidRPr="005D0BDB">
        <w:t>, în calitate de Entitate Contractantă</w:t>
      </w:r>
      <w:r w:rsidRPr="005D0BDB">
        <w:rPr>
          <w:b/>
          <w:bCs/>
        </w:rPr>
        <w:t xml:space="preserve">, </w:t>
      </w:r>
      <w:r w:rsidRPr="005D0BDB">
        <w:t xml:space="preserve">să onorăm </w:t>
      </w:r>
      <w:r w:rsidRPr="005D0BDB">
        <w:rPr>
          <w:b/>
          <w:bCs/>
        </w:rPr>
        <w:t xml:space="preserve">necondiționat </w:t>
      </w:r>
      <w:r w:rsidRPr="005D0BDB">
        <w:t xml:space="preserve">orice solicitare de plată din partea entității contractante, în limita sumei de </w:t>
      </w:r>
      <w:r w:rsidRPr="005D0BDB">
        <w:rPr>
          <w:b/>
          <w:bCs/>
        </w:rPr>
        <w:t>________________</w:t>
      </w:r>
      <w:r w:rsidRPr="005D0BDB">
        <w:t xml:space="preserve">RON </w:t>
      </w:r>
      <w:r w:rsidRPr="005D0BDB">
        <w:rPr>
          <w:b/>
          <w:bCs/>
          <w:i/>
          <w:iCs/>
        </w:rPr>
        <w:t xml:space="preserve">(în litere și în cifre), </w:t>
      </w:r>
      <w:r w:rsidRPr="005D0BDB">
        <w:rPr>
          <w:b/>
          <w:bCs/>
        </w:rPr>
        <w:t xml:space="preserve">la prima sa cerere scrisă și fără ca aceasta să aibă obligația de a-și motiva cererea respectivă, în situația în care </w:t>
      </w:r>
      <w:r w:rsidRPr="005D0BDB">
        <w:t xml:space="preserve">entitatea contractantă declară că suma </w:t>
      </w:r>
      <w:r w:rsidRPr="005D0BDB">
        <w:rPr>
          <w:b/>
          <w:bCs/>
        </w:rPr>
        <w:t xml:space="preserve">cerută de ea și datorată ei este cauzată de culpa </w:t>
      </w:r>
      <w:r w:rsidRPr="005D0BDB">
        <w:rPr>
          <w:i/>
          <w:iCs/>
        </w:rPr>
        <w:t xml:space="preserve">(denumirea/numele ofertantului), </w:t>
      </w:r>
      <w:r w:rsidRPr="005D0BDB">
        <w:t xml:space="preserve">fiind incidente una sau mai multe dintre situațiile menționate la literele a) - c) de mai jos. </w:t>
      </w:r>
    </w:p>
    <w:p w14:paraId="7B094B86" w14:textId="77777777" w:rsidR="008B2EA6" w:rsidRPr="005D0BDB" w:rsidRDefault="008B2EA6" w:rsidP="008B2EA6">
      <w:pPr>
        <w:pStyle w:val="Default"/>
        <w:numPr>
          <w:ilvl w:val="0"/>
          <w:numId w:val="117"/>
        </w:numPr>
        <w:spacing w:after="0" w:line="240" w:lineRule="auto"/>
        <w:jc w:val="both"/>
      </w:pPr>
      <w:r w:rsidRPr="005D0BDB">
        <w:t xml:space="preserve">a) ofertantul ............................. </w:t>
      </w:r>
      <w:r w:rsidRPr="005D0BDB">
        <w:rPr>
          <w:i/>
          <w:iCs/>
        </w:rPr>
        <w:t xml:space="preserve">(denumirea/ numele) </w:t>
      </w:r>
      <w:r w:rsidRPr="005D0BDB">
        <w:t xml:space="preserve">și-a retras oferta în perioada de </w:t>
      </w:r>
    </w:p>
    <w:p w14:paraId="2EA350E3" w14:textId="77777777" w:rsidR="008B2EA6" w:rsidRPr="005D0BDB" w:rsidRDefault="008B2EA6" w:rsidP="008B2EA6">
      <w:pPr>
        <w:pStyle w:val="Default"/>
        <w:jc w:val="both"/>
      </w:pPr>
    </w:p>
    <w:p w14:paraId="4A62DC05" w14:textId="77777777" w:rsidR="008B2EA6" w:rsidRPr="005D0BDB" w:rsidRDefault="008B2EA6" w:rsidP="008B2EA6">
      <w:pPr>
        <w:pStyle w:val="Default"/>
        <w:jc w:val="both"/>
      </w:pPr>
      <w:r w:rsidRPr="005D0BDB">
        <w:t xml:space="preserve">valabilitate a acesteia; </w:t>
      </w:r>
    </w:p>
    <w:p w14:paraId="4D9F9790" w14:textId="77777777" w:rsidR="008B2EA6" w:rsidRPr="005D0BDB" w:rsidRDefault="008B2EA6" w:rsidP="008B2EA6">
      <w:pPr>
        <w:pStyle w:val="Default"/>
        <w:numPr>
          <w:ilvl w:val="0"/>
          <w:numId w:val="118"/>
        </w:numPr>
        <w:spacing w:after="0" w:line="240" w:lineRule="auto"/>
        <w:jc w:val="both"/>
      </w:pPr>
      <w:r w:rsidRPr="005D0BDB">
        <w:t xml:space="preserve">b) oferta sa fiind stabilită câștigătoare, ofertantul ................................................... </w:t>
      </w:r>
      <w:r w:rsidRPr="005D0BDB">
        <w:rPr>
          <w:i/>
          <w:iCs/>
        </w:rPr>
        <w:t xml:space="preserve">(denumirea/ </w:t>
      </w:r>
    </w:p>
    <w:p w14:paraId="7E8650CA" w14:textId="77777777" w:rsidR="008B2EA6" w:rsidRPr="005D0BDB" w:rsidRDefault="008B2EA6" w:rsidP="008B2EA6">
      <w:pPr>
        <w:pStyle w:val="Default"/>
        <w:jc w:val="both"/>
      </w:pPr>
    </w:p>
    <w:p w14:paraId="01D661A7" w14:textId="77777777" w:rsidR="008B2EA6" w:rsidRPr="005D0BDB" w:rsidRDefault="008B2EA6" w:rsidP="008B2EA6">
      <w:pPr>
        <w:pStyle w:val="Default"/>
        <w:jc w:val="both"/>
      </w:pPr>
      <w:r w:rsidRPr="005D0BDB">
        <w:rPr>
          <w:i/>
          <w:iCs/>
        </w:rPr>
        <w:t xml:space="preserve">numele) </w:t>
      </w:r>
      <w:r w:rsidRPr="005D0BDB">
        <w:t xml:space="preserve">nu a constituit garanția de bună execuție în perioada de valabilitate a ofertei și nu mai târziu de 10 zile calendaristice de la data semnării contractului; </w:t>
      </w:r>
    </w:p>
    <w:p w14:paraId="186CF858" w14:textId="77777777" w:rsidR="008B2EA6" w:rsidRPr="005D0BDB" w:rsidRDefault="008B2EA6" w:rsidP="008B2EA6">
      <w:pPr>
        <w:pStyle w:val="Default"/>
        <w:jc w:val="both"/>
      </w:pPr>
      <w:r w:rsidRPr="005D0BDB">
        <w:t xml:space="preserve">b) oferta sa fiind stabilită câștigătoare, ofertantul ..................................................... </w:t>
      </w:r>
      <w:r w:rsidRPr="005D0BDB">
        <w:rPr>
          <w:i/>
          <w:iCs/>
        </w:rPr>
        <w:t xml:space="preserve">(denumirea/ </w:t>
      </w:r>
    </w:p>
    <w:p w14:paraId="2780160C" w14:textId="77777777" w:rsidR="008B2EA6" w:rsidRPr="005D0BDB" w:rsidRDefault="008B2EA6" w:rsidP="008B2EA6">
      <w:pPr>
        <w:pStyle w:val="Default"/>
        <w:jc w:val="both"/>
      </w:pPr>
      <w:r w:rsidRPr="005D0BDB">
        <w:rPr>
          <w:i/>
          <w:iCs/>
        </w:rPr>
        <w:t xml:space="preserve">numele) </w:t>
      </w:r>
      <w:r w:rsidRPr="005D0BDB">
        <w:t xml:space="preserve">a refuzat să semneze contractul de concesiune de servicii în perioada de valabilitate a ofertei. </w:t>
      </w:r>
    </w:p>
    <w:p w14:paraId="77DA9F2D" w14:textId="77777777" w:rsidR="008B2EA6" w:rsidRPr="005D0BDB" w:rsidRDefault="008B2EA6" w:rsidP="008B2EA6">
      <w:pPr>
        <w:pStyle w:val="Default"/>
        <w:jc w:val="both"/>
      </w:pPr>
      <w:r w:rsidRPr="005D0BDB">
        <w:t xml:space="preserve">Prezenta garanție este irevocabilă și este valabilă până la data de .................................... </w:t>
      </w:r>
    </w:p>
    <w:p w14:paraId="191972DE" w14:textId="77777777" w:rsidR="008B2EA6" w:rsidRPr="005D0BDB" w:rsidRDefault="008B2EA6" w:rsidP="008B2EA6">
      <w:pPr>
        <w:pStyle w:val="Default"/>
        <w:jc w:val="both"/>
      </w:pPr>
      <w:r w:rsidRPr="005D0BDB">
        <w:t xml:space="preserve">În cazul în care părțile contractante sunt de acord să prelungească perioada de valabilitate a garanției sau să modifice unele prevederi contractuale care au efecte asupra angajamentului băncii, se va obține acordul nostru prealabil; în caz contrar prezenta garanție de participare își pierde valabilitatea. </w:t>
      </w:r>
    </w:p>
    <w:p w14:paraId="00586952" w14:textId="77777777" w:rsidR="008B2EA6" w:rsidRPr="005D0BDB" w:rsidRDefault="008B2EA6" w:rsidP="008B2EA6">
      <w:pPr>
        <w:pStyle w:val="Default"/>
        <w:jc w:val="both"/>
      </w:pPr>
      <w:r w:rsidRPr="005D0BDB">
        <w:t xml:space="preserve">Legea aplicabilă prezentei garanții de participare este legea română. </w:t>
      </w:r>
    </w:p>
    <w:p w14:paraId="5ACD2AE1" w14:textId="77777777" w:rsidR="008B2EA6" w:rsidRPr="005D0BDB" w:rsidRDefault="008B2EA6" w:rsidP="008B2EA6">
      <w:pPr>
        <w:pStyle w:val="Default"/>
        <w:jc w:val="both"/>
      </w:pPr>
      <w:r w:rsidRPr="005D0BDB">
        <w:t xml:space="preserve">Competente să soluționeze orice dispută izvorâtă în legătură cu prezenta garanție de participare sunt instanțele judecătorești române. </w:t>
      </w:r>
    </w:p>
    <w:p w14:paraId="0BF2ED82" w14:textId="77777777" w:rsidR="008B2EA6" w:rsidRPr="005D0BDB" w:rsidRDefault="008B2EA6" w:rsidP="008B2EA6">
      <w:pPr>
        <w:pStyle w:val="Default"/>
        <w:jc w:val="both"/>
      </w:pPr>
    </w:p>
    <w:p w14:paraId="018E4815" w14:textId="77777777" w:rsidR="008B2EA6" w:rsidRPr="005D0BDB" w:rsidRDefault="008B2EA6" w:rsidP="008B2EA6">
      <w:pPr>
        <w:pStyle w:val="Default"/>
        <w:jc w:val="both"/>
      </w:pPr>
    </w:p>
    <w:p w14:paraId="4A6FF56A" w14:textId="77777777" w:rsidR="008B2EA6" w:rsidRPr="005D0BDB" w:rsidRDefault="008B2EA6" w:rsidP="008B2EA6">
      <w:pPr>
        <w:pStyle w:val="Default"/>
        <w:jc w:val="both"/>
      </w:pPr>
    </w:p>
    <w:p w14:paraId="4426CEA8" w14:textId="77777777" w:rsidR="008B2EA6" w:rsidRPr="005D0BDB" w:rsidRDefault="008B2EA6" w:rsidP="008B2EA6">
      <w:pPr>
        <w:pStyle w:val="Default"/>
        <w:jc w:val="both"/>
      </w:pPr>
      <w:r w:rsidRPr="005D0BDB">
        <w:t xml:space="preserve">Parafată de Banca / Societatea de asigurări _________________ în ziua ____ luna ______ anul </w:t>
      </w:r>
    </w:p>
    <w:p w14:paraId="1FD2DE99" w14:textId="77777777" w:rsidR="008B2EA6" w:rsidRPr="005D0BDB" w:rsidRDefault="008B2EA6" w:rsidP="008B2EA6">
      <w:pPr>
        <w:jc w:val="both"/>
        <w:rPr>
          <w:rFonts w:ascii="Times New Roman" w:hAnsi="Times New Roman" w:cs="Times New Roman"/>
          <w:i/>
          <w:iCs/>
          <w:sz w:val="24"/>
          <w:szCs w:val="24"/>
        </w:rPr>
      </w:pPr>
      <w:r w:rsidRPr="005D0BDB">
        <w:rPr>
          <w:rFonts w:ascii="Times New Roman" w:hAnsi="Times New Roman" w:cs="Times New Roman"/>
          <w:i/>
          <w:iCs/>
          <w:sz w:val="24"/>
          <w:szCs w:val="24"/>
        </w:rPr>
        <w:t>(semnătura și stampila emitentului)</w:t>
      </w:r>
    </w:p>
    <w:p w14:paraId="77B245B5" w14:textId="77777777" w:rsidR="008B2EA6" w:rsidRPr="005D0BDB" w:rsidRDefault="008B2EA6" w:rsidP="008B2EA6">
      <w:pPr>
        <w:jc w:val="both"/>
        <w:rPr>
          <w:rFonts w:ascii="Times New Roman" w:hAnsi="Times New Roman" w:cs="Times New Roman"/>
          <w:i/>
          <w:iCs/>
          <w:sz w:val="24"/>
          <w:szCs w:val="24"/>
        </w:rPr>
      </w:pPr>
    </w:p>
    <w:p w14:paraId="0D291E74" w14:textId="77777777" w:rsidR="008B2EA6" w:rsidRPr="005D0BDB" w:rsidRDefault="008B2EA6" w:rsidP="008B2EA6">
      <w:pPr>
        <w:pStyle w:val="Default"/>
        <w:numPr>
          <w:ilvl w:val="0"/>
          <w:numId w:val="116"/>
        </w:numPr>
        <w:spacing w:after="0" w:line="240" w:lineRule="auto"/>
        <w:ind w:right="-1"/>
        <w:jc w:val="both"/>
        <w:outlineLvl w:val="0"/>
      </w:pPr>
    </w:p>
    <w:p w14:paraId="7D81F89E" w14:textId="77777777" w:rsidR="008B2EA6" w:rsidRPr="005D0BDB" w:rsidRDefault="008B2EA6" w:rsidP="008B2EA6">
      <w:pPr>
        <w:pStyle w:val="Default"/>
        <w:jc w:val="both"/>
        <w:rPr>
          <w:b/>
          <w:bCs/>
        </w:rPr>
      </w:pPr>
    </w:p>
    <w:p w14:paraId="7E2BB33D" w14:textId="77777777" w:rsidR="008B2EA6" w:rsidRPr="005D0BDB" w:rsidRDefault="008B2EA6" w:rsidP="008B2EA6">
      <w:pPr>
        <w:pStyle w:val="Default"/>
        <w:jc w:val="center"/>
      </w:pPr>
      <w:r w:rsidRPr="005D0BDB">
        <w:rPr>
          <w:b/>
          <w:bCs/>
        </w:rPr>
        <w:t>INFORMAŢII GENERALE DESPRE OFERTANT</w:t>
      </w:r>
    </w:p>
    <w:p w14:paraId="6D88367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1. Numele / denumirea operatorului economic </w:t>
      </w:r>
    </w:p>
    <w:p w14:paraId="1D9DCD6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49DD59A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Asocieri de operatori economici: </w:t>
      </w:r>
    </w:p>
    <w:p w14:paraId="4BC56430" w14:textId="77777777" w:rsidR="008B2EA6" w:rsidRPr="005D0BDB" w:rsidRDefault="008B2EA6" w:rsidP="008B2EA6">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(conducătorul asocierii) </w:t>
      </w:r>
    </w:p>
    <w:p w14:paraId="6EA15D53" w14:textId="77777777" w:rsidR="008B2EA6" w:rsidRPr="005D0BDB" w:rsidRDefault="008B2EA6" w:rsidP="008B2EA6">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(asociat 1) </w:t>
      </w:r>
    </w:p>
    <w:p w14:paraId="3F863BD4" w14:textId="77777777" w:rsidR="008B2EA6" w:rsidRPr="005D0BDB" w:rsidRDefault="008B2EA6" w:rsidP="008B2EA6">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(asociat 2) etc. </w:t>
      </w:r>
    </w:p>
    <w:p w14:paraId="1BB2057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2. Adresa înregistrată a operatorului economic / conducătorului asocierii </w:t>
      </w:r>
    </w:p>
    <w:p w14:paraId="17886AB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772C91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Telefon ............................................. Fax .......................................... E-mail ......................................... </w:t>
      </w:r>
    </w:p>
    <w:p w14:paraId="3998822B" w14:textId="77777777" w:rsidR="008B2EA6" w:rsidRPr="005D0BDB" w:rsidRDefault="008B2EA6" w:rsidP="008B2EA6">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3. Tipul companiei </w:t>
      </w:r>
      <w:r w:rsidRPr="005D0BDB">
        <w:rPr>
          <w:rFonts w:ascii="Times New Roman" w:hAnsi="Times New Roman" w:cs="Times New Roman"/>
          <w:i/>
          <w:iCs/>
          <w:color w:val="000000"/>
          <w:sz w:val="24"/>
          <w:szCs w:val="24"/>
        </w:rPr>
        <w:t xml:space="preserve">(persoană fizică, parteneriat, corporație, etc.) * </w:t>
      </w:r>
    </w:p>
    <w:p w14:paraId="2AC6822A" w14:textId="77777777" w:rsidR="008B2EA6" w:rsidRPr="005D0BDB" w:rsidRDefault="008B2EA6" w:rsidP="008B2EA6">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lastRenderedPageBreak/>
        <w:t xml:space="preserve">4. Obiectul de activitate al operatorului economic </w:t>
      </w:r>
      <w:r w:rsidRPr="005D0BDB">
        <w:rPr>
          <w:rFonts w:ascii="Times New Roman" w:hAnsi="Times New Roman" w:cs="Times New Roman"/>
          <w:i/>
          <w:iCs/>
          <w:color w:val="000000"/>
          <w:sz w:val="24"/>
          <w:szCs w:val="24"/>
        </w:rPr>
        <w:t xml:space="preserve">(conform statutului propriu) * </w:t>
      </w:r>
    </w:p>
    <w:p w14:paraId="1C7C573B" w14:textId="77777777" w:rsidR="008B2EA6" w:rsidRPr="005D0BDB" w:rsidRDefault="008B2EA6" w:rsidP="008B2EA6">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5. Naționalitatea operatorului economic * ................................................................................... </w:t>
      </w:r>
    </w:p>
    <w:p w14:paraId="692B415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6 Companiile străine trebuie să precizeze dacă și-au stabilit birouri în România în conformitate cu reglementările aplicabile </w:t>
      </w:r>
      <w:r w:rsidRPr="005D0BDB">
        <w:rPr>
          <w:rFonts w:ascii="Times New Roman" w:hAnsi="Times New Roman" w:cs="Times New Roman"/>
          <w:i/>
          <w:iCs/>
          <w:color w:val="000000"/>
          <w:sz w:val="24"/>
          <w:szCs w:val="24"/>
        </w:rPr>
        <w:t xml:space="preserve">(cu titlu informativ). </w:t>
      </w:r>
    </w:p>
    <w:p w14:paraId="3B763DF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4234B9C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Da □ Nu </w:t>
      </w:r>
    </w:p>
    <w:p w14:paraId="7BC8AB5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se va completa pentru operatorul economic ofertant / fiecare membru al unei asocieri de operatori economici </w:t>
      </w:r>
    </w:p>
    <w:p w14:paraId="5C62E9F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7 Persoană de contact pentru această ofertă: </w:t>
      </w:r>
    </w:p>
    <w:p w14:paraId="59B6D18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5591A46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247"/>
      </w:tblGrid>
      <w:tr w:rsidR="008B2EA6" w:rsidRPr="005D0BDB" w14:paraId="37480E2B" w14:textId="77777777" w:rsidTr="00E152C8">
        <w:trPr>
          <w:trHeight w:val="63"/>
        </w:trPr>
        <w:tc>
          <w:tcPr>
            <w:tcW w:w="7247" w:type="dxa"/>
          </w:tcPr>
          <w:p w14:paraId="4F5CD444"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Nume :</w:t>
            </w:r>
          </w:p>
        </w:tc>
      </w:tr>
      <w:tr w:rsidR="008B2EA6" w:rsidRPr="005D0BDB" w14:paraId="5979858E" w14:textId="77777777" w:rsidTr="00E152C8">
        <w:trPr>
          <w:trHeight w:val="63"/>
        </w:trPr>
        <w:tc>
          <w:tcPr>
            <w:tcW w:w="7247" w:type="dxa"/>
          </w:tcPr>
          <w:p w14:paraId="62545CD0"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Organizație :</w:t>
            </w:r>
          </w:p>
        </w:tc>
      </w:tr>
      <w:tr w:rsidR="008B2EA6" w:rsidRPr="005D0BDB" w14:paraId="3DBDE655" w14:textId="77777777" w:rsidTr="00E152C8">
        <w:trPr>
          <w:trHeight w:val="63"/>
        </w:trPr>
        <w:tc>
          <w:tcPr>
            <w:tcW w:w="7247" w:type="dxa"/>
          </w:tcPr>
          <w:p w14:paraId="26058B4E"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Adresă :</w:t>
            </w:r>
          </w:p>
        </w:tc>
      </w:tr>
      <w:tr w:rsidR="008B2EA6" w:rsidRPr="005D0BDB" w14:paraId="087CA30D" w14:textId="77777777" w:rsidTr="00E152C8">
        <w:trPr>
          <w:trHeight w:val="63"/>
        </w:trPr>
        <w:tc>
          <w:tcPr>
            <w:tcW w:w="7247" w:type="dxa"/>
          </w:tcPr>
          <w:p w14:paraId="393A3128"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Telefon :</w:t>
            </w:r>
          </w:p>
        </w:tc>
      </w:tr>
      <w:tr w:rsidR="008B2EA6" w:rsidRPr="005D0BDB" w14:paraId="6823B4DA" w14:textId="77777777" w:rsidTr="00E152C8">
        <w:trPr>
          <w:trHeight w:val="63"/>
        </w:trPr>
        <w:tc>
          <w:tcPr>
            <w:tcW w:w="7247" w:type="dxa"/>
          </w:tcPr>
          <w:p w14:paraId="3087E332"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Fax :</w:t>
            </w:r>
          </w:p>
        </w:tc>
      </w:tr>
      <w:tr w:rsidR="008B2EA6" w:rsidRPr="005D0BDB" w14:paraId="2A8675D2" w14:textId="77777777" w:rsidTr="00E152C8">
        <w:trPr>
          <w:trHeight w:val="63"/>
        </w:trPr>
        <w:tc>
          <w:tcPr>
            <w:tcW w:w="7247" w:type="dxa"/>
          </w:tcPr>
          <w:p w14:paraId="3CDDF82C"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E-mail :</w:t>
            </w:r>
          </w:p>
        </w:tc>
      </w:tr>
    </w:tbl>
    <w:p w14:paraId="0362B7DC" w14:textId="77777777" w:rsidR="008B2EA6" w:rsidRPr="005D0BDB" w:rsidRDefault="008B2EA6" w:rsidP="008B2EA6">
      <w:pPr>
        <w:jc w:val="both"/>
        <w:rPr>
          <w:rFonts w:ascii="Times New Roman" w:hAnsi="Times New Roman" w:cs="Times New Roman"/>
          <w:b/>
          <w:bCs/>
          <w:sz w:val="24"/>
          <w:szCs w:val="24"/>
          <w:lang w:val="pt-PT"/>
        </w:rPr>
      </w:pPr>
    </w:p>
    <w:p w14:paraId="7D3419B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52CC1E9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7BBE198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Semnătură: .......................................................................................................................... </w:t>
      </w:r>
    </w:p>
    <w:p w14:paraId="46E59932"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xml:space="preserve">(persoana sau persoanele autorizate să semneze în numele Ofertantului) </w:t>
      </w:r>
    </w:p>
    <w:p w14:paraId="7132EE80" w14:textId="77777777" w:rsidR="008B2EA6" w:rsidRPr="005D0BDB" w:rsidRDefault="008B2EA6" w:rsidP="008B2EA6">
      <w:pPr>
        <w:jc w:val="both"/>
        <w:rPr>
          <w:rFonts w:ascii="Times New Roman" w:hAnsi="Times New Roman" w:cs="Times New Roman"/>
          <w:i/>
          <w:iCs/>
          <w:color w:val="000000"/>
          <w:sz w:val="24"/>
          <w:szCs w:val="24"/>
        </w:rPr>
      </w:pPr>
    </w:p>
    <w:p w14:paraId="49F48E73" w14:textId="77777777" w:rsidR="008B2EA6" w:rsidRPr="005D0BDB" w:rsidRDefault="008B2EA6" w:rsidP="008B2EA6">
      <w:pPr>
        <w:jc w:val="both"/>
        <w:rPr>
          <w:rFonts w:ascii="Times New Roman" w:hAnsi="Times New Roman" w:cs="Times New Roman"/>
          <w:b/>
          <w:bCs/>
          <w:sz w:val="24"/>
          <w:szCs w:val="24"/>
          <w:lang w:val="pt-PT"/>
        </w:rPr>
      </w:pPr>
      <w:r w:rsidRPr="005D0BDB">
        <w:rPr>
          <w:rFonts w:ascii="Times New Roman" w:hAnsi="Times New Roman" w:cs="Times New Roman"/>
          <w:sz w:val="24"/>
          <w:szCs w:val="24"/>
        </w:rPr>
        <w:t xml:space="preserve">Data: ............................... </w:t>
      </w:r>
      <w:r w:rsidRPr="005D0BDB">
        <w:rPr>
          <w:rFonts w:ascii="Times New Roman" w:hAnsi="Times New Roman" w:cs="Times New Roman"/>
          <w:b/>
          <w:bCs/>
          <w:sz w:val="24"/>
          <w:szCs w:val="24"/>
          <w:lang w:val="pt-PT"/>
        </w:rPr>
        <w:br w:type="page"/>
      </w:r>
    </w:p>
    <w:p w14:paraId="4609A59F" w14:textId="77777777" w:rsidR="008B2EA6" w:rsidRPr="005D0BDB" w:rsidRDefault="008B2EA6" w:rsidP="008B2EA6">
      <w:pPr>
        <w:pStyle w:val="Default"/>
        <w:numPr>
          <w:ilvl w:val="0"/>
          <w:numId w:val="116"/>
        </w:numPr>
        <w:spacing w:after="0" w:line="240" w:lineRule="auto"/>
        <w:ind w:right="-1"/>
        <w:jc w:val="both"/>
        <w:outlineLvl w:val="0"/>
      </w:pPr>
    </w:p>
    <w:p w14:paraId="7B23A86A" w14:textId="77777777" w:rsidR="008B2EA6" w:rsidRPr="005D0BDB" w:rsidRDefault="008B2EA6" w:rsidP="008B2EA6">
      <w:pPr>
        <w:jc w:val="both"/>
        <w:rPr>
          <w:rFonts w:ascii="Times New Roman" w:hAnsi="Times New Roman" w:cs="Times New Roman"/>
          <w:b/>
          <w:bCs/>
          <w:sz w:val="24"/>
          <w:szCs w:val="24"/>
          <w:lang w:val="pt-PT"/>
        </w:rPr>
      </w:pPr>
    </w:p>
    <w:p w14:paraId="2200DAAD" w14:textId="77777777" w:rsidR="008B2EA6" w:rsidRPr="005D0BDB" w:rsidRDefault="008B2EA6" w:rsidP="008B2EA6">
      <w:pPr>
        <w:jc w:val="center"/>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MODEL ACORD DE ASOCIERE</w:t>
      </w:r>
    </w:p>
    <w:p w14:paraId="15D1F58B" w14:textId="77777777" w:rsidR="008B2EA6" w:rsidRPr="005D0BDB" w:rsidRDefault="008B2EA6" w:rsidP="008B2EA6">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 - PARTILE ACORDULUI</w:t>
      </w:r>
    </w:p>
    <w:p w14:paraId="32C58F0B"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1 </w:t>
      </w:r>
      <w:r w:rsidRPr="005D0BDB">
        <w:rPr>
          <w:rFonts w:ascii="Times New Roman" w:hAnsi="Times New Roman" w:cs="Times New Roman"/>
          <w:sz w:val="24"/>
          <w:szCs w:val="24"/>
          <w:lang w:val="pt-PT"/>
        </w:rPr>
        <w:t>Prezentul acord se încheie între :</w:t>
      </w:r>
    </w:p>
    <w:p w14:paraId="600D5FA7"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S.C..................................................., cu sediul în .....................................,str. ..................................... nr..................., telefon ..................... fax ........................., înmatriculata la Registrul Comerţului din ......................................... sub nr..........................., cod unic de înregistrare...................................., cont ............................................deschis la............................................................... reprezentata de ......................................................având funcţia de.......................................... . în calitate de asociat - LIDER DE ASOCIERE</w:t>
      </w:r>
    </w:p>
    <w:p w14:paraId="7C1B6E85"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şi</w:t>
      </w:r>
    </w:p>
    <w:p w14:paraId="436BD0E3"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S.C................................................., cu sediul în .................................,str. ................................ nr..................., telefon ..................... fax ..............................., înmatriculată la Registrul Comerţului din ........................................ sub nr............................, cod unic de înregistrare...................................., cont ............................................. deschis la ............................................ reprezentata de ................................................................. având funcţia de.......................................... . în calitate de ASOCIAT</w:t>
      </w:r>
    </w:p>
    <w:p w14:paraId="1A3975F3" w14:textId="77777777" w:rsidR="008B2EA6" w:rsidRPr="005D0BDB" w:rsidRDefault="008B2EA6" w:rsidP="008B2EA6">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II - OBIECTUL ACORDULUI</w:t>
      </w:r>
    </w:p>
    <w:p w14:paraId="296EAAD1"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2. </w:t>
      </w:r>
      <w:r w:rsidRPr="005D0BDB">
        <w:rPr>
          <w:rFonts w:ascii="Times New Roman" w:hAnsi="Times New Roman" w:cs="Times New Roman"/>
          <w:sz w:val="24"/>
          <w:szCs w:val="24"/>
          <w:lang w:val="pt-PT"/>
        </w:rPr>
        <w:t xml:space="preserve">Obiectul prezentului acord îl constituie asocierea în vederea participării la procedura de atribuire şi, ulterior, execuţiei în comun a </w:t>
      </w:r>
      <w:r w:rsidRPr="005D0BDB">
        <w:rPr>
          <w:rFonts w:ascii="Times New Roman" w:hAnsi="Times New Roman" w:cs="Times New Roman"/>
          <w:b/>
          <w:bCs/>
          <w:sz w:val="24"/>
          <w:szCs w:val="24"/>
        </w:rPr>
        <w:t xml:space="preserve">„Contract de delegare (colectare și transport) prin concesiune a gestiunii unor activități componente ale serviciului de salubrizare al unităților administrativ teritoriale membre ale Asociației de Dezvoltare Intercomunitara ADI SIGD Arad din Zona 5 a județului Arad” </w:t>
      </w:r>
      <w:r w:rsidRPr="005D0BDB">
        <w:rPr>
          <w:rFonts w:ascii="Times New Roman" w:hAnsi="Times New Roman" w:cs="Times New Roman"/>
          <w:sz w:val="24"/>
          <w:szCs w:val="24"/>
          <w:lang w:val="pt-PT"/>
        </w:rPr>
        <w:t>conform Documentaţiei de Atribuire puse la dispoziţie de către Entitatea Contractantă - Asociația de Dezvoltare Intercomunitară Sistem Integrat de Gestionare a  Deșeurilor Județul Arad.</w:t>
      </w:r>
    </w:p>
    <w:p w14:paraId="159BEEF7" w14:textId="77777777" w:rsidR="008B2EA6" w:rsidRPr="005D0BDB" w:rsidRDefault="008B2EA6" w:rsidP="008B2EA6">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III - TERMENUL ACORDULUI</w:t>
      </w:r>
    </w:p>
    <w:p w14:paraId="1A2B47CF"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3</w:t>
      </w:r>
      <w:r w:rsidRPr="005D0BDB">
        <w:rPr>
          <w:rFonts w:ascii="Times New Roman" w:hAnsi="Times New Roman" w:cs="Times New Roman"/>
          <w:sz w:val="24"/>
          <w:szCs w:val="24"/>
          <w:lang w:val="pt-PT"/>
        </w:rPr>
        <w:t>. Prezentul acord rămâne în vigoare până la expirarea duratei de valabilitate a contractului, respectiv până la stingerea tuturor datoriilor legate de acesta.</w:t>
      </w:r>
    </w:p>
    <w:p w14:paraId="096E8E05" w14:textId="77777777" w:rsidR="008B2EA6" w:rsidRPr="005D0BDB" w:rsidRDefault="008B2EA6" w:rsidP="008B2EA6">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IV - ALTE CLAUZE</w:t>
      </w:r>
    </w:p>
    <w:p w14:paraId="714B03AB"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4. </w:t>
      </w:r>
      <w:r w:rsidRPr="005D0BDB">
        <w:rPr>
          <w:rFonts w:ascii="Times New Roman" w:hAnsi="Times New Roman" w:cs="Times New Roman"/>
          <w:sz w:val="24"/>
          <w:szCs w:val="24"/>
          <w:lang w:val="pt-PT"/>
        </w:rPr>
        <w:t>Partenerii convin ca liderul de asociere să fie ................................ .</w:t>
      </w:r>
    </w:p>
    <w:p w14:paraId="65D8BD9E"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Contractul de delegare va fi semnat de către liderul de asociere ..........., desemnat ca fiind reprezentantul autorizat să primească instrucţiunile pentru şi în numele oricăruia şi tuturor membrilor asocierii.</w:t>
      </w:r>
    </w:p>
    <w:p w14:paraId="46EF3209"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lastRenderedPageBreak/>
        <w:t xml:space="preserve">Art. 5. </w:t>
      </w:r>
      <w:r w:rsidRPr="005D0BDB">
        <w:rPr>
          <w:rFonts w:ascii="Times New Roman" w:hAnsi="Times New Roman" w:cs="Times New Roman"/>
          <w:sz w:val="24"/>
          <w:szCs w:val="24"/>
          <w:lang w:val="pt-PT"/>
        </w:rPr>
        <w:t>Părţile vor răspunde solidar şi individual în faţa Entităţii Contractante în ceea ce priveşte îndeplinirea tuturor obligaţiilor şi responsabilităţilor decurgând din sau în legătură cu Contractul.</w:t>
      </w:r>
    </w:p>
    <w:p w14:paraId="615F62BA"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6. </w:t>
      </w:r>
      <w:r w:rsidRPr="005D0BDB">
        <w:rPr>
          <w:rFonts w:ascii="Times New Roman" w:hAnsi="Times New Roman" w:cs="Times New Roman"/>
          <w:sz w:val="24"/>
          <w:szCs w:val="24"/>
          <w:lang w:val="pt-PT"/>
        </w:rPr>
        <w:t>În caz de adjudecare, asociaţii au convenit asupra următoarelor cote de participare în cadrul asocierii:</w:t>
      </w:r>
    </w:p>
    <w:p w14:paraId="235B6325"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 xml:space="preserve">Lider de asociere …..................................................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03F759A9"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 xml:space="preserve">Asociat 2 …........................................................................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43376C5B"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 xml:space="preserve">Asociat </w:t>
      </w:r>
      <w:r w:rsidRPr="005D0BDB">
        <w:rPr>
          <w:rFonts w:ascii="Times New Roman" w:hAnsi="Times New Roman" w:cs="Times New Roman"/>
          <w:i/>
          <w:iCs/>
          <w:sz w:val="24"/>
          <w:szCs w:val="24"/>
          <w:lang w:val="pt-PT"/>
        </w:rPr>
        <w:t xml:space="preserve">n </w:t>
      </w:r>
      <w:r w:rsidRPr="005D0BDB">
        <w:rPr>
          <w:rFonts w:ascii="Times New Roman" w:hAnsi="Times New Roman" w:cs="Times New Roman"/>
          <w:sz w:val="24"/>
          <w:szCs w:val="24"/>
          <w:lang w:val="pt-PT"/>
        </w:rPr>
        <w:t xml:space="preserve">…........................................................................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4044AF3B"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7</w:t>
      </w:r>
      <w:r w:rsidRPr="005D0BDB">
        <w:rPr>
          <w:rFonts w:ascii="Times New Roman" w:hAnsi="Times New Roman" w:cs="Times New Roman"/>
          <w:sz w:val="24"/>
          <w:szCs w:val="24"/>
          <w:lang w:val="pt-PT"/>
        </w:rPr>
        <w:t>. Asociaţii convin să se susţină ori de câte ori va fi nevoie pe tot parcursul realizării contractului, acordându-şi sprijin de natură tehnică, managerială sau/şi logistică ori de câte ori situaţia o cere.</w:t>
      </w:r>
    </w:p>
    <w:p w14:paraId="260351E9"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8. </w:t>
      </w:r>
      <w:r w:rsidRPr="005D0BDB">
        <w:rPr>
          <w:rFonts w:ascii="Times New Roman" w:hAnsi="Times New Roman" w:cs="Times New Roman"/>
          <w:sz w:val="24"/>
          <w:szCs w:val="24"/>
          <w:lang w:val="pt-PT"/>
        </w:rPr>
        <w:t>Nici 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şi al Beneficiarului.</w:t>
      </w:r>
    </w:p>
    <w:p w14:paraId="686A2B90"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9</w:t>
      </w:r>
      <w:r w:rsidRPr="005D0BDB">
        <w:rPr>
          <w:rFonts w:ascii="Times New Roman" w:hAnsi="Times New Roman" w:cs="Times New Roman"/>
          <w:sz w:val="24"/>
          <w:szCs w:val="24"/>
          <w:lang w:val="pt-PT"/>
        </w:rPr>
        <w:t xml:space="preserve">. Prezentul acord se completează în ceea ce priveşte termenele şi condiţiile de prestare a serviciilor, cu prevederile contractului ce se va încheia între ............................... </w:t>
      </w:r>
      <w:r w:rsidRPr="005D0BDB">
        <w:rPr>
          <w:rFonts w:ascii="Times New Roman" w:hAnsi="Times New Roman" w:cs="Times New Roman"/>
          <w:i/>
          <w:iCs/>
          <w:sz w:val="24"/>
          <w:szCs w:val="24"/>
          <w:lang w:val="pt-PT"/>
        </w:rPr>
        <w:t xml:space="preserve">(liderul de asociere) </w:t>
      </w:r>
      <w:r w:rsidRPr="005D0BDB">
        <w:rPr>
          <w:rFonts w:ascii="Times New Roman" w:hAnsi="Times New Roman" w:cs="Times New Roman"/>
          <w:sz w:val="24"/>
          <w:szCs w:val="24"/>
          <w:lang w:val="pt-PT"/>
        </w:rPr>
        <w:t>şi Entitatea Contractantă.</w:t>
      </w:r>
    </w:p>
    <w:p w14:paraId="4C161DEF"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Prezentul acord de asociere s-a încheiat astăzi .................................. în ........ exemplare, câte un exemplar pentru fiecare Parte.</w:t>
      </w:r>
    </w:p>
    <w:p w14:paraId="078745E0"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LIDER _______________________</w:t>
      </w:r>
    </w:p>
    <w:p w14:paraId="6B905300" w14:textId="77777777" w:rsidR="008B2EA6" w:rsidRPr="005D0BDB" w:rsidRDefault="008B2EA6" w:rsidP="008B2EA6">
      <w:pPr>
        <w:jc w:val="both"/>
        <w:rPr>
          <w:rFonts w:ascii="Times New Roman" w:hAnsi="Times New Roman" w:cs="Times New Roman"/>
          <w:i/>
          <w:iCs/>
          <w:sz w:val="24"/>
          <w:szCs w:val="24"/>
          <w:lang w:val="pt-PT"/>
        </w:rPr>
      </w:pPr>
      <w:r w:rsidRPr="005D0BDB">
        <w:rPr>
          <w:rFonts w:ascii="Times New Roman" w:hAnsi="Times New Roman" w:cs="Times New Roman"/>
          <w:i/>
          <w:iCs/>
          <w:sz w:val="24"/>
          <w:szCs w:val="24"/>
          <w:lang w:val="pt-PT"/>
        </w:rPr>
        <w:t>_______________________ (semnătura autorizată)</w:t>
      </w:r>
    </w:p>
    <w:p w14:paraId="1ACD22C9" w14:textId="77777777" w:rsidR="008B2EA6" w:rsidRPr="005D0BDB" w:rsidRDefault="008B2EA6" w:rsidP="008B2EA6">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ASOCIAT 2 _______________________</w:t>
      </w:r>
    </w:p>
    <w:p w14:paraId="4ABC2F31" w14:textId="77777777" w:rsidR="008B2EA6" w:rsidRPr="005D0BDB" w:rsidRDefault="008B2EA6" w:rsidP="008B2EA6">
      <w:pPr>
        <w:jc w:val="both"/>
        <w:rPr>
          <w:rFonts w:ascii="Times New Roman" w:hAnsi="Times New Roman" w:cs="Times New Roman"/>
          <w:i/>
          <w:iCs/>
          <w:sz w:val="24"/>
          <w:szCs w:val="24"/>
          <w:lang w:val="pt-PT"/>
        </w:rPr>
      </w:pPr>
      <w:r w:rsidRPr="005D0BDB">
        <w:rPr>
          <w:rFonts w:ascii="Times New Roman" w:hAnsi="Times New Roman" w:cs="Times New Roman"/>
          <w:i/>
          <w:iCs/>
          <w:sz w:val="24"/>
          <w:szCs w:val="24"/>
          <w:lang w:val="pt-PT"/>
        </w:rPr>
        <w:t>_______________________ (semnătura autorizată)</w:t>
      </w:r>
    </w:p>
    <w:p w14:paraId="306B5127" w14:textId="77777777" w:rsidR="008B2EA6" w:rsidRPr="005D0BDB" w:rsidRDefault="008B2EA6" w:rsidP="008B2EA6">
      <w:pPr>
        <w:jc w:val="both"/>
        <w:rPr>
          <w:rFonts w:ascii="Times New Roman" w:hAnsi="Times New Roman" w:cs="Times New Roman"/>
          <w:i/>
          <w:iCs/>
          <w:sz w:val="24"/>
          <w:szCs w:val="24"/>
          <w:lang w:val="pt-PT"/>
        </w:rPr>
      </w:pPr>
    </w:p>
    <w:p w14:paraId="201523A8" w14:textId="77777777" w:rsidR="008B2EA6" w:rsidRPr="005D0BDB" w:rsidRDefault="008B2EA6" w:rsidP="008B2EA6">
      <w:pPr>
        <w:jc w:val="both"/>
        <w:rPr>
          <w:rFonts w:ascii="Times New Roman" w:hAnsi="Times New Roman" w:cs="Times New Roman"/>
          <w:i/>
          <w:iCs/>
          <w:sz w:val="24"/>
          <w:szCs w:val="24"/>
          <w:lang w:val="pt-PT"/>
        </w:rPr>
      </w:pPr>
      <w:r w:rsidRPr="005D0BDB">
        <w:rPr>
          <w:rFonts w:ascii="Times New Roman" w:hAnsi="Times New Roman" w:cs="Times New Roman"/>
          <w:b/>
          <w:bCs/>
          <w:i/>
          <w:iCs/>
          <w:sz w:val="24"/>
          <w:szCs w:val="24"/>
          <w:lang w:val="pt-PT"/>
        </w:rPr>
        <w:t xml:space="preserve">NOTA: </w:t>
      </w:r>
      <w:r w:rsidRPr="005D0BDB">
        <w:rPr>
          <w:rFonts w:ascii="Times New Roman" w:hAnsi="Times New Roman" w:cs="Times New Roman"/>
          <w:i/>
          <w:iCs/>
          <w:sz w:val="24"/>
          <w:szCs w:val="24"/>
          <w:lang w:val="pt-PT"/>
        </w:rPr>
        <w:t>Prezentul Acord de Asociere conţine clauzele minime, părţile putând adăuga şi alte clauze.</w:t>
      </w:r>
    </w:p>
    <w:p w14:paraId="66059961" w14:textId="77777777" w:rsidR="008B2EA6" w:rsidRPr="005D0BDB" w:rsidRDefault="008B2EA6" w:rsidP="008B2EA6">
      <w:pPr>
        <w:jc w:val="both"/>
        <w:rPr>
          <w:rFonts w:ascii="Times New Roman" w:hAnsi="Times New Roman" w:cs="Times New Roman"/>
          <w:i/>
          <w:iCs/>
          <w:sz w:val="24"/>
          <w:szCs w:val="24"/>
          <w:lang w:val="pt-PT"/>
        </w:rPr>
      </w:pPr>
    </w:p>
    <w:p w14:paraId="7FDA04A9" w14:textId="77777777" w:rsidR="008B2EA6" w:rsidRPr="005D0BDB" w:rsidRDefault="008B2EA6" w:rsidP="008B2EA6">
      <w:pPr>
        <w:jc w:val="both"/>
        <w:rPr>
          <w:rFonts w:ascii="Times New Roman" w:hAnsi="Times New Roman" w:cs="Times New Roman"/>
          <w:i/>
          <w:iCs/>
          <w:sz w:val="24"/>
          <w:szCs w:val="24"/>
          <w:lang w:val="pt-PT"/>
        </w:rPr>
      </w:pPr>
    </w:p>
    <w:p w14:paraId="69F1D33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7D40965B" w14:textId="77777777" w:rsidR="008B2EA6" w:rsidRPr="005D0BDB" w:rsidRDefault="008B2EA6" w:rsidP="008B2EA6">
      <w:pPr>
        <w:pStyle w:val="Default"/>
        <w:numPr>
          <w:ilvl w:val="0"/>
          <w:numId w:val="116"/>
        </w:numPr>
        <w:spacing w:after="0" w:line="240" w:lineRule="auto"/>
        <w:ind w:right="-1"/>
        <w:jc w:val="both"/>
        <w:outlineLvl w:val="0"/>
      </w:pPr>
    </w:p>
    <w:p w14:paraId="31D515CC" w14:textId="77777777" w:rsidR="008B2EA6" w:rsidRPr="005D0BDB" w:rsidRDefault="008B2EA6" w:rsidP="008B2EA6">
      <w:pPr>
        <w:jc w:val="both"/>
        <w:rPr>
          <w:rFonts w:ascii="Times New Roman" w:hAnsi="Times New Roman" w:cs="Times New Roman"/>
          <w:sz w:val="24"/>
          <w:szCs w:val="24"/>
        </w:rPr>
      </w:pPr>
    </w:p>
    <w:p w14:paraId="56B20CF3" w14:textId="77777777" w:rsidR="008B2EA6" w:rsidRPr="005D0BDB" w:rsidRDefault="008B2EA6" w:rsidP="008B2EA6">
      <w:pPr>
        <w:jc w:val="both"/>
        <w:rPr>
          <w:rFonts w:ascii="Times New Roman" w:hAnsi="Times New Roman" w:cs="Times New Roman"/>
          <w:sz w:val="24"/>
          <w:szCs w:val="24"/>
        </w:rPr>
      </w:pPr>
    </w:p>
    <w:p w14:paraId="07A797F4" w14:textId="77777777" w:rsidR="008B2EA6" w:rsidRPr="005D0BDB" w:rsidRDefault="008B2EA6" w:rsidP="008B2EA6">
      <w:pPr>
        <w:jc w:val="both"/>
        <w:rPr>
          <w:rFonts w:ascii="Times New Roman" w:hAnsi="Times New Roman" w:cs="Times New Roman"/>
          <w:sz w:val="24"/>
          <w:szCs w:val="24"/>
        </w:rPr>
      </w:pPr>
    </w:p>
    <w:p w14:paraId="437D1EAB"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PRIVIND PARTEA/PĂRŢILE DIN CONTRACT CARE SUNT ÎNDEPLINITE DE SUBCONTRACTANŢI</w:t>
      </w:r>
    </w:p>
    <w:p w14:paraId="320E545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AC6A61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1DE65F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împuternicit al ...................................................................... </w:t>
      </w:r>
    </w:p>
    <w:p w14:paraId="2BFABC2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și sediul/ adresa ofertantului), </w:t>
      </w:r>
      <w:r w:rsidRPr="005D0BDB">
        <w:rPr>
          <w:rFonts w:ascii="Times New Roman" w:hAnsi="Times New Roman" w:cs="Times New Roman"/>
          <w:color w:val="000000"/>
          <w:sz w:val="24"/>
          <w:szCs w:val="24"/>
        </w:rPr>
        <w:t xml:space="preserve">declar pe propria răspundere, sub sancțiunile aplicate faptei de fals în acte publice, că datele prezentate în tabelul anexat sunt reale. </w:t>
      </w:r>
    </w:p>
    <w:p w14:paraId="4D0FFA1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situațiilor și documentelor care însoțesc oferta, orice informații suplimentare în scopul verificării datelor din prezenta declarație. </w:t>
      </w:r>
    </w:p>
    <w:p w14:paraId="78F9C50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autorizez prin prezenta orice instituție, societate comercială, bancă, alte persoane juridice să furnizeze informații reprezentanților autorizați ai ............................................ </w:t>
      </w:r>
      <w:r w:rsidRPr="005D0BDB">
        <w:rPr>
          <w:rFonts w:ascii="Times New Roman" w:hAnsi="Times New Roman" w:cs="Times New Roman"/>
          <w:i/>
          <w:iCs/>
          <w:color w:val="000000"/>
          <w:sz w:val="24"/>
          <w:szCs w:val="24"/>
        </w:rPr>
        <w:t xml:space="preserve">(denumirea și adresa entității contractante) </w:t>
      </w:r>
      <w:r w:rsidRPr="005D0BDB">
        <w:rPr>
          <w:rFonts w:ascii="Times New Roman" w:hAnsi="Times New Roman" w:cs="Times New Roman"/>
          <w:color w:val="000000"/>
          <w:sz w:val="24"/>
          <w:szCs w:val="24"/>
        </w:rPr>
        <w:t xml:space="preserve">cu privire la orice aspect tehnic și financiar în legătură cu activitatea noastră. </w:t>
      </w:r>
    </w:p>
    <w:p w14:paraId="21088FB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07EF23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0120114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4643F26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37B79EA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1A4D6EC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Semnătură: ............................................................................................................ </w:t>
      </w:r>
    </w:p>
    <w:p w14:paraId="27A00F3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(persoana sau persoanele autorizate să semneze în numele Ofertantului) </w:t>
      </w:r>
    </w:p>
    <w:p w14:paraId="427507BA"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Data:</w:t>
      </w:r>
    </w:p>
    <w:p w14:paraId="1EB63461" w14:textId="77777777" w:rsidR="008B2EA6" w:rsidRPr="005D0BDB" w:rsidRDefault="008B2EA6" w:rsidP="008B2EA6">
      <w:pPr>
        <w:jc w:val="both"/>
        <w:rPr>
          <w:rFonts w:ascii="Times New Roman" w:hAnsi="Times New Roman" w:cs="Times New Roman"/>
          <w:color w:val="000000"/>
          <w:sz w:val="24"/>
          <w:szCs w:val="24"/>
        </w:rPr>
      </w:pPr>
    </w:p>
    <w:p w14:paraId="4F041D7E" w14:textId="77777777" w:rsidR="008B2EA6" w:rsidRPr="005D0BDB" w:rsidRDefault="008B2EA6" w:rsidP="008B2EA6">
      <w:pPr>
        <w:jc w:val="both"/>
        <w:rPr>
          <w:rFonts w:ascii="Times New Roman" w:hAnsi="Times New Roman" w:cs="Times New Roman"/>
          <w:color w:val="000000"/>
          <w:sz w:val="24"/>
          <w:szCs w:val="24"/>
        </w:rPr>
      </w:pPr>
    </w:p>
    <w:p w14:paraId="6BEC43B6" w14:textId="77777777" w:rsidR="008B2EA6" w:rsidRPr="005D0BDB" w:rsidRDefault="008B2EA6" w:rsidP="008B2EA6">
      <w:pPr>
        <w:jc w:val="both"/>
        <w:rPr>
          <w:rFonts w:ascii="Times New Roman" w:hAnsi="Times New Roman" w:cs="Times New Roman"/>
          <w:color w:val="000000"/>
          <w:sz w:val="24"/>
          <w:szCs w:val="24"/>
        </w:rPr>
      </w:pPr>
    </w:p>
    <w:p w14:paraId="61EE8E42"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17D45E9C" w14:textId="77777777" w:rsidR="008B2EA6" w:rsidRPr="005D0BDB" w:rsidRDefault="008B2EA6" w:rsidP="008B2EA6">
      <w:pPr>
        <w:pStyle w:val="Default"/>
        <w:numPr>
          <w:ilvl w:val="0"/>
          <w:numId w:val="116"/>
        </w:numPr>
        <w:spacing w:after="0" w:line="240" w:lineRule="auto"/>
        <w:ind w:right="-1"/>
        <w:jc w:val="both"/>
        <w:outlineLvl w:val="0"/>
      </w:pPr>
    </w:p>
    <w:p w14:paraId="493E37F9"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MODEL ACORD DE SUBCONTRACTARE</w:t>
      </w:r>
    </w:p>
    <w:p w14:paraId="72F63939"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color w:val="000000"/>
          <w:sz w:val="24"/>
          <w:szCs w:val="24"/>
        </w:rPr>
        <w:t>nr ................ / ........ pentru execuția contractului</w:t>
      </w:r>
    </w:p>
    <w:p w14:paraId="6AFE43E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1. Părți contractante: </w:t>
      </w:r>
    </w:p>
    <w:p w14:paraId="377EF87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1D0EAC1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Acest contract este încheiat între S.C. _____________ cu sediul în _________________________ </w:t>
      </w:r>
    </w:p>
    <w:p w14:paraId="56ECFDC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(adresă, .....................................................................tel...................................,fax),..................... </w:t>
      </w:r>
      <w:r w:rsidRPr="005D0BDB">
        <w:rPr>
          <w:rFonts w:ascii="Times New Roman" w:hAnsi="Times New Roman" w:cs="Times New Roman"/>
          <w:color w:val="000000"/>
          <w:sz w:val="24"/>
          <w:szCs w:val="24"/>
        </w:rPr>
        <w:t xml:space="preserve">reprezentată prin _____________________________ </w:t>
      </w:r>
      <w:r w:rsidRPr="005D0BDB">
        <w:rPr>
          <w:rFonts w:ascii="Times New Roman" w:hAnsi="Times New Roman" w:cs="Times New Roman"/>
          <w:i/>
          <w:iCs/>
          <w:color w:val="000000"/>
          <w:sz w:val="24"/>
          <w:szCs w:val="24"/>
        </w:rPr>
        <w:t xml:space="preserve">(reprezentant autorizat), </w:t>
      </w:r>
      <w:r w:rsidRPr="005D0BDB">
        <w:rPr>
          <w:rFonts w:ascii="Times New Roman" w:hAnsi="Times New Roman" w:cs="Times New Roman"/>
          <w:color w:val="000000"/>
          <w:sz w:val="24"/>
          <w:szCs w:val="24"/>
        </w:rPr>
        <w:t xml:space="preserve">denumită în cele ce </w:t>
      </w:r>
    </w:p>
    <w:p w14:paraId="5CD03B5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urmează contractant general </w:t>
      </w:r>
    </w:p>
    <w:p w14:paraId="3B8265F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Și </w:t>
      </w:r>
    </w:p>
    <w:p w14:paraId="148E358F"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S.C.______________ __________cu sediul în ___________________________ </w:t>
      </w:r>
      <w:r w:rsidRPr="005D0BDB">
        <w:rPr>
          <w:rFonts w:ascii="Times New Roman" w:hAnsi="Times New Roman" w:cs="Times New Roman"/>
          <w:i/>
          <w:iCs/>
          <w:color w:val="000000"/>
          <w:sz w:val="24"/>
          <w:szCs w:val="24"/>
        </w:rPr>
        <w:t xml:space="preserve">(adresa...............................................,tel.,fax),, </w:t>
      </w:r>
      <w:r w:rsidRPr="005D0BDB">
        <w:rPr>
          <w:rFonts w:ascii="Times New Roman" w:hAnsi="Times New Roman" w:cs="Times New Roman"/>
          <w:color w:val="000000"/>
          <w:sz w:val="24"/>
          <w:szCs w:val="24"/>
        </w:rPr>
        <w:t xml:space="preserve">reprezentată </w:t>
      </w:r>
    </w:p>
    <w:p w14:paraId="2EA9625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prin _________________________ </w:t>
      </w:r>
      <w:r w:rsidRPr="005D0BDB">
        <w:rPr>
          <w:rFonts w:ascii="Times New Roman" w:hAnsi="Times New Roman" w:cs="Times New Roman"/>
          <w:i/>
          <w:iCs/>
          <w:color w:val="000000"/>
          <w:sz w:val="24"/>
          <w:szCs w:val="24"/>
        </w:rPr>
        <w:t xml:space="preserve">(reprezentant autorizat),, </w:t>
      </w:r>
      <w:r w:rsidRPr="005D0BDB">
        <w:rPr>
          <w:rFonts w:ascii="Times New Roman" w:hAnsi="Times New Roman" w:cs="Times New Roman"/>
          <w:color w:val="000000"/>
          <w:sz w:val="24"/>
          <w:szCs w:val="24"/>
        </w:rPr>
        <w:t xml:space="preserve">denumită în cele ce urmează </w:t>
      </w:r>
    </w:p>
    <w:p w14:paraId="332EE16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subcontractant. </w:t>
      </w:r>
    </w:p>
    <w:p w14:paraId="2889E39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2. Obiectul contractului: </w:t>
      </w:r>
    </w:p>
    <w:p w14:paraId="4CEBFF8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14B6AD5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Art.1. Activitățile care fac obiectul prezentului contract sunt .............................................................. </w:t>
      </w:r>
    </w:p>
    <w:p w14:paraId="3F23DD0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Art.2. Valoarea activităților de la art. 1 de mai sus este conform ofertei prezentate de subcontractant................................................................................. </w:t>
      </w:r>
    </w:p>
    <w:p w14:paraId="5DE274B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Art.3. Contractantul general va plăti subcontractantului următoarele sume: </w:t>
      </w:r>
    </w:p>
    <w:p w14:paraId="53A5366C" w14:textId="77777777" w:rsidR="008B2EA6" w:rsidRPr="005D0BDB" w:rsidRDefault="008B2EA6" w:rsidP="008B2EA6">
      <w:pPr>
        <w:autoSpaceDE w:val="0"/>
        <w:autoSpaceDN w:val="0"/>
        <w:adjustRightInd w:val="0"/>
        <w:spacing w:after="2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......................................lunar, în termen de.......... (zile) de la primirea de către contractantul general a facturii întocmite de subcontractant, contravaloarea activităților executate în perioada respectivă. </w:t>
      </w:r>
    </w:p>
    <w:p w14:paraId="0425BD2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plata se va face în limita asigurării finanțării de către beneficiarul______________________ </w:t>
      </w:r>
    </w:p>
    <w:p w14:paraId="36D74F6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7D0EC78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 entitate contractantă) </w:t>
      </w:r>
    </w:p>
    <w:p w14:paraId="3B09C2C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Art.4. Durata de execuție a activităților este în conformitate cu contractul, eșalonată conform graficului anexă la contract. </w:t>
      </w:r>
    </w:p>
    <w:p w14:paraId="0082882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Art.5 Contractantul general va preda subcontractantului documentația completă verificată cu dispozițiile legale. </w:t>
      </w:r>
    </w:p>
    <w:p w14:paraId="2AAD8ED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3. Alte dispoziții: </w:t>
      </w:r>
    </w:p>
    <w:p w14:paraId="5F4EA08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6725EF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Art.6. Pentru nerespectarea termenului de finalizare a activităților și neîncadrarea, din vina subcontractantului, în durata de execuție angajată de contractantul general în fața beneficiarului, </w:t>
      </w:r>
    </w:p>
    <w:p w14:paraId="4CB2C13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subcontractantul va plăti penalități de _____ % pe zi întârziere din valoarea activităților nerealizate la termen. Pentru nerespectarea termenelor de plată prevăzute la art.3., contractantul general va plăti penalități de _____________________ % pe zi întârziere la suma datorată. </w:t>
      </w:r>
    </w:p>
    <w:p w14:paraId="00AB226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Art.7 Subcontractantul se angajează față de contractant cu aceleași obligații și responsabilități pe care contractantul general le are față de beneficiar conform contractului.............(denumire contract) </w:t>
      </w:r>
    </w:p>
    <w:p w14:paraId="40530DC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Art.8 Neînțelegerile dintre părți se vor rezolva pe cale amiabilă. Dacă acest lucru nu este posibil, litigiile se vor soluționa pe cale legală. </w:t>
      </w:r>
    </w:p>
    <w:p w14:paraId="4D444EA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contract s-a încheiat în două exemplare, câte un exemplar pentru fiecare parte. </w:t>
      </w:r>
    </w:p>
    <w:p w14:paraId="508A4D4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(semnătură autorizată contractant) ...................................................................... </w:t>
      </w:r>
    </w:p>
    <w:p w14:paraId="64C3C395"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(semnătură autorizată subcontractant) .....................................................................</w:t>
      </w:r>
    </w:p>
    <w:p w14:paraId="453311B5" w14:textId="77777777" w:rsidR="008B2EA6" w:rsidRPr="005D0BDB" w:rsidRDefault="008B2EA6" w:rsidP="008B2EA6">
      <w:pPr>
        <w:jc w:val="both"/>
        <w:rPr>
          <w:rFonts w:ascii="Times New Roman" w:hAnsi="Times New Roman" w:cs="Times New Roman"/>
          <w:sz w:val="24"/>
          <w:szCs w:val="24"/>
        </w:rPr>
      </w:pPr>
    </w:p>
    <w:p w14:paraId="533B19C8" w14:textId="77777777" w:rsidR="008B2EA6" w:rsidRPr="005D0BDB" w:rsidRDefault="008B2EA6" w:rsidP="008B2EA6">
      <w:pPr>
        <w:jc w:val="both"/>
        <w:rPr>
          <w:rFonts w:ascii="Times New Roman" w:hAnsi="Times New Roman" w:cs="Times New Roman"/>
          <w:sz w:val="24"/>
          <w:szCs w:val="24"/>
        </w:rPr>
      </w:pPr>
    </w:p>
    <w:p w14:paraId="1D58DD02" w14:textId="77777777" w:rsidR="008B2EA6" w:rsidRPr="005D0BDB" w:rsidRDefault="008B2EA6" w:rsidP="008B2EA6">
      <w:pPr>
        <w:jc w:val="both"/>
        <w:rPr>
          <w:rFonts w:ascii="Times New Roman" w:hAnsi="Times New Roman" w:cs="Times New Roman"/>
          <w:sz w:val="24"/>
          <w:szCs w:val="24"/>
        </w:rPr>
      </w:pPr>
    </w:p>
    <w:p w14:paraId="752356E9" w14:textId="77777777" w:rsidR="008B2EA6" w:rsidRPr="005D0BDB" w:rsidRDefault="008B2EA6" w:rsidP="008B2EA6">
      <w:pPr>
        <w:pStyle w:val="Default"/>
        <w:numPr>
          <w:ilvl w:val="0"/>
          <w:numId w:val="116"/>
        </w:numPr>
        <w:spacing w:after="0" w:line="240" w:lineRule="auto"/>
        <w:ind w:right="-1"/>
        <w:jc w:val="both"/>
        <w:outlineLvl w:val="0"/>
      </w:pPr>
    </w:p>
    <w:p w14:paraId="67CA29E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w:t>
      </w:r>
    </w:p>
    <w:p w14:paraId="51B61CC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p w14:paraId="527A7E9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40575C9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72870E39"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p>
    <w:p w14:paraId="4239A1F5"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pe propria răspundere privind neîncadrarea în situațiile prevăzute la art. 79 alin. (1) și (2) din Legea nr.</w:t>
      </w:r>
      <w:r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 xml:space="preserve">100/2016 </w:t>
      </w:r>
    </w:p>
    <w:p w14:paraId="38071A9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legal al ....................................................... [se </w:t>
      </w:r>
    </w:p>
    <w:p w14:paraId="0393932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inserează denumirea operatorului economic], </w:t>
      </w:r>
      <w:r w:rsidRPr="005D0BDB">
        <w:rPr>
          <w:rFonts w:ascii="Times New Roman" w:hAnsi="Times New Roman" w:cs="Times New Roman"/>
          <w:color w:val="000000"/>
          <w:sz w:val="24"/>
          <w:szCs w:val="24"/>
        </w:rPr>
        <w:t xml:space="preserve">în calitate de ofertant / ofertant asociat / subcontractant / terț susținător al ofertantului [se </w:t>
      </w:r>
      <w:r w:rsidRPr="005D0BDB">
        <w:rPr>
          <w:rFonts w:ascii="Times New Roman" w:hAnsi="Times New Roman" w:cs="Times New Roman"/>
          <w:i/>
          <w:iCs/>
          <w:color w:val="000000"/>
          <w:sz w:val="24"/>
          <w:szCs w:val="24"/>
        </w:rPr>
        <w:t xml:space="preserve">selectează calitatea operatorului economic] </w:t>
      </w:r>
      <w:r w:rsidRPr="005D0BDB">
        <w:rPr>
          <w:rFonts w:ascii="Times New Roman" w:hAnsi="Times New Roman" w:cs="Times New Roman"/>
          <w:color w:val="000000"/>
          <w:sz w:val="24"/>
          <w:szCs w:val="24"/>
        </w:rPr>
        <w:t xml:space="preserve">la procedura de licitație deschisă pentru atribuirea contractului </w:t>
      </w:r>
      <w:r w:rsidRPr="005D0BDB">
        <w:rPr>
          <w:rFonts w:ascii="Times New Roman" w:hAnsi="Times New Roman" w:cs="Times New Roman"/>
          <w:b/>
          <w:bCs/>
          <w:color w:val="000000"/>
          <w:sz w:val="24"/>
          <w:szCs w:val="24"/>
        </w:rPr>
        <w:t>....................................................... "</w:t>
      </w:r>
      <w:r w:rsidRPr="005D0BDB">
        <w:rPr>
          <w:rFonts w:ascii="Times New Roman" w:hAnsi="Times New Roman" w:cs="Times New Roman"/>
          <w:color w:val="000000"/>
          <w:sz w:val="24"/>
          <w:szCs w:val="24"/>
        </w:rPr>
        <w:t>, la data de......................................</w:t>
      </w:r>
      <w:r w:rsidRPr="005D0BDB">
        <w:rPr>
          <w:rFonts w:ascii="Times New Roman" w:hAnsi="Times New Roman" w:cs="Times New Roman"/>
          <w:i/>
          <w:iCs/>
          <w:color w:val="000000"/>
          <w:sz w:val="24"/>
          <w:szCs w:val="24"/>
        </w:rPr>
        <w:t xml:space="preserve">(zi/luna/an), </w:t>
      </w:r>
      <w:r w:rsidRPr="005D0BDB">
        <w:rPr>
          <w:rFonts w:ascii="Times New Roman" w:hAnsi="Times New Roman" w:cs="Times New Roman"/>
          <w:color w:val="000000"/>
          <w:sz w:val="24"/>
          <w:szCs w:val="24"/>
        </w:rPr>
        <w:t xml:space="preserve">organizată de /..............................,declar pe propria </w:t>
      </w:r>
    </w:p>
    <w:p w14:paraId="4F8134E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răspundere, sub sancțiunea excluderii din procedură și sub sancțiunile aplicabile faptei de fals în acte </w:t>
      </w:r>
      <w:r w:rsidRPr="005D0BDB">
        <w:rPr>
          <w:rFonts w:ascii="Times New Roman" w:hAnsi="Times New Roman" w:cs="Times New Roman"/>
          <w:i/>
          <w:iCs/>
          <w:color w:val="000000"/>
          <w:sz w:val="24"/>
          <w:szCs w:val="24"/>
        </w:rPr>
        <w:t xml:space="preserve">publice, că, atât societatea ..................................................... [se </w:t>
      </w:r>
      <w:r w:rsidRPr="005D0BDB">
        <w:rPr>
          <w:rFonts w:ascii="Times New Roman" w:hAnsi="Times New Roman" w:cs="Times New Roman"/>
          <w:color w:val="000000"/>
          <w:sz w:val="24"/>
          <w:szCs w:val="24"/>
        </w:rPr>
        <w:t xml:space="preserve">inserează denumirea operatorului economic], </w:t>
      </w:r>
      <w:r w:rsidRPr="005D0BDB">
        <w:rPr>
          <w:rFonts w:ascii="Times New Roman" w:hAnsi="Times New Roman" w:cs="Times New Roman"/>
          <w:i/>
          <w:iCs/>
          <w:color w:val="000000"/>
          <w:sz w:val="24"/>
          <w:szCs w:val="24"/>
        </w:rPr>
        <w:t xml:space="preserve">cât și </w:t>
      </w:r>
      <w:r w:rsidRPr="005D0BDB">
        <w:rPr>
          <w:rFonts w:ascii="Times New Roman" w:hAnsi="Times New Roman" w:cs="Times New Roman"/>
          <w:color w:val="000000"/>
          <w:sz w:val="24"/>
          <w:szCs w:val="24"/>
        </w:rPr>
        <w:t xml:space="preserve">membrii în cadrul consiliului de administrație/organ de conducere sau de supervizare al societății, nu se află in niciuna din situațiile ce atrag excluderea din procedura de atribuire, prevăzute la art. 79 alin. (1) și (2) din Legea nr. 100/2016 privind concesiunile de lucrări și concesiunile de servicii, respectiv nu au fost condamnați prin hotărâre definitivă a unei instanțe judecătorești, pentru comiterea uneia dintre următoarele infracțiuni: </w:t>
      </w:r>
    </w:p>
    <w:p w14:paraId="2AD6834A"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 </w:t>
      </w:r>
      <w:r w:rsidRPr="005D0BDB">
        <w:rPr>
          <w:rFonts w:ascii="Times New Roman" w:hAnsi="Times New Roman" w:cs="Times New Roman"/>
          <w:color w:val="000000"/>
          <w:sz w:val="24"/>
          <w:szCs w:val="24"/>
        </w:rPr>
        <w:t xml:space="preserve">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027788C6"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b) </w:t>
      </w:r>
      <w:r w:rsidRPr="005D0BDB">
        <w:rPr>
          <w:rFonts w:ascii="Times New Roman" w:hAnsi="Times New Roman" w:cs="Times New Roman"/>
          <w:color w:val="000000"/>
          <w:sz w:val="24"/>
          <w:szCs w:val="24"/>
        </w:rPr>
        <w:t xml:space="preserve">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3EC6D412"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c) </w:t>
      </w:r>
      <w:r w:rsidRPr="005D0BDB">
        <w:rPr>
          <w:rFonts w:ascii="Times New Roman" w:hAnsi="Times New Roman" w:cs="Times New Roman"/>
          <w:color w:val="000000"/>
          <w:sz w:val="24"/>
          <w:szCs w:val="24"/>
        </w:rPr>
        <w:t xml:space="preserve">infracțiuni împotriva intereselor financiare ale Uniunii Europene, prevăzute de art. 181 -185 din Legea nr. 78/2000, cu modificările și completările ulterioare, sau de dispozițiile corespunzătoare ale legislației penale a statului în care respectivul operator economic a fost condamnat; </w:t>
      </w:r>
    </w:p>
    <w:p w14:paraId="6CC27C99"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d) </w:t>
      </w:r>
      <w:r w:rsidRPr="005D0BDB">
        <w:rPr>
          <w:rFonts w:ascii="Times New Roman" w:hAnsi="Times New Roman" w:cs="Times New Roman"/>
          <w:color w:val="000000"/>
          <w:sz w:val="24"/>
          <w:szCs w:val="24"/>
        </w:rPr>
        <w:t xml:space="preserve">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 </w:t>
      </w:r>
    </w:p>
    <w:p w14:paraId="7C32E40D"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e) </w:t>
      </w:r>
      <w:r w:rsidRPr="005D0BDB">
        <w:rPr>
          <w:rFonts w:ascii="Times New Roman" w:hAnsi="Times New Roman" w:cs="Times New Roman"/>
          <w:color w:val="000000"/>
          <w:sz w:val="24"/>
          <w:szCs w:val="24"/>
        </w:rPr>
        <w:t xml:space="preserve">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 din Legea nr. 535/2004, cu modificările și completările ulterioare, sau de dispozițiile corespunzătoare ale legislației penale a statului în care respectivul operator economic a fost condamnat; </w:t>
      </w:r>
    </w:p>
    <w:p w14:paraId="4763CB45"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f) </w:t>
      </w:r>
      <w:r w:rsidRPr="005D0BDB">
        <w:rPr>
          <w:rFonts w:ascii="Times New Roman" w:hAnsi="Times New Roman" w:cs="Times New Roman"/>
          <w:color w:val="000000"/>
          <w:sz w:val="24"/>
          <w:szCs w:val="24"/>
        </w:rPr>
        <w:t xml:space="preserve">traficul și exploatarea persoanelor vulnerabile, prevăzute de art. 209-217 din Legea nr. </w:t>
      </w:r>
    </w:p>
    <w:p w14:paraId="5A79FC58"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g) </w:t>
      </w:r>
      <w:r w:rsidRPr="005D0BDB">
        <w:rPr>
          <w:rFonts w:ascii="Times New Roman" w:hAnsi="Times New Roman" w:cs="Times New Roman"/>
          <w:color w:val="000000"/>
          <w:sz w:val="24"/>
          <w:szCs w:val="24"/>
        </w:rPr>
        <w:t xml:space="preserve">286/2009, cu modificările și completările ulterioare, sau de dispozițiile corespunzătoare ale legislației penale a statului în care respectivul operator economic a fost condamnat; </w:t>
      </w:r>
    </w:p>
    <w:p w14:paraId="14D2937D"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lastRenderedPageBreak/>
        <w:t xml:space="preserve">h) </w:t>
      </w:r>
      <w:r w:rsidRPr="005D0BDB">
        <w:rPr>
          <w:rFonts w:ascii="Times New Roman" w:hAnsi="Times New Roman" w:cs="Times New Roman"/>
          <w:color w:val="000000"/>
          <w:sz w:val="24"/>
          <w:szCs w:val="24"/>
        </w:rPr>
        <w:t xml:space="preserve">fraudă, în sensul articolului 1 din Convenția privind protejarea intereselor financiare ale Comunităților Europene din 27 noiembrie 1995. </w:t>
      </w:r>
    </w:p>
    <w:p w14:paraId="6D70DBE1" w14:textId="77777777" w:rsidR="008B2EA6" w:rsidRPr="005D0BDB" w:rsidRDefault="008B2EA6" w:rsidP="008B2EA6">
      <w:pPr>
        <w:numPr>
          <w:ilvl w:val="0"/>
          <w:numId w:val="119"/>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i) </w:t>
      </w:r>
      <w:r w:rsidRPr="005D0BDB">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orice documente doveditoare de care dispun. </w:t>
      </w:r>
    </w:p>
    <w:p w14:paraId="1DB02CCB" w14:textId="77777777" w:rsidR="008B2EA6" w:rsidRPr="005D0BDB" w:rsidRDefault="008B2EA6" w:rsidP="008B2EA6">
      <w:pPr>
        <w:numPr>
          <w:ilvl w:val="0"/>
          <w:numId w:val="119"/>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j) </w:t>
      </w:r>
      <w:r w:rsidRPr="005D0BDB">
        <w:rPr>
          <w:rFonts w:ascii="Times New Roman" w:hAnsi="Times New Roman" w:cs="Times New Roman"/>
          <w:color w:val="000000"/>
          <w:sz w:val="24"/>
          <w:szCs w:val="24"/>
        </w:rPr>
        <w:t xml:space="preserve">Înțeleg ca în cazul în care această declarație nu este conformă cu realitatea sunt pasibil de  încălcarea prevederilor legislației penale privind falsul în declarații. </w:t>
      </w:r>
    </w:p>
    <w:p w14:paraId="0AB32A83" w14:textId="77777777" w:rsidR="008B2EA6" w:rsidRPr="005D0BDB" w:rsidRDefault="008B2EA6" w:rsidP="008B2EA6">
      <w:pPr>
        <w:numPr>
          <w:ilvl w:val="0"/>
          <w:numId w:val="120"/>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k) </w:t>
      </w:r>
      <w:r w:rsidRPr="005D0BDB">
        <w:rPr>
          <w:rFonts w:ascii="Times New Roman" w:hAnsi="Times New Roman" w:cs="Times New Roman"/>
          <w:color w:val="000000"/>
          <w:sz w:val="24"/>
          <w:szCs w:val="24"/>
        </w:rPr>
        <w:t xml:space="preserve">Totodată, declar ca am luat la cunoștință de prevederile art. 326 « Falsul in Declarații » din Codul Penal referitor la «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 </w:t>
      </w:r>
    </w:p>
    <w:p w14:paraId="1672910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4431635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(denumirea operatorului economic) </w:t>
      </w:r>
    </w:p>
    <w:p w14:paraId="35BC351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(nume, prenume persoană autorizată) </w:t>
      </w:r>
    </w:p>
    <w:p w14:paraId="104D168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(funcție) </w:t>
      </w:r>
    </w:p>
    <w:p w14:paraId="786555AF"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semnătura autorizată şi ştampila</w:t>
      </w:r>
      <w:r w:rsidRPr="005D0BDB">
        <w:rPr>
          <w:rFonts w:ascii="Times New Roman" w:hAnsi="Times New Roman" w:cs="Times New Roman"/>
          <w:color w:val="000000"/>
          <w:sz w:val="24"/>
          <w:szCs w:val="24"/>
        </w:rPr>
        <w:t>)</w:t>
      </w:r>
    </w:p>
    <w:p w14:paraId="62952052" w14:textId="77777777" w:rsidR="008B2EA6" w:rsidRPr="005D0BDB" w:rsidRDefault="008B2EA6" w:rsidP="008B2EA6">
      <w:pPr>
        <w:jc w:val="both"/>
        <w:rPr>
          <w:rFonts w:ascii="Times New Roman" w:hAnsi="Times New Roman" w:cs="Times New Roman"/>
          <w:color w:val="000000"/>
          <w:sz w:val="24"/>
          <w:szCs w:val="24"/>
        </w:rPr>
      </w:pPr>
    </w:p>
    <w:p w14:paraId="0E05CC79"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br w:type="page"/>
      </w:r>
    </w:p>
    <w:p w14:paraId="0F81F9E7" w14:textId="77777777" w:rsidR="008B2EA6" w:rsidRPr="005D0BDB" w:rsidRDefault="008B2EA6" w:rsidP="008B2EA6">
      <w:pPr>
        <w:pStyle w:val="Default"/>
        <w:numPr>
          <w:ilvl w:val="0"/>
          <w:numId w:val="116"/>
        </w:numPr>
        <w:spacing w:after="0" w:line="240" w:lineRule="auto"/>
        <w:ind w:right="-1"/>
        <w:jc w:val="both"/>
        <w:outlineLvl w:val="0"/>
      </w:pPr>
    </w:p>
    <w:p w14:paraId="085CD263" w14:textId="77777777" w:rsidR="008B2EA6" w:rsidRPr="005D0BDB" w:rsidRDefault="008B2EA6" w:rsidP="008B2EA6">
      <w:pPr>
        <w:jc w:val="both"/>
        <w:rPr>
          <w:rFonts w:ascii="Times New Roman" w:hAnsi="Times New Roman" w:cs="Times New Roman"/>
          <w:sz w:val="24"/>
          <w:szCs w:val="24"/>
        </w:rPr>
      </w:pPr>
    </w:p>
    <w:p w14:paraId="6BFFCDA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w:t>
      </w:r>
    </w:p>
    <w:p w14:paraId="4F8211A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p w14:paraId="4BED241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638E651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68C8076D"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p>
    <w:p w14:paraId="5CD1E106"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b/>
          <w:bCs/>
          <w:color w:val="000000"/>
          <w:sz w:val="24"/>
          <w:szCs w:val="24"/>
        </w:rPr>
      </w:pPr>
    </w:p>
    <w:p w14:paraId="7AB289C1"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pe propria răspundere privind neîncadrarea în situațiile prevăzute la art. 80 din Legea nr. 100/2016</w:t>
      </w:r>
    </w:p>
    <w:p w14:paraId="2E5BA48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în calitatea de reprezentant legal al ......................................... , în calitate de </w:t>
      </w:r>
    </w:p>
    <w:p w14:paraId="0CC2B83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ofertant, declar pe propria răspundere, sub sancțiunea excluderii din procedură și a sancțiunilor aplicate faptei de fals în acte publice, că nu mă aflu în situația prevăzută la art. 80 din Legea nr.100/2016 privind concesiunile de lucrări și concesiunile de servicii. </w:t>
      </w:r>
    </w:p>
    <w:p w14:paraId="2521D72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1E48678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5AB7CCB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5835E7F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operatorului economic) (nume, prenume persoană autorizată) (funcție) </w:t>
      </w:r>
    </w:p>
    <w:p w14:paraId="2711CEBF"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(semnătura autorizată și ștampila)</w:t>
      </w:r>
    </w:p>
    <w:p w14:paraId="71353632" w14:textId="77777777" w:rsidR="008B2EA6" w:rsidRPr="005D0BDB" w:rsidRDefault="008B2EA6" w:rsidP="008B2EA6">
      <w:pPr>
        <w:jc w:val="both"/>
        <w:rPr>
          <w:rFonts w:ascii="Times New Roman" w:hAnsi="Times New Roman" w:cs="Times New Roman"/>
          <w:i/>
          <w:iCs/>
          <w:color w:val="000000"/>
          <w:sz w:val="24"/>
          <w:szCs w:val="24"/>
        </w:rPr>
      </w:pPr>
    </w:p>
    <w:p w14:paraId="216D20F0" w14:textId="77777777" w:rsidR="008B2EA6" w:rsidRPr="005D0BDB" w:rsidRDefault="008B2EA6" w:rsidP="008B2EA6">
      <w:pPr>
        <w:jc w:val="both"/>
        <w:rPr>
          <w:rFonts w:ascii="Times New Roman" w:hAnsi="Times New Roman" w:cs="Times New Roman"/>
          <w:i/>
          <w:iCs/>
          <w:color w:val="000000"/>
          <w:sz w:val="24"/>
          <w:szCs w:val="24"/>
        </w:rPr>
      </w:pPr>
    </w:p>
    <w:p w14:paraId="72956BEE"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br w:type="page"/>
      </w:r>
    </w:p>
    <w:p w14:paraId="695A7402" w14:textId="77777777" w:rsidR="008B2EA6" w:rsidRPr="005D0BDB" w:rsidRDefault="008B2EA6" w:rsidP="008B2EA6">
      <w:pPr>
        <w:pStyle w:val="Default"/>
        <w:numPr>
          <w:ilvl w:val="0"/>
          <w:numId w:val="116"/>
        </w:numPr>
        <w:spacing w:after="0" w:line="240" w:lineRule="auto"/>
        <w:ind w:right="-1"/>
        <w:jc w:val="both"/>
        <w:outlineLvl w:val="0"/>
      </w:pPr>
    </w:p>
    <w:p w14:paraId="4E2155F4"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PRIVIND NEÎNCADRAREA ÎN SITUAŢIILE PREVĂZUTE LA ART. 81 DIN</w:t>
      </w:r>
    </w:p>
    <w:p w14:paraId="6FEB5AB0"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LEGEA NR.100/2016</w:t>
      </w:r>
    </w:p>
    <w:p w14:paraId="3303051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15E7975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în calitatea de reprezentant legal al.............................................,în calitate de ofertant, la procedura pentru achiziția, </w:t>
      </w:r>
      <w:r w:rsidRPr="005D0BDB">
        <w:rPr>
          <w:rFonts w:ascii="Times New Roman" w:hAnsi="Times New Roman" w:cs="Times New Roman"/>
          <w:b/>
          <w:bCs/>
          <w:color w:val="000000"/>
          <w:sz w:val="24"/>
          <w:szCs w:val="24"/>
        </w:rPr>
        <w:t xml:space="preserve">„Contract de delegare (colectare și transport) prin concesiune a gestiunii unor activități componente ale serviciului de salubrizare al unităților administrativ teritoriale membre ale Asociației de Dezvoltare Intercomunitara ADI SIGD Arad din Zona 5 a județului Arad” </w:t>
      </w:r>
      <w:r w:rsidRPr="005D0BDB">
        <w:rPr>
          <w:rFonts w:ascii="Times New Roman" w:hAnsi="Times New Roman" w:cs="Times New Roman"/>
          <w:color w:val="000000"/>
          <w:sz w:val="24"/>
          <w:szCs w:val="24"/>
        </w:rPr>
        <w:t xml:space="preserve">declar pe proprie răspundere că nu mă aflu în următoarele situații: </w:t>
      </w:r>
    </w:p>
    <w:p w14:paraId="70A54608"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 nu am încălcat obligațiile stabilite potrivit art. 38 din Legea nr.100/2016, respectiv, la elaborarea ofertei am ținut cont de obligațiile relevante din domeniile mediului, social și al relațiilor de muncă; </w:t>
      </w:r>
    </w:p>
    <w:p w14:paraId="0F7C9CEA"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b. nu mă aflu în procedura insolvenței sau în lichidare, în supraveghere judiciară sau în încetarea activității; </w:t>
      </w:r>
    </w:p>
    <w:p w14:paraId="3A9C8829"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nu am comis o abatere profesională gravă care să-mi pună în discuție integritatea și nu există în acest sens o decizie a unei instanțe judecătorești sau a unei autorități administrative; </w:t>
      </w:r>
    </w:p>
    <w:p w14:paraId="22206DDB"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 nu am încheiat cu alți operatori economici acorduri care vizează denaturarea concurenței în cadrul sau în legătură cu procedura în cauză; </w:t>
      </w:r>
    </w:p>
    <w:p w14:paraId="51231FAF"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e. nu mă aflu într-o situație de conflict de interese în cadrul sau în legătură cu procedura în cauză; </w:t>
      </w:r>
    </w:p>
    <w:p w14:paraId="4B834E19"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 nu mi-am încălcat în mod grav sau repetat obligațiile principale ce-mi reveneau în cadrul unui contract de concesiune sau contract anterior încheiat cu o entitate contractantă, iar aceste încălcări nu au dus la încetarea anticipată a respectivului contract, plata de daune-interese sau alte sancțiuni comparabile; </w:t>
      </w:r>
    </w:p>
    <w:p w14:paraId="0757E08A"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g. nu mă fac vinovat de declarații false în conținutul informațiilor transmise la solicitarea entității contractante în scopul verificării absenței motivelor de excludere sau al îndeplinirii criteriilor de calificare și selecție, am prezentat aceste informații solicitate sau sunt în măsură să prezint documentele justificative solicitate; </w:t>
      </w:r>
    </w:p>
    <w:p w14:paraId="514DBE3C" w14:textId="77777777" w:rsidR="008B2EA6" w:rsidRPr="005D0BDB" w:rsidRDefault="008B2EA6" w:rsidP="008B2EA6">
      <w:pPr>
        <w:numPr>
          <w:ilvl w:val="0"/>
          <w:numId w:val="121"/>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h. nu am încercat să influențez în mod nelegal procesul decizional al entității contractante, să obțin informații confidențiale care mi-ar putea conferi avantaje nejustificate în cadrul procedurii de atribuire a concesiunii de servicii și nu am furnizat din neglijență informații eronate care pot avea o influență semnificativă asupra deciziilor entității contractante privind excluderea mea din procedura de atribuire, selectarea sau atribuirea contractului de concesiune. </w:t>
      </w:r>
    </w:p>
    <w:p w14:paraId="2E87F52A" w14:textId="77777777" w:rsidR="008B2EA6" w:rsidRPr="005D0BDB" w:rsidRDefault="008B2EA6" w:rsidP="008B2EA6">
      <w:pPr>
        <w:numPr>
          <w:ilvl w:val="0"/>
          <w:numId w:val="121"/>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i. nu am comis în conduita mea profesională greșeli grave. </w:t>
      </w:r>
    </w:p>
    <w:p w14:paraId="30D51F4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7B1DCA8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40EF477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3694FFC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................................................................(denumirea operatorului economic) </w:t>
      </w:r>
    </w:p>
    <w:p w14:paraId="0D25A94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................................................................(nume, prenume persoană autorizată) </w:t>
      </w:r>
    </w:p>
    <w:p w14:paraId="78DBA17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................................................................(funcţie) </w:t>
      </w:r>
    </w:p>
    <w:p w14:paraId="1CCD630A"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................................................................(semnătura autorizată și ștampila)</w:t>
      </w:r>
    </w:p>
    <w:p w14:paraId="0E5D3B32" w14:textId="77777777" w:rsidR="008B2EA6" w:rsidRPr="005D0BDB" w:rsidRDefault="008B2EA6" w:rsidP="008B2EA6">
      <w:pPr>
        <w:jc w:val="both"/>
        <w:rPr>
          <w:rFonts w:ascii="Times New Roman" w:hAnsi="Times New Roman" w:cs="Times New Roman"/>
          <w:color w:val="000000"/>
          <w:sz w:val="24"/>
          <w:szCs w:val="24"/>
        </w:rPr>
      </w:pPr>
    </w:p>
    <w:p w14:paraId="29B4A85C" w14:textId="77777777" w:rsidR="008B2EA6" w:rsidRPr="005D0BDB" w:rsidRDefault="008B2EA6" w:rsidP="008B2EA6">
      <w:pPr>
        <w:pStyle w:val="Default"/>
        <w:numPr>
          <w:ilvl w:val="0"/>
          <w:numId w:val="116"/>
        </w:numPr>
        <w:spacing w:after="0" w:line="240" w:lineRule="auto"/>
        <w:ind w:right="-1"/>
        <w:jc w:val="both"/>
        <w:outlineLvl w:val="0"/>
      </w:pPr>
    </w:p>
    <w:p w14:paraId="12AB97EF"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Operator economic ..................................(denumirea/numele) </w:t>
      </w:r>
    </w:p>
    <w:p w14:paraId="5BF05C60"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r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privind evitarea conflictului de interese (art. 43 și 44 din Legea 100/2016)</w:t>
      </w:r>
    </w:p>
    <w:p w14:paraId="2F14C3B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1. Subsemnatul .......................................... , reprezentant legal al ................................................... , </w:t>
      </w:r>
    </w:p>
    <w:p w14:paraId="4AA4179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calitate de ofertant, la procedura pentru </w:t>
      </w:r>
      <w:r w:rsidRPr="005D0BDB">
        <w:rPr>
          <w:rFonts w:ascii="Times New Roman" w:hAnsi="Times New Roman" w:cs="Times New Roman"/>
          <w:b/>
          <w:bCs/>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5D0BDB">
        <w:rPr>
          <w:rFonts w:ascii="Times New Roman" w:hAnsi="Times New Roman" w:cs="Times New Roman"/>
          <w:b/>
          <w:bCs/>
          <w:color w:val="000000"/>
          <w:sz w:val="24"/>
          <w:szCs w:val="24"/>
        </w:rPr>
        <w:t xml:space="preserve"> </w:t>
      </w:r>
      <w:r w:rsidRPr="005D0BDB">
        <w:rPr>
          <w:rFonts w:ascii="Times New Roman" w:hAnsi="Times New Roman" w:cs="Times New Roman"/>
          <w:color w:val="000000"/>
          <w:sz w:val="24"/>
          <w:szCs w:val="24"/>
        </w:rPr>
        <w:t xml:space="preserve">în temeiul art. 44 din Legea nr.100/2016 privind atribuirea contractelor de concesionare, declar pe proprie răspundere, sub sancțiunea falsului în declarații, următoarele: </w:t>
      </w:r>
    </w:p>
    <w:p w14:paraId="142A0833" w14:textId="77777777" w:rsidR="008B2EA6" w:rsidRPr="005D0BDB" w:rsidRDefault="008B2EA6" w:rsidP="008B2EA6">
      <w:pPr>
        <w:numPr>
          <w:ilvl w:val="0"/>
          <w:numId w:val="122"/>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 nu dețin părți sociale, părți de interes, acțiuni din capitalul subscris, ori a persoanelor care fac parte din consiliul de administrație/organul de conducere sau de supervizare al autorității contractante; </w:t>
      </w:r>
    </w:p>
    <w:p w14:paraId="2B89482C" w14:textId="77777777" w:rsidR="008B2EA6" w:rsidRPr="005D0BDB" w:rsidRDefault="008B2EA6" w:rsidP="008B2EA6">
      <w:pPr>
        <w:numPr>
          <w:ilvl w:val="0"/>
          <w:numId w:val="122"/>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b) nu sunt soț/soție, rudă sau afin, până la gradul al doilea inclusiv, cu persoane care fac parte din consiliul de administrație/organul de conducere sau de supervizare al autorității contractante; </w:t>
      </w:r>
    </w:p>
    <w:p w14:paraId="4CA289F0" w14:textId="77777777" w:rsidR="008B2EA6" w:rsidRPr="005D0BDB" w:rsidRDefault="008B2EA6" w:rsidP="008B2EA6">
      <w:pPr>
        <w:numPr>
          <w:ilvl w:val="0"/>
          <w:numId w:val="122"/>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nu am, direct ori indirect, un interes personal, financiar, economic sau de altă natură, nu mă aflu într-o altă situație de natură să afecteze independența și imparțialitatea entității contractante pe parcursul procesului de evaluare; </w:t>
      </w:r>
    </w:p>
    <w:p w14:paraId="1292A0BF" w14:textId="77777777" w:rsidR="008B2EA6" w:rsidRPr="005D0BDB" w:rsidRDefault="008B2EA6" w:rsidP="008B2EA6">
      <w:pPr>
        <w:numPr>
          <w:ilvl w:val="0"/>
          <w:numId w:val="122"/>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 nu am drept membri în cadrul consiliului de administrație/organul de conducere sau de supervizare și/sau nu am acționari ori asociați semnificativi persoane care sunt soț/soție, rudă sau afin până la gradul al doilea inclusiv ori care se află în relații comerciale cu persoane cu funcții de decizie în cadrul autorității contractante implicate în procedura de atribuire; </w:t>
      </w:r>
    </w:p>
    <w:p w14:paraId="1E2D69B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Precizam numele persoanelor ce dețin funcții de decizie din cadrul autorității contractante: </w:t>
      </w:r>
    </w:p>
    <w:p w14:paraId="4F3DA9BC"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Președinte ADI </w:t>
      </w:r>
    </w:p>
    <w:p w14:paraId="0BA56EBC"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6495E92D"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661F5D1B"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5C43B504"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e) nu am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implicate în procedura de atribuire. </w:t>
      </w:r>
    </w:p>
    <w:p w14:paraId="2C843CFC"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2. Subsemnatul ................................ declar că voi informa imediat entitatea contractantă dacă vor interveni modificări în prezenta declarație la orice punct pe parcursul derulării procedurii de atribuire a contractului de concesiune sau, în cazul în care vom fi desemnați câștigători, pe parcursul derulării contractului de concesiune. </w:t>
      </w:r>
    </w:p>
    <w:p w14:paraId="682463EA" w14:textId="77777777" w:rsidR="008B2EA6" w:rsidRPr="005D0BDB" w:rsidRDefault="008B2EA6" w:rsidP="008B2EA6">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5719F61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4. Subsemnatul autorizez prin prezenta orice instituție, societate comercială, bancă, alte persoane juridice să furnizeze informații reprezentanților autorizați ai autorității contractante cu privire la orice aspect tehnic şi financiar în legătură cu activitatea noastră. </w:t>
      </w:r>
    </w:p>
    <w:p w14:paraId="1A02309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10EC3B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______________ </w:t>
      </w:r>
    </w:p>
    <w:p w14:paraId="0E77C39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Operator economic, </w:t>
      </w:r>
    </w:p>
    <w:p w14:paraId="2397257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...............(numele operatorului economic) </w:t>
      </w:r>
    </w:p>
    <w:p w14:paraId="7885F7A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(numele persoanei autorizate și semnătura) </w:t>
      </w:r>
    </w:p>
    <w:p w14:paraId="467A1024"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Nota: se solicita atât ofertantului asociat, subcontractantului cat si terțului susținător</w:t>
      </w:r>
    </w:p>
    <w:p w14:paraId="53CA0C85" w14:textId="77777777" w:rsidR="008B2EA6" w:rsidRPr="005D0BDB" w:rsidRDefault="008B2EA6" w:rsidP="008B2EA6">
      <w:pPr>
        <w:jc w:val="both"/>
        <w:rPr>
          <w:rFonts w:ascii="Times New Roman" w:hAnsi="Times New Roman" w:cs="Times New Roman"/>
          <w:color w:val="000000"/>
          <w:sz w:val="24"/>
          <w:szCs w:val="24"/>
        </w:rPr>
      </w:pPr>
    </w:p>
    <w:p w14:paraId="094F232F" w14:textId="77777777" w:rsidR="008B2EA6" w:rsidRPr="005D0BDB" w:rsidRDefault="008B2EA6" w:rsidP="008B2EA6">
      <w:pPr>
        <w:pStyle w:val="Default"/>
        <w:numPr>
          <w:ilvl w:val="0"/>
          <w:numId w:val="116"/>
        </w:numPr>
        <w:spacing w:after="0" w:line="240" w:lineRule="auto"/>
        <w:ind w:right="-1"/>
        <w:jc w:val="both"/>
        <w:outlineLvl w:val="0"/>
      </w:pPr>
    </w:p>
    <w:p w14:paraId="3C0585E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i/>
          <w:iCs/>
          <w:color w:val="000000"/>
          <w:sz w:val="24"/>
          <w:szCs w:val="24"/>
        </w:rPr>
      </w:pPr>
    </w:p>
    <w:p w14:paraId="3AEE17B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Terț susținător financiar (denumirea</w:t>
      </w:r>
      <w:r w:rsidRPr="005D0BDB">
        <w:rPr>
          <w:rFonts w:ascii="Times New Roman" w:hAnsi="Times New Roman" w:cs="Times New Roman"/>
          <w:b/>
          <w:bCs/>
          <w:color w:val="000000"/>
          <w:sz w:val="24"/>
          <w:szCs w:val="24"/>
        </w:rPr>
        <w:t xml:space="preserve"> </w:t>
      </w:r>
    </w:p>
    <w:p w14:paraId="5B101DB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1451FB8F"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ANGAJAMENT TERȚ SUSȚINĂTOR FINANCIAR</w:t>
      </w:r>
    </w:p>
    <w:p w14:paraId="282C684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privind susținerea financiară a ofertantului .................................................. </w:t>
      </w:r>
    </w:p>
    <w:p w14:paraId="4AA84E2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Către, </w:t>
      </w:r>
    </w:p>
    <w:p w14:paraId="35CAB4B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Asociația de Dezvoltare Intercomunitară Sistem Integrat de Gestionare a  Deșeurilor Județul Arad, </w:t>
      </w:r>
    </w:p>
    <w:p w14:paraId="3C82963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78C95A0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Cu privire la procedura pentru atribuirea contractului " ............................................................ </w:t>
      </w:r>
      <w:r w:rsidRPr="005D0BDB">
        <w:rPr>
          <w:rFonts w:ascii="Times New Roman" w:hAnsi="Times New Roman" w:cs="Times New Roman"/>
          <w:i/>
          <w:iCs/>
          <w:color w:val="000000"/>
          <w:sz w:val="24"/>
          <w:szCs w:val="24"/>
        </w:rPr>
        <w:t xml:space="preserve">", </w:t>
      </w:r>
      <w:r w:rsidRPr="005D0BDB">
        <w:rPr>
          <w:rFonts w:ascii="Times New Roman" w:hAnsi="Times New Roman" w:cs="Times New Roman"/>
          <w:color w:val="000000"/>
          <w:sz w:val="24"/>
          <w:szCs w:val="24"/>
        </w:rPr>
        <w:t xml:space="preserve">noi </w:t>
      </w:r>
    </w:p>
    <w:p w14:paraId="5F8F922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având sediul înregistrat la............................... </w:t>
      </w:r>
    </w:p>
    <w:p w14:paraId="21E7240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w:t>
      </w:r>
      <w:r w:rsidRPr="005D0BDB">
        <w:rPr>
          <w:rFonts w:ascii="Times New Roman" w:hAnsi="Times New Roman" w:cs="Times New Roman"/>
          <w:i/>
          <w:iCs/>
          <w:color w:val="000000"/>
          <w:sz w:val="24"/>
          <w:szCs w:val="24"/>
        </w:rPr>
        <w:t xml:space="preserve">(adresa terțului susținător financiar), </w:t>
      </w:r>
      <w:r w:rsidRPr="005D0BDB">
        <w:rPr>
          <w:rFonts w:ascii="Times New Roman" w:hAnsi="Times New Roman" w:cs="Times New Roman"/>
          <w:color w:val="000000"/>
          <w:sz w:val="24"/>
          <w:szCs w:val="24"/>
        </w:rPr>
        <w:t xml:space="preserve">ne obligăm, în mod ferm, necondiționat și </w:t>
      </w:r>
    </w:p>
    <w:p w14:paraId="3B5D36E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irevocabil, să punem la dispoziția ................................. </w:t>
      </w:r>
      <w:r w:rsidRPr="005D0BDB">
        <w:rPr>
          <w:rFonts w:ascii="Times New Roman" w:hAnsi="Times New Roman" w:cs="Times New Roman"/>
          <w:i/>
          <w:iCs/>
          <w:color w:val="000000"/>
          <w:sz w:val="24"/>
          <w:szCs w:val="24"/>
        </w:rPr>
        <w:t xml:space="preserve">(denumirea ofertantului/grupului de operatori </w:t>
      </w:r>
    </w:p>
    <w:p w14:paraId="020FC4B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economici) </w:t>
      </w:r>
      <w:r w:rsidRPr="005D0BDB">
        <w:rPr>
          <w:rFonts w:ascii="Times New Roman" w:hAnsi="Times New Roman" w:cs="Times New Roman"/>
          <w:color w:val="000000"/>
          <w:sz w:val="24"/>
          <w:szCs w:val="24"/>
        </w:rPr>
        <w:t xml:space="preserve">toate resursele financiare necesare pentru îndeplinirea integrală și la termen a tuturor obligațiilor asumate de acesta/aceștia conform ofertei prezentate și contractului ce urmează a fi încheiat între ofertant și entitatea contractantă. </w:t>
      </w:r>
    </w:p>
    <w:p w14:paraId="31F9511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Acordarea susținerii financiare nu implică alte costuri pentru achizitor, cu excepția celor care au fost incluse în propunerea financiară. </w:t>
      </w:r>
    </w:p>
    <w:p w14:paraId="44A84E8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acest sens, ne obligăm în mod ferm, necondiționat și irevocabil, să punem la dispoziția ................................................... </w:t>
      </w:r>
      <w:r w:rsidRPr="005D0BDB">
        <w:rPr>
          <w:rFonts w:ascii="Times New Roman" w:hAnsi="Times New Roman" w:cs="Times New Roman"/>
          <w:i/>
          <w:iCs/>
          <w:color w:val="000000"/>
          <w:sz w:val="24"/>
          <w:szCs w:val="24"/>
        </w:rPr>
        <w:t xml:space="preserve">(denumirea ofertantului/grupului de operatori economici) </w:t>
      </w:r>
    </w:p>
    <w:p w14:paraId="07D8540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 va completa, după caz] </w:t>
      </w:r>
    </w:p>
    <w:p w14:paraId="111B532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suma de ................................................................................. ....... </w:t>
      </w:r>
      <w:r w:rsidRPr="005D0BDB">
        <w:rPr>
          <w:rFonts w:ascii="Times New Roman" w:hAnsi="Times New Roman" w:cs="Times New Roman"/>
          <w:i/>
          <w:iCs/>
          <w:color w:val="000000"/>
          <w:sz w:val="24"/>
          <w:szCs w:val="24"/>
        </w:rPr>
        <w:t xml:space="preserve">(valoarea totală/parțială din propunerea </w:t>
      </w:r>
    </w:p>
    <w:p w14:paraId="6050C54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financiară), </w:t>
      </w:r>
      <w:r w:rsidRPr="005D0BDB">
        <w:rPr>
          <w:rFonts w:ascii="Times New Roman" w:hAnsi="Times New Roman" w:cs="Times New Roman"/>
          <w:color w:val="000000"/>
          <w:sz w:val="24"/>
          <w:szCs w:val="24"/>
        </w:rPr>
        <w:t xml:space="preserve">necesară pentru îndeplinirea integrală, reglementară și la termen a contractului de achiziție publică. </w:t>
      </w:r>
    </w:p>
    <w:p w14:paraId="15ACCF5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(sau) </w:t>
      </w:r>
    </w:p>
    <w:p w14:paraId="219A3BC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cifra de afaceri în sumă de ....................................................................... ......., necesară pentru îndeplinirea </w:t>
      </w:r>
    </w:p>
    <w:p w14:paraId="34F51E7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cerinței minime de calificare referitoare la cifra de afaceri. </w:t>
      </w:r>
    </w:p>
    <w:p w14:paraId="3A9E596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declarăm că înțelegem să răspundem față de entitatea contractantă pentru neexecutarea oricărei obligații asumate de </w:t>
      </w:r>
      <w:r w:rsidRPr="005D0BDB">
        <w:rPr>
          <w:rFonts w:ascii="Times New Roman" w:hAnsi="Times New Roman" w:cs="Times New Roman"/>
          <w:i/>
          <w:iCs/>
          <w:color w:val="000000"/>
          <w:sz w:val="24"/>
          <w:szCs w:val="24"/>
        </w:rPr>
        <w:t xml:space="preserve">(denumirea ofertantului/grupului de operatori economici), </w:t>
      </w:r>
      <w:r w:rsidRPr="005D0BDB">
        <w:rPr>
          <w:rFonts w:ascii="Times New Roman" w:hAnsi="Times New Roman" w:cs="Times New Roman"/>
          <w:color w:val="000000"/>
          <w:sz w:val="24"/>
          <w:szCs w:val="24"/>
        </w:rPr>
        <w:t xml:space="preserve">în baza contractului de achiziție publică și pentru care </w:t>
      </w:r>
      <w:r w:rsidRPr="005D0BDB">
        <w:rPr>
          <w:rFonts w:ascii="Times New Roman" w:hAnsi="Times New Roman" w:cs="Times New Roman"/>
          <w:i/>
          <w:iCs/>
          <w:color w:val="000000"/>
          <w:sz w:val="24"/>
          <w:szCs w:val="24"/>
        </w:rPr>
        <w:t xml:space="preserve">(denumirea ofertantului/grupului de operatori economici) </w:t>
      </w:r>
      <w:r w:rsidRPr="005D0BDB">
        <w:rPr>
          <w:rFonts w:ascii="Times New Roman" w:hAnsi="Times New Roman" w:cs="Times New Roman"/>
          <w:color w:val="000000"/>
          <w:sz w:val="24"/>
          <w:szCs w:val="24"/>
        </w:rPr>
        <w:t>a primit susținerea financiară conform prezentului angajament, renunțând în acest sens, definitiv și irevocabil, la invocarea beneficiului de diviziune sau discuțiune</w:t>
      </w:r>
      <w:r w:rsidRPr="005D0BDB">
        <w:rPr>
          <w:rFonts w:ascii="Times New Roman" w:hAnsi="Times New Roman" w:cs="Times New Roman"/>
          <w:i/>
          <w:iCs/>
          <w:color w:val="000000"/>
          <w:sz w:val="24"/>
          <w:szCs w:val="24"/>
        </w:rPr>
        <w:t xml:space="preserve">. </w:t>
      </w:r>
    </w:p>
    <w:p w14:paraId="67D98C2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declarăm că înțelegem să renunțam definitiv și irevocabil la dreptul de a invoca orice excepție de neexecutare, atât față de entitatea contractantă, cât și față de ......... ..................................... (denumirea ofertantului/grupului de operatori economici), care ar putea conduce la neexecutarea, parțială sau totală, sau la executarea cu întârziere sau în mod necorespunzător a obligațiilor asumate de noi prin prezentul angajament. </w:t>
      </w:r>
    </w:p>
    <w:p w14:paraId="1FE2A10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(denumirea terțului susținător financiar), declarăm că înțelegem să răspundem pentru prejudiciile cauzate entității contractante ca urmare a nerespectării obligațiilor prevăzute în angajament. </w:t>
      </w:r>
    </w:p>
    <w:p w14:paraId="5448D38C"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w:t>
      </w:r>
      <w:r w:rsidRPr="005D0BDB">
        <w:rPr>
          <w:rFonts w:ascii="Times New Roman" w:hAnsi="Times New Roman" w:cs="Times New Roman"/>
          <w:color w:val="000000"/>
          <w:sz w:val="24"/>
          <w:szCs w:val="24"/>
        </w:rPr>
        <w:lastRenderedPageBreak/>
        <w:t>îndeplinirea de către noi a anumitor obligații care decurg din susținerea financiară acordată ................................................... (denumirea ofertantului/grupului de operatori economici)</w:t>
      </w:r>
      <w:r w:rsidRPr="005D0BDB">
        <w:rPr>
          <w:rFonts w:ascii="Times New Roman" w:hAnsi="Times New Roman" w:cs="Times New Roman"/>
          <w:i/>
          <w:iCs/>
          <w:color w:val="000000"/>
          <w:sz w:val="24"/>
          <w:szCs w:val="24"/>
        </w:rPr>
        <w:t xml:space="preserve">. </w:t>
      </w:r>
    </w:p>
    <w:p w14:paraId="08E896A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5DE9252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 </w:t>
      </w:r>
    </w:p>
    <w:p w14:paraId="5442BC0E"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(semnătură autorizată)</w:t>
      </w:r>
    </w:p>
    <w:p w14:paraId="1F354718" w14:textId="77777777" w:rsidR="008B2EA6" w:rsidRPr="005D0BDB" w:rsidRDefault="008B2EA6" w:rsidP="008B2EA6">
      <w:pPr>
        <w:jc w:val="both"/>
        <w:rPr>
          <w:rFonts w:ascii="Times New Roman" w:hAnsi="Times New Roman" w:cs="Times New Roman"/>
          <w:color w:val="000000"/>
          <w:sz w:val="24"/>
          <w:szCs w:val="24"/>
        </w:rPr>
      </w:pPr>
    </w:p>
    <w:p w14:paraId="59F52DAC" w14:textId="77777777" w:rsidR="008B2EA6" w:rsidRPr="005D0BDB" w:rsidRDefault="008B2EA6" w:rsidP="008B2EA6">
      <w:pPr>
        <w:jc w:val="both"/>
        <w:rPr>
          <w:rFonts w:ascii="Times New Roman" w:hAnsi="Times New Roman" w:cs="Times New Roman"/>
          <w:color w:val="000000"/>
          <w:sz w:val="24"/>
          <w:szCs w:val="24"/>
        </w:rPr>
      </w:pPr>
    </w:p>
    <w:p w14:paraId="2DE6040A" w14:textId="77777777" w:rsidR="008B2EA6" w:rsidRPr="005D0BDB" w:rsidRDefault="008B2EA6" w:rsidP="008B2EA6">
      <w:pPr>
        <w:jc w:val="both"/>
        <w:rPr>
          <w:rFonts w:ascii="Times New Roman" w:hAnsi="Times New Roman" w:cs="Times New Roman"/>
          <w:color w:val="000000"/>
          <w:sz w:val="24"/>
          <w:szCs w:val="24"/>
        </w:rPr>
      </w:pPr>
    </w:p>
    <w:p w14:paraId="6C35C454" w14:textId="77777777" w:rsidR="008B2EA6" w:rsidRPr="005D0BDB" w:rsidRDefault="008B2EA6" w:rsidP="008B2EA6">
      <w:pPr>
        <w:jc w:val="both"/>
        <w:rPr>
          <w:rFonts w:ascii="Times New Roman" w:hAnsi="Times New Roman" w:cs="Times New Roman"/>
          <w:color w:val="000000"/>
          <w:sz w:val="24"/>
          <w:szCs w:val="24"/>
        </w:rPr>
      </w:pPr>
    </w:p>
    <w:p w14:paraId="65B9BC68" w14:textId="77777777" w:rsidR="008B2EA6" w:rsidRPr="005D0BDB" w:rsidRDefault="008B2EA6" w:rsidP="008B2EA6">
      <w:pPr>
        <w:jc w:val="both"/>
        <w:rPr>
          <w:rFonts w:ascii="Times New Roman" w:hAnsi="Times New Roman" w:cs="Times New Roman"/>
          <w:color w:val="000000"/>
          <w:sz w:val="24"/>
          <w:szCs w:val="24"/>
        </w:rPr>
      </w:pPr>
    </w:p>
    <w:p w14:paraId="217DBF38" w14:textId="77777777" w:rsidR="008B2EA6" w:rsidRPr="005D0BDB" w:rsidRDefault="008B2EA6" w:rsidP="008B2EA6">
      <w:pPr>
        <w:jc w:val="both"/>
        <w:rPr>
          <w:rFonts w:ascii="Times New Roman" w:hAnsi="Times New Roman" w:cs="Times New Roman"/>
          <w:color w:val="000000"/>
          <w:sz w:val="24"/>
          <w:szCs w:val="24"/>
        </w:rPr>
      </w:pPr>
    </w:p>
    <w:p w14:paraId="701D8E39" w14:textId="77777777" w:rsidR="008B2EA6" w:rsidRPr="005D0BDB" w:rsidRDefault="008B2EA6" w:rsidP="008B2EA6">
      <w:pPr>
        <w:jc w:val="both"/>
        <w:rPr>
          <w:rFonts w:ascii="Times New Roman" w:hAnsi="Times New Roman" w:cs="Times New Roman"/>
          <w:color w:val="000000"/>
          <w:sz w:val="24"/>
          <w:szCs w:val="24"/>
        </w:rPr>
      </w:pPr>
    </w:p>
    <w:p w14:paraId="38E61A77" w14:textId="77777777" w:rsidR="008B2EA6" w:rsidRPr="005D0BDB" w:rsidRDefault="008B2EA6" w:rsidP="008B2EA6">
      <w:pPr>
        <w:jc w:val="both"/>
        <w:rPr>
          <w:rFonts w:ascii="Times New Roman" w:hAnsi="Times New Roman" w:cs="Times New Roman"/>
          <w:color w:val="000000"/>
          <w:sz w:val="24"/>
          <w:szCs w:val="24"/>
        </w:rPr>
      </w:pPr>
    </w:p>
    <w:p w14:paraId="6E922783" w14:textId="77777777" w:rsidR="008B2EA6" w:rsidRPr="005D0BDB" w:rsidRDefault="008B2EA6" w:rsidP="008B2EA6">
      <w:pPr>
        <w:jc w:val="both"/>
        <w:rPr>
          <w:rFonts w:ascii="Times New Roman" w:hAnsi="Times New Roman" w:cs="Times New Roman"/>
          <w:color w:val="000000"/>
          <w:sz w:val="24"/>
          <w:szCs w:val="24"/>
        </w:rPr>
      </w:pPr>
    </w:p>
    <w:p w14:paraId="7802B616" w14:textId="77777777" w:rsidR="008B2EA6" w:rsidRPr="005D0BDB" w:rsidRDefault="008B2EA6" w:rsidP="008B2EA6">
      <w:pPr>
        <w:jc w:val="both"/>
        <w:rPr>
          <w:rFonts w:ascii="Times New Roman" w:hAnsi="Times New Roman" w:cs="Times New Roman"/>
          <w:color w:val="000000"/>
          <w:sz w:val="24"/>
          <w:szCs w:val="24"/>
        </w:rPr>
      </w:pPr>
    </w:p>
    <w:p w14:paraId="1B10609B" w14:textId="77777777" w:rsidR="008B2EA6" w:rsidRPr="005D0BDB" w:rsidRDefault="008B2EA6" w:rsidP="008B2EA6">
      <w:pPr>
        <w:jc w:val="both"/>
        <w:rPr>
          <w:rFonts w:ascii="Times New Roman" w:hAnsi="Times New Roman" w:cs="Times New Roman"/>
          <w:color w:val="000000"/>
          <w:sz w:val="24"/>
          <w:szCs w:val="24"/>
        </w:rPr>
      </w:pPr>
    </w:p>
    <w:p w14:paraId="5E56E277" w14:textId="77777777" w:rsidR="008B2EA6" w:rsidRPr="005D0BDB" w:rsidRDefault="008B2EA6" w:rsidP="008B2EA6">
      <w:pPr>
        <w:jc w:val="both"/>
        <w:rPr>
          <w:rFonts w:ascii="Times New Roman" w:hAnsi="Times New Roman" w:cs="Times New Roman"/>
          <w:color w:val="000000"/>
          <w:sz w:val="24"/>
          <w:szCs w:val="24"/>
        </w:rPr>
      </w:pPr>
    </w:p>
    <w:p w14:paraId="463AC5FF" w14:textId="77777777" w:rsidR="008B2EA6" w:rsidRPr="005D0BDB" w:rsidRDefault="008B2EA6" w:rsidP="008B2EA6">
      <w:pPr>
        <w:jc w:val="both"/>
        <w:rPr>
          <w:rFonts w:ascii="Times New Roman" w:hAnsi="Times New Roman" w:cs="Times New Roman"/>
          <w:color w:val="000000"/>
          <w:sz w:val="24"/>
          <w:szCs w:val="24"/>
        </w:rPr>
      </w:pPr>
    </w:p>
    <w:p w14:paraId="57CAAE83" w14:textId="77777777" w:rsidR="008B2EA6" w:rsidRPr="005D0BDB" w:rsidRDefault="008B2EA6" w:rsidP="008B2EA6">
      <w:pPr>
        <w:jc w:val="both"/>
        <w:rPr>
          <w:rFonts w:ascii="Times New Roman" w:hAnsi="Times New Roman" w:cs="Times New Roman"/>
          <w:color w:val="000000"/>
          <w:sz w:val="24"/>
          <w:szCs w:val="24"/>
        </w:rPr>
      </w:pPr>
    </w:p>
    <w:p w14:paraId="1595C07E" w14:textId="77777777" w:rsidR="008B2EA6" w:rsidRPr="005D0BDB" w:rsidRDefault="008B2EA6" w:rsidP="008B2EA6">
      <w:pPr>
        <w:jc w:val="both"/>
        <w:rPr>
          <w:rFonts w:ascii="Times New Roman" w:hAnsi="Times New Roman" w:cs="Times New Roman"/>
          <w:color w:val="000000"/>
          <w:sz w:val="24"/>
          <w:szCs w:val="24"/>
        </w:rPr>
      </w:pPr>
    </w:p>
    <w:p w14:paraId="2D0660A4" w14:textId="77777777" w:rsidR="008B2EA6" w:rsidRPr="005D0BDB" w:rsidRDefault="008B2EA6" w:rsidP="008B2EA6">
      <w:pPr>
        <w:jc w:val="both"/>
        <w:rPr>
          <w:rFonts w:ascii="Times New Roman" w:hAnsi="Times New Roman" w:cs="Times New Roman"/>
          <w:color w:val="000000"/>
          <w:sz w:val="24"/>
          <w:szCs w:val="24"/>
        </w:rPr>
      </w:pPr>
    </w:p>
    <w:p w14:paraId="68B63643" w14:textId="77777777" w:rsidR="008B2EA6" w:rsidRPr="005D0BDB" w:rsidRDefault="008B2EA6" w:rsidP="008B2EA6">
      <w:pPr>
        <w:jc w:val="both"/>
        <w:rPr>
          <w:rFonts w:ascii="Times New Roman" w:hAnsi="Times New Roman" w:cs="Times New Roman"/>
          <w:color w:val="000000"/>
          <w:sz w:val="24"/>
          <w:szCs w:val="24"/>
        </w:rPr>
      </w:pPr>
    </w:p>
    <w:p w14:paraId="314C9B81" w14:textId="77777777" w:rsidR="008B2EA6" w:rsidRPr="005D0BDB" w:rsidRDefault="008B2EA6" w:rsidP="008B2EA6">
      <w:pPr>
        <w:jc w:val="both"/>
        <w:rPr>
          <w:rFonts w:ascii="Times New Roman" w:hAnsi="Times New Roman" w:cs="Times New Roman"/>
          <w:color w:val="000000"/>
          <w:sz w:val="24"/>
          <w:szCs w:val="24"/>
        </w:rPr>
      </w:pPr>
    </w:p>
    <w:p w14:paraId="62F684AB" w14:textId="77777777" w:rsidR="008B2EA6" w:rsidRPr="005D0BDB" w:rsidRDefault="008B2EA6" w:rsidP="008B2EA6">
      <w:pPr>
        <w:jc w:val="both"/>
        <w:rPr>
          <w:rFonts w:ascii="Times New Roman" w:hAnsi="Times New Roman" w:cs="Times New Roman"/>
          <w:color w:val="000000"/>
          <w:sz w:val="24"/>
          <w:szCs w:val="24"/>
        </w:rPr>
      </w:pPr>
    </w:p>
    <w:p w14:paraId="264C8809" w14:textId="77777777" w:rsidR="008B2EA6" w:rsidRPr="005D0BDB" w:rsidRDefault="008B2EA6" w:rsidP="008B2EA6">
      <w:pPr>
        <w:jc w:val="both"/>
        <w:rPr>
          <w:rFonts w:ascii="Times New Roman" w:hAnsi="Times New Roman" w:cs="Times New Roman"/>
          <w:color w:val="000000"/>
          <w:sz w:val="24"/>
          <w:szCs w:val="24"/>
        </w:rPr>
      </w:pPr>
    </w:p>
    <w:p w14:paraId="610B9B08" w14:textId="77777777" w:rsidR="008B2EA6" w:rsidRPr="005D0BDB" w:rsidRDefault="008B2EA6" w:rsidP="008B2EA6">
      <w:pPr>
        <w:jc w:val="both"/>
        <w:rPr>
          <w:rFonts w:ascii="Times New Roman" w:hAnsi="Times New Roman" w:cs="Times New Roman"/>
          <w:color w:val="000000"/>
          <w:sz w:val="24"/>
          <w:szCs w:val="24"/>
        </w:rPr>
      </w:pPr>
    </w:p>
    <w:p w14:paraId="154772FA" w14:textId="77777777" w:rsidR="008B2EA6" w:rsidRPr="005D0BDB" w:rsidRDefault="008B2EA6" w:rsidP="008B2EA6">
      <w:pPr>
        <w:jc w:val="both"/>
        <w:rPr>
          <w:rFonts w:ascii="Times New Roman" w:hAnsi="Times New Roman" w:cs="Times New Roman"/>
          <w:color w:val="000000"/>
          <w:sz w:val="24"/>
          <w:szCs w:val="24"/>
        </w:rPr>
      </w:pPr>
    </w:p>
    <w:p w14:paraId="711297F7" w14:textId="77777777" w:rsidR="008B2EA6" w:rsidRPr="005D0BDB" w:rsidRDefault="008B2EA6" w:rsidP="008B2EA6">
      <w:pPr>
        <w:jc w:val="both"/>
        <w:rPr>
          <w:rFonts w:ascii="Times New Roman" w:hAnsi="Times New Roman" w:cs="Times New Roman"/>
          <w:color w:val="000000"/>
          <w:sz w:val="24"/>
          <w:szCs w:val="24"/>
        </w:rPr>
      </w:pPr>
    </w:p>
    <w:p w14:paraId="715CD2F1" w14:textId="77777777" w:rsidR="008B2EA6" w:rsidRPr="005D0BDB" w:rsidRDefault="008B2EA6" w:rsidP="008B2EA6">
      <w:pPr>
        <w:jc w:val="both"/>
        <w:rPr>
          <w:rFonts w:ascii="Times New Roman" w:hAnsi="Times New Roman" w:cs="Times New Roman"/>
          <w:color w:val="000000"/>
          <w:sz w:val="24"/>
          <w:szCs w:val="24"/>
        </w:rPr>
      </w:pPr>
    </w:p>
    <w:p w14:paraId="11155D44" w14:textId="77777777" w:rsidR="008B2EA6" w:rsidRPr="005D0BDB" w:rsidRDefault="008B2EA6" w:rsidP="008B2EA6">
      <w:pPr>
        <w:jc w:val="both"/>
        <w:rPr>
          <w:rFonts w:ascii="Times New Roman" w:hAnsi="Times New Roman" w:cs="Times New Roman"/>
          <w:color w:val="000000"/>
          <w:sz w:val="24"/>
          <w:szCs w:val="24"/>
        </w:rPr>
      </w:pPr>
    </w:p>
    <w:p w14:paraId="7BA7BAF6" w14:textId="77777777" w:rsidR="008B2EA6" w:rsidRPr="005D0BDB" w:rsidRDefault="008B2EA6" w:rsidP="008B2EA6">
      <w:pPr>
        <w:jc w:val="both"/>
        <w:rPr>
          <w:rFonts w:ascii="Times New Roman" w:hAnsi="Times New Roman" w:cs="Times New Roman"/>
          <w:color w:val="000000"/>
          <w:sz w:val="24"/>
          <w:szCs w:val="24"/>
        </w:rPr>
      </w:pPr>
    </w:p>
    <w:p w14:paraId="6CBC7796" w14:textId="77777777" w:rsidR="008B2EA6" w:rsidRPr="005D0BDB" w:rsidRDefault="008B2EA6" w:rsidP="008B2EA6">
      <w:pPr>
        <w:jc w:val="both"/>
        <w:rPr>
          <w:rFonts w:ascii="Times New Roman" w:hAnsi="Times New Roman" w:cs="Times New Roman"/>
          <w:color w:val="000000"/>
          <w:sz w:val="24"/>
          <w:szCs w:val="24"/>
        </w:rPr>
      </w:pPr>
    </w:p>
    <w:p w14:paraId="15449807" w14:textId="77777777" w:rsidR="008B2EA6" w:rsidRPr="005D0BDB" w:rsidRDefault="008B2EA6" w:rsidP="008B2EA6">
      <w:pPr>
        <w:jc w:val="both"/>
        <w:rPr>
          <w:rFonts w:ascii="Times New Roman" w:hAnsi="Times New Roman" w:cs="Times New Roman"/>
          <w:color w:val="000000"/>
          <w:sz w:val="24"/>
          <w:szCs w:val="24"/>
        </w:rPr>
      </w:pPr>
    </w:p>
    <w:p w14:paraId="0388F2A1" w14:textId="77777777" w:rsidR="008B2EA6" w:rsidRPr="005D0BDB" w:rsidRDefault="008B2EA6" w:rsidP="008B2EA6">
      <w:pPr>
        <w:jc w:val="both"/>
        <w:rPr>
          <w:rFonts w:ascii="Times New Roman" w:hAnsi="Times New Roman" w:cs="Times New Roman"/>
          <w:color w:val="000000"/>
          <w:sz w:val="24"/>
          <w:szCs w:val="24"/>
        </w:rPr>
      </w:pPr>
    </w:p>
    <w:p w14:paraId="37D0B2CD" w14:textId="77777777" w:rsidR="008B2EA6" w:rsidRPr="005D0BDB" w:rsidRDefault="008B2EA6" w:rsidP="008B2EA6">
      <w:pPr>
        <w:pStyle w:val="Default"/>
        <w:numPr>
          <w:ilvl w:val="0"/>
          <w:numId w:val="116"/>
        </w:numPr>
        <w:spacing w:after="0" w:line="240" w:lineRule="auto"/>
        <w:ind w:right="-1"/>
        <w:jc w:val="both"/>
        <w:outlineLvl w:val="0"/>
      </w:pPr>
    </w:p>
    <w:p w14:paraId="5C6831AC" w14:textId="77777777" w:rsidR="008B2EA6" w:rsidRPr="005D0BDB" w:rsidRDefault="008B2EA6" w:rsidP="008B2EA6">
      <w:pPr>
        <w:jc w:val="both"/>
        <w:rPr>
          <w:rFonts w:ascii="Times New Roman" w:hAnsi="Times New Roman" w:cs="Times New Roman"/>
          <w:sz w:val="24"/>
          <w:szCs w:val="24"/>
        </w:rPr>
      </w:pPr>
    </w:p>
    <w:p w14:paraId="24466D1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Terț susținător economic și financiar (denumirea) </w:t>
      </w:r>
    </w:p>
    <w:p w14:paraId="3CD43B3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34F06C5F"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067A459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TERȚ SUSȚINĂTOR ECONOMIC ȘI FINANCIAR</w:t>
      </w:r>
    </w:p>
    <w:p w14:paraId="1BCD6E5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330F562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p w14:paraId="6E67E4E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împuternicit al ... ................................................ </w:t>
      </w:r>
    </w:p>
    <w:p w14:paraId="22C4BB7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(denumirea terțului susținător economic și financiar), </w:t>
      </w:r>
      <w:r w:rsidRPr="005D0BDB">
        <w:rPr>
          <w:rFonts w:ascii="Times New Roman" w:hAnsi="Times New Roman" w:cs="Times New Roman"/>
          <w:color w:val="000000"/>
          <w:sz w:val="24"/>
          <w:szCs w:val="24"/>
        </w:rPr>
        <w:t xml:space="preserve">declar pe propria răspundere, sub sancțiunile aplicabile faptei de fals în acte publice, că datele prezentate în tabelul anexat privind resursele economico-financiare de care dispun și care urmează a fi efectiv puse la dispoziția ofertantului </w:t>
      </w:r>
    </w:p>
    <w:p w14:paraId="7057DC4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 </w:t>
      </w:r>
      <w:r w:rsidRPr="005D0BDB">
        <w:rPr>
          <w:rFonts w:ascii="Times New Roman" w:hAnsi="Times New Roman" w:cs="Times New Roman"/>
          <w:b/>
          <w:bCs/>
          <w:i/>
          <w:iCs/>
          <w:color w:val="000000"/>
          <w:sz w:val="24"/>
          <w:szCs w:val="24"/>
        </w:rPr>
        <w:t xml:space="preserve">(denumirea ofertantului) </w:t>
      </w:r>
      <w:r w:rsidRPr="005D0BDB">
        <w:rPr>
          <w:rFonts w:ascii="Times New Roman" w:hAnsi="Times New Roman" w:cs="Times New Roman"/>
          <w:color w:val="000000"/>
          <w:sz w:val="24"/>
          <w:szCs w:val="24"/>
        </w:rPr>
        <w:t xml:space="preserve">pentru îndeplinirea contractului </w:t>
      </w:r>
      <w:r w:rsidRPr="005D0BDB">
        <w:rPr>
          <w:rFonts w:ascii="Times New Roman" w:hAnsi="Times New Roman" w:cs="Times New Roman"/>
          <w:b/>
          <w:bCs/>
          <w:color w:val="000000"/>
          <w:sz w:val="24"/>
          <w:szCs w:val="24"/>
        </w:rPr>
        <w:t xml:space="preserve">" </w:t>
      </w:r>
      <w:r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 xml:space="preserve">" </w:t>
      </w:r>
    </w:p>
    <w:p w14:paraId="75AB78A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sunt reale. </w:t>
      </w:r>
    </w:p>
    <w:p w14:paraId="4E4049C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Declar, de asemenea, că vom disponibiliza aceste resurse necondiționat, în funcție de necesitățile care vor apărea pe parcursul îndeplinirii contractului "................................................................................", precum și că modul în care vom interveni în implementarea contractului, dacă este necesar, va consta </w:t>
      </w:r>
      <w:r w:rsidRPr="005D0BDB">
        <w:rPr>
          <w:rFonts w:ascii="Times New Roman" w:hAnsi="Times New Roman" w:cs="Times New Roman"/>
          <w:b/>
          <w:bCs/>
          <w:i/>
          <w:iCs/>
          <w:color w:val="000000"/>
          <w:sz w:val="24"/>
          <w:szCs w:val="24"/>
        </w:rPr>
        <w:t xml:space="preserve">în </w:t>
      </w:r>
      <w:r w:rsidRPr="005D0BDB">
        <w:rPr>
          <w:rFonts w:ascii="Times New Roman" w:hAnsi="Times New Roman" w:cs="Times New Roman"/>
          <w:color w:val="000000"/>
          <w:sz w:val="24"/>
          <w:szCs w:val="24"/>
        </w:rPr>
        <w:t>(se va preciza modul concret în care terțul susținător va interveni în implementarea contractului)</w:t>
      </w:r>
      <w:r w:rsidRPr="005D0BDB">
        <w:rPr>
          <w:rFonts w:ascii="Times New Roman" w:hAnsi="Times New Roman" w:cs="Times New Roman"/>
          <w:b/>
          <w:bCs/>
          <w:i/>
          <w:iCs/>
          <w:color w:val="000000"/>
          <w:sz w:val="24"/>
          <w:szCs w:val="24"/>
        </w:rPr>
        <w:t xml:space="preserve">. </w:t>
      </w:r>
    </w:p>
    <w:p w14:paraId="135A35A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LISTA resurselor economico-financiare care urmează a fi efectiv puse la dispoziție ofertantului pentru îndeplinirea contractului de achiziție publică </w:t>
      </w:r>
    </w:p>
    <w:p w14:paraId="06C9E90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55"/>
        <w:gridCol w:w="1955"/>
        <w:gridCol w:w="1955"/>
      </w:tblGrid>
      <w:tr w:rsidR="008B2EA6" w:rsidRPr="005D0BDB" w14:paraId="42496E35" w14:textId="77777777" w:rsidTr="00E152C8">
        <w:trPr>
          <w:trHeight w:val="81"/>
          <w:jc w:val="center"/>
        </w:trPr>
        <w:tc>
          <w:tcPr>
            <w:tcW w:w="1955" w:type="dxa"/>
          </w:tcPr>
          <w:p w14:paraId="0AFE1182"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 </w:t>
            </w:r>
            <w:r w:rsidRPr="005D0BDB">
              <w:rPr>
                <w:rFonts w:ascii="Times New Roman" w:hAnsi="Times New Roman" w:cs="Times New Roman"/>
                <w:b/>
                <w:bCs/>
                <w:i/>
                <w:iCs/>
                <w:color w:val="000000"/>
                <w:sz w:val="24"/>
                <w:szCs w:val="24"/>
              </w:rPr>
              <w:t>(semnătură autorizată)</w:t>
            </w:r>
            <w:r w:rsidRPr="005D0BDB">
              <w:rPr>
                <w:rFonts w:ascii="Times New Roman" w:hAnsi="Times New Roman" w:cs="Times New Roman"/>
                <w:color w:val="000000"/>
                <w:sz w:val="24"/>
                <w:szCs w:val="24"/>
              </w:rPr>
              <w:t xml:space="preserve">Nr. crt. </w:t>
            </w:r>
          </w:p>
        </w:tc>
        <w:tc>
          <w:tcPr>
            <w:tcW w:w="1955" w:type="dxa"/>
          </w:tcPr>
          <w:p w14:paraId="4FF258C8"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Denumire </w:t>
            </w:r>
          </w:p>
        </w:tc>
        <w:tc>
          <w:tcPr>
            <w:tcW w:w="1955" w:type="dxa"/>
          </w:tcPr>
          <w:p w14:paraId="1F44BF1C"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Valoare </w:t>
            </w:r>
          </w:p>
        </w:tc>
        <w:tc>
          <w:tcPr>
            <w:tcW w:w="1955" w:type="dxa"/>
          </w:tcPr>
          <w:p w14:paraId="2B644F78"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Forma de constituire </w:t>
            </w:r>
          </w:p>
        </w:tc>
      </w:tr>
    </w:tbl>
    <w:p w14:paraId="1615C94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i/>
          <w:iCs/>
          <w:color w:val="000000"/>
          <w:sz w:val="24"/>
          <w:szCs w:val="24"/>
        </w:rPr>
      </w:pPr>
    </w:p>
    <w:p w14:paraId="5CD6D94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Prezenta declarație este anexă la „Angajamentul ferm" privind susținerea noastră economico- financiară oferită ..................................................................................... </w:t>
      </w:r>
    </w:p>
    <w:p w14:paraId="395AF6C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i/>
          <w:iCs/>
          <w:color w:val="000000"/>
          <w:sz w:val="24"/>
          <w:szCs w:val="24"/>
        </w:rPr>
      </w:pPr>
    </w:p>
    <w:p w14:paraId="71BAE72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i/>
          <w:iCs/>
          <w:color w:val="000000"/>
          <w:sz w:val="24"/>
          <w:szCs w:val="24"/>
        </w:rPr>
      </w:pPr>
    </w:p>
    <w:p w14:paraId="2A434E8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(denumirea ofertantului/grupului de operatori economici). </w:t>
      </w:r>
    </w:p>
    <w:p w14:paraId="7327D506" w14:textId="77777777" w:rsidR="008B2EA6" w:rsidRPr="005D0BDB" w:rsidRDefault="008B2EA6" w:rsidP="008B2EA6">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Data completării: ....................................</w:t>
      </w:r>
    </w:p>
    <w:p w14:paraId="5A24346D" w14:textId="77777777" w:rsidR="008B2EA6" w:rsidRPr="005D0BDB" w:rsidRDefault="008B2EA6" w:rsidP="008B2EA6">
      <w:pPr>
        <w:jc w:val="both"/>
        <w:rPr>
          <w:rFonts w:ascii="Times New Roman" w:hAnsi="Times New Roman" w:cs="Times New Roman"/>
          <w:color w:val="000000"/>
          <w:sz w:val="24"/>
          <w:szCs w:val="24"/>
        </w:rPr>
      </w:pPr>
    </w:p>
    <w:p w14:paraId="39FC0D2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15910C3A" w14:textId="77777777" w:rsidR="008B2EA6" w:rsidRPr="005D0BDB" w:rsidRDefault="008B2EA6" w:rsidP="008B2EA6">
      <w:pPr>
        <w:pStyle w:val="Default"/>
        <w:numPr>
          <w:ilvl w:val="0"/>
          <w:numId w:val="116"/>
        </w:numPr>
        <w:spacing w:after="0" w:line="240" w:lineRule="auto"/>
        <w:ind w:right="-1"/>
        <w:jc w:val="both"/>
        <w:outlineLvl w:val="0"/>
      </w:pPr>
    </w:p>
    <w:p w14:paraId="788EC0FE" w14:textId="77777777" w:rsidR="008B2EA6" w:rsidRPr="005D0BDB" w:rsidRDefault="008B2EA6" w:rsidP="008B2EA6">
      <w:pPr>
        <w:jc w:val="both"/>
        <w:rPr>
          <w:rFonts w:ascii="Times New Roman" w:hAnsi="Times New Roman" w:cs="Times New Roman"/>
          <w:sz w:val="24"/>
          <w:szCs w:val="24"/>
        </w:rPr>
      </w:pPr>
    </w:p>
    <w:p w14:paraId="178ECBC2" w14:textId="77777777" w:rsidR="008B2EA6" w:rsidRPr="005D0BDB" w:rsidRDefault="008B2EA6" w:rsidP="008B2EA6">
      <w:pPr>
        <w:jc w:val="both"/>
        <w:rPr>
          <w:rFonts w:ascii="Times New Roman" w:hAnsi="Times New Roman" w:cs="Times New Roman"/>
          <w:sz w:val="24"/>
          <w:szCs w:val="24"/>
        </w:rPr>
      </w:pPr>
    </w:p>
    <w:p w14:paraId="5C2B9223" w14:textId="77777777" w:rsidR="008B2EA6" w:rsidRPr="005D0BDB" w:rsidRDefault="008B2EA6" w:rsidP="008B2EA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ANGAJAMENT TERŢ SUSŢINĂTOR AL CAPACITĂŢII TEHNICE ŞI/SAU PROFESIONALE</w:t>
      </w:r>
    </w:p>
    <w:p w14:paraId="0E923F8E"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w:t>
      </w:r>
      <w:r w:rsidRPr="005D0BDB">
        <w:rPr>
          <w:rFonts w:ascii="Times New Roman" w:hAnsi="Times New Roman" w:cs="Times New Roman"/>
          <w:i/>
          <w:iCs/>
          <w:color w:val="000000"/>
          <w:sz w:val="24"/>
          <w:szCs w:val="24"/>
        </w:rPr>
        <w:t xml:space="preserve">(denumirea)...................................... </w:t>
      </w:r>
    </w:p>
    <w:p w14:paraId="1B9CE136"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ANGAJAMENT</w:t>
      </w:r>
    </w:p>
    <w:p w14:paraId="6C78980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b/>
          <w:bCs/>
          <w:color w:val="000000"/>
          <w:sz w:val="24"/>
          <w:szCs w:val="24"/>
        </w:rPr>
      </w:pPr>
    </w:p>
    <w:p w14:paraId="696E16D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privind susținerea tehnică și profesională a ofertantului</w:t>
      </w:r>
    </w:p>
    <w:p w14:paraId="3F6F3A8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Către, </w:t>
      </w:r>
    </w:p>
    <w:p w14:paraId="29243F2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Asociația de Dezvoltare Intercomunitară Sistem Integrat de Gestionare a  Deșeurilor Județul Arad, </w:t>
      </w:r>
    </w:p>
    <w:p w14:paraId="6E96ADC7"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Cu privire la procedura pentru atribuirea contractului " .......................................................... " noi </w:t>
      </w:r>
    </w:p>
    <w:p w14:paraId="25958E8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având sediul înregistrat la </w:t>
      </w:r>
    </w:p>
    <w:p w14:paraId="75888ADB"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 xml:space="preserve">(adresa terțului susținător tehnic și profesional), </w:t>
      </w:r>
      <w:r w:rsidRPr="005D0BDB">
        <w:rPr>
          <w:rFonts w:ascii="Times New Roman" w:hAnsi="Times New Roman" w:cs="Times New Roman"/>
          <w:color w:val="000000"/>
          <w:sz w:val="24"/>
          <w:szCs w:val="24"/>
        </w:rPr>
        <w:t xml:space="preserve">ne obligăm, în mod ferm, </w:t>
      </w:r>
    </w:p>
    <w:p w14:paraId="1243E2E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necondiționat și irevocabil, să punem la dispoziția .................................................................. </w:t>
      </w:r>
      <w:r w:rsidRPr="005D0BDB">
        <w:rPr>
          <w:rFonts w:ascii="Times New Roman" w:hAnsi="Times New Roman" w:cs="Times New Roman"/>
          <w:i/>
          <w:iCs/>
          <w:color w:val="000000"/>
          <w:sz w:val="24"/>
          <w:szCs w:val="24"/>
        </w:rPr>
        <w:t xml:space="preserve">(denumirea </w:t>
      </w:r>
    </w:p>
    <w:p w14:paraId="51648EC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ofertantului/grupului de operatori economici) </w:t>
      </w:r>
      <w:r w:rsidRPr="005D0BDB">
        <w:rPr>
          <w:rFonts w:ascii="Times New Roman" w:hAnsi="Times New Roman" w:cs="Times New Roman"/>
          <w:color w:val="000000"/>
          <w:sz w:val="24"/>
          <w:szCs w:val="24"/>
        </w:rPr>
        <w:t xml:space="preserve">resursele tehnice și profesionale necesare pentru îndeplinirea integrală și la termen a tuturor obligațiilor asumate de acesta, conform ofertei prezentate și contractului ce urmează a fi încheiat între ofertant și entitatea contractantă. </w:t>
      </w:r>
    </w:p>
    <w:p w14:paraId="19C5965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Acordarea susținerii tehnice și profesionale nu implică alte costuri pentru achizitor, cu excepția celor care au fost incluse în propunerea financiară. </w:t>
      </w:r>
    </w:p>
    <w:p w14:paraId="4C24AC91"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acest sens, ne obligăm în mod ferm, necondiționat și irevocabil, să punem la dispoziția ....................................... </w:t>
      </w:r>
      <w:r w:rsidRPr="005D0BDB">
        <w:rPr>
          <w:rFonts w:ascii="Times New Roman" w:hAnsi="Times New Roman" w:cs="Times New Roman"/>
          <w:i/>
          <w:iCs/>
          <w:color w:val="000000"/>
          <w:sz w:val="24"/>
          <w:szCs w:val="24"/>
        </w:rPr>
        <w:t xml:space="preserve">(denumirea ofertantului) </w:t>
      </w:r>
    </w:p>
    <w:p w14:paraId="35FD1C48"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 va completa, după caz] </w:t>
      </w:r>
    </w:p>
    <w:p w14:paraId="4A32B552"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următoarele resurse tehnice și/sau profesionale necesare pentru îndeplinirea integrală, reglementară și la termen a contractului: ................................................................................................. </w:t>
      </w:r>
    </w:p>
    <w:p w14:paraId="1662E95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(sau) </w:t>
      </w:r>
    </w:p>
    <w:p w14:paraId="6B9EDE0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lista serviciilor privind experiența similară, necesară pentru îndeplinirea cerinței minime de calificare referitoare la experiența similară. </w:t>
      </w:r>
    </w:p>
    <w:p w14:paraId="48B7FB6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funcție de necesitățile care vor apărea pe parcursul îndeplinirii contractului </w:t>
      </w:r>
    </w:p>
    <w:p w14:paraId="5534378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 vom interveni în implementarea acestuia astfel: </w:t>
      </w:r>
    </w:p>
    <w:p w14:paraId="4F42BD6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(se va preciza modul concret în care terțul susținător va interveni în implementarea contractului) </w:t>
      </w:r>
    </w:p>
    <w:p w14:paraId="4E68512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declarăm că </w:t>
      </w:r>
      <w:r w:rsidRPr="005D0BDB">
        <w:rPr>
          <w:rFonts w:ascii="Times New Roman" w:hAnsi="Times New Roman" w:cs="Times New Roman"/>
          <w:i/>
          <w:iCs/>
          <w:color w:val="000000"/>
          <w:sz w:val="24"/>
          <w:szCs w:val="24"/>
        </w:rPr>
        <w:t xml:space="preserve">înțelegem să răspundem, în mod necondiționat, față de entitatea contractantă pentru neexecutarea </w:t>
      </w:r>
    </w:p>
    <w:p w14:paraId="12FE75B4"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oricărei obligații asumate de .................................... ............ </w:t>
      </w:r>
      <w:r w:rsidRPr="005D0BDB">
        <w:rPr>
          <w:rFonts w:ascii="Times New Roman" w:hAnsi="Times New Roman" w:cs="Times New Roman"/>
          <w:i/>
          <w:iCs/>
          <w:color w:val="000000"/>
          <w:sz w:val="24"/>
          <w:szCs w:val="24"/>
        </w:rPr>
        <w:t xml:space="preserve">(denumirea ofertantului/grupului de operatori </w:t>
      </w:r>
    </w:p>
    <w:p w14:paraId="46F62BC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economici), </w:t>
      </w:r>
      <w:r w:rsidRPr="005D0BDB">
        <w:rPr>
          <w:rFonts w:ascii="Times New Roman" w:hAnsi="Times New Roman" w:cs="Times New Roman"/>
          <w:color w:val="000000"/>
          <w:sz w:val="24"/>
          <w:szCs w:val="24"/>
        </w:rPr>
        <w:t xml:space="preserve">în baza contractului de achiziție publică, și pentru care ....................................... .... </w:t>
      </w:r>
      <w:r w:rsidRPr="005D0BDB">
        <w:rPr>
          <w:rFonts w:ascii="Times New Roman" w:hAnsi="Times New Roman" w:cs="Times New Roman"/>
          <w:i/>
          <w:iCs/>
          <w:color w:val="000000"/>
          <w:sz w:val="24"/>
          <w:szCs w:val="24"/>
        </w:rPr>
        <w:t xml:space="preserve">(denumirea </w:t>
      </w:r>
    </w:p>
    <w:p w14:paraId="6CF9F2F0"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ofertantului/grupului de operatori economici) </w:t>
      </w:r>
      <w:r w:rsidRPr="005D0BDB">
        <w:rPr>
          <w:rFonts w:ascii="Times New Roman" w:hAnsi="Times New Roman" w:cs="Times New Roman"/>
          <w:color w:val="000000"/>
          <w:sz w:val="24"/>
          <w:szCs w:val="24"/>
        </w:rPr>
        <w:t xml:space="preserve">a primit susținerea tehnică și profesională conform prezentului angajament, renunțând în acest sens, definitiv și irevocabil, la invocarea beneficiului de diviziune sau discuțiune. </w:t>
      </w:r>
    </w:p>
    <w:p w14:paraId="4BE9E13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declarăm </w:t>
      </w:r>
    </w:p>
    <w:p w14:paraId="6672CB55"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ca înțelegem să renunțăm definitiv și irevocabil la dreptul de a invoca orice excepție de neexecutare, atât față de entitatea contractantă, cât și față de (denumirea ofertantului/grupului </w:t>
      </w:r>
      <w:r w:rsidRPr="005D0BDB">
        <w:rPr>
          <w:rFonts w:ascii="Times New Roman" w:hAnsi="Times New Roman" w:cs="Times New Roman"/>
          <w:color w:val="000000"/>
          <w:sz w:val="24"/>
          <w:szCs w:val="24"/>
        </w:rPr>
        <w:lastRenderedPageBreak/>
        <w:t xml:space="preserve">de operatori economici), care ar putea conduce la neexecutarea, parțială sau totală, sau la executarea cu întârziere sau în mod necorespunzător a obligațiilor asumate de noi prin prezentul angajament. </w:t>
      </w:r>
    </w:p>
    <w:p w14:paraId="5CEF647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(denumirea terțului susținător tehnic și profesional), declarăm că înțelegem să răspundem pentru prejudiciile cauzate entității contractante ca urmare a nerespectării obligațiilor prevăzute în angajament. </w:t>
      </w:r>
    </w:p>
    <w:p w14:paraId="66EE8C09"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îndeplinirea de către noi a anumitor obligații care decurg din susținerea tehnică și profesională acordată .................................................... </w:t>
      </w:r>
      <w:r w:rsidRPr="005D0BDB">
        <w:rPr>
          <w:rFonts w:ascii="Times New Roman" w:hAnsi="Times New Roman" w:cs="Times New Roman"/>
          <w:i/>
          <w:iCs/>
          <w:color w:val="000000"/>
          <w:sz w:val="24"/>
          <w:szCs w:val="24"/>
        </w:rPr>
        <w:t xml:space="preserve">(denumirea ofertantului/ grupului de operatori economici). </w:t>
      </w:r>
    </w:p>
    <w:p w14:paraId="687F2ECD"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w:t>
      </w:r>
    </w:p>
    <w:p w14:paraId="72336023"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37FC0D9C"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(semnătură autorizată)</w:t>
      </w:r>
    </w:p>
    <w:p w14:paraId="5BA2ECEA" w14:textId="77777777" w:rsidR="008B2EA6" w:rsidRPr="005D0BDB" w:rsidRDefault="008B2EA6" w:rsidP="008B2EA6">
      <w:pPr>
        <w:jc w:val="both"/>
        <w:rPr>
          <w:rFonts w:ascii="Times New Roman" w:hAnsi="Times New Roman" w:cs="Times New Roman"/>
          <w:i/>
          <w:iCs/>
          <w:color w:val="000000"/>
          <w:sz w:val="24"/>
          <w:szCs w:val="24"/>
        </w:rPr>
      </w:pPr>
    </w:p>
    <w:p w14:paraId="1467C5A5" w14:textId="77777777" w:rsidR="008B2EA6" w:rsidRPr="005D0BDB" w:rsidRDefault="008B2EA6" w:rsidP="008B2EA6">
      <w:pPr>
        <w:jc w:val="both"/>
        <w:rPr>
          <w:rFonts w:ascii="Times New Roman" w:hAnsi="Times New Roman" w:cs="Times New Roman"/>
          <w:i/>
          <w:iCs/>
          <w:color w:val="000000"/>
          <w:sz w:val="24"/>
          <w:szCs w:val="24"/>
        </w:rPr>
      </w:pPr>
    </w:p>
    <w:p w14:paraId="6C160F59" w14:textId="77777777" w:rsidR="008B2EA6" w:rsidRPr="005D0BDB" w:rsidRDefault="008B2EA6" w:rsidP="008B2EA6">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br w:type="page"/>
      </w:r>
    </w:p>
    <w:p w14:paraId="2557C351" w14:textId="77777777" w:rsidR="008B2EA6" w:rsidRPr="005D0BDB" w:rsidRDefault="008B2EA6" w:rsidP="008B2EA6">
      <w:pPr>
        <w:pStyle w:val="Default"/>
        <w:numPr>
          <w:ilvl w:val="0"/>
          <w:numId w:val="116"/>
        </w:numPr>
        <w:spacing w:after="0" w:line="240" w:lineRule="auto"/>
        <w:ind w:right="-1"/>
        <w:jc w:val="both"/>
        <w:outlineLvl w:val="0"/>
      </w:pPr>
    </w:p>
    <w:p w14:paraId="32ECC92D" w14:textId="77777777" w:rsidR="008B2EA6" w:rsidRPr="005D0BDB" w:rsidRDefault="008B2EA6" w:rsidP="008B2EA6">
      <w:pPr>
        <w:jc w:val="both"/>
        <w:rPr>
          <w:rFonts w:ascii="Times New Roman" w:hAnsi="Times New Roman" w:cs="Times New Roman"/>
          <w:sz w:val="24"/>
          <w:szCs w:val="24"/>
        </w:rPr>
      </w:pPr>
    </w:p>
    <w:p w14:paraId="40EE9984" w14:textId="77777777" w:rsidR="008B2EA6" w:rsidRPr="005D0BDB" w:rsidRDefault="008B2EA6" w:rsidP="008B2EA6">
      <w:pPr>
        <w:jc w:val="both"/>
        <w:rPr>
          <w:rFonts w:ascii="Times New Roman" w:hAnsi="Times New Roman" w:cs="Times New Roman"/>
          <w:bCs/>
          <w:sz w:val="24"/>
          <w:szCs w:val="24"/>
        </w:rPr>
      </w:pPr>
      <w:r w:rsidRPr="005D0BDB">
        <w:rPr>
          <w:rFonts w:ascii="Times New Roman" w:hAnsi="Times New Roman" w:cs="Times New Roman"/>
          <w:bCs/>
          <w:sz w:val="24"/>
          <w:szCs w:val="24"/>
        </w:rPr>
        <w:t xml:space="preserve">Operator Economic                                                                                </w:t>
      </w:r>
    </w:p>
    <w:p w14:paraId="1C843273"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____________________</w:t>
      </w:r>
    </w:p>
    <w:p w14:paraId="169022EC" w14:textId="77777777" w:rsidR="008B2EA6" w:rsidRPr="005D0BDB" w:rsidRDefault="008B2EA6" w:rsidP="008B2EA6">
      <w:pPr>
        <w:jc w:val="both"/>
        <w:rPr>
          <w:rFonts w:ascii="Times New Roman" w:hAnsi="Times New Roman" w:cs="Times New Roman"/>
          <w:b/>
          <w:noProof/>
          <w:sz w:val="24"/>
          <w:szCs w:val="24"/>
        </w:rPr>
      </w:pPr>
    </w:p>
    <w:p w14:paraId="3298739A" w14:textId="77777777" w:rsidR="008B2EA6" w:rsidRPr="005D0BDB" w:rsidRDefault="008B2EA6" w:rsidP="008B2EA6">
      <w:pPr>
        <w:jc w:val="center"/>
        <w:rPr>
          <w:rFonts w:ascii="Times New Roman" w:hAnsi="Times New Roman" w:cs="Times New Roman"/>
          <w:b/>
          <w:noProof/>
          <w:sz w:val="24"/>
          <w:szCs w:val="24"/>
        </w:rPr>
      </w:pPr>
      <w:r w:rsidRPr="005D0BDB">
        <w:rPr>
          <w:rFonts w:ascii="Times New Roman" w:hAnsi="Times New Roman" w:cs="Times New Roman"/>
          <w:b/>
          <w:noProof/>
          <w:sz w:val="24"/>
          <w:szCs w:val="24"/>
        </w:rPr>
        <w:t>DECLARATIE PRIVIND LISTA PRINCIPALELOR PRESTĂRI DE SERVICII ÎN ULTIMII 3 ANI</w:t>
      </w:r>
    </w:p>
    <w:p w14:paraId="1D97B9CF" w14:textId="77777777" w:rsidR="008B2EA6" w:rsidRPr="005D0BDB" w:rsidRDefault="008B2EA6" w:rsidP="008B2EA6">
      <w:pPr>
        <w:pStyle w:val="PlainText"/>
        <w:spacing w:after="120" w:line="300" w:lineRule="exact"/>
        <w:rPr>
          <w:rFonts w:ascii="Times New Roman" w:hAnsi="Times New Roman" w:cs="Times New Roman"/>
          <w:sz w:val="24"/>
          <w:szCs w:val="24"/>
          <w:lang w:val="ro-RO"/>
        </w:rPr>
      </w:pPr>
      <w:r w:rsidRPr="005D0BDB">
        <w:rPr>
          <w:rFonts w:ascii="Times New Roman" w:hAnsi="Times New Roman" w:cs="Times New Roman"/>
          <w:sz w:val="24"/>
          <w:szCs w:val="24"/>
          <w:lang w:val="ro-RO"/>
        </w:rPr>
        <w:t xml:space="preserve">Subsemnatul/subsemnata,___________________________ </w:t>
      </w:r>
      <w:r w:rsidRPr="005D0BDB">
        <w:rPr>
          <w:rFonts w:ascii="Times New Roman" w:hAnsi="Times New Roman" w:cs="Times New Roman"/>
          <w:i/>
          <w:sz w:val="24"/>
          <w:szCs w:val="24"/>
          <w:lang w:val="ro-RO"/>
        </w:rPr>
        <w:t>(numele, adresa si datele de identificare ale declarantului)</w:t>
      </w:r>
      <w:r w:rsidRPr="005D0BDB">
        <w:rPr>
          <w:rFonts w:ascii="Times New Roman" w:hAnsi="Times New Roman" w:cs="Times New Roman"/>
          <w:sz w:val="24"/>
          <w:szCs w:val="24"/>
          <w:lang w:val="ro-RO"/>
        </w:rPr>
        <w:t xml:space="preserve">, în capacitatea mea de reprezentant împuternicit al ____________________ </w:t>
      </w:r>
      <w:r w:rsidRPr="005D0BDB">
        <w:rPr>
          <w:rFonts w:ascii="Times New Roman" w:hAnsi="Times New Roman" w:cs="Times New Roman"/>
          <w:i/>
          <w:sz w:val="24"/>
          <w:szCs w:val="24"/>
          <w:lang w:val="ro-RO"/>
        </w:rPr>
        <w:t>(denumirea/numele si sediul/adresa si datele de identificare ale operatorului economic)</w:t>
      </w:r>
      <w:r w:rsidRPr="005D0BDB">
        <w:rPr>
          <w:rFonts w:ascii="Times New Roman" w:hAnsi="Times New Roman" w:cs="Times New Roman"/>
          <w:sz w:val="24"/>
          <w:szCs w:val="24"/>
          <w:lang w:val="ro-RO"/>
        </w:rPr>
        <w:t xml:space="preserve">, având calitatea de ___________________ </w:t>
      </w:r>
      <w:r w:rsidRPr="005D0BDB">
        <w:rPr>
          <w:rFonts w:ascii="Times New Roman" w:hAnsi="Times New Roman" w:cs="Times New Roman"/>
          <w:i/>
          <w:sz w:val="24"/>
          <w:szCs w:val="24"/>
          <w:lang w:val="ro-RO"/>
        </w:rPr>
        <w:t>(se precizează calitatea operatorului economic care completează declaraţia în raport cu participarea la procedura de atribuire)</w:t>
      </w:r>
      <w:r w:rsidRPr="005D0BDB">
        <w:rPr>
          <w:rFonts w:ascii="Times New Roman" w:hAnsi="Times New Roman" w:cs="Times New Roman"/>
          <w:sz w:val="24"/>
          <w:szCs w:val="24"/>
          <w:lang w:val="ro-RO"/>
        </w:rPr>
        <w:t xml:space="preserve"> la procedura de _________________________________ </w:t>
      </w:r>
      <w:r w:rsidRPr="005D0BDB">
        <w:rPr>
          <w:rFonts w:ascii="Times New Roman" w:hAnsi="Times New Roman" w:cs="Times New Roman"/>
          <w:i/>
          <w:sz w:val="24"/>
          <w:szCs w:val="24"/>
          <w:lang w:val="ro-RO"/>
        </w:rPr>
        <w:t>(tipul procedurii)</w:t>
      </w:r>
      <w:r w:rsidRPr="005D0BDB">
        <w:rPr>
          <w:rFonts w:ascii="Times New Roman" w:hAnsi="Times New Roman" w:cs="Times New Roman"/>
          <w:sz w:val="24"/>
          <w:szCs w:val="24"/>
          <w:lang w:val="ro-RO"/>
        </w:rPr>
        <w:t xml:space="preserve"> pentru achiziţia de ________________________________ </w:t>
      </w:r>
      <w:r w:rsidRPr="005D0BDB">
        <w:rPr>
          <w:rFonts w:ascii="Times New Roman" w:hAnsi="Times New Roman" w:cs="Times New Roman"/>
          <w:i/>
          <w:sz w:val="24"/>
          <w:szCs w:val="24"/>
          <w:lang w:val="ro-RO"/>
        </w:rPr>
        <w:t>(denumirea contractului)</w:t>
      </w:r>
      <w:r w:rsidRPr="005D0BDB">
        <w:rPr>
          <w:rFonts w:ascii="Times New Roman" w:hAnsi="Times New Roman" w:cs="Times New Roman"/>
          <w:sz w:val="24"/>
          <w:szCs w:val="24"/>
          <w:lang w:val="ro-RO"/>
        </w:rPr>
        <w:t xml:space="preserve">, cu termen de depunere a ofertelor la data de _______________________, organizată de ________________________ </w:t>
      </w:r>
      <w:r w:rsidRPr="005D0BDB">
        <w:rPr>
          <w:rFonts w:ascii="Times New Roman" w:hAnsi="Times New Roman" w:cs="Times New Roman"/>
          <w:i/>
          <w:sz w:val="24"/>
          <w:szCs w:val="24"/>
          <w:lang w:val="ro-RO"/>
        </w:rPr>
        <w:t>(denumirea autorităţii contractante)</w:t>
      </w:r>
      <w:r w:rsidRPr="005D0BDB">
        <w:rPr>
          <w:rFonts w:ascii="Times New Roman" w:hAnsi="Times New Roman" w:cs="Times New Roman"/>
          <w:sz w:val="24"/>
          <w:szCs w:val="24"/>
          <w:lang w:val="ro-RO"/>
        </w:rPr>
        <w:t>, declar pe proprie răspundere, sub sancţiunea excluderii din procedură şi a sancţiunilor aplicate faptei de fals în acte publice, că datele prezentate mai jos sunt reale.</w:t>
      </w:r>
    </w:p>
    <w:p w14:paraId="60BFEC06" w14:textId="77777777" w:rsidR="008B2EA6" w:rsidRPr="005D0BDB" w:rsidRDefault="008B2EA6" w:rsidP="008B2EA6">
      <w:pPr>
        <w:jc w:val="both"/>
        <w:rPr>
          <w:rFonts w:ascii="Times New Roman" w:hAnsi="Times New Roman" w:cs="Times New Roman"/>
          <w:noProof/>
          <w:sz w:val="24"/>
          <w:szCs w:val="24"/>
        </w:rPr>
      </w:pPr>
      <w:r w:rsidRPr="005D0BDB">
        <w:rPr>
          <w:rFonts w:ascii="Times New Roman" w:hAnsi="Times New Roman" w:cs="Times New Roman"/>
          <w:noProof/>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3DCE9A5D" w14:textId="77777777" w:rsidR="008B2EA6" w:rsidRPr="005D0BDB" w:rsidRDefault="008B2EA6" w:rsidP="008B2EA6">
      <w:pPr>
        <w:jc w:val="both"/>
        <w:rPr>
          <w:rFonts w:ascii="Times New Roman" w:hAnsi="Times New Roman" w:cs="Times New Roman"/>
          <w:noProof/>
          <w:sz w:val="24"/>
          <w:szCs w:val="24"/>
        </w:rPr>
      </w:pPr>
      <w:r w:rsidRPr="005D0BDB">
        <w:rPr>
          <w:rFonts w:ascii="Times New Roman" w:hAnsi="Times New Roman" w:cs="Times New Roman"/>
          <w:noProof/>
          <w:sz w:val="24"/>
          <w:szCs w:val="24"/>
        </w:rPr>
        <w:t xml:space="preserve">Subsemnatul autorizez prin prezenta orice instituţie, societate comercială, bancă, alte persoane juridice să furnizeze informaţii reprezentanţilor autorizaţi ai autorităţii contractante  </w:t>
      </w:r>
      <w:r w:rsidRPr="005D0BDB">
        <w:rPr>
          <w:rFonts w:ascii="Times New Roman" w:hAnsi="Times New Roman" w:cs="Times New Roman"/>
          <w:b/>
          <w:noProof/>
          <w:sz w:val="24"/>
          <w:szCs w:val="24"/>
        </w:rPr>
        <w:t>……………………….</w:t>
      </w:r>
      <w:r w:rsidRPr="005D0BDB">
        <w:rPr>
          <w:rFonts w:ascii="Times New Roman" w:hAnsi="Times New Roman" w:cs="Times New Roman"/>
          <w:noProof/>
          <w:sz w:val="24"/>
          <w:szCs w:val="24"/>
        </w:rPr>
        <w:t xml:space="preserve"> cu privire la orice aspect tehnic şi financiar în legatura cu activitatea noastra.</w:t>
      </w:r>
    </w:p>
    <w:p w14:paraId="3A04C91D" w14:textId="77777777" w:rsidR="008B2EA6" w:rsidRPr="005D0BDB" w:rsidRDefault="008B2EA6" w:rsidP="008B2EA6">
      <w:pPr>
        <w:jc w:val="both"/>
        <w:rPr>
          <w:rFonts w:ascii="Times New Roman" w:hAnsi="Times New Roman" w:cs="Times New Roman"/>
          <w:noProof/>
          <w:sz w:val="24"/>
          <w:szCs w:val="24"/>
        </w:rPr>
      </w:pPr>
      <w:r w:rsidRPr="005D0BDB">
        <w:rPr>
          <w:rFonts w:ascii="Times New Roman" w:hAnsi="Times New Roman" w:cs="Times New Roman"/>
          <w:noProof/>
          <w:sz w:val="24"/>
          <w:szCs w:val="24"/>
        </w:rPr>
        <w:t>Prezenta declaraţie este valabilă până la data de _________________________________(se precizează data expirării perioadei de valabilitate a ofertei</w:t>
      </w:r>
    </w:p>
    <w:p w14:paraId="64A42384" w14:textId="77777777" w:rsidR="008B2EA6" w:rsidRPr="005D0BDB" w:rsidRDefault="008B2EA6" w:rsidP="008B2EA6">
      <w:pPr>
        <w:jc w:val="both"/>
        <w:rPr>
          <w:rFonts w:ascii="Times New Roman" w:hAnsi="Times New Roman" w:cs="Times New Roman"/>
          <w:noProof/>
          <w:sz w:val="24"/>
          <w:szCs w:val="24"/>
        </w:rPr>
      </w:pPr>
    </w:p>
    <w:p w14:paraId="07F371D2" w14:textId="77777777" w:rsidR="008B2EA6" w:rsidRPr="005D0BDB" w:rsidRDefault="008B2EA6" w:rsidP="008B2EA6">
      <w:pPr>
        <w:jc w:val="both"/>
        <w:rPr>
          <w:rFonts w:ascii="Times New Roman" w:hAnsi="Times New Roman" w:cs="Times New Roman"/>
          <w:noProof/>
          <w:sz w:val="24"/>
          <w:szCs w:val="24"/>
        </w:rPr>
      </w:pPr>
      <w:r w:rsidRPr="005D0BDB">
        <w:rPr>
          <w:rFonts w:ascii="Times New Roman" w:hAnsi="Times New Roman" w:cs="Times New Roman"/>
          <w:noProof/>
          <w:sz w:val="24"/>
          <w:szCs w:val="24"/>
        </w:rPr>
        <w:t>(Numele şi Prenumele persoanei care semnează documentul)............................., în calitate de ......................, legal autorizat să semnez oferta pentru şi în numele....................... (denumirea/numele ofertantului)</w:t>
      </w:r>
    </w:p>
    <w:p w14:paraId="21624A3A" w14:textId="77777777" w:rsidR="008B2EA6" w:rsidRPr="005D0BDB" w:rsidRDefault="008B2EA6" w:rsidP="008B2EA6">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52C64ABE"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1C2E334B"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337276AD" w14:textId="77777777" w:rsidR="008B2EA6" w:rsidRPr="005D0BDB" w:rsidRDefault="008B2EA6" w:rsidP="008B2EA6">
      <w:pPr>
        <w:spacing w:before="120" w:after="120"/>
        <w:jc w:val="both"/>
        <w:rPr>
          <w:rFonts w:ascii="Times New Roman" w:hAnsi="Times New Roman" w:cs="Times New Roman"/>
          <w:i/>
          <w:sz w:val="24"/>
          <w:szCs w:val="24"/>
        </w:rPr>
        <w:sectPr w:rsidR="008B2EA6" w:rsidRPr="005D0BDB" w:rsidSect="008B2EA6">
          <w:headerReference w:type="default" r:id="rId29"/>
          <w:footerReference w:type="even" r:id="rId30"/>
          <w:footerReference w:type="default" r:id="rId31"/>
          <w:headerReference w:type="first" r:id="rId32"/>
          <w:footerReference w:type="first" r:id="rId33"/>
          <w:pgSz w:w="11907" w:h="16840" w:code="9"/>
          <w:pgMar w:top="1134" w:right="1134" w:bottom="993" w:left="1361" w:header="284" w:footer="284" w:gutter="289"/>
          <w:cols w:space="720"/>
          <w:titlePg/>
          <w:docGrid w:linePitch="360"/>
        </w:sectPr>
      </w:pPr>
      <w:r w:rsidRPr="005D0BDB">
        <w:rPr>
          <w:rFonts w:ascii="Times New Roman" w:hAnsi="Times New Roman" w:cs="Times New Roman"/>
          <w:i/>
          <w:sz w:val="24"/>
          <w:szCs w:val="24"/>
        </w:rPr>
        <w:t xml:space="preserve"> </w:t>
      </w:r>
    </w:p>
    <w:p w14:paraId="493F87B0" w14:textId="77777777" w:rsidR="008B2EA6" w:rsidRPr="005D0BDB" w:rsidRDefault="008B2EA6" w:rsidP="008B2EA6">
      <w:pPr>
        <w:jc w:val="both"/>
        <w:rPr>
          <w:rFonts w:ascii="Times New Roman" w:hAnsi="Times New Roman" w:cs="Times New Roman"/>
          <w:b/>
          <w:noProof/>
          <w:sz w:val="24"/>
          <w:szCs w:val="24"/>
        </w:rPr>
      </w:pPr>
      <w:r w:rsidRPr="005D0BDB">
        <w:rPr>
          <w:rFonts w:ascii="Times New Roman" w:hAnsi="Times New Roman" w:cs="Times New Roman"/>
          <w:b/>
          <w:noProof/>
          <w:sz w:val="24"/>
          <w:szCs w:val="24"/>
        </w:rPr>
        <w:lastRenderedPageBreak/>
        <w:t>Anexa 1 la Formularul 15</w:t>
      </w:r>
      <w:r w:rsidRPr="005D0BDB">
        <w:rPr>
          <w:rFonts w:ascii="Times New Roman" w:hAnsi="Times New Roman" w:cs="Times New Roman"/>
          <w:b/>
          <w:noProof/>
          <w:sz w:val="24"/>
          <w:szCs w:val="24"/>
        </w:rPr>
        <w:tab/>
      </w:r>
    </w:p>
    <w:p w14:paraId="254557A9" w14:textId="77777777" w:rsidR="008B2EA6" w:rsidRPr="005D0BDB" w:rsidRDefault="008B2EA6" w:rsidP="008B2EA6">
      <w:pPr>
        <w:jc w:val="both"/>
        <w:rPr>
          <w:rFonts w:ascii="Times New Roman" w:hAnsi="Times New Roman" w:cs="Times New Roman"/>
          <w:b/>
          <w:sz w:val="24"/>
          <w:szCs w:val="24"/>
        </w:rPr>
      </w:pPr>
    </w:p>
    <w:tbl>
      <w:tblPr>
        <w:tblW w:w="7822" w:type="pct"/>
        <w:tblInd w:w="85" w:type="dxa"/>
        <w:tblCellMar>
          <w:left w:w="0" w:type="dxa"/>
          <w:right w:w="0" w:type="dxa"/>
        </w:tblCellMar>
        <w:tblLook w:val="0000" w:firstRow="0" w:lastRow="0" w:firstColumn="0" w:lastColumn="0" w:noHBand="0" w:noVBand="0"/>
      </w:tblPr>
      <w:tblGrid>
        <w:gridCol w:w="464"/>
        <w:gridCol w:w="1925"/>
        <w:gridCol w:w="1619"/>
        <w:gridCol w:w="2071"/>
        <w:gridCol w:w="1544"/>
        <w:gridCol w:w="1925"/>
        <w:gridCol w:w="2666"/>
        <w:gridCol w:w="2663"/>
      </w:tblGrid>
      <w:tr w:rsidR="008B2EA6" w:rsidRPr="005D0BDB" w14:paraId="244B7F34" w14:textId="77777777" w:rsidTr="00E152C8">
        <w:trPr>
          <w:trHeight w:val="1023"/>
        </w:trPr>
        <w:tc>
          <w:tcPr>
            <w:tcW w:w="156" w:type="pct"/>
            <w:tcBorders>
              <w:top w:val="single" w:sz="4" w:space="0" w:color="000000"/>
              <w:left w:val="single" w:sz="4" w:space="0" w:color="000000"/>
              <w:bottom w:val="single" w:sz="4" w:space="0" w:color="000000"/>
            </w:tcBorders>
            <w:vAlign w:val="center"/>
          </w:tcPr>
          <w:p w14:paraId="7040B75F"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Nr. crt.</w:t>
            </w:r>
          </w:p>
        </w:tc>
        <w:tc>
          <w:tcPr>
            <w:tcW w:w="647" w:type="pct"/>
            <w:tcBorders>
              <w:top w:val="single" w:sz="4" w:space="0" w:color="000000"/>
              <w:left w:val="single" w:sz="4" w:space="0" w:color="000000"/>
              <w:bottom w:val="single" w:sz="4" w:space="0" w:color="000000"/>
            </w:tcBorders>
            <w:vAlign w:val="center"/>
          </w:tcPr>
          <w:p w14:paraId="7DC7B490"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Obiectul contractului</w:t>
            </w:r>
          </w:p>
        </w:tc>
        <w:tc>
          <w:tcPr>
            <w:tcW w:w="544" w:type="pct"/>
            <w:tcBorders>
              <w:top w:val="single" w:sz="4" w:space="0" w:color="000000"/>
              <w:left w:val="single" w:sz="4" w:space="0" w:color="000000"/>
              <w:bottom w:val="single" w:sz="4" w:space="0" w:color="000000"/>
            </w:tcBorders>
            <w:vAlign w:val="center"/>
          </w:tcPr>
          <w:p w14:paraId="7166FEA8"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Beneficiar</w:t>
            </w:r>
          </w:p>
          <w:p w14:paraId="17446719" w14:textId="77777777" w:rsidR="008B2EA6" w:rsidRPr="005D0BDB" w:rsidRDefault="008B2EA6" w:rsidP="00E152C8">
            <w:pPr>
              <w:jc w:val="both"/>
              <w:rPr>
                <w:rFonts w:ascii="Times New Roman" w:hAnsi="Times New Roman" w:cs="Times New Roman"/>
                <w:b/>
                <w:sz w:val="24"/>
                <w:szCs w:val="24"/>
              </w:rPr>
            </w:pPr>
            <w:r w:rsidRPr="005D0BDB">
              <w:rPr>
                <w:rFonts w:ascii="Times New Roman" w:hAnsi="Times New Roman" w:cs="Times New Roman"/>
                <w:b/>
                <w:sz w:val="24"/>
                <w:szCs w:val="24"/>
              </w:rPr>
              <w:t>(numele si adresa completă)</w:t>
            </w:r>
          </w:p>
        </w:tc>
        <w:tc>
          <w:tcPr>
            <w:tcW w:w="696" w:type="pct"/>
            <w:tcBorders>
              <w:top w:val="single" w:sz="4" w:space="0" w:color="000000"/>
              <w:left w:val="single" w:sz="4" w:space="0" w:color="000000"/>
              <w:bottom w:val="single" w:sz="4" w:space="0" w:color="000000"/>
            </w:tcBorders>
            <w:vAlign w:val="center"/>
          </w:tcPr>
          <w:p w14:paraId="3633EB7F"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Calitatea prestatorului *</w:t>
            </w:r>
          </w:p>
        </w:tc>
        <w:tc>
          <w:tcPr>
            <w:tcW w:w="519" w:type="pct"/>
            <w:tcBorders>
              <w:top w:val="single" w:sz="4" w:space="0" w:color="000000"/>
              <w:left w:val="single" w:sz="4" w:space="0" w:color="000000"/>
              <w:bottom w:val="single" w:sz="4" w:space="0" w:color="000000"/>
            </w:tcBorders>
            <w:vAlign w:val="center"/>
          </w:tcPr>
          <w:p w14:paraId="00DE3092"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Procentul din contract îndeplinit de prestator (%)</w:t>
            </w:r>
          </w:p>
        </w:tc>
        <w:tc>
          <w:tcPr>
            <w:tcW w:w="647" w:type="pct"/>
            <w:tcBorders>
              <w:top w:val="single" w:sz="4" w:space="0" w:color="000000"/>
              <w:left w:val="single" w:sz="4" w:space="0" w:color="000000"/>
              <w:bottom w:val="single" w:sz="4" w:space="0" w:color="000000"/>
            </w:tcBorders>
            <w:vAlign w:val="center"/>
          </w:tcPr>
          <w:p w14:paraId="66FA04D0"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 xml:space="preserve">Perioada derulării contractului </w:t>
            </w:r>
          </w:p>
        </w:tc>
        <w:tc>
          <w:tcPr>
            <w:tcW w:w="896" w:type="pct"/>
            <w:tcBorders>
              <w:top w:val="single" w:sz="4" w:space="0" w:color="000000"/>
              <w:left w:val="single" w:sz="4" w:space="0" w:color="000000"/>
              <w:bottom w:val="single" w:sz="4" w:space="0" w:color="000000"/>
            </w:tcBorders>
          </w:tcPr>
          <w:p w14:paraId="20978D1C"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Cantitate de deșeuri colectata</w:t>
            </w:r>
          </w:p>
        </w:tc>
        <w:tc>
          <w:tcPr>
            <w:tcW w:w="895" w:type="pct"/>
            <w:tcBorders>
              <w:top w:val="single" w:sz="4" w:space="0" w:color="000000"/>
              <w:left w:val="single" w:sz="4" w:space="0" w:color="000000"/>
              <w:bottom w:val="single" w:sz="4" w:space="0" w:color="000000"/>
              <w:right w:val="single" w:sz="4" w:space="0" w:color="000000"/>
            </w:tcBorders>
            <w:vAlign w:val="center"/>
          </w:tcPr>
          <w:p w14:paraId="710D3F8A" w14:textId="77777777" w:rsidR="008B2EA6" w:rsidRPr="005D0BDB" w:rsidRDefault="008B2EA6" w:rsidP="00E152C8">
            <w:pPr>
              <w:snapToGrid w:val="0"/>
              <w:jc w:val="both"/>
              <w:rPr>
                <w:rFonts w:ascii="Times New Roman" w:hAnsi="Times New Roman" w:cs="Times New Roman"/>
                <w:b/>
                <w:sz w:val="24"/>
                <w:szCs w:val="24"/>
              </w:rPr>
            </w:pPr>
            <w:r w:rsidRPr="005D0BDB">
              <w:rPr>
                <w:rFonts w:ascii="Times New Roman" w:hAnsi="Times New Roman" w:cs="Times New Roman"/>
                <w:b/>
                <w:sz w:val="24"/>
                <w:szCs w:val="24"/>
              </w:rPr>
              <w:t>Scurtă descriere a serviciilor prestate **</w:t>
            </w:r>
          </w:p>
        </w:tc>
      </w:tr>
      <w:tr w:rsidR="008B2EA6" w:rsidRPr="005D0BDB" w14:paraId="257D3953" w14:textId="77777777" w:rsidTr="00E152C8">
        <w:trPr>
          <w:trHeight w:val="402"/>
        </w:trPr>
        <w:tc>
          <w:tcPr>
            <w:tcW w:w="156" w:type="pct"/>
            <w:tcBorders>
              <w:top w:val="single" w:sz="4" w:space="0" w:color="000000"/>
              <w:left w:val="single" w:sz="4" w:space="0" w:color="000000"/>
              <w:bottom w:val="single" w:sz="4" w:space="0" w:color="000000"/>
            </w:tcBorders>
          </w:tcPr>
          <w:p w14:paraId="7F5BC148" w14:textId="77777777" w:rsidR="008B2EA6" w:rsidRPr="005D0BDB" w:rsidRDefault="008B2EA6" w:rsidP="00E152C8">
            <w:pPr>
              <w:snapToGrid w:val="0"/>
              <w:jc w:val="both"/>
              <w:rPr>
                <w:rFonts w:ascii="Times New Roman" w:hAnsi="Times New Roman" w:cs="Times New Roman"/>
                <w:b/>
                <w:sz w:val="24"/>
                <w:szCs w:val="24"/>
              </w:rPr>
            </w:pPr>
          </w:p>
        </w:tc>
        <w:tc>
          <w:tcPr>
            <w:tcW w:w="647" w:type="pct"/>
            <w:tcBorders>
              <w:top w:val="single" w:sz="4" w:space="0" w:color="000000"/>
              <w:left w:val="single" w:sz="4" w:space="0" w:color="000000"/>
              <w:bottom w:val="single" w:sz="4" w:space="0" w:color="000000"/>
            </w:tcBorders>
          </w:tcPr>
          <w:p w14:paraId="7E12EDB9"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3736DB1A"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E8048E4"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2A792181"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4072111"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208C3C6E"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3EF704BA" w14:textId="77777777" w:rsidR="008B2EA6" w:rsidRPr="005D0BDB" w:rsidRDefault="008B2EA6" w:rsidP="00E152C8">
            <w:pPr>
              <w:snapToGrid w:val="0"/>
              <w:jc w:val="both"/>
              <w:rPr>
                <w:rFonts w:ascii="Times New Roman" w:hAnsi="Times New Roman" w:cs="Times New Roman"/>
                <w:sz w:val="24"/>
                <w:szCs w:val="24"/>
              </w:rPr>
            </w:pPr>
          </w:p>
        </w:tc>
      </w:tr>
      <w:tr w:rsidR="008B2EA6" w:rsidRPr="005D0BDB" w14:paraId="698D92A0" w14:textId="77777777" w:rsidTr="00E152C8">
        <w:trPr>
          <w:trHeight w:val="402"/>
        </w:trPr>
        <w:tc>
          <w:tcPr>
            <w:tcW w:w="156" w:type="pct"/>
            <w:tcBorders>
              <w:top w:val="single" w:sz="4" w:space="0" w:color="000000"/>
              <w:left w:val="single" w:sz="4" w:space="0" w:color="000000"/>
              <w:bottom w:val="single" w:sz="4" w:space="0" w:color="000000"/>
            </w:tcBorders>
          </w:tcPr>
          <w:p w14:paraId="500CF241"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1BB67DEF"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4309F6E4"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70516417"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7D79A955"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F622022"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327794BD"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3091EF14" w14:textId="77777777" w:rsidR="008B2EA6" w:rsidRPr="005D0BDB" w:rsidRDefault="008B2EA6" w:rsidP="00E152C8">
            <w:pPr>
              <w:snapToGrid w:val="0"/>
              <w:jc w:val="both"/>
              <w:rPr>
                <w:rFonts w:ascii="Times New Roman" w:hAnsi="Times New Roman" w:cs="Times New Roman"/>
                <w:sz w:val="24"/>
                <w:szCs w:val="24"/>
              </w:rPr>
            </w:pPr>
          </w:p>
        </w:tc>
      </w:tr>
      <w:tr w:rsidR="008B2EA6" w:rsidRPr="005D0BDB" w14:paraId="2E0D9460" w14:textId="77777777" w:rsidTr="00E152C8">
        <w:trPr>
          <w:trHeight w:val="402"/>
        </w:trPr>
        <w:tc>
          <w:tcPr>
            <w:tcW w:w="156" w:type="pct"/>
            <w:tcBorders>
              <w:top w:val="single" w:sz="4" w:space="0" w:color="000000"/>
              <w:left w:val="single" w:sz="4" w:space="0" w:color="000000"/>
              <w:bottom w:val="single" w:sz="4" w:space="0" w:color="000000"/>
            </w:tcBorders>
          </w:tcPr>
          <w:p w14:paraId="773F0573"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47C0FA3F"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514D2B43"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18818428"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3BB7ABB4"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1042E293"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70FACE22"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60C2D90C" w14:textId="77777777" w:rsidR="008B2EA6" w:rsidRPr="005D0BDB" w:rsidRDefault="008B2EA6" w:rsidP="00E152C8">
            <w:pPr>
              <w:snapToGrid w:val="0"/>
              <w:jc w:val="both"/>
              <w:rPr>
                <w:rFonts w:ascii="Times New Roman" w:hAnsi="Times New Roman" w:cs="Times New Roman"/>
                <w:sz w:val="24"/>
                <w:szCs w:val="24"/>
              </w:rPr>
            </w:pPr>
          </w:p>
        </w:tc>
      </w:tr>
      <w:tr w:rsidR="008B2EA6" w:rsidRPr="005D0BDB" w14:paraId="48C72451" w14:textId="77777777" w:rsidTr="00E152C8">
        <w:trPr>
          <w:trHeight w:val="402"/>
        </w:trPr>
        <w:tc>
          <w:tcPr>
            <w:tcW w:w="156" w:type="pct"/>
            <w:tcBorders>
              <w:top w:val="single" w:sz="4" w:space="0" w:color="000000"/>
              <w:left w:val="single" w:sz="4" w:space="0" w:color="000000"/>
              <w:bottom w:val="single" w:sz="4" w:space="0" w:color="000000"/>
            </w:tcBorders>
          </w:tcPr>
          <w:p w14:paraId="5A01F9BF"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18D6EA2F"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07E2BFBB"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20E21452"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1C3247C9"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4FF8B41F"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1322FBC1"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4020E392" w14:textId="77777777" w:rsidR="008B2EA6" w:rsidRPr="005D0BDB" w:rsidRDefault="008B2EA6" w:rsidP="00E152C8">
            <w:pPr>
              <w:snapToGrid w:val="0"/>
              <w:jc w:val="both"/>
              <w:rPr>
                <w:rFonts w:ascii="Times New Roman" w:hAnsi="Times New Roman" w:cs="Times New Roman"/>
                <w:sz w:val="24"/>
                <w:szCs w:val="24"/>
              </w:rPr>
            </w:pPr>
          </w:p>
        </w:tc>
      </w:tr>
      <w:tr w:rsidR="008B2EA6" w:rsidRPr="005D0BDB" w14:paraId="4902B57D" w14:textId="77777777" w:rsidTr="00E152C8">
        <w:trPr>
          <w:trHeight w:val="402"/>
        </w:trPr>
        <w:tc>
          <w:tcPr>
            <w:tcW w:w="156" w:type="pct"/>
            <w:tcBorders>
              <w:top w:val="single" w:sz="4" w:space="0" w:color="000000"/>
              <w:left w:val="single" w:sz="4" w:space="0" w:color="000000"/>
              <w:bottom w:val="single" w:sz="4" w:space="0" w:color="000000"/>
            </w:tcBorders>
          </w:tcPr>
          <w:p w14:paraId="1AC90DD2"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2E23F553"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3487484C"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4ED489A"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5E07103D"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5006DB43"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321670C8"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21F18186" w14:textId="77777777" w:rsidR="008B2EA6" w:rsidRPr="005D0BDB" w:rsidRDefault="008B2EA6" w:rsidP="00E152C8">
            <w:pPr>
              <w:snapToGrid w:val="0"/>
              <w:jc w:val="both"/>
              <w:rPr>
                <w:rFonts w:ascii="Times New Roman" w:hAnsi="Times New Roman" w:cs="Times New Roman"/>
                <w:sz w:val="24"/>
                <w:szCs w:val="24"/>
              </w:rPr>
            </w:pPr>
          </w:p>
        </w:tc>
      </w:tr>
      <w:tr w:rsidR="008B2EA6" w:rsidRPr="005D0BDB" w14:paraId="3CA6229C" w14:textId="77777777" w:rsidTr="00E152C8">
        <w:trPr>
          <w:trHeight w:val="416"/>
        </w:trPr>
        <w:tc>
          <w:tcPr>
            <w:tcW w:w="156" w:type="pct"/>
            <w:tcBorders>
              <w:top w:val="single" w:sz="4" w:space="0" w:color="000000"/>
              <w:left w:val="single" w:sz="4" w:space="0" w:color="000000"/>
              <w:bottom w:val="single" w:sz="4" w:space="0" w:color="000000"/>
            </w:tcBorders>
          </w:tcPr>
          <w:p w14:paraId="07F96504"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5A4ED73" w14:textId="77777777" w:rsidR="008B2EA6" w:rsidRPr="005D0BDB" w:rsidRDefault="008B2EA6" w:rsidP="00E152C8">
            <w:pPr>
              <w:snapToGrid w:val="0"/>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23360196" w14:textId="77777777" w:rsidR="008B2EA6" w:rsidRPr="005D0BDB" w:rsidRDefault="008B2EA6" w:rsidP="00E152C8">
            <w:pPr>
              <w:snapToGrid w:val="0"/>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69E7A2CB" w14:textId="77777777" w:rsidR="008B2EA6" w:rsidRPr="005D0BDB" w:rsidRDefault="008B2EA6" w:rsidP="00E152C8">
            <w:pPr>
              <w:snapToGrid w:val="0"/>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765D34A3" w14:textId="77777777" w:rsidR="008B2EA6" w:rsidRPr="005D0BDB" w:rsidRDefault="008B2EA6" w:rsidP="00E152C8">
            <w:pPr>
              <w:snapToGrid w:val="0"/>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70B94AD2" w14:textId="77777777" w:rsidR="008B2EA6" w:rsidRPr="005D0BDB" w:rsidRDefault="008B2EA6" w:rsidP="00E152C8">
            <w:pPr>
              <w:snapToGrid w:val="0"/>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0F785300" w14:textId="77777777" w:rsidR="008B2EA6" w:rsidRPr="005D0BDB" w:rsidRDefault="008B2EA6" w:rsidP="00E152C8">
            <w:pPr>
              <w:snapToGrid w:val="0"/>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1614F275" w14:textId="77777777" w:rsidR="008B2EA6" w:rsidRPr="005D0BDB" w:rsidRDefault="008B2EA6" w:rsidP="00E152C8">
            <w:pPr>
              <w:snapToGrid w:val="0"/>
              <w:jc w:val="both"/>
              <w:rPr>
                <w:rFonts w:ascii="Times New Roman" w:hAnsi="Times New Roman" w:cs="Times New Roman"/>
                <w:sz w:val="24"/>
                <w:szCs w:val="24"/>
              </w:rPr>
            </w:pPr>
          </w:p>
        </w:tc>
      </w:tr>
    </w:tbl>
    <w:p w14:paraId="4C8A85AD" w14:textId="77777777" w:rsidR="008B2EA6" w:rsidRPr="005D0BDB" w:rsidRDefault="008B2EA6" w:rsidP="008B2EA6">
      <w:pPr>
        <w:jc w:val="both"/>
        <w:rPr>
          <w:rFonts w:ascii="Times New Roman" w:hAnsi="Times New Roman" w:cs="Times New Roman"/>
          <w:sz w:val="24"/>
          <w:szCs w:val="24"/>
        </w:rPr>
      </w:pPr>
    </w:p>
    <w:p w14:paraId="793710DD" w14:textId="77777777" w:rsidR="008B2EA6" w:rsidRPr="005D0BDB" w:rsidRDefault="008B2EA6" w:rsidP="008B2EA6">
      <w:pPr>
        <w:tabs>
          <w:tab w:val="left" w:pos="540"/>
        </w:tabs>
        <w:jc w:val="both"/>
        <w:rPr>
          <w:rFonts w:ascii="Times New Roman" w:hAnsi="Times New Roman" w:cs="Times New Roman"/>
          <w:sz w:val="24"/>
          <w:szCs w:val="24"/>
        </w:rPr>
      </w:pPr>
      <w:r w:rsidRPr="005D0BDB">
        <w:rPr>
          <w:rFonts w:ascii="Times New Roman" w:hAnsi="Times New Roman" w:cs="Times New Roman"/>
          <w:sz w:val="24"/>
          <w:szCs w:val="24"/>
        </w:rPr>
        <w:t>*</w:t>
      </w:r>
      <w:r w:rsidRPr="005D0BDB">
        <w:rPr>
          <w:rFonts w:ascii="Times New Roman" w:hAnsi="Times New Roman" w:cs="Times New Roman"/>
          <w:sz w:val="24"/>
          <w:szCs w:val="24"/>
        </w:rPr>
        <w:tab/>
        <w:t>Calitatea în care ofertantul a participat la realizarea contractului mentionat (contractant unic, contractant conducător de asociere, contractant asociat, subcontractant)</w:t>
      </w:r>
    </w:p>
    <w:p w14:paraId="508EF861" w14:textId="77777777" w:rsidR="008B2EA6" w:rsidRPr="005D0BDB" w:rsidRDefault="008B2EA6" w:rsidP="008B2EA6">
      <w:pPr>
        <w:tabs>
          <w:tab w:val="left" w:pos="540"/>
        </w:tabs>
        <w:jc w:val="both"/>
        <w:rPr>
          <w:rFonts w:ascii="Times New Roman" w:hAnsi="Times New Roman" w:cs="Times New Roman"/>
          <w:sz w:val="24"/>
          <w:szCs w:val="24"/>
        </w:rPr>
      </w:pPr>
      <w:r w:rsidRPr="005D0BDB">
        <w:rPr>
          <w:rFonts w:ascii="Times New Roman" w:hAnsi="Times New Roman" w:cs="Times New Roman"/>
          <w:sz w:val="24"/>
          <w:szCs w:val="24"/>
        </w:rPr>
        <w:t>**</w:t>
      </w:r>
      <w:r w:rsidRPr="005D0BDB">
        <w:rPr>
          <w:rFonts w:ascii="Times New Roman" w:hAnsi="Times New Roman" w:cs="Times New Roman"/>
          <w:sz w:val="24"/>
          <w:szCs w:val="24"/>
        </w:rPr>
        <w:tab/>
        <w:t>Se vor preciza cantităţi de deşeuri colectate/transportate zilnic, nr. locuitori deserviţi</w:t>
      </w:r>
    </w:p>
    <w:p w14:paraId="17DB7217" w14:textId="77777777" w:rsidR="008B2EA6" w:rsidRPr="005D0BDB" w:rsidRDefault="008B2EA6" w:rsidP="008B2EA6">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58B48F75"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21F050B3"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1B54AAA9" w14:textId="77777777" w:rsidR="008B2EA6" w:rsidRPr="005D0BDB" w:rsidRDefault="008B2EA6" w:rsidP="008B2EA6">
      <w:pPr>
        <w:tabs>
          <w:tab w:val="left" w:pos="540"/>
        </w:tabs>
        <w:jc w:val="both"/>
        <w:rPr>
          <w:rFonts w:ascii="Times New Roman" w:hAnsi="Times New Roman" w:cs="Times New Roman"/>
          <w:sz w:val="24"/>
          <w:szCs w:val="24"/>
        </w:rPr>
        <w:sectPr w:rsidR="008B2EA6" w:rsidRPr="005D0BDB" w:rsidSect="008B2EA6">
          <w:pgSz w:w="16840" w:h="11920" w:orient="landscape"/>
          <w:pgMar w:top="1200" w:right="620" w:bottom="851" w:left="280" w:header="720" w:footer="720" w:gutter="0"/>
          <w:cols w:space="720" w:equalWidth="0">
            <w:col w:w="9520"/>
          </w:cols>
          <w:noEndnote/>
          <w:docGrid w:linePitch="299"/>
        </w:sectPr>
      </w:pPr>
    </w:p>
    <w:p w14:paraId="1A23E1C0" w14:textId="77777777" w:rsidR="008B2EA6" w:rsidRPr="005D0BDB" w:rsidRDefault="008B2EA6" w:rsidP="008B2EA6">
      <w:pPr>
        <w:pStyle w:val="Default"/>
        <w:numPr>
          <w:ilvl w:val="0"/>
          <w:numId w:val="116"/>
        </w:numPr>
        <w:spacing w:after="0" w:line="240" w:lineRule="auto"/>
        <w:ind w:right="-1"/>
        <w:jc w:val="both"/>
        <w:outlineLvl w:val="0"/>
      </w:pPr>
    </w:p>
    <w:p w14:paraId="6D9839BF" w14:textId="77777777" w:rsidR="008B2EA6" w:rsidRPr="005D0BDB" w:rsidRDefault="008B2EA6" w:rsidP="008B2EA6">
      <w:pPr>
        <w:jc w:val="both"/>
        <w:rPr>
          <w:rFonts w:ascii="Times New Roman" w:hAnsi="Times New Roman" w:cs="Times New Roman"/>
          <w:b/>
          <w:bCs/>
          <w:sz w:val="24"/>
          <w:szCs w:val="24"/>
        </w:rPr>
      </w:pPr>
    </w:p>
    <w:p w14:paraId="03EC3AAB" w14:textId="77777777" w:rsidR="008B2EA6" w:rsidRPr="005D0BDB" w:rsidRDefault="008B2EA6" w:rsidP="008B2EA6">
      <w:pPr>
        <w:jc w:val="both"/>
        <w:rPr>
          <w:rFonts w:ascii="Times New Roman" w:hAnsi="Times New Roman" w:cs="Times New Roman"/>
          <w:bCs/>
          <w:sz w:val="24"/>
          <w:szCs w:val="24"/>
        </w:rPr>
      </w:pPr>
      <w:r w:rsidRPr="005D0BDB">
        <w:rPr>
          <w:rFonts w:ascii="Times New Roman" w:hAnsi="Times New Roman" w:cs="Times New Roman"/>
          <w:bCs/>
          <w:sz w:val="24"/>
          <w:szCs w:val="24"/>
        </w:rPr>
        <w:t>Operator Economic</w:t>
      </w:r>
    </w:p>
    <w:p w14:paraId="1893635A" w14:textId="77777777" w:rsidR="008B2EA6" w:rsidRPr="005D0BDB" w:rsidRDefault="008B2EA6" w:rsidP="008B2EA6">
      <w:pPr>
        <w:jc w:val="both"/>
        <w:rPr>
          <w:rFonts w:ascii="Times New Roman" w:hAnsi="Times New Roman" w:cs="Times New Roman"/>
          <w:b/>
          <w:bCs/>
          <w:sz w:val="24"/>
          <w:szCs w:val="24"/>
        </w:rPr>
      </w:pPr>
      <w:r w:rsidRPr="005D0BDB">
        <w:rPr>
          <w:rFonts w:ascii="Times New Roman" w:hAnsi="Times New Roman" w:cs="Times New Roman"/>
          <w:b/>
          <w:sz w:val="24"/>
          <w:szCs w:val="24"/>
        </w:rPr>
        <w:t xml:space="preserve">                                                                                                                                         </w:t>
      </w:r>
    </w:p>
    <w:p w14:paraId="69573422"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 ……………………………</w:t>
      </w:r>
    </w:p>
    <w:p w14:paraId="5177DE48"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   (denumirea/numele)</w:t>
      </w:r>
    </w:p>
    <w:p w14:paraId="7E975980" w14:textId="77777777" w:rsidR="008B2EA6" w:rsidRPr="005D0BDB" w:rsidRDefault="008B2EA6" w:rsidP="008B2EA6">
      <w:pPr>
        <w:pStyle w:val="DefaultText0"/>
        <w:spacing w:before="120" w:after="120"/>
        <w:jc w:val="both"/>
        <w:rPr>
          <w:szCs w:val="24"/>
        </w:rPr>
      </w:pPr>
    </w:p>
    <w:p w14:paraId="0F51928B" w14:textId="77777777" w:rsidR="008B2EA6" w:rsidRPr="005D0BDB" w:rsidRDefault="008B2EA6" w:rsidP="008B2EA6">
      <w:pPr>
        <w:jc w:val="both"/>
        <w:rPr>
          <w:rFonts w:ascii="Times New Roman" w:hAnsi="Times New Roman" w:cs="Times New Roman"/>
          <w:b/>
          <w:sz w:val="24"/>
          <w:szCs w:val="24"/>
        </w:rPr>
      </w:pPr>
      <w:bookmarkStart w:id="696" w:name="_Toc269743586"/>
      <w:bookmarkStart w:id="697" w:name="_Toc269743746"/>
      <w:bookmarkStart w:id="698" w:name="_Toc269743790"/>
      <w:bookmarkStart w:id="699" w:name="_Toc269743919"/>
      <w:bookmarkStart w:id="700" w:name="_Toc269797254"/>
      <w:bookmarkStart w:id="701" w:name="_Toc269801429"/>
      <w:bookmarkStart w:id="702" w:name="_Toc269901692"/>
      <w:bookmarkStart w:id="703" w:name="_Toc269912136"/>
      <w:bookmarkStart w:id="704" w:name="_Toc269915169"/>
      <w:bookmarkStart w:id="705" w:name="_Toc269915264"/>
      <w:bookmarkStart w:id="706" w:name="_Toc269975661"/>
      <w:bookmarkStart w:id="707" w:name="_Toc269985487"/>
      <w:bookmarkStart w:id="708" w:name="_Toc269985716"/>
      <w:bookmarkStart w:id="709" w:name="_Toc270000484"/>
      <w:bookmarkStart w:id="710" w:name="_Toc279489495"/>
      <w:r w:rsidRPr="005D0BDB">
        <w:rPr>
          <w:rFonts w:ascii="Times New Roman" w:hAnsi="Times New Roman" w:cs="Times New Roman"/>
          <w:b/>
          <w:sz w:val="24"/>
          <w:szCs w:val="24"/>
        </w:rPr>
        <w:t>EXPERIENŢA SIMILARĂ</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476F8888" w14:textId="77777777" w:rsidR="008B2EA6" w:rsidRPr="005D0BDB" w:rsidRDefault="008B2EA6" w:rsidP="008B2EA6">
      <w:pPr>
        <w:ind w:left="720"/>
        <w:jc w:val="both"/>
        <w:rPr>
          <w:rFonts w:ascii="Times New Roman" w:hAnsi="Times New Roman" w:cs="Times New Roman"/>
          <w:b/>
          <w:sz w:val="24"/>
          <w:szCs w:val="24"/>
        </w:rPr>
      </w:pPr>
    </w:p>
    <w:p w14:paraId="1CD59F6D" w14:textId="77777777" w:rsidR="008B2EA6" w:rsidRPr="005D0BDB" w:rsidRDefault="008B2EA6" w:rsidP="008B2EA6">
      <w:pPr>
        <w:ind w:left="720"/>
        <w:jc w:val="both"/>
        <w:rPr>
          <w:rFonts w:ascii="Times New Roman" w:hAnsi="Times New Roman" w:cs="Times New Roman"/>
          <w:b/>
          <w:sz w:val="24"/>
          <w:szCs w:val="24"/>
        </w:rPr>
      </w:pPr>
    </w:p>
    <w:p w14:paraId="4A51E027"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1. Denumirea si obiectul contractului: ___________________________________.</w:t>
      </w:r>
    </w:p>
    <w:p w14:paraId="421123EA"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Numărul si data contractului: ____________________________________.</w:t>
      </w:r>
    </w:p>
    <w:p w14:paraId="269BA97E" w14:textId="77777777" w:rsidR="008B2EA6" w:rsidRPr="005D0BDB" w:rsidRDefault="008B2EA6" w:rsidP="008B2EA6">
      <w:pPr>
        <w:spacing w:before="120"/>
        <w:ind w:firstLine="708"/>
        <w:jc w:val="both"/>
        <w:rPr>
          <w:rFonts w:ascii="Times New Roman" w:hAnsi="Times New Roman" w:cs="Times New Roman"/>
          <w:sz w:val="24"/>
          <w:szCs w:val="24"/>
        </w:rPr>
      </w:pPr>
      <w:r w:rsidRPr="005D0BDB">
        <w:rPr>
          <w:rFonts w:ascii="Times New Roman" w:hAnsi="Times New Roman" w:cs="Times New Roman"/>
          <w:sz w:val="24"/>
          <w:szCs w:val="24"/>
        </w:rPr>
        <w:t>|_| contract în execuție  sau   |_| contract finalizat  (se va bifa corespunzător)</w:t>
      </w:r>
    </w:p>
    <w:p w14:paraId="3CC20650" w14:textId="77777777" w:rsidR="008B2EA6" w:rsidRPr="005D0BDB" w:rsidRDefault="008B2EA6" w:rsidP="008B2EA6">
      <w:pPr>
        <w:jc w:val="both"/>
        <w:rPr>
          <w:rFonts w:ascii="Times New Roman" w:hAnsi="Times New Roman" w:cs="Times New Roman"/>
          <w:sz w:val="24"/>
          <w:szCs w:val="24"/>
        </w:rPr>
      </w:pPr>
    </w:p>
    <w:p w14:paraId="7A790619"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2. Denumirea/numele beneficiarului/clientului: ____________________________.</w:t>
      </w:r>
    </w:p>
    <w:p w14:paraId="0FEBE186"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Adresa beneficiarului/clientului: __________________________________.</w:t>
      </w:r>
    </w:p>
    <w:p w14:paraId="67378FA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Tara: ____________________.</w:t>
      </w:r>
    </w:p>
    <w:p w14:paraId="598E8F19" w14:textId="77777777" w:rsidR="008B2EA6" w:rsidRPr="005D0BDB" w:rsidRDefault="008B2EA6" w:rsidP="008B2EA6">
      <w:pPr>
        <w:jc w:val="both"/>
        <w:rPr>
          <w:rFonts w:ascii="Times New Roman" w:hAnsi="Times New Roman" w:cs="Times New Roman"/>
          <w:sz w:val="24"/>
          <w:szCs w:val="24"/>
        </w:rPr>
      </w:pPr>
    </w:p>
    <w:p w14:paraId="4D1489F9"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3. Calitatea in care a participat la îndeplinirea contractului:</w:t>
      </w:r>
    </w:p>
    <w:p w14:paraId="27FDF1C5" w14:textId="77777777" w:rsidR="008B2EA6" w:rsidRPr="005D0BDB" w:rsidRDefault="008B2EA6" w:rsidP="008B2EA6">
      <w:pPr>
        <w:jc w:val="both"/>
        <w:rPr>
          <w:rFonts w:ascii="Times New Roman" w:hAnsi="Times New Roman" w:cs="Times New Roman"/>
          <w:i/>
          <w:iCs/>
          <w:sz w:val="24"/>
          <w:szCs w:val="24"/>
        </w:rPr>
      </w:pPr>
      <w:r w:rsidRPr="005D0BDB">
        <w:rPr>
          <w:rFonts w:ascii="Times New Roman" w:hAnsi="Times New Roman" w:cs="Times New Roman"/>
          <w:i/>
          <w:iCs/>
          <w:sz w:val="24"/>
          <w:szCs w:val="24"/>
        </w:rPr>
        <w:t>(se bifează opţiunea corespunzătoare)</w:t>
      </w:r>
    </w:p>
    <w:p w14:paraId="5430E403"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 |_| contractant unic sau contractant conducător (lider de asociere)</w:t>
      </w:r>
    </w:p>
    <w:p w14:paraId="72A831EF" w14:textId="77777777" w:rsidR="008B2EA6" w:rsidRPr="005D0BDB" w:rsidRDefault="008B2EA6" w:rsidP="008B2EA6">
      <w:pPr>
        <w:jc w:val="both"/>
        <w:rPr>
          <w:rFonts w:ascii="Times New Roman" w:hAnsi="Times New Roman" w:cs="Times New Roman"/>
          <w:sz w:val="24"/>
          <w:szCs w:val="24"/>
        </w:rPr>
      </w:pPr>
    </w:p>
    <w:p w14:paraId="39909EC7"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 |_| contractant asociat</w:t>
      </w:r>
    </w:p>
    <w:p w14:paraId="7C2802FE" w14:textId="77777777" w:rsidR="008B2EA6" w:rsidRPr="005D0BDB" w:rsidRDefault="008B2EA6" w:rsidP="008B2EA6">
      <w:pPr>
        <w:jc w:val="both"/>
        <w:rPr>
          <w:rFonts w:ascii="Times New Roman" w:hAnsi="Times New Roman" w:cs="Times New Roman"/>
          <w:sz w:val="24"/>
          <w:szCs w:val="24"/>
        </w:rPr>
      </w:pPr>
    </w:p>
    <w:p w14:paraId="2607CE26"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 |_| subcontractant</w:t>
      </w:r>
    </w:p>
    <w:p w14:paraId="147C55A8" w14:textId="77777777" w:rsidR="008B2EA6" w:rsidRPr="005D0BDB" w:rsidRDefault="008B2EA6" w:rsidP="008B2EA6">
      <w:pPr>
        <w:jc w:val="both"/>
        <w:rPr>
          <w:rFonts w:ascii="Times New Roman" w:hAnsi="Times New Roman" w:cs="Times New Roman"/>
          <w:sz w:val="24"/>
          <w:szCs w:val="24"/>
        </w:rPr>
      </w:pPr>
    </w:p>
    <w:p w14:paraId="00EEDD4F"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4. Valoarea contractului:  </w:t>
      </w:r>
    </w:p>
    <w:p w14:paraId="66ACD9EB"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a) iniţială (</w:t>
      </w:r>
      <w:r w:rsidRPr="005D0BDB">
        <w:rPr>
          <w:rFonts w:ascii="Times New Roman" w:hAnsi="Times New Roman" w:cs="Times New Roman"/>
          <w:i/>
          <w:iCs/>
          <w:sz w:val="24"/>
          <w:szCs w:val="24"/>
        </w:rPr>
        <w:t>la data semnării contractului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sz w:val="24"/>
          <w:szCs w:val="24"/>
        </w:rPr>
        <w:tab/>
        <w:t>___________</w:t>
      </w:r>
      <w:r w:rsidRPr="005D0BDB">
        <w:rPr>
          <w:rFonts w:ascii="Times New Roman" w:hAnsi="Times New Roman" w:cs="Times New Roman"/>
          <w:sz w:val="24"/>
          <w:szCs w:val="24"/>
        </w:rPr>
        <w:tab/>
      </w:r>
    </w:p>
    <w:p w14:paraId="1030EB62"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b) finală (</w:t>
      </w:r>
      <w:r w:rsidRPr="005D0BDB">
        <w:rPr>
          <w:rFonts w:ascii="Times New Roman" w:hAnsi="Times New Roman" w:cs="Times New Roman"/>
          <w:i/>
          <w:iCs/>
          <w:sz w:val="24"/>
          <w:szCs w:val="24"/>
        </w:rPr>
        <w:t>la data finalizării contractului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sz w:val="24"/>
          <w:szCs w:val="24"/>
        </w:rPr>
        <w:tab/>
        <w:t>___________</w:t>
      </w:r>
    </w:p>
    <w:p w14:paraId="3FC2D9D4" w14:textId="77777777" w:rsidR="008B2EA6" w:rsidRPr="005D0BDB" w:rsidRDefault="008B2EA6" w:rsidP="008B2EA6">
      <w:pPr>
        <w:ind w:left="3540" w:firstLine="708"/>
        <w:jc w:val="both"/>
        <w:rPr>
          <w:rFonts w:ascii="Times New Roman" w:hAnsi="Times New Roman" w:cs="Times New Roman"/>
          <w:sz w:val="24"/>
          <w:szCs w:val="24"/>
        </w:rPr>
      </w:pPr>
      <w:r w:rsidRPr="005D0BDB">
        <w:rPr>
          <w:rFonts w:ascii="Times New Roman" w:hAnsi="Times New Roman" w:cs="Times New Roman"/>
          <w:sz w:val="24"/>
          <w:szCs w:val="24"/>
        </w:rPr>
        <w:lastRenderedPageBreak/>
        <w:t xml:space="preserve">(exprimata în moneda in </w:t>
      </w:r>
      <w:r w:rsidRPr="005D0BDB">
        <w:rPr>
          <w:rFonts w:ascii="Times New Roman" w:hAnsi="Times New Roman" w:cs="Times New Roman"/>
          <w:sz w:val="24"/>
          <w:szCs w:val="24"/>
        </w:rPr>
        <w:tab/>
        <w:t xml:space="preserve">(exprimata în RON) </w:t>
      </w:r>
    </w:p>
    <w:p w14:paraId="312B81F1" w14:textId="77777777" w:rsidR="008B2EA6" w:rsidRPr="005D0BDB" w:rsidRDefault="008B2EA6" w:rsidP="008B2EA6">
      <w:pPr>
        <w:ind w:left="3540" w:firstLine="708"/>
        <w:jc w:val="both"/>
        <w:rPr>
          <w:rFonts w:ascii="Times New Roman" w:hAnsi="Times New Roman" w:cs="Times New Roman"/>
          <w:sz w:val="24"/>
          <w:szCs w:val="24"/>
        </w:rPr>
      </w:pPr>
      <w:r w:rsidRPr="005D0BDB">
        <w:rPr>
          <w:rFonts w:ascii="Times New Roman" w:hAnsi="Times New Roman" w:cs="Times New Roman"/>
          <w:sz w:val="24"/>
          <w:szCs w:val="24"/>
        </w:rPr>
        <w:t>care s-a încheiat contractul)</w:t>
      </w:r>
    </w:p>
    <w:p w14:paraId="6D24D1EA"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5. Durata Contractului: .. .. luni (conform contract inclusiv acte adiționale etc.)</w:t>
      </w:r>
    </w:p>
    <w:p w14:paraId="3895F64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iCs/>
          <w:sz w:val="24"/>
          <w:szCs w:val="24"/>
        </w:rPr>
        <w:t>Data începerii prestării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i/>
          <w:iCs/>
          <w:sz w:val="24"/>
          <w:szCs w:val="24"/>
        </w:rPr>
        <w:t>Dată încetare</w:t>
      </w:r>
      <w:r w:rsidRPr="005D0BDB">
        <w:rPr>
          <w:rFonts w:ascii="Times New Roman" w:hAnsi="Times New Roman" w:cs="Times New Roman"/>
          <w:sz w:val="24"/>
          <w:szCs w:val="24"/>
        </w:rPr>
        <w:t xml:space="preserve">:       </w:t>
      </w:r>
      <w:r w:rsidRPr="005D0BDB">
        <w:rPr>
          <w:rFonts w:ascii="Times New Roman" w:hAnsi="Times New Roman" w:cs="Times New Roman"/>
          <w:sz w:val="24"/>
          <w:szCs w:val="24"/>
        </w:rPr>
        <w:tab/>
        <w:t>___________</w:t>
      </w:r>
    </w:p>
    <w:p w14:paraId="6C157D12" w14:textId="77777777" w:rsidR="008B2EA6" w:rsidRPr="005D0BDB" w:rsidRDefault="008B2EA6" w:rsidP="008B2EA6">
      <w:pPr>
        <w:jc w:val="both"/>
        <w:rPr>
          <w:rFonts w:ascii="Times New Roman" w:hAnsi="Times New Roman" w:cs="Times New Roman"/>
          <w:sz w:val="24"/>
          <w:szCs w:val="24"/>
        </w:rPr>
      </w:pPr>
    </w:p>
    <w:p w14:paraId="0F6C0ABC"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5. Daca au fost litigii privind îndeplinirea contractului, natura acestora si modul lor de soluţionare: ___________________________.</w:t>
      </w:r>
    </w:p>
    <w:p w14:paraId="3EE4970D" w14:textId="77777777" w:rsidR="008B2EA6" w:rsidRPr="005D0BDB" w:rsidRDefault="008B2EA6" w:rsidP="008B2EA6">
      <w:pPr>
        <w:pStyle w:val="normaltableau"/>
        <w:spacing w:before="0" w:after="0"/>
        <w:rPr>
          <w:rFonts w:ascii="Times New Roman" w:hAnsi="Times New Roman" w:cs="Times New Roman"/>
          <w:sz w:val="24"/>
          <w:szCs w:val="24"/>
          <w:lang w:val="ro-RO"/>
        </w:rPr>
      </w:pPr>
      <w:r w:rsidRPr="005D0BDB">
        <w:rPr>
          <w:rFonts w:ascii="Times New Roman" w:hAnsi="Times New Roman" w:cs="Times New Roman"/>
          <w:sz w:val="24"/>
          <w:szCs w:val="24"/>
          <w:lang w:val="ro-RO"/>
        </w:rPr>
        <w:t>6. Serviciile prestate în baza contractului, precum si alte aspecte relevante prin care ofertantul/candidatul isi susţine experienţa similara:</w:t>
      </w:r>
    </w:p>
    <w:p w14:paraId="6283B5DF" w14:textId="77777777" w:rsidR="008B2EA6" w:rsidRPr="005D0BDB" w:rsidRDefault="008B2EA6" w:rsidP="008B2EA6">
      <w:pPr>
        <w:pStyle w:val="normaltableau"/>
        <w:spacing w:before="0" w:after="0"/>
        <w:rPr>
          <w:rFonts w:ascii="Times New Roman" w:hAnsi="Times New Roman" w:cs="Times New Roman"/>
          <w:sz w:val="24"/>
          <w:szCs w:val="24"/>
          <w:lang w:val="ro-RO"/>
        </w:rPr>
      </w:pPr>
      <w:r w:rsidRPr="005D0BDB">
        <w:rPr>
          <w:rFonts w:ascii="Times New Roman" w:hAnsi="Times New Roman" w:cs="Times New Roman"/>
          <w:sz w:val="24"/>
          <w:szCs w:val="24"/>
          <w:lang w:val="ro-RO"/>
        </w:rPr>
        <w:t>_______________________________.</w:t>
      </w:r>
    </w:p>
    <w:p w14:paraId="71E51848" w14:textId="77777777" w:rsidR="008B2EA6" w:rsidRPr="005D0BDB" w:rsidRDefault="008B2EA6" w:rsidP="008B2EA6">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7CE16E0D"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6F47D823" w14:textId="77777777" w:rsidR="008B2EA6" w:rsidRPr="005D0BDB" w:rsidRDefault="008B2EA6" w:rsidP="008B2EA6">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323BBAD1" w14:textId="77777777" w:rsidR="008B2EA6" w:rsidRPr="005D0BDB" w:rsidRDefault="008B2EA6" w:rsidP="008B2EA6">
      <w:pPr>
        <w:jc w:val="both"/>
        <w:rPr>
          <w:rFonts w:ascii="Times New Roman" w:hAnsi="Times New Roman" w:cs="Times New Roman"/>
          <w:i/>
          <w:sz w:val="24"/>
          <w:szCs w:val="24"/>
        </w:rPr>
      </w:pPr>
    </w:p>
    <w:p w14:paraId="387AA065"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i/>
          <w:sz w:val="24"/>
          <w:szCs w:val="24"/>
        </w:rPr>
        <w:t xml:space="preserve"> *) Se completează fise distincte pentru fiecare contract, care vor fi confirmate, la cererea comisiei de evaluare, prin prezentarea documentelor doveditoare.</w:t>
      </w:r>
      <w:r w:rsidRPr="005D0BDB">
        <w:rPr>
          <w:rFonts w:ascii="Times New Roman" w:hAnsi="Times New Roman" w:cs="Times New Roman"/>
          <w:i/>
          <w:sz w:val="24"/>
          <w:szCs w:val="24"/>
        </w:rPr>
        <w:br w:type="page"/>
      </w:r>
    </w:p>
    <w:p w14:paraId="53680C92" w14:textId="77777777" w:rsidR="008B2EA6" w:rsidRPr="005D0BDB" w:rsidRDefault="008B2EA6" w:rsidP="008B2EA6">
      <w:pPr>
        <w:pStyle w:val="Default"/>
        <w:numPr>
          <w:ilvl w:val="0"/>
          <w:numId w:val="116"/>
        </w:numPr>
        <w:spacing w:after="0" w:line="240" w:lineRule="auto"/>
        <w:ind w:right="-1"/>
        <w:jc w:val="both"/>
        <w:outlineLvl w:val="0"/>
      </w:pPr>
    </w:p>
    <w:p w14:paraId="59B71AA0" w14:textId="77777777" w:rsidR="008B2EA6" w:rsidRPr="005D0BDB" w:rsidRDefault="008B2EA6" w:rsidP="008B2EA6">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608540F1" w14:textId="77777777" w:rsidR="008B2EA6" w:rsidRPr="005D0BDB" w:rsidRDefault="008B2EA6" w:rsidP="008B2EA6">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73194F10" w14:textId="77777777" w:rsidR="008B2EA6" w:rsidRPr="005D0BDB" w:rsidRDefault="008B2EA6" w:rsidP="008B2EA6">
      <w:pPr>
        <w:widowControl w:val="0"/>
        <w:autoSpaceDE w:val="0"/>
        <w:autoSpaceDN w:val="0"/>
        <w:adjustRightInd w:val="0"/>
        <w:spacing w:before="32" w:line="248" w:lineRule="exact"/>
        <w:ind w:left="216"/>
        <w:jc w:val="both"/>
        <w:rPr>
          <w:rFonts w:ascii="Times New Roman" w:hAnsi="Times New Roman" w:cs="Times New Roman"/>
          <w:sz w:val="24"/>
          <w:szCs w:val="24"/>
        </w:rPr>
      </w:pPr>
      <w:r w:rsidRPr="005D0BDB">
        <w:rPr>
          <w:rFonts w:ascii="Times New Roman" w:hAnsi="Times New Roman" w:cs="Times New Roman"/>
          <w:b/>
          <w:bCs/>
          <w:spacing w:val="-1"/>
          <w:position w:val="-1"/>
          <w:sz w:val="24"/>
          <w:szCs w:val="24"/>
        </w:rPr>
        <w:t>PERS</w:t>
      </w:r>
      <w:r w:rsidRPr="005D0BDB">
        <w:rPr>
          <w:rFonts w:ascii="Times New Roman" w:hAnsi="Times New Roman" w:cs="Times New Roman"/>
          <w:b/>
          <w:bCs/>
          <w:spacing w:val="1"/>
          <w:position w:val="-1"/>
          <w:sz w:val="24"/>
          <w:szCs w:val="24"/>
        </w:rPr>
        <w:t>ON</w:t>
      </w:r>
      <w:r w:rsidRPr="005D0BDB">
        <w:rPr>
          <w:rFonts w:ascii="Times New Roman" w:hAnsi="Times New Roman" w:cs="Times New Roman"/>
          <w:b/>
          <w:bCs/>
          <w:spacing w:val="-6"/>
          <w:position w:val="-1"/>
          <w:sz w:val="24"/>
          <w:szCs w:val="24"/>
        </w:rPr>
        <w:t>A</w:t>
      </w:r>
      <w:r w:rsidRPr="005D0BDB">
        <w:rPr>
          <w:rFonts w:ascii="Times New Roman" w:hAnsi="Times New Roman" w:cs="Times New Roman"/>
          <w:b/>
          <w:bCs/>
          <w:position w:val="-1"/>
          <w:sz w:val="24"/>
          <w:szCs w:val="24"/>
        </w:rPr>
        <w:t>L</w:t>
      </w:r>
      <w:r w:rsidRPr="005D0BDB">
        <w:rPr>
          <w:rFonts w:ascii="Times New Roman" w:hAnsi="Times New Roman" w:cs="Times New Roman"/>
          <w:b/>
          <w:bCs/>
          <w:spacing w:val="-1"/>
          <w:position w:val="-1"/>
          <w:sz w:val="24"/>
          <w:szCs w:val="24"/>
        </w:rPr>
        <w:t>U</w:t>
      </w:r>
      <w:r w:rsidRPr="005D0BDB">
        <w:rPr>
          <w:rFonts w:ascii="Times New Roman" w:hAnsi="Times New Roman" w:cs="Times New Roman"/>
          <w:b/>
          <w:bCs/>
          <w:position w:val="-1"/>
          <w:sz w:val="24"/>
          <w:szCs w:val="24"/>
        </w:rPr>
        <w:t xml:space="preserve">L </w:t>
      </w:r>
      <w:r w:rsidRPr="005D0BDB">
        <w:rPr>
          <w:rFonts w:ascii="Times New Roman" w:hAnsi="Times New Roman" w:cs="Times New Roman"/>
          <w:b/>
          <w:bCs/>
          <w:spacing w:val="-1"/>
          <w:position w:val="-1"/>
          <w:sz w:val="24"/>
          <w:szCs w:val="24"/>
        </w:rPr>
        <w:t>CHE</w:t>
      </w:r>
      <w:r w:rsidRPr="005D0BDB">
        <w:rPr>
          <w:rFonts w:ascii="Times New Roman" w:hAnsi="Times New Roman" w:cs="Times New Roman"/>
          <w:b/>
          <w:bCs/>
          <w:spacing w:val="3"/>
          <w:position w:val="-1"/>
          <w:sz w:val="24"/>
          <w:szCs w:val="24"/>
        </w:rPr>
        <w:t>I</w:t>
      </w:r>
      <w:r w:rsidRPr="005D0BDB">
        <w:rPr>
          <w:rFonts w:ascii="Times New Roman" w:hAnsi="Times New Roman" w:cs="Times New Roman"/>
          <w:b/>
          <w:bCs/>
          <w:position w:val="-1"/>
          <w:sz w:val="24"/>
          <w:szCs w:val="24"/>
        </w:rPr>
        <w:t>E PROPUS</w:t>
      </w:r>
    </w:p>
    <w:p w14:paraId="2CFB2022" w14:textId="77777777" w:rsidR="008B2EA6" w:rsidRPr="005D0BDB" w:rsidRDefault="008B2EA6" w:rsidP="008B2EA6">
      <w:pPr>
        <w:widowControl w:val="0"/>
        <w:autoSpaceDE w:val="0"/>
        <w:autoSpaceDN w:val="0"/>
        <w:adjustRightInd w:val="0"/>
        <w:spacing w:before="8" w:line="240" w:lineRule="exact"/>
        <w:jc w:val="both"/>
        <w:rPr>
          <w:rFonts w:ascii="Times New Roman" w:hAnsi="Times New Roman" w:cs="Times New Roman"/>
          <w:sz w:val="24"/>
          <w:szCs w:val="24"/>
        </w:rPr>
      </w:pPr>
    </w:p>
    <w:tbl>
      <w:tblPr>
        <w:tblW w:w="9401" w:type="dxa"/>
        <w:tblInd w:w="102" w:type="dxa"/>
        <w:tblLayout w:type="fixed"/>
        <w:tblCellMar>
          <w:left w:w="0" w:type="dxa"/>
          <w:right w:w="0" w:type="dxa"/>
        </w:tblCellMar>
        <w:tblLook w:val="0000" w:firstRow="0" w:lastRow="0" w:firstColumn="0" w:lastColumn="0" w:noHBand="0" w:noVBand="0"/>
      </w:tblPr>
      <w:tblGrid>
        <w:gridCol w:w="2423"/>
        <w:gridCol w:w="1723"/>
        <w:gridCol w:w="1488"/>
        <w:gridCol w:w="1800"/>
        <w:gridCol w:w="1967"/>
      </w:tblGrid>
      <w:tr w:rsidR="008B2EA6" w:rsidRPr="005D0BDB" w14:paraId="013F8E20" w14:textId="77777777" w:rsidTr="00E152C8">
        <w:trPr>
          <w:trHeight w:hRule="exact" w:val="979"/>
        </w:trPr>
        <w:tc>
          <w:tcPr>
            <w:tcW w:w="2423" w:type="dxa"/>
            <w:tcBorders>
              <w:top w:val="single" w:sz="4" w:space="0" w:color="000000"/>
              <w:left w:val="single" w:sz="4" w:space="0" w:color="000000"/>
              <w:bottom w:val="single" w:sz="4" w:space="0" w:color="000000"/>
              <w:right w:val="single" w:sz="4" w:space="0" w:color="000000"/>
            </w:tcBorders>
          </w:tcPr>
          <w:p w14:paraId="390C93FD" w14:textId="77777777" w:rsidR="008B2EA6" w:rsidRPr="005D0BDB" w:rsidRDefault="008B2EA6" w:rsidP="00E152C8">
            <w:pPr>
              <w:widowControl w:val="0"/>
              <w:autoSpaceDE w:val="0"/>
              <w:autoSpaceDN w:val="0"/>
              <w:adjustRightInd w:val="0"/>
              <w:spacing w:line="250" w:lineRule="exact"/>
              <w:jc w:val="both"/>
              <w:rPr>
                <w:rFonts w:ascii="Times New Roman" w:hAnsi="Times New Roman" w:cs="Times New Roman"/>
                <w:b/>
                <w:sz w:val="24"/>
                <w:szCs w:val="24"/>
              </w:rPr>
            </w:pPr>
            <w:r w:rsidRPr="005D0BDB">
              <w:rPr>
                <w:rFonts w:ascii="Times New Roman" w:hAnsi="Times New Roman" w:cs="Times New Roman"/>
                <w:b/>
                <w:spacing w:val="-1"/>
                <w:sz w:val="24"/>
                <w:szCs w:val="24"/>
              </w:rPr>
              <w:t>P</w:t>
            </w:r>
            <w:r w:rsidRPr="005D0BDB">
              <w:rPr>
                <w:rFonts w:ascii="Times New Roman" w:hAnsi="Times New Roman" w:cs="Times New Roman"/>
                <w:b/>
                <w:sz w:val="24"/>
                <w:szCs w:val="24"/>
              </w:rPr>
              <w:t>o</w:t>
            </w:r>
            <w:r w:rsidRPr="005D0BDB">
              <w:rPr>
                <w:rFonts w:ascii="Times New Roman" w:hAnsi="Times New Roman" w:cs="Times New Roman"/>
                <w:b/>
                <w:spacing w:val="-2"/>
                <w:sz w:val="24"/>
                <w:szCs w:val="24"/>
              </w:rPr>
              <w:t>z</w:t>
            </w:r>
            <w:r w:rsidRPr="005D0BDB">
              <w:rPr>
                <w:rFonts w:ascii="Times New Roman" w:hAnsi="Times New Roman" w:cs="Times New Roman"/>
                <w:b/>
                <w:spacing w:val="-1"/>
                <w:sz w:val="24"/>
                <w:szCs w:val="24"/>
              </w:rPr>
              <w:t>i</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e</w:t>
            </w:r>
            <w:r w:rsidRPr="005D0BDB">
              <w:rPr>
                <w:rFonts w:ascii="Times New Roman" w:hAnsi="Times New Roman" w:cs="Times New Roman"/>
                <w:b/>
                <w:spacing w:val="1"/>
                <w:sz w:val="24"/>
                <w:szCs w:val="24"/>
              </w:rPr>
              <w:t>/</w:t>
            </w:r>
            <w:r w:rsidRPr="005D0BDB">
              <w:rPr>
                <w:rFonts w:ascii="Times New Roman" w:hAnsi="Times New Roman" w:cs="Times New Roman"/>
                <w:b/>
                <w:spacing w:val="-1"/>
                <w:sz w:val="24"/>
                <w:szCs w:val="24"/>
              </w:rPr>
              <w:t>N</w:t>
            </w:r>
            <w:r w:rsidRPr="005D0BDB">
              <w:rPr>
                <w:rFonts w:ascii="Times New Roman" w:hAnsi="Times New Roman" w:cs="Times New Roman"/>
                <w:b/>
                <w:sz w:val="24"/>
                <w:szCs w:val="24"/>
              </w:rPr>
              <w:t>u</w:t>
            </w:r>
            <w:r w:rsidRPr="005D0BDB">
              <w:rPr>
                <w:rFonts w:ascii="Times New Roman" w:hAnsi="Times New Roman" w:cs="Times New Roman"/>
                <w:b/>
                <w:spacing w:val="1"/>
                <w:sz w:val="24"/>
                <w:szCs w:val="24"/>
              </w:rPr>
              <w:t>m</w:t>
            </w:r>
            <w:r w:rsidRPr="005D0BDB">
              <w:rPr>
                <w:rFonts w:ascii="Times New Roman" w:hAnsi="Times New Roman" w:cs="Times New Roman"/>
                <w:b/>
                <w:sz w:val="24"/>
                <w:szCs w:val="24"/>
              </w:rPr>
              <w:t>e</w:t>
            </w:r>
          </w:p>
        </w:tc>
        <w:tc>
          <w:tcPr>
            <w:tcW w:w="1723" w:type="dxa"/>
            <w:tcBorders>
              <w:top w:val="single" w:sz="4" w:space="0" w:color="000000"/>
              <w:left w:val="single" w:sz="4" w:space="0" w:color="000000"/>
              <w:bottom w:val="single" w:sz="4" w:space="0" w:color="000000"/>
              <w:right w:val="single" w:sz="4" w:space="0" w:color="000000"/>
            </w:tcBorders>
          </w:tcPr>
          <w:p w14:paraId="3296305F" w14:textId="77777777" w:rsidR="008B2EA6" w:rsidRPr="005D0BDB" w:rsidRDefault="008B2EA6" w:rsidP="00E152C8">
            <w:pPr>
              <w:widowControl w:val="0"/>
              <w:autoSpaceDE w:val="0"/>
              <w:autoSpaceDN w:val="0"/>
              <w:adjustRightInd w:val="0"/>
              <w:ind w:left="102"/>
              <w:jc w:val="both"/>
              <w:rPr>
                <w:rFonts w:ascii="Times New Roman" w:hAnsi="Times New Roman" w:cs="Times New Roman"/>
                <w:b/>
                <w:sz w:val="24"/>
                <w:szCs w:val="24"/>
              </w:rPr>
            </w:pPr>
            <w:r w:rsidRPr="005D0BDB">
              <w:rPr>
                <w:rFonts w:ascii="Times New Roman" w:hAnsi="Times New Roman" w:cs="Times New Roman"/>
                <w:b/>
                <w:spacing w:val="-1"/>
                <w:sz w:val="24"/>
                <w:szCs w:val="24"/>
              </w:rPr>
              <w:t>N</w:t>
            </w:r>
            <w:r w:rsidRPr="005D0BDB">
              <w:rPr>
                <w:rFonts w:ascii="Times New Roman" w:hAnsi="Times New Roman" w:cs="Times New Roman"/>
                <w:b/>
                <w:sz w:val="24"/>
                <w:szCs w:val="24"/>
              </w:rPr>
              <w:t>a</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ona</w:t>
            </w:r>
            <w:r w:rsidRPr="005D0BDB">
              <w:rPr>
                <w:rFonts w:ascii="Times New Roman" w:hAnsi="Times New Roman" w:cs="Times New Roman"/>
                <w:b/>
                <w:spacing w:val="-1"/>
                <w:sz w:val="24"/>
                <w:szCs w:val="24"/>
              </w:rPr>
              <w:t>li</w:t>
            </w:r>
            <w:r w:rsidRPr="005D0BDB">
              <w:rPr>
                <w:rFonts w:ascii="Times New Roman" w:hAnsi="Times New Roman" w:cs="Times New Roman"/>
                <w:b/>
                <w:spacing w:val="1"/>
                <w:sz w:val="24"/>
                <w:szCs w:val="24"/>
              </w:rPr>
              <w:t>t</w:t>
            </w:r>
            <w:r w:rsidRPr="005D0BDB">
              <w:rPr>
                <w:rFonts w:ascii="Times New Roman" w:hAnsi="Times New Roman" w:cs="Times New Roman"/>
                <w:b/>
                <w:sz w:val="24"/>
                <w:szCs w:val="24"/>
              </w:rPr>
              <w:t>a</w:t>
            </w:r>
            <w:r w:rsidRPr="005D0BDB">
              <w:rPr>
                <w:rFonts w:ascii="Times New Roman" w:hAnsi="Times New Roman" w:cs="Times New Roman"/>
                <w:b/>
                <w:spacing w:val="1"/>
                <w:sz w:val="24"/>
                <w:szCs w:val="24"/>
              </w:rPr>
              <w:t>t</w:t>
            </w:r>
            <w:r w:rsidRPr="005D0BDB">
              <w:rPr>
                <w:rFonts w:ascii="Times New Roman" w:hAnsi="Times New Roman" w:cs="Times New Roman"/>
                <w:b/>
                <w:sz w:val="24"/>
                <w:szCs w:val="24"/>
              </w:rPr>
              <w:t>e</w:t>
            </w:r>
          </w:p>
        </w:tc>
        <w:tc>
          <w:tcPr>
            <w:tcW w:w="1488" w:type="dxa"/>
            <w:tcBorders>
              <w:top w:val="single" w:sz="4" w:space="0" w:color="000000"/>
              <w:left w:val="single" w:sz="4" w:space="0" w:color="000000"/>
              <w:bottom w:val="single" w:sz="4" w:space="0" w:color="000000"/>
              <w:right w:val="single" w:sz="4" w:space="0" w:color="000000"/>
            </w:tcBorders>
          </w:tcPr>
          <w:p w14:paraId="46CA6FB9" w14:textId="77777777" w:rsidR="008B2EA6" w:rsidRPr="005D0BDB" w:rsidRDefault="008B2EA6" w:rsidP="00E152C8">
            <w:pPr>
              <w:widowControl w:val="0"/>
              <w:autoSpaceDE w:val="0"/>
              <w:autoSpaceDN w:val="0"/>
              <w:adjustRightInd w:val="0"/>
              <w:spacing w:line="250" w:lineRule="exact"/>
              <w:ind w:left="102"/>
              <w:jc w:val="both"/>
              <w:rPr>
                <w:rFonts w:ascii="Times New Roman" w:hAnsi="Times New Roman" w:cs="Times New Roman"/>
                <w:b/>
                <w:sz w:val="24"/>
                <w:szCs w:val="24"/>
              </w:rPr>
            </w:pPr>
            <w:r w:rsidRPr="005D0BDB">
              <w:rPr>
                <w:rFonts w:ascii="Times New Roman" w:hAnsi="Times New Roman" w:cs="Times New Roman"/>
                <w:b/>
                <w:spacing w:val="-1"/>
                <w:sz w:val="24"/>
                <w:szCs w:val="24"/>
              </w:rPr>
              <w:t>E</w:t>
            </w:r>
            <w:r w:rsidRPr="005D0BDB">
              <w:rPr>
                <w:rFonts w:ascii="Times New Roman" w:hAnsi="Times New Roman" w:cs="Times New Roman"/>
                <w:b/>
                <w:sz w:val="24"/>
                <w:szCs w:val="24"/>
              </w:rPr>
              <w:t>duca</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e</w:t>
            </w:r>
          </w:p>
        </w:tc>
        <w:tc>
          <w:tcPr>
            <w:tcW w:w="1800" w:type="dxa"/>
            <w:tcBorders>
              <w:top w:val="single" w:sz="4" w:space="0" w:color="000000"/>
              <w:left w:val="single" w:sz="4" w:space="0" w:color="000000"/>
              <w:bottom w:val="single" w:sz="4" w:space="0" w:color="000000"/>
              <w:right w:val="single" w:sz="4" w:space="0" w:color="000000"/>
            </w:tcBorders>
          </w:tcPr>
          <w:p w14:paraId="5F2CE36C" w14:textId="77777777" w:rsidR="008B2EA6" w:rsidRPr="005D0BDB" w:rsidRDefault="008B2EA6" w:rsidP="00E152C8">
            <w:pPr>
              <w:widowControl w:val="0"/>
              <w:autoSpaceDE w:val="0"/>
              <w:autoSpaceDN w:val="0"/>
              <w:adjustRightInd w:val="0"/>
              <w:ind w:left="102" w:right="63"/>
              <w:jc w:val="both"/>
              <w:rPr>
                <w:rFonts w:ascii="Times New Roman" w:hAnsi="Times New Roman" w:cs="Times New Roman"/>
                <w:b/>
                <w:sz w:val="24"/>
                <w:szCs w:val="24"/>
              </w:rPr>
            </w:pPr>
            <w:r w:rsidRPr="005D0BDB">
              <w:rPr>
                <w:rFonts w:ascii="Times New Roman" w:hAnsi="Times New Roman" w:cs="Times New Roman"/>
                <w:b/>
                <w:spacing w:val="-1"/>
                <w:sz w:val="24"/>
                <w:szCs w:val="24"/>
              </w:rPr>
              <w:t>Experienta profesionala generala</w:t>
            </w:r>
          </w:p>
        </w:tc>
        <w:tc>
          <w:tcPr>
            <w:tcW w:w="1967" w:type="dxa"/>
            <w:tcBorders>
              <w:top w:val="single" w:sz="4" w:space="0" w:color="000000"/>
              <w:left w:val="single" w:sz="4" w:space="0" w:color="000000"/>
              <w:bottom w:val="single" w:sz="4" w:space="0" w:color="000000"/>
              <w:right w:val="single" w:sz="4" w:space="0" w:color="000000"/>
            </w:tcBorders>
          </w:tcPr>
          <w:p w14:paraId="581D908E" w14:textId="77777777" w:rsidR="008B2EA6" w:rsidRPr="005D0BDB" w:rsidRDefault="008B2EA6" w:rsidP="00E152C8">
            <w:pPr>
              <w:widowControl w:val="0"/>
              <w:tabs>
                <w:tab w:val="left" w:pos="1620"/>
              </w:tabs>
              <w:autoSpaceDE w:val="0"/>
              <w:autoSpaceDN w:val="0"/>
              <w:adjustRightInd w:val="0"/>
              <w:ind w:left="102" w:right="63"/>
              <w:jc w:val="both"/>
              <w:rPr>
                <w:rFonts w:ascii="Times New Roman" w:hAnsi="Times New Roman" w:cs="Times New Roman"/>
                <w:b/>
                <w:sz w:val="24"/>
                <w:szCs w:val="24"/>
              </w:rPr>
            </w:pPr>
            <w:r w:rsidRPr="005D0BDB">
              <w:rPr>
                <w:rFonts w:ascii="Times New Roman" w:hAnsi="Times New Roman" w:cs="Times New Roman"/>
                <w:b/>
                <w:spacing w:val="-1"/>
                <w:sz w:val="24"/>
                <w:szCs w:val="24"/>
              </w:rPr>
              <w:t>Experienta specifica</w:t>
            </w:r>
          </w:p>
        </w:tc>
      </w:tr>
      <w:tr w:rsidR="008B2EA6" w:rsidRPr="005D0BDB" w14:paraId="40C26646" w14:textId="77777777" w:rsidTr="00E152C8">
        <w:trPr>
          <w:trHeight w:hRule="exact" w:val="792"/>
        </w:trPr>
        <w:tc>
          <w:tcPr>
            <w:tcW w:w="2423" w:type="dxa"/>
            <w:tcBorders>
              <w:top w:val="single" w:sz="4" w:space="0" w:color="000000"/>
              <w:left w:val="single" w:sz="4" w:space="0" w:color="000000"/>
              <w:bottom w:val="single" w:sz="4" w:space="0" w:color="000000"/>
              <w:right w:val="single" w:sz="4" w:space="0" w:color="000000"/>
            </w:tcBorders>
          </w:tcPr>
          <w:p w14:paraId="7E3C22BC" w14:textId="77777777" w:rsidR="008B2EA6" w:rsidRPr="005D0BDB" w:rsidRDefault="008B2EA6" w:rsidP="00E152C8">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Manager de contract</w:t>
            </w:r>
          </w:p>
        </w:tc>
        <w:tc>
          <w:tcPr>
            <w:tcW w:w="1723" w:type="dxa"/>
            <w:tcBorders>
              <w:top w:val="single" w:sz="4" w:space="0" w:color="000000"/>
              <w:left w:val="single" w:sz="4" w:space="0" w:color="000000"/>
              <w:bottom w:val="single" w:sz="4" w:space="0" w:color="000000"/>
              <w:right w:val="single" w:sz="4" w:space="0" w:color="000000"/>
            </w:tcBorders>
          </w:tcPr>
          <w:p w14:paraId="640D8094"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750AA3ED"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343FA619"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08D3CF3F"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r>
      <w:tr w:rsidR="008B2EA6" w:rsidRPr="005D0BDB" w14:paraId="123B7F11" w14:textId="77777777" w:rsidTr="00E152C8">
        <w:trPr>
          <w:trHeight w:hRule="exact" w:val="1082"/>
        </w:trPr>
        <w:tc>
          <w:tcPr>
            <w:tcW w:w="2423" w:type="dxa"/>
            <w:tcBorders>
              <w:top w:val="single" w:sz="4" w:space="0" w:color="000000"/>
              <w:left w:val="single" w:sz="4" w:space="0" w:color="000000"/>
              <w:bottom w:val="single" w:sz="4" w:space="0" w:color="000000"/>
              <w:right w:val="single" w:sz="4" w:space="0" w:color="000000"/>
            </w:tcBorders>
          </w:tcPr>
          <w:p w14:paraId="7CDA62B8" w14:textId="77777777" w:rsidR="008B2EA6" w:rsidRPr="005D0BDB" w:rsidRDefault="008B2EA6" w:rsidP="00E152C8">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Manager de colectare</w:t>
            </w:r>
          </w:p>
        </w:tc>
        <w:tc>
          <w:tcPr>
            <w:tcW w:w="1723" w:type="dxa"/>
            <w:tcBorders>
              <w:top w:val="single" w:sz="4" w:space="0" w:color="000000"/>
              <w:left w:val="single" w:sz="4" w:space="0" w:color="000000"/>
              <w:bottom w:val="single" w:sz="4" w:space="0" w:color="000000"/>
              <w:right w:val="single" w:sz="4" w:space="0" w:color="000000"/>
            </w:tcBorders>
          </w:tcPr>
          <w:p w14:paraId="610A1E22"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5C32F0C4"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294B770E"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4F23247C" w14:textId="77777777" w:rsidR="008B2EA6" w:rsidRPr="005D0BDB" w:rsidRDefault="008B2EA6" w:rsidP="00E152C8">
            <w:pPr>
              <w:keepNext/>
              <w:widowControl w:val="0"/>
              <w:autoSpaceDE w:val="0"/>
              <w:autoSpaceDN w:val="0"/>
              <w:adjustRightInd w:val="0"/>
              <w:jc w:val="both"/>
              <w:outlineLvl w:val="2"/>
              <w:rPr>
                <w:rFonts w:ascii="Times New Roman" w:hAnsi="Times New Roman" w:cs="Times New Roman"/>
                <w:sz w:val="24"/>
                <w:szCs w:val="24"/>
              </w:rPr>
            </w:pPr>
          </w:p>
        </w:tc>
      </w:tr>
      <w:tr w:rsidR="008B2EA6" w:rsidRPr="005D0BDB" w14:paraId="0E9683F4" w14:textId="77777777" w:rsidTr="00E152C8">
        <w:trPr>
          <w:trHeight w:hRule="exact" w:val="693"/>
        </w:trPr>
        <w:tc>
          <w:tcPr>
            <w:tcW w:w="2423" w:type="dxa"/>
            <w:tcBorders>
              <w:top w:val="single" w:sz="4" w:space="0" w:color="000000"/>
              <w:left w:val="single" w:sz="4" w:space="0" w:color="000000"/>
              <w:bottom w:val="single" w:sz="4" w:space="0" w:color="000000"/>
              <w:right w:val="single" w:sz="4" w:space="0" w:color="000000"/>
            </w:tcBorders>
          </w:tcPr>
          <w:p w14:paraId="0F8676BC" w14:textId="77777777" w:rsidR="008B2EA6" w:rsidRPr="005D0BDB" w:rsidRDefault="008B2EA6" w:rsidP="00E152C8">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Responsabil tehnic</w:t>
            </w:r>
          </w:p>
          <w:p w14:paraId="3485CFAE" w14:textId="77777777" w:rsidR="008B2EA6" w:rsidRPr="005D0BDB" w:rsidRDefault="008B2EA6" w:rsidP="00E152C8">
            <w:pPr>
              <w:suppressAutoHyphens/>
              <w:ind w:left="37" w:right="110"/>
              <w:jc w:val="both"/>
              <w:rPr>
                <w:rFonts w:ascii="Times New Roman" w:hAnsi="Times New Roman" w:cs="Times New Roman"/>
                <w:i/>
                <w:sz w:val="24"/>
                <w:szCs w:val="24"/>
              </w:rPr>
            </w:pPr>
          </w:p>
        </w:tc>
        <w:tc>
          <w:tcPr>
            <w:tcW w:w="1723" w:type="dxa"/>
            <w:tcBorders>
              <w:top w:val="single" w:sz="4" w:space="0" w:color="000000"/>
              <w:left w:val="single" w:sz="4" w:space="0" w:color="000000"/>
              <w:bottom w:val="single" w:sz="4" w:space="0" w:color="000000"/>
              <w:right w:val="single" w:sz="4" w:space="0" w:color="000000"/>
            </w:tcBorders>
          </w:tcPr>
          <w:p w14:paraId="0C7D27B2" w14:textId="77777777" w:rsidR="008B2EA6" w:rsidRPr="005D0BDB" w:rsidRDefault="008B2EA6" w:rsidP="00E152C8">
            <w:pPr>
              <w:widowControl w:val="0"/>
              <w:autoSpaceDE w:val="0"/>
              <w:autoSpaceDN w:val="0"/>
              <w:adjustRightInd w:val="0"/>
              <w:jc w:val="both"/>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38689734" w14:textId="77777777" w:rsidR="008B2EA6" w:rsidRPr="005D0BDB" w:rsidRDefault="008B2EA6" w:rsidP="00E152C8">
            <w:pPr>
              <w:widowControl w:val="0"/>
              <w:autoSpaceDE w:val="0"/>
              <w:autoSpaceDN w:val="0"/>
              <w:adjustRightInd w:val="0"/>
              <w:jc w:val="both"/>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1F7D80EE" w14:textId="77777777" w:rsidR="008B2EA6" w:rsidRPr="005D0BDB" w:rsidRDefault="008B2EA6" w:rsidP="00E152C8">
            <w:pPr>
              <w:widowControl w:val="0"/>
              <w:autoSpaceDE w:val="0"/>
              <w:autoSpaceDN w:val="0"/>
              <w:adjustRightInd w:val="0"/>
              <w:jc w:val="both"/>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2CC7F88A" w14:textId="77777777" w:rsidR="008B2EA6" w:rsidRPr="005D0BDB" w:rsidRDefault="008B2EA6" w:rsidP="00E152C8">
            <w:pPr>
              <w:widowControl w:val="0"/>
              <w:autoSpaceDE w:val="0"/>
              <w:autoSpaceDN w:val="0"/>
              <w:adjustRightInd w:val="0"/>
              <w:jc w:val="both"/>
              <w:rPr>
                <w:rFonts w:ascii="Times New Roman" w:hAnsi="Times New Roman" w:cs="Times New Roman"/>
                <w:sz w:val="24"/>
                <w:szCs w:val="24"/>
              </w:rPr>
            </w:pPr>
          </w:p>
        </w:tc>
      </w:tr>
    </w:tbl>
    <w:p w14:paraId="3F50D57F" w14:textId="77777777" w:rsidR="008B2EA6" w:rsidRPr="005D0BDB" w:rsidRDefault="008B2EA6" w:rsidP="008B2EA6">
      <w:pPr>
        <w:widowControl w:val="0"/>
        <w:autoSpaceDE w:val="0"/>
        <w:autoSpaceDN w:val="0"/>
        <w:adjustRightInd w:val="0"/>
        <w:spacing w:line="200" w:lineRule="exact"/>
        <w:jc w:val="both"/>
        <w:rPr>
          <w:rFonts w:ascii="Times New Roman" w:hAnsi="Times New Roman" w:cs="Times New Roman"/>
          <w:sz w:val="24"/>
          <w:szCs w:val="24"/>
        </w:rPr>
      </w:pPr>
    </w:p>
    <w:p w14:paraId="1B1B4946" w14:textId="77777777" w:rsidR="008B2EA6" w:rsidRPr="005D0BDB" w:rsidRDefault="008B2EA6" w:rsidP="008B2EA6">
      <w:pPr>
        <w:widowControl w:val="0"/>
        <w:autoSpaceDE w:val="0"/>
        <w:autoSpaceDN w:val="0"/>
        <w:adjustRightInd w:val="0"/>
        <w:spacing w:before="16" w:line="240" w:lineRule="exact"/>
        <w:jc w:val="both"/>
        <w:rPr>
          <w:rFonts w:ascii="Times New Roman" w:hAnsi="Times New Roman" w:cs="Times New Roman"/>
          <w:sz w:val="24"/>
          <w:szCs w:val="24"/>
        </w:rPr>
      </w:pPr>
    </w:p>
    <w:p w14:paraId="00D6B7A2" w14:textId="77777777" w:rsidR="008B2EA6" w:rsidRPr="005D0BDB" w:rsidRDefault="008B2EA6" w:rsidP="008B2EA6">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484F73FA" w14:textId="77777777" w:rsidR="008B2EA6" w:rsidRPr="005D0BDB" w:rsidRDefault="008B2EA6" w:rsidP="008B2EA6">
      <w:pPr>
        <w:widowControl w:val="0"/>
        <w:autoSpaceDE w:val="0"/>
        <w:autoSpaceDN w:val="0"/>
        <w:adjustRightInd w:val="0"/>
        <w:spacing w:before="17" w:line="220" w:lineRule="exact"/>
        <w:jc w:val="both"/>
        <w:rPr>
          <w:rFonts w:ascii="Times New Roman" w:hAnsi="Times New Roman" w:cs="Times New Roman"/>
          <w:sz w:val="24"/>
          <w:szCs w:val="24"/>
        </w:rPr>
      </w:pPr>
    </w:p>
    <w:p w14:paraId="2B212B8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328F4943"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3DFA4ECE"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şi semnătura)</w:t>
      </w:r>
    </w:p>
    <w:p w14:paraId="46AE08E8" w14:textId="77777777" w:rsidR="008B2EA6" w:rsidRPr="005D0BDB" w:rsidRDefault="008B2EA6" w:rsidP="008B2EA6">
      <w:pPr>
        <w:jc w:val="both"/>
        <w:rPr>
          <w:rFonts w:ascii="Times New Roman" w:hAnsi="Times New Roman" w:cs="Times New Roman"/>
          <w:sz w:val="24"/>
          <w:szCs w:val="24"/>
        </w:rPr>
      </w:pPr>
    </w:p>
    <w:p w14:paraId="1D987E7B" w14:textId="77777777" w:rsidR="008B2EA6" w:rsidRPr="005D0BDB" w:rsidRDefault="008B2EA6" w:rsidP="008B2EA6">
      <w:pPr>
        <w:jc w:val="both"/>
        <w:rPr>
          <w:rFonts w:ascii="Times New Roman" w:hAnsi="Times New Roman" w:cs="Times New Roman"/>
          <w:sz w:val="24"/>
          <w:szCs w:val="24"/>
        </w:rPr>
      </w:pPr>
    </w:p>
    <w:p w14:paraId="7E38F21F" w14:textId="77777777" w:rsidR="008B2EA6" w:rsidRPr="005D0BDB" w:rsidRDefault="008B2EA6" w:rsidP="008B2EA6">
      <w:pPr>
        <w:jc w:val="both"/>
        <w:rPr>
          <w:rFonts w:ascii="Times New Roman" w:hAnsi="Times New Roman" w:cs="Times New Roman"/>
          <w:sz w:val="24"/>
          <w:szCs w:val="24"/>
        </w:rPr>
      </w:pPr>
    </w:p>
    <w:p w14:paraId="69AD8D5D" w14:textId="77777777" w:rsidR="008B2EA6" w:rsidRPr="005D0BDB" w:rsidRDefault="008B2EA6" w:rsidP="008B2EA6">
      <w:pPr>
        <w:jc w:val="both"/>
        <w:rPr>
          <w:rFonts w:ascii="Times New Roman" w:hAnsi="Times New Roman" w:cs="Times New Roman"/>
          <w:sz w:val="24"/>
          <w:szCs w:val="24"/>
        </w:rPr>
      </w:pPr>
    </w:p>
    <w:p w14:paraId="42151D99"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i/>
          <w:sz w:val="24"/>
          <w:szCs w:val="24"/>
        </w:rPr>
        <w:t>Nota: pentru fiecare persoana propusa ca si personal cheie se va ataşa un CV in format Europass (</w:t>
      </w:r>
      <w:hyperlink r:id="rId34" w:history="1">
        <w:r w:rsidRPr="005D0BDB">
          <w:rPr>
            <w:rFonts w:ascii="Times New Roman" w:hAnsi="Times New Roman" w:cs="Times New Roman"/>
            <w:i/>
            <w:sz w:val="24"/>
            <w:szCs w:val="24"/>
            <w:u w:val="single"/>
          </w:rPr>
          <w:t>http://europass.cedefop.europa.eu/europass/home/hornav/Downloads/EuropassCV/CVTemplate.csp</w:t>
        </w:r>
      </w:hyperlink>
      <w:r w:rsidRPr="005D0BDB">
        <w:rPr>
          <w:rFonts w:ascii="Times New Roman" w:hAnsi="Times New Roman" w:cs="Times New Roman"/>
          <w:i/>
          <w:sz w:val="24"/>
          <w:szCs w:val="24"/>
        </w:rPr>
        <w:t>), si anexele aferente acestuia. De asemenea, pentru fiecare persoana propusa ca si personal cheie se va ataşa o declaratie de disponibilitate.</w:t>
      </w:r>
    </w:p>
    <w:p w14:paraId="3F1D573D"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i/>
          <w:sz w:val="24"/>
          <w:szCs w:val="24"/>
        </w:rPr>
        <w:t>Din CV trebuie să rezulte calificările, experienţa specifică şi generală solicitată</w:t>
      </w:r>
    </w:p>
    <w:p w14:paraId="63A8A523"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57D411B8" w14:textId="77777777" w:rsidR="008B2EA6" w:rsidRPr="005D0BDB" w:rsidRDefault="008B2EA6" w:rsidP="008B2EA6">
      <w:pPr>
        <w:pStyle w:val="Default"/>
        <w:numPr>
          <w:ilvl w:val="0"/>
          <w:numId w:val="116"/>
        </w:numPr>
        <w:spacing w:after="0" w:line="240" w:lineRule="auto"/>
        <w:ind w:right="-1"/>
        <w:jc w:val="both"/>
        <w:outlineLvl w:val="0"/>
      </w:pPr>
    </w:p>
    <w:p w14:paraId="7DB8B028" w14:textId="77777777" w:rsidR="008B2EA6" w:rsidRPr="005D0BDB" w:rsidRDefault="008B2EA6" w:rsidP="008B2EA6">
      <w:pPr>
        <w:jc w:val="both"/>
        <w:rPr>
          <w:rFonts w:ascii="Times New Roman" w:hAnsi="Times New Roman" w:cs="Times New Roman"/>
          <w:sz w:val="24"/>
          <w:szCs w:val="24"/>
        </w:rPr>
      </w:pPr>
    </w:p>
    <w:p w14:paraId="314AF973" w14:textId="77777777" w:rsidR="008B2EA6" w:rsidRPr="005D0BDB" w:rsidRDefault="008B2EA6" w:rsidP="008B2EA6">
      <w:pPr>
        <w:jc w:val="both"/>
        <w:rPr>
          <w:rFonts w:ascii="Times New Roman" w:hAnsi="Times New Roman" w:cs="Times New Roman"/>
          <w:sz w:val="24"/>
          <w:szCs w:val="24"/>
        </w:rPr>
      </w:pPr>
    </w:p>
    <w:p w14:paraId="245081A1" w14:textId="77777777" w:rsidR="008B2EA6" w:rsidRPr="005D0BDB" w:rsidRDefault="008B2EA6" w:rsidP="008B2EA6">
      <w:pPr>
        <w:jc w:val="center"/>
        <w:rPr>
          <w:rFonts w:ascii="Times New Roman" w:hAnsi="Times New Roman" w:cs="Times New Roman"/>
          <w:b/>
          <w:sz w:val="24"/>
          <w:szCs w:val="24"/>
        </w:rPr>
      </w:pPr>
      <w:r w:rsidRPr="005D0BDB">
        <w:rPr>
          <w:rFonts w:ascii="Times New Roman" w:hAnsi="Times New Roman" w:cs="Times New Roman"/>
          <w:b/>
          <w:sz w:val="24"/>
          <w:szCs w:val="24"/>
        </w:rPr>
        <w:t>Declarație de disponibilitate</w:t>
      </w:r>
    </w:p>
    <w:p w14:paraId="3F89B097" w14:textId="77777777" w:rsidR="008B2EA6" w:rsidRPr="005D0BDB" w:rsidRDefault="008B2EA6" w:rsidP="008B2EA6">
      <w:pPr>
        <w:jc w:val="both"/>
        <w:rPr>
          <w:rFonts w:ascii="Times New Roman" w:hAnsi="Times New Roman" w:cs="Times New Roman"/>
          <w:i/>
          <w:sz w:val="24"/>
          <w:szCs w:val="24"/>
        </w:rPr>
      </w:pPr>
    </w:p>
    <w:p w14:paraId="2048660D" w14:textId="77777777" w:rsidR="008B2EA6" w:rsidRPr="005D0BDB" w:rsidRDefault="008B2EA6" w:rsidP="008B2EA6">
      <w:pPr>
        <w:autoSpaceDE w:val="0"/>
        <w:autoSpaceDN w:val="0"/>
        <w:adjustRightInd w:val="0"/>
        <w:jc w:val="both"/>
        <w:rPr>
          <w:rFonts w:ascii="Times New Roman" w:hAnsi="Times New Roman" w:cs="Times New Roman"/>
          <w:sz w:val="24"/>
          <w:szCs w:val="24"/>
        </w:rPr>
      </w:pPr>
    </w:p>
    <w:p w14:paraId="147FC85B" w14:textId="77777777" w:rsidR="008B2EA6" w:rsidRPr="005D0BDB" w:rsidRDefault="008B2EA6" w:rsidP="008B2EA6">
      <w:pPr>
        <w:autoSpaceDE w:val="0"/>
        <w:autoSpaceDN w:val="0"/>
        <w:adjustRightInd w:val="0"/>
        <w:spacing w:after="120"/>
        <w:jc w:val="both"/>
        <w:rPr>
          <w:rFonts w:ascii="Times New Roman" w:hAnsi="Times New Roman" w:cs="Times New Roman"/>
          <w:sz w:val="24"/>
          <w:szCs w:val="24"/>
        </w:rPr>
      </w:pPr>
      <w:r w:rsidRPr="005D0BDB">
        <w:rPr>
          <w:rFonts w:ascii="Times New Roman" w:hAnsi="Times New Roman" w:cs="Times New Roman"/>
          <w:b/>
          <w:sz w:val="24"/>
          <w:szCs w:val="24"/>
        </w:rPr>
        <w:t>Titlu proiect</w:t>
      </w:r>
      <w:r w:rsidRPr="005D0BDB">
        <w:rPr>
          <w:rFonts w:ascii="Times New Roman" w:hAnsi="Times New Roman" w:cs="Times New Roman"/>
          <w:sz w:val="24"/>
          <w:szCs w:val="24"/>
        </w:rPr>
        <w:t xml:space="preserve">: </w:t>
      </w:r>
    </w:p>
    <w:p w14:paraId="0536176A" w14:textId="77777777" w:rsidR="008B2EA6" w:rsidRPr="005D0BDB" w:rsidRDefault="008B2EA6" w:rsidP="008B2EA6">
      <w:pPr>
        <w:autoSpaceDE w:val="0"/>
        <w:autoSpaceDN w:val="0"/>
        <w:adjustRightInd w:val="0"/>
        <w:spacing w:after="120"/>
        <w:jc w:val="both"/>
        <w:rPr>
          <w:rFonts w:ascii="Times New Roman" w:hAnsi="Times New Roman" w:cs="Times New Roman"/>
          <w:sz w:val="24"/>
          <w:szCs w:val="24"/>
        </w:rPr>
      </w:pPr>
      <w:r w:rsidRPr="005D0BDB">
        <w:rPr>
          <w:rFonts w:ascii="Times New Roman" w:hAnsi="Times New Roman" w:cs="Times New Roman"/>
          <w:sz w:val="24"/>
          <w:szCs w:val="24"/>
        </w:rPr>
        <w:t xml:space="preserve">Subsemnatul ………………………………. declar ca sunt de acord sa particip la procedura organizata de </w:t>
      </w:r>
      <w:r w:rsidRPr="005D0BDB">
        <w:rPr>
          <w:rFonts w:ascii="Times New Roman" w:hAnsi="Times New Roman" w:cs="Times New Roman"/>
          <w:b/>
          <w:bCs/>
          <w:sz w:val="24"/>
          <w:szCs w:val="24"/>
        </w:rPr>
        <w:t xml:space="preserve">Asociația de Dezvoltare Intercomunitară Sistem Integrat de Gestionare a  Deșeurilor Județul Arad </w:t>
      </w:r>
      <w:r w:rsidRPr="005D0BDB">
        <w:rPr>
          <w:rFonts w:ascii="Times New Roman" w:hAnsi="Times New Roman" w:cs="Times New Roman"/>
          <w:sz w:val="24"/>
          <w:szCs w:val="24"/>
        </w:rPr>
        <w:t>pentru atribuirea contractului de concesiune  având ca obiect</w:t>
      </w:r>
      <w:r w:rsidRPr="005D0BDB">
        <w:rPr>
          <w:rFonts w:ascii="Times New Roman" w:hAnsi="Times New Roman" w:cs="Times New Roman"/>
          <w:b/>
          <w:bCs/>
          <w:sz w:val="24"/>
          <w:szCs w:val="24"/>
        </w:rPr>
        <w:t>__________________________</w:t>
      </w:r>
      <w:r w:rsidRPr="005D0BDB">
        <w:rPr>
          <w:rFonts w:ascii="Times New Roman" w:hAnsi="Times New Roman" w:cs="Times New Roman"/>
          <w:sz w:val="24"/>
          <w:szCs w:val="24"/>
        </w:rPr>
        <w:t xml:space="preserve">, anunț de oncesiune nr. SEAP ………………………………… </w:t>
      </w:r>
    </w:p>
    <w:p w14:paraId="072CF482" w14:textId="77777777" w:rsidR="008B2EA6" w:rsidRPr="005D0BDB" w:rsidRDefault="008B2EA6" w:rsidP="008B2EA6">
      <w:pPr>
        <w:spacing w:after="120"/>
        <w:jc w:val="both"/>
        <w:rPr>
          <w:rFonts w:ascii="Times New Roman" w:hAnsi="Times New Roman" w:cs="Times New Roman"/>
          <w:i/>
          <w:sz w:val="24"/>
          <w:szCs w:val="24"/>
        </w:rPr>
      </w:pPr>
    </w:p>
    <w:p w14:paraId="62ACDF23" w14:textId="77777777" w:rsidR="008B2EA6" w:rsidRPr="005D0BDB" w:rsidRDefault="008B2EA6" w:rsidP="008B2EA6">
      <w:pPr>
        <w:spacing w:after="120"/>
        <w:jc w:val="both"/>
        <w:rPr>
          <w:rFonts w:ascii="Times New Roman" w:hAnsi="Times New Roman" w:cs="Times New Roman"/>
          <w:i/>
          <w:sz w:val="24"/>
          <w:szCs w:val="24"/>
        </w:rPr>
      </w:pPr>
      <w:r w:rsidRPr="005D0BDB">
        <w:rPr>
          <w:rFonts w:ascii="Times New Roman" w:hAnsi="Times New Roman" w:cs="Times New Roman"/>
          <w:sz w:val="24"/>
          <w:szCs w:val="24"/>
        </w:rPr>
        <w:t>De asemenea, în cazul în care oferta companiei va fi desemnată câştigătoare, declar că sunt capabil şi disponibil să lucrez pe poziţia pentru care mi-a fost inclus CV-ul în ofertă în perioada:</w:t>
      </w:r>
    </w:p>
    <w:p w14:paraId="1CF93F99" w14:textId="77777777" w:rsidR="008B2EA6" w:rsidRPr="005D0BDB" w:rsidRDefault="008B2EA6" w:rsidP="008B2EA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4868"/>
      </w:tblGrid>
      <w:tr w:rsidR="008B2EA6" w:rsidRPr="005D0BDB" w14:paraId="14FE66E8" w14:textId="77777777" w:rsidTr="00E152C8">
        <w:tc>
          <w:tcPr>
            <w:tcW w:w="4868" w:type="dxa"/>
          </w:tcPr>
          <w:p w14:paraId="21098A0E" w14:textId="77777777" w:rsidR="008B2EA6" w:rsidRPr="005D0BDB" w:rsidRDefault="008B2EA6" w:rsidP="00E152C8">
            <w:pPr>
              <w:jc w:val="both"/>
              <w:rPr>
                <w:rFonts w:ascii="Times New Roman" w:hAnsi="Times New Roman" w:cs="Times New Roman"/>
                <w:b/>
                <w:sz w:val="24"/>
                <w:szCs w:val="24"/>
              </w:rPr>
            </w:pPr>
            <w:r w:rsidRPr="005D0BDB">
              <w:rPr>
                <w:rFonts w:ascii="Times New Roman" w:hAnsi="Times New Roman" w:cs="Times New Roman"/>
                <w:b/>
                <w:sz w:val="24"/>
                <w:szCs w:val="24"/>
              </w:rPr>
              <w:t>De la</w:t>
            </w:r>
          </w:p>
        </w:tc>
        <w:tc>
          <w:tcPr>
            <w:tcW w:w="4868" w:type="dxa"/>
          </w:tcPr>
          <w:p w14:paraId="0601FAC7" w14:textId="77777777" w:rsidR="008B2EA6" w:rsidRPr="005D0BDB" w:rsidRDefault="008B2EA6" w:rsidP="00E152C8">
            <w:pPr>
              <w:jc w:val="both"/>
              <w:rPr>
                <w:rFonts w:ascii="Times New Roman" w:hAnsi="Times New Roman" w:cs="Times New Roman"/>
                <w:b/>
                <w:sz w:val="24"/>
                <w:szCs w:val="24"/>
              </w:rPr>
            </w:pPr>
            <w:r w:rsidRPr="005D0BDB">
              <w:rPr>
                <w:rFonts w:ascii="Times New Roman" w:hAnsi="Times New Roman" w:cs="Times New Roman"/>
                <w:b/>
                <w:sz w:val="24"/>
                <w:szCs w:val="24"/>
              </w:rPr>
              <w:t xml:space="preserve">Pana la </w:t>
            </w:r>
          </w:p>
        </w:tc>
      </w:tr>
      <w:tr w:rsidR="008B2EA6" w:rsidRPr="005D0BDB" w14:paraId="214D237C" w14:textId="77777777" w:rsidTr="00E152C8">
        <w:tc>
          <w:tcPr>
            <w:tcW w:w="4868" w:type="dxa"/>
          </w:tcPr>
          <w:p w14:paraId="7EBE981C" w14:textId="77777777" w:rsidR="008B2EA6" w:rsidRPr="005D0BDB" w:rsidRDefault="008B2EA6" w:rsidP="00E152C8">
            <w:pPr>
              <w:jc w:val="both"/>
              <w:rPr>
                <w:rFonts w:ascii="Times New Roman" w:hAnsi="Times New Roman" w:cs="Times New Roman"/>
                <w:sz w:val="24"/>
                <w:szCs w:val="24"/>
              </w:rPr>
            </w:pPr>
          </w:p>
        </w:tc>
        <w:tc>
          <w:tcPr>
            <w:tcW w:w="4868" w:type="dxa"/>
          </w:tcPr>
          <w:p w14:paraId="70DE7576" w14:textId="77777777" w:rsidR="008B2EA6" w:rsidRPr="005D0BDB" w:rsidRDefault="008B2EA6" w:rsidP="00E152C8">
            <w:pPr>
              <w:jc w:val="both"/>
              <w:rPr>
                <w:rFonts w:ascii="Times New Roman" w:hAnsi="Times New Roman" w:cs="Times New Roman"/>
                <w:sz w:val="24"/>
                <w:szCs w:val="24"/>
              </w:rPr>
            </w:pPr>
          </w:p>
        </w:tc>
      </w:tr>
    </w:tbl>
    <w:p w14:paraId="27570A04" w14:textId="77777777" w:rsidR="008B2EA6" w:rsidRPr="005D0BDB" w:rsidRDefault="008B2EA6" w:rsidP="008B2EA6">
      <w:pPr>
        <w:jc w:val="both"/>
        <w:rPr>
          <w:rFonts w:ascii="Times New Roman" w:hAnsi="Times New Roman" w:cs="Times New Roman"/>
          <w:sz w:val="24"/>
          <w:szCs w:val="24"/>
        </w:rPr>
      </w:pPr>
    </w:p>
    <w:p w14:paraId="5127F73F" w14:textId="77777777" w:rsidR="008B2EA6" w:rsidRPr="005D0BDB" w:rsidRDefault="008B2EA6" w:rsidP="008B2EA6">
      <w:pPr>
        <w:spacing w:after="120"/>
        <w:jc w:val="both"/>
        <w:rPr>
          <w:rFonts w:ascii="Times New Roman" w:hAnsi="Times New Roman" w:cs="Times New Roman"/>
          <w:sz w:val="24"/>
          <w:szCs w:val="24"/>
        </w:rPr>
      </w:pPr>
      <w:r w:rsidRPr="005D0BDB">
        <w:rPr>
          <w:rFonts w:ascii="Times New Roman" w:hAnsi="Times New Roman" w:cs="Times New Roman"/>
          <w:sz w:val="24"/>
          <w:szCs w:val="24"/>
        </w:rPr>
        <w:t xml:space="preserve">În cazul în care această ofertă va fi desemnată câştigătoare, sunt perfect conştient de faptul că indisponibilitatea mea în perioada mai sus menţionată, cauzată de alte motive decât boala sau forţa majoră, pot conduce la excluderea mea din acest contract. </w:t>
      </w:r>
    </w:p>
    <w:p w14:paraId="054503C8" w14:textId="77777777" w:rsidR="008B2EA6" w:rsidRPr="005D0BDB" w:rsidRDefault="008B2EA6" w:rsidP="008B2EA6">
      <w:pPr>
        <w:jc w:val="both"/>
        <w:rPr>
          <w:rFonts w:ascii="Times New Roman" w:hAnsi="Times New Roman" w:cs="Times New Roman"/>
          <w:sz w:val="24"/>
          <w:szCs w:val="24"/>
        </w:rPr>
      </w:pPr>
    </w:p>
    <w:p w14:paraId="43AEC59B"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Nume</w:t>
      </w:r>
    </w:p>
    <w:p w14:paraId="22DF9CC2"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Semnatura</w:t>
      </w:r>
    </w:p>
    <w:p w14:paraId="778D82F5"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Data</w:t>
      </w:r>
    </w:p>
    <w:p w14:paraId="0AE5F1F6"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32800EB5" w14:textId="77777777" w:rsidR="008B2EA6" w:rsidRPr="005D0BDB" w:rsidRDefault="008B2EA6" w:rsidP="008B2EA6">
      <w:pPr>
        <w:pStyle w:val="Default"/>
        <w:numPr>
          <w:ilvl w:val="0"/>
          <w:numId w:val="116"/>
        </w:numPr>
        <w:spacing w:after="0" w:line="240" w:lineRule="auto"/>
        <w:ind w:right="-1"/>
        <w:jc w:val="both"/>
        <w:outlineLvl w:val="0"/>
      </w:pPr>
    </w:p>
    <w:p w14:paraId="75C11343" w14:textId="77777777" w:rsidR="008B2EA6" w:rsidRPr="005D0BDB" w:rsidRDefault="008B2EA6" w:rsidP="008B2EA6">
      <w:pPr>
        <w:spacing w:before="120" w:after="120"/>
        <w:jc w:val="both"/>
        <w:rPr>
          <w:rFonts w:ascii="Times New Roman" w:hAnsi="Times New Roman" w:cs="Times New Roman"/>
          <w:bCs/>
          <w:sz w:val="24"/>
          <w:szCs w:val="24"/>
        </w:rPr>
      </w:pPr>
      <w:r w:rsidRPr="005D0BDB">
        <w:rPr>
          <w:rFonts w:ascii="Times New Roman" w:hAnsi="Times New Roman" w:cs="Times New Roman"/>
          <w:bCs/>
          <w:sz w:val="24"/>
          <w:szCs w:val="24"/>
        </w:rPr>
        <w:t xml:space="preserve">Operator Economic                                                                </w:t>
      </w:r>
    </w:p>
    <w:p w14:paraId="0B0CE58F" w14:textId="77777777" w:rsidR="008B2EA6" w:rsidRPr="005D0BDB" w:rsidRDefault="008B2EA6" w:rsidP="008B2EA6">
      <w:pPr>
        <w:autoSpaceDE w:val="0"/>
        <w:autoSpaceDN w:val="0"/>
        <w:adjustRightInd w:val="0"/>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w:t>
      </w:r>
    </w:p>
    <w:p w14:paraId="08CF47F0" w14:textId="77777777" w:rsidR="008B2EA6" w:rsidRPr="005D0BDB" w:rsidRDefault="008B2EA6" w:rsidP="008B2EA6">
      <w:pPr>
        <w:autoSpaceDE w:val="0"/>
        <w:autoSpaceDN w:val="0"/>
        <w:adjustRightInd w:val="0"/>
        <w:spacing w:before="120" w:after="1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(denumirea/numele)</w:t>
      </w:r>
    </w:p>
    <w:p w14:paraId="13078361" w14:textId="77777777" w:rsidR="008B2EA6" w:rsidRPr="005D0BDB" w:rsidRDefault="008B2EA6" w:rsidP="008B2EA6">
      <w:pPr>
        <w:jc w:val="both"/>
        <w:rPr>
          <w:rFonts w:ascii="Times New Roman" w:hAnsi="Times New Roman" w:cs="Times New Roman"/>
          <w:b/>
          <w:sz w:val="24"/>
          <w:szCs w:val="24"/>
        </w:rPr>
      </w:pPr>
      <w:bookmarkStart w:id="711" w:name="_Toc269743596"/>
      <w:bookmarkStart w:id="712" w:name="_Toc269743756"/>
      <w:bookmarkStart w:id="713" w:name="_Toc269743800"/>
      <w:bookmarkStart w:id="714" w:name="_Toc269743929"/>
      <w:bookmarkStart w:id="715" w:name="_Toc269797262"/>
      <w:bookmarkStart w:id="716" w:name="_Toc269801437"/>
      <w:bookmarkStart w:id="717" w:name="_Toc269901700"/>
      <w:bookmarkStart w:id="718" w:name="_Toc269912144"/>
      <w:bookmarkStart w:id="719" w:name="_Toc269915177"/>
      <w:bookmarkStart w:id="720" w:name="_Toc269915272"/>
      <w:bookmarkStart w:id="721" w:name="_Toc269975669"/>
      <w:bookmarkStart w:id="722" w:name="_Toc269985494"/>
      <w:bookmarkStart w:id="723" w:name="_Toc269985723"/>
      <w:bookmarkStart w:id="724" w:name="_Toc270000491"/>
      <w:bookmarkStart w:id="725" w:name="_Toc279489502"/>
    </w:p>
    <w:p w14:paraId="2247D4C4" w14:textId="77777777" w:rsidR="008B2EA6" w:rsidRPr="005D0BDB" w:rsidRDefault="008B2EA6" w:rsidP="008B2EA6">
      <w:pPr>
        <w:jc w:val="both"/>
        <w:rPr>
          <w:rFonts w:ascii="Times New Roman" w:hAnsi="Times New Roman" w:cs="Times New Roman"/>
          <w:b/>
          <w:sz w:val="24"/>
          <w:szCs w:val="24"/>
        </w:rPr>
      </w:pPr>
    </w:p>
    <w:p w14:paraId="38BA2358" w14:textId="77777777" w:rsidR="008B2EA6" w:rsidRPr="005D0BDB" w:rsidRDefault="008B2EA6" w:rsidP="008B2EA6">
      <w:pPr>
        <w:jc w:val="center"/>
        <w:rPr>
          <w:rFonts w:ascii="Times New Roman" w:hAnsi="Times New Roman" w:cs="Times New Roman"/>
          <w:sz w:val="24"/>
          <w:szCs w:val="24"/>
          <w:lang w:val="fr-FR"/>
        </w:rPr>
      </w:pPr>
      <w:r w:rsidRPr="005D0BDB">
        <w:rPr>
          <w:rFonts w:ascii="Times New Roman" w:hAnsi="Times New Roman" w:cs="Times New Roman"/>
          <w:b/>
          <w:bCs/>
          <w:sz w:val="24"/>
          <w:szCs w:val="24"/>
        </w:rPr>
        <w:t>DECLARAȚIE</w:t>
      </w:r>
    </w:p>
    <w:p w14:paraId="57EAAD07" w14:textId="77777777" w:rsidR="008B2EA6" w:rsidRPr="005D0BDB" w:rsidRDefault="008B2EA6" w:rsidP="008B2EA6">
      <w:pPr>
        <w:jc w:val="center"/>
        <w:rPr>
          <w:rFonts w:ascii="Times New Roman" w:hAnsi="Times New Roman" w:cs="Times New Roman"/>
          <w:sz w:val="24"/>
          <w:szCs w:val="24"/>
          <w:lang w:val="fr-FR"/>
        </w:rPr>
      </w:pPr>
      <w:r w:rsidRPr="005D0BDB">
        <w:rPr>
          <w:rFonts w:ascii="Times New Roman" w:hAnsi="Times New Roman" w:cs="Times New Roman"/>
          <w:sz w:val="24"/>
          <w:szCs w:val="24"/>
          <w:lang w:val="fr-FR"/>
        </w:rPr>
        <w:t>privind respectarea obligațiilor relevante din domeniile mediului,</w:t>
      </w:r>
    </w:p>
    <w:p w14:paraId="60FCB903" w14:textId="77777777" w:rsidR="008B2EA6" w:rsidRPr="005D0BDB" w:rsidRDefault="008B2EA6" w:rsidP="008B2EA6">
      <w:pPr>
        <w:jc w:val="center"/>
        <w:rPr>
          <w:rFonts w:ascii="Times New Roman" w:hAnsi="Times New Roman" w:cs="Times New Roman"/>
          <w:b/>
          <w:sz w:val="24"/>
          <w:szCs w:val="24"/>
        </w:rPr>
      </w:pPr>
      <w:r w:rsidRPr="005D0BDB">
        <w:rPr>
          <w:rFonts w:ascii="Times New Roman" w:hAnsi="Times New Roman" w:cs="Times New Roman"/>
          <w:sz w:val="24"/>
          <w:szCs w:val="24"/>
          <w:lang w:val="fr-FR"/>
        </w:rPr>
        <w:t>social și al relațiilor de muncă</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5A528F44" w14:textId="77777777" w:rsidR="008B2EA6" w:rsidRPr="005D0BDB" w:rsidRDefault="008B2EA6" w:rsidP="008B2EA6">
      <w:pPr>
        <w:spacing w:before="120" w:after="120"/>
        <w:ind w:firstLine="708"/>
        <w:jc w:val="both"/>
        <w:rPr>
          <w:rFonts w:ascii="Times New Roman" w:eastAsia="MS Mincho" w:hAnsi="Times New Roman" w:cs="Times New Roman"/>
          <w:sz w:val="24"/>
          <w:szCs w:val="24"/>
        </w:rPr>
      </w:pPr>
    </w:p>
    <w:p w14:paraId="2C4F021D" w14:textId="77777777" w:rsidR="008B2EA6" w:rsidRPr="005D0BDB" w:rsidRDefault="008B2EA6" w:rsidP="008B2EA6">
      <w:pPr>
        <w:spacing w:before="120" w:after="120"/>
        <w:ind w:firstLine="708"/>
        <w:jc w:val="both"/>
        <w:rPr>
          <w:rFonts w:ascii="Times New Roman" w:hAnsi="Times New Roman" w:cs="Times New Roman"/>
          <w:sz w:val="24"/>
          <w:szCs w:val="24"/>
        </w:rPr>
      </w:pPr>
      <w:r w:rsidRPr="005D0BDB">
        <w:rPr>
          <w:rFonts w:ascii="Times New Roman" w:hAnsi="Times New Roman" w:cs="Times New Roman"/>
          <w:sz w:val="24"/>
          <w:szCs w:val="24"/>
        </w:rPr>
        <w:t xml:space="preserve">Subsemnatul/subsemnata,___________________________ </w:t>
      </w:r>
      <w:r w:rsidRPr="005D0BDB">
        <w:rPr>
          <w:rFonts w:ascii="Times New Roman" w:hAnsi="Times New Roman" w:cs="Times New Roman"/>
          <w:i/>
          <w:sz w:val="24"/>
          <w:szCs w:val="24"/>
        </w:rPr>
        <w:t>(numele, adresa si datele de identificare ale declarantului)</w:t>
      </w:r>
      <w:r w:rsidRPr="005D0BDB">
        <w:rPr>
          <w:rFonts w:ascii="Times New Roman" w:hAnsi="Times New Roman" w:cs="Times New Roman"/>
          <w:sz w:val="24"/>
          <w:szCs w:val="24"/>
        </w:rPr>
        <w:t xml:space="preserve">, în capacitatea mea de reprezentant împuternicit al ____________________ </w:t>
      </w:r>
      <w:r w:rsidRPr="005D0BDB">
        <w:rPr>
          <w:rFonts w:ascii="Times New Roman" w:hAnsi="Times New Roman" w:cs="Times New Roman"/>
          <w:i/>
          <w:sz w:val="24"/>
          <w:szCs w:val="24"/>
        </w:rPr>
        <w:t>(denumirea/numele si sediul/adresa si datele de identificare ale operatorului economic)</w:t>
      </w:r>
      <w:r w:rsidRPr="005D0BDB">
        <w:rPr>
          <w:rFonts w:ascii="Times New Roman" w:hAnsi="Times New Roman" w:cs="Times New Roman"/>
          <w:sz w:val="24"/>
          <w:szCs w:val="24"/>
        </w:rPr>
        <w:t xml:space="preserve">, având calitatea de ___________________ </w:t>
      </w:r>
      <w:r w:rsidRPr="005D0BDB">
        <w:rPr>
          <w:rFonts w:ascii="Times New Roman" w:hAnsi="Times New Roman" w:cs="Times New Roman"/>
          <w:i/>
          <w:sz w:val="24"/>
          <w:szCs w:val="24"/>
        </w:rPr>
        <w:t>(se precizează calitatea operatorului economic care completează declaraţia în raport cu participarea la procedura de atribuire)</w:t>
      </w:r>
      <w:r w:rsidRPr="005D0BDB">
        <w:rPr>
          <w:rFonts w:ascii="Times New Roman" w:hAnsi="Times New Roman" w:cs="Times New Roman"/>
          <w:sz w:val="24"/>
          <w:szCs w:val="24"/>
        </w:rPr>
        <w:t xml:space="preserve"> la procedura de _________________________________ </w:t>
      </w:r>
      <w:r w:rsidRPr="005D0BDB">
        <w:rPr>
          <w:rFonts w:ascii="Times New Roman" w:hAnsi="Times New Roman" w:cs="Times New Roman"/>
          <w:i/>
          <w:sz w:val="24"/>
          <w:szCs w:val="24"/>
        </w:rPr>
        <w:t>(tipul procedurii)</w:t>
      </w:r>
      <w:r w:rsidRPr="005D0BDB">
        <w:rPr>
          <w:rFonts w:ascii="Times New Roman" w:hAnsi="Times New Roman" w:cs="Times New Roman"/>
          <w:sz w:val="24"/>
          <w:szCs w:val="24"/>
        </w:rPr>
        <w:t xml:space="preserve"> pentru achiziţia de ________________________________ </w:t>
      </w:r>
      <w:r w:rsidRPr="005D0BDB">
        <w:rPr>
          <w:rFonts w:ascii="Times New Roman" w:hAnsi="Times New Roman" w:cs="Times New Roman"/>
          <w:i/>
          <w:sz w:val="24"/>
          <w:szCs w:val="24"/>
        </w:rPr>
        <w:t>(denumirea contractului)</w:t>
      </w:r>
      <w:r w:rsidRPr="005D0BDB">
        <w:rPr>
          <w:rFonts w:ascii="Times New Roman" w:hAnsi="Times New Roman" w:cs="Times New Roman"/>
          <w:sz w:val="24"/>
          <w:szCs w:val="24"/>
        </w:rPr>
        <w:t xml:space="preserve">, cu termen de depunere a ofertelor la data de _______________________, organizată de ________________________ </w:t>
      </w:r>
      <w:r w:rsidRPr="005D0BDB">
        <w:rPr>
          <w:rFonts w:ascii="Times New Roman" w:hAnsi="Times New Roman" w:cs="Times New Roman"/>
          <w:i/>
          <w:sz w:val="24"/>
          <w:szCs w:val="24"/>
        </w:rPr>
        <w:t>(denumirea autorităţii contractante)</w:t>
      </w:r>
      <w:r w:rsidRPr="005D0BDB">
        <w:rPr>
          <w:rFonts w:ascii="Times New Roman" w:hAnsi="Times New Roman" w:cs="Times New Roman"/>
          <w:sz w:val="24"/>
          <w:szCs w:val="24"/>
        </w:rPr>
        <w:t xml:space="preserve">, </w:t>
      </w:r>
    </w:p>
    <w:p w14:paraId="6E10E747" w14:textId="77777777" w:rsidR="008B2EA6" w:rsidRPr="005D0BDB" w:rsidRDefault="008B2EA6" w:rsidP="008B2EA6">
      <w:pPr>
        <w:spacing w:before="120" w:after="120"/>
        <w:ind w:firstLine="708"/>
        <w:jc w:val="both"/>
        <w:rPr>
          <w:rFonts w:ascii="Times New Roman" w:hAnsi="Times New Roman" w:cs="Times New Roman"/>
          <w:sz w:val="24"/>
          <w:szCs w:val="24"/>
        </w:rPr>
      </w:pPr>
    </w:p>
    <w:p w14:paraId="19857958" w14:textId="77777777" w:rsidR="008B2EA6" w:rsidRPr="005D0BDB" w:rsidRDefault="008B2EA6" w:rsidP="008B2EA6">
      <w:pPr>
        <w:autoSpaceDE w:val="0"/>
        <w:autoSpaceDN w:val="0"/>
        <w:adjustRightInd w:val="0"/>
        <w:ind w:firstLine="720"/>
        <w:jc w:val="both"/>
        <w:rPr>
          <w:rFonts w:ascii="Times New Roman" w:hAnsi="Times New Roman" w:cs="Times New Roman"/>
          <w:sz w:val="24"/>
          <w:szCs w:val="24"/>
        </w:rPr>
      </w:pPr>
      <w:r w:rsidRPr="005D0BDB">
        <w:rPr>
          <w:rFonts w:ascii="Times New Roman" w:hAnsi="Times New Roman" w:cs="Times New Roman"/>
          <w:bCs/>
          <w:sz w:val="24"/>
          <w:szCs w:val="24"/>
        </w:rPr>
        <w:t xml:space="preserve">Declar pe propria raspundere, sub sancțiunile aplicate faptei de fals și uz de fals în declarații, că </w:t>
      </w:r>
      <w:r w:rsidRPr="005D0BDB">
        <w:rPr>
          <w:rFonts w:ascii="Times New Roman" w:hAnsi="Times New Roman" w:cs="Times New Roman"/>
          <w:sz w:val="24"/>
          <w:szCs w:val="24"/>
        </w:rPr>
        <w:t>la elaborarea ofertei s-a ținut cont de obligațiile relevante din domeniile mediului, social și al relațiilor de muncă și acestea vor fi respectate pe toată durata de îndeplinire a contractului de servicii, în conformitate cu prevederile art. 38 din Legea nr. 100/2016 privind concesiunile de lucrări şi concesiunile de servicii.</w:t>
      </w:r>
    </w:p>
    <w:p w14:paraId="308CE3D6" w14:textId="77777777" w:rsidR="008B2EA6" w:rsidRPr="005D0BDB" w:rsidRDefault="008B2EA6" w:rsidP="008B2EA6">
      <w:pPr>
        <w:spacing w:before="120" w:after="120"/>
        <w:ind w:firstLine="708"/>
        <w:jc w:val="both"/>
        <w:rPr>
          <w:rFonts w:ascii="Times New Roman" w:hAnsi="Times New Roman" w:cs="Times New Roman"/>
          <w:sz w:val="24"/>
          <w:szCs w:val="24"/>
        </w:rPr>
      </w:pPr>
    </w:p>
    <w:p w14:paraId="280D4B6E" w14:textId="77777777" w:rsidR="008B2EA6" w:rsidRPr="005D0BDB" w:rsidRDefault="008B2EA6" w:rsidP="008B2EA6">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211387C4" w14:textId="77777777" w:rsidR="008B2EA6" w:rsidRPr="005D0BDB" w:rsidRDefault="008B2EA6" w:rsidP="008B2EA6">
      <w:pPr>
        <w:widowControl w:val="0"/>
        <w:autoSpaceDE w:val="0"/>
        <w:autoSpaceDN w:val="0"/>
        <w:adjustRightInd w:val="0"/>
        <w:spacing w:before="17" w:line="220" w:lineRule="exact"/>
        <w:jc w:val="both"/>
        <w:rPr>
          <w:rFonts w:ascii="Times New Roman" w:hAnsi="Times New Roman" w:cs="Times New Roman"/>
          <w:sz w:val="24"/>
          <w:szCs w:val="24"/>
        </w:rPr>
      </w:pPr>
    </w:p>
    <w:p w14:paraId="054C24A7"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5526C1DB"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4AE7C853"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şi semnătura)</w:t>
      </w:r>
    </w:p>
    <w:p w14:paraId="38FCE2DB" w14:textId="77777777" w:rsidR="008B2EA6" w:rsidRPr="005D0BDB" w:rsidRDefault="008B2EA6" w:rsidP="008B2EA6">
      <w:pPr>
        <w:jc w:val="both"/>
        <w:rPr>
          <w:rFonts w:ascii="Times New Roman" w:hAnsi="Times New Roman" w:cs="Times New Roman"/>
          <w:sz w:val="24"/>
          <w:szCs w:val="24"/>
        </w:rPr>
      </w:pPr>
    </w:p>
    <w:p w14:paraId="5897C911" w14:textId="77777777" w:rsidR="008B2EA6" w:rsidRPr="005D0BDB" w:rsidRDefault="008B2EA6" w:rsidP="008B2EA6">
      <w:pPr>
        <w:spacing w:before="120" w:after="120"/>
        <w:ind w:right="-34"/>
        <w:jc w:val="both"/>
        <w:rPr>
          <w:rFonts w:ascii="Times New Roman" w:hAnsi="Times New Roman" w:cs="Times New Roman"/>
          <w:i/>
          <w:sz w:val="24"/>
          <w:szCs w:val="24"/>
        </w:rPr>
      </w:pPr>
      <w:r w:rsidRPr="005D0BDB">
        <w:rPr>
          <w:rFonts w:ascii="Times New Roman" w:hAnsi="Times New Roman" w:cs="Times New Roman"/>
          <w:i/>
          <w:sz w:val="24"/>
          <w:szCs w:val="24"/>
        </w:rPr>
        <w:br w:type="page"/>
      </w:r>
    </w:p>
    <w:p w14:paraId="52098564" w14:textId="77777777" w:rsidR="008B2EA6" w:rsidRPr="005D0BDB" w:rsidRDefault="008B2EA6" w:rsidP="008B2EA6">
      <w:pPr>
        <w:pStyle w:val="Default"/>
        <w:numPr>
          <w:ilvl w:val="0"/>
          <w:numId w:val="116"/>
        </w:numPr>
        <w:spacing w:after="0" w:line="240" w:lineRule="auto"/>
        <w:ind w:right="-1"/>
        <w:jc w:val="both"/>
        <w:outlineLvl w:val="0"/>
      </w:pPr>
    </w:p>
    <w:p w14:paraId="524F1C9A" w14:textId="77777777" w:rsidR="008B2EA6" w:rsidRPr="005D0BDB" w:rsidRDefault="008B2EA6" w:rsidP="008B2EA6">
      <w:pPr>
        <w:pStyle w:val="Default"/>
        <w:jc w:val="both"/>
      </w:pPr>
      <w:r w:rsidRPr="005D0BDB">
        <w:t xml:space="preserve">Operator economic </w:t>
      </w:r>
      <w:r w:rsidRPr="005D0BDB">
        <w:rPr>
          <w:i/>
          <w:iCs/>
        </w:rPr>
        <w:t xml:space="preserve">(denumirea/numele) </w:t>
      </w:r>
    </w:p>
    <w:p w14:paraId="40092087" w14:textId="77777777" w:rsidR="008B2EA6" w:rsidRPr="005D0BDB" w:rsidRDefault="008B2EA6" w:rsidP="008B2EA6">
      <w:pPr>
        <w:pStyle w:val="Default"/>
        <w:jc w:val="both"/>
        <w:rPr>
          <w:b/>
          <w:bCs/>
        </w:rPr>
      </w:pPr>
    </w:p>
    <w:p w14:paraId="3931BA0E" w14:textId="77777777" w:rsidR="008B2EA6" w:rsidRPr="005D0BDB" w:rsidRDefault="008B2EA6" w:rsidP="008B2EA6">
      <w:pPr>
        <w:pStyle w:val="Default"/>
        <w:jc w:val="both"/>
        <w:rPr>
          <w:b/>
          <w:bCs/>
        </w:rPr>
      </w:pPr>
    </w:p>
    <w:p w14:paraId="43BB6ADA" w14:textId="77777777" w:rsidR="008B2EA6" w:rsidRPr="005D0BDB" w:rsidRDefault="008B2EA6" w:rsidP="008B2EA6">
      <w:pPr>
        <w:pStyle w:val="Default"/>
        <w:jc w:val="both"/>
      </w:pPr>
      <w:r w:rsidRPr="005D0BDB">
        <w:rPr>
          <w:b/>
          <w:bCs/>
        </w:rPr>
        <w:t>ANGAJAMENTUL OFERTANTULUI PRIVIND ASIGURAREA RESURSELOR UMANE</w:t>
      </w:r>
    </w:p>
    <w:p w14:paraId="07FEF6C7" w14:textId="77777777" w:rsidR="008B2EA6" w:rsidRPr="005D0BDB" w:rsidRDefault="008B2EA6" w:rsidP="008B2EA6">
      <w:pPr>
        <w:pStyle w:val="Default"/>
        <w:jc w:val="both"/>
      </w:pPr>
    </w:p>
    <w:p w14:paraId="5B4DF201" w14:textId="77777777" w:rsidR="008B2EA6" w:rsidRPr="005D0BDB" w:rsidRDefault="008B2EA6" w:rsidP="008B2EA6">
      <w:pPr>
        <w:pStyle w:val="Default"/>
        <w:jc w:val="both"/>
      </w:pPr>
    </w:p>
    <w:p w14:paraId="5849F5AA" w14:textId="77777777" w:rsidR="008B2EA6" w:rsidRPr="005D0BDB" w:rsidRDefault="008B2EA6" w:rsidP="008B2EA6">
      <w:pPr>
        <w:pStyle w:val="Default"/>
        <w:jc w:val="both"/>
      </w:pPr>
      <w:r w:rsidRPr="005D0BDB">
        <w:t xml:space="preserve">Subsemnatul ................. </w:t>
      </w:r>
      <w:r w:rsidRPr="005D0BDB">
        <w:rPr>
          <w:i/>
          <w:iCs/>
        </w:rPr>
        <w:t xml:space="preserve">(numele și prenumele), </w:t>
      </w:r>
      <w:r w:rsidRPr="005D0BDB">
        <w:t xml:space="preserve">reprezentant împuternicit al ............................... </w:t>
      </w:r>
    </w:p>
    <w:p w14:paraId="28626AC7" w14:textId="77777777" w:rsidR="008B2EA6" w:rsidRPr="005D0BDB" w:rsidRDefault="008B2EA6" w:rsidP="008B2EA6">
      <w:pPr>
        <w:pStyle w:val="Default"/>
        <w:jc w:val="both"/>
      </w:pPr>
      <w:r w:rsidRPr="005D0BDB">
        <w:rPr>
          <w:i/>
          <w:iCs/>
        </w:rPr>
        <w:t xml:space="preserve">(denumirea/numele și sediul/adresa operatorului economic), </w:t>
      </w:r>
      <w:r w:rsidRPr="005D0BDB">
        <w:t xml:space="preserve">declar pe propria răspundere, că, în cazul indisponibilității pentru execuția contractului a unor persoane dintre cele nominalizate în Formularul 17 inclus în oferta noastră, acestea vor fi propuse spre înlocuire Asociația de Dezvoltare Intercomunitară Sistem Integrat de Gestionare a  Deșeurilor Județul Arad  numai cu persoane care îndeplinesc cerințele de calificare minime solicitate pentru ocuparea poziției respective. </w:t>
      </w:r>
    </w:p>
    <w:p w14:paraId="62A71CF9" w14:textId="77777777" w:rsidR="008B2EA6" w:rsidRPr="005D0BDB" w:rsidRDefault="008B2EA6" w:rsidP="008B2EA6">
      <w:pPr>
        <w:pStyle w:val="Default"/>
        <w:jc w:val="both"/>
      </w:pPr>
      <w:r w:rsidRPr="005D0BDB">
        <w:t xml:space="preserve">Declar de asemenea că personalul angajat propus pentru execuția contractului de delegare este cel prevăzut în tabelul de mai jos: </w:t>
      </w:r>
    </w:p>
    <w:p w14:paraId="400F5DA4" w14:textId="77777777" w:rsidR="008B2EA6" w:rsidRPr="005D0BDB" w:rsidRDefault="008B2EA6" w:rsidP="008B2EA6">
      <w:pPr>
        <w:pStyle w:val="Default"/>
        <w:jc w:val="both"/>
      </w:pPr>
    </w:p>
    <w:p w14:paraId="2888269C" w14:textId="77777777" w:rsidR="008B2EA6" w:rsidRPr="005D0BDB" w:rsidRDefault="008B2EA6" w:rsidP="008B2EA6">
      <w:pPr>
        <w:pStyle w:val="Default"/>
        <w:jc w:val="both"/>
      </w:pPr>
    </w:p>
    <w:p w14:paraId="0A3DF3D6" w14:textId="77777777" w:rsidR="008B2EA6" w:rsidRPr="005D0BDB" w:rsidRDefault="008B2EA6" w:rsidP="008B2EA6">
      <w:pPr>
        <w:pStyle w:val="Default"/>
        <w:jc w:val="both"/>
      </w:pPr>
    </w:p>
    <w:tbl>
      <w:tblPr>
        <w:tblW w:w="5000" w:type="pct"/>
        <w:tblBorders>
          <w:top w:val="nil"/>
          <w:left w:val="nil"/>
          <w:bottom w:val="nil"/>
          <w:right w:val="nil"/>
        </w:tblBorders>
        <w:tblLook w:val="0000" w:firstRow="0" w:lastRow="0" w:firstColumn="0" w:lastColumn="0" w:noHBand="0" w:noVBand="0"/>
      </w:tblPr>
      <w:tblGrid>
        <w:gridCol w:w="2466"/>
        <w:gridCol w:w="14"/>
        <w:gridCol w:w="7442"/>
      </w:tblGrid>
      <w:tr w:rsidR="008B2EA6" w:rsidRPr="005D0BDB" w14:paraId="19BC4633" w14:textId="77777777" w:rsidTr="00E152C8">
        <w:trPr>
          <w:trHeight w:val="268"/>
        </w:trPr>
        <w:tc>
          <w:tcPr>
            <w:tcW w:w="1250" w:type="pct"/>
            <w:gridSpan w:val="2"/>
          </w:tcPr>
          <w:p w14:paraId="05BFFEF6"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b/>
                <w:bCs/>
                <w:color w:val="000000"/>
                <w:sz w:val="24"/>
                <w:szCs w:val="24"/>
              </w:rPr>
            </w:pPr>
            <w:r w:rsidRPr="005D0BDB">
              <w:rPr>
                <w:rFonts w:ascii="Times New Roman" w:hAnsi="Times New Roman" w:cs="Times New Roman"/>
                <w:b/>
                <w:bCs/>
                <w:color w:val="000000"/>
                <w:sz w:val="24"/>
                <w:szCs w:val="24"/>
              </w:rPr>
              <w:t>Tipul</w:t>
            </w:r>
          </w:p>
        </w:tc>
        <w:tc>
          <w:tcPr>
            <w:tcW w:w="3750" w:type="pct"/>
          </w:tcPr>
          <w:p w14:paraId="31A4C8E8"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b/>
                <w:bCs/>
                <w:color w:val="000000"/>
                <w:sz w:val="24"/>
                <w:szCs w:val="24"/>
              </w:rPr>
            </w:pPr>
            <w:r w:rsidRPr="005D0BDB">
              <w:rPr>
                <w:rFonts w:ascii="Times New Roman" w:hAnsi="Times New Roman" w:cs="Times New Roman"/>
                <w:b/>
                <w:bCs/>
                <w:color w:val="000000"/>
                <w:sz w:val="24"/>
                <w:szCs w:val="24"/>
              </w:rPr>
              <w:t>Numărul angajaților</w:t>
            </w:r>
          </w:p>
        </w:tc>
      </w:tr>
      <w:tr w:rsidR="008B2EA6" w:rsidRPr="005D0BDB" w14:paraId="307C2269" w14:textId="77777777" w:rsidTr="00E152C8">
        <w:trPr>
          <w:trHeight w:val="107"/>
        </w:trPr>
        <w:tc>
          <w:tcPr>
            <w:tcW w:w="1243" w:type="pct"/>
          </w:tcPr>
          <w:p w14:paraId="66DDC4CD"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a - Management contract</w:t>
            </w:r>
          </w:p>
        </w:tc>
        <w:tc>
          <w:tcPr>
            <w:tcW w:w="3757" w:type="pct"/>
            <w:gridSpan w:val="2"/>
          </w:tcPr>
          <w:p w14:paraId="64D3E81A"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455ED16D" w14:textId="77777777" w:rsidTr="00E152C8">
        <w:trPr>
          <w:trHeight w:val="107"/>
        </w:trPr>
        <w:tc>
          <w:tcPr>
            <w:tcW w:w="1243" w:type="pct"/>
          </w:tcPr>
          <w:p w14:paraId="2540DE61"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b – Manager de colectare</w:t>
            </w:r>
          </w:p>
        </w:tc>
        <w:tc>
          <w:tcPr>
            <w:tcW w:w="3757" w:type="pct"/>
            <w:gridSpan w:val="2"/>
          </w:tcPr>
          <w:p w14:paraId="449FE69C"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2E1FC64A" w14:textId="77777777" w:rsidTr="00E152C8">
        <w:trPr>
          <w:trHeight w:val="107"/>
        </w:trPr>
        <w:tc>
          <w:tcPr>
            <w:tcW w:w="1243" w:type="pct"/>
          </w:tcPr>
          <w:p w14:paraId="61952BDF"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 Personal tehnic </w:t>
            </w:r>
          </w:p>
        </w:tc>
        <w:tc>
          <w:tcPr>
            <w:tcW w:w="3757" w:type="pct"/>
            <w:gridSpan w:val="2"/>
          </w:tcPr>
          <w:p w14:paraId="32C0EBB8"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3BB35F6B" w14:textId="77777777" w:rsidTr="00E152C8">
        <w:trPr>
          <w:trHeight w:val="107"/>
        </w:trPr>
        <w:tc>
          <w:tcPr>
            <w:tcW w:w="1243" w:type="pct"/>
          </w:tcPr>
          <w:p w14:paraId="1406D38F"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Responsabil tehnic</w:t>
            </w:r>
          </w:p>
        </w:tc>
        <w:tc>
          <w:tcPr>
            <w:tcW w:w="3757" w:type="pct"/>
            <w:gridSpan w:val="2"/>
          </w:tcPr>
          <w:p w14:paraId="64EEE426"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2A81115E" w14:textId="77777777" w:rsidTr="00E152C8">
        <w:trPr>
          <w:trHeight w:val="107"/>
        </w:trPr>
        <w:tc>
          <w:tcPr>
            <w:tcW w:w="1243" w:type="pct"/>
          </w:tcPr>
          <w:p w14:paraId="6B606F00"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Maiștri </w:t>
            </w:r>
          </w:p>
        </w:tc>
        <w:tc>
          <w:tcPr>
            <w:tcW w:w="3757" w:type="pct"/>
            <w:gridSpan w:val="2"/>
          </w:tcPr>
          <w:p w14:paraId="6D8F38C0"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6E673930" w14:textId="77777777" w:rsidTr="00E152C8">
        <w:trPr>
          <w:trHeight w:val="107"/>
        </w:trPr>
        <w:tc>
          <w:tcPr>
            <w:tcW w:w="1243" w:type="pct"/>
          </w:tcPr>
          <w:p w14:paraId="3484011D"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Mecanici și tehnicieni </w:t>
            </w:r>
          </w:p>
        </w:tc>
        <w:tc>
          <w:tcPr>
            <w:tcW w:w="3757" w:type="pct"/>
            <w:gridSpan w:val="2"/>
          </w:tcPr>
          <w:p w14:paraId="472B97B1"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3D515E08" w14:textId="77777777" w:rsidTr="00E152C8">
        <w:trPr>
          <w:trHeight w:val="107"/>
        </w:trPr>
        <w:tc>
          <w:tcPr>
            <w:tcW w:w="1243" w:type="pct"/>
          </w:tcPr>
          <w:p w14:paraId="0909E91E"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Operatori utilaje </w:t>
            </w:r>
          </w:p>
        </w:tc>
        <w:tc>
          <w:tcPr>
            <w:tcW w:w="3757" w:type="pct"/>
            <w:gridSpan w:val="2"/>
          </w:tcPr>
          <w:p w14:paraId="5C40CEFB"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3D8D8ABF" w14:textId="77777777" w:rsidTr="00E152C8">
        <w:trPr>
          <w:trHeight w:val="107"/>
        </w:trPr>
        <w:tc>
          <w:tcPr>
            <w:tcW w:w="1243" w:type="pct"/>
          </w:tcPr>
          <w:p w14:paraId="7591337E"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Șoferi </w:t>
            </w:r>
          </w:p>
        </w:tc>
        <w:tc>
          <w:tcPr>
            <w:tcW w:w="3757" w:type="pct"/>
            <w:gridSpan w:val="2"/>
          </w:tcPr>
          <w:p w14:paraId="5E7159C4"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26DCD0F8" w14:textId="77777777" w:rsidTr="00E152C8">
        <w:trPr>
          <w:trHeight w:val="107"/>
        </w:trPr>
        <w:tc>
          <w:tcPr>
            <w:tcW w:w="1243" w:type="pct"/>
          </w:tcPr>
          <w:p w14:paraId="7A10935B"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Încărcători </w:t>
            </w:r>
          </w:p>
        </w:tc>
        <w:tc>
          <w:tcPr>
            <w:tcW w:w="3757" w:type="pct"/>
            <w:gridSpan w:val="2"/>
          </w:tcPr>
          <w:p w14:paraId="68F1FF52"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1D8120BB" w14:textId="77777777" w:rsidTr="00E152C8">
        <w:trPr>
          <w:trHeight w:val="107"/>
        </w:trPr>
        <w:tc>
          <w:tcPr>
            <w:tcW w:w="1243" w:type="pct"/>
          </w:tcPr>
          <w:p w14:paraId="00498E51"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Personal calificat (altul) </w:t>
            </w:r>
          </w:p>
        </w:tc>
        <w:tc>
          <w:tcPr>
            <w:tcW w:w="3757" w:type="pct"/>
            <w:gridSpan w:val="2"/>
          </w:tcPr>
          <w:p w14:paraId="20E57333"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64693E4A" w14:textId="77777777" w:rsidTr="00E152C8">
        <w:trPr>
          <w:trHeight w:val="107"/>
        </w:trPr>
        <w:tc>
          <w:tcPr>
            <w:tcW w:w="1243" w:type="pct"/>
          </w:tcPr>
          <w:p w14:paraId="7DD16672"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Personal necalificat </w:t>
            </w:r>
          </w:p>
        </w:tc>
        <w:tc>
          <w:tcPr>
            <w:tcW w:w="3757" w:type="pct"/>
            <w:gridSpan w:val="2"/>
          </w:tcPr>
          <w:p w14:paraId="65540C50"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p>
        </w:tc>
      </w:tr>
      <w:tr w:rsidR="008B2EA6" w:rsidRPr="005D0BDB" w14:paraId="39B450EF" w14:textId="77777777" w:rsidTr="00E152C8">
        <w:trPr>
          <w:trHeight w:val="95"/>
        </w:trPr>
        <w:tc>
          <w:tcPr>
            <w:tcW w:w="1243" w:type="pct"/>
          </w:tcPr>
          <w:p w14:paraId="348785EF"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TOTAL PERSONAL </w:t>
            </w:r>
          </w:p>
        </w:tc>
        <w:tc>
          <w:tcPr>
            <w:tcW w:w="3757" w:type="pct"/>
            <w:gridSpan w:val="2"/>
          </w:tcPr>
          <w:p w14:paraId="4E29EEA0" w14:textId="77777777" w:rsidR="008B2EA6" w:rsidRPr="005D0BDB" w:rsidRDefault="008B2EA6" w:rsidP="00E152C8">
            <w:pPr>
              <w:autoSpaceDE w:val="0"/>
              <w:autoSpaceDN w:val="0"/>
              <w:adjustRightInd w:val="0"/>
              <w:spacing w:after="0" w:line="240" w:lineRule="auto"/>
              <w:jc w:val="both"/>
              <w:rPr>
                <w:rFonts w:ascii="Times New Roman" w:hAnsi="Times New Roman" w:cs="Times New Roman"/>
                <w:b/>
                <w:bCs/>
                <w:color w:val="000000"/>
                <w:sz w:val="24"/>
                <w:szCs w:val="24"/>
              </w:rPr>
            </w:pPr>
          </w:p>
        </w:tc>
      </w:tr>
    </w:tbl>
    <w:p w14:paraId="5591AE60" w14:textId="77777777" w:rsidR="008B2EA6" w:rsidRPr="005D0BDB" w:rsidRDefault="008B2EA6" w:rsidP="008B2EA6">
      <w:pPr>
        <w:pStyle w:val="Default"/>
        <w:jc w:val="both"/>
      </w:pPr>
    </w:p>
    <w:p w14:paraId="50DB72A3" w14:textId="77777777" w:rsidR="008B2EA6" w:rsidRPr="005D0BDB" w:rsidRDefault="008B2EA6" w:rsidP="008B2EA6">
      <w:pPr>
        <w:pStyle w:val="Default"/>
        <w:jc w:val="both"/>
      </w:pPr>
    </w:p>
    <w:p w14:paraId="0DC9C849" w14:textId="77777777" w:rsidR="008B2EA6" w:rsidRPr="005D0BDB" w:rsidRDefault="008B2EA6" w:rsidP="008B2EA6">
      <w:pPr>
        <w:pStyle w:val="Default"/>
        <w:jc w:val="both"/>
      </w:pPr>
    </w:p>
    <w:p w14:paraId="11154FAC" w14:textId="77777777" w:rsidR="008B2EA6" w:rsidRPr="005D0BDB" w:rsidRDefault="008B2EA6" w:rsidP="008B2EA6">
      <w:pPr>
        <w:pStyle w:val="Default"/>
        <w:jc w:val="both"/>
      </w:pPr>
    </w:p>
    <w:p w14:paraId="799E20F8" w14:textId="77777777" w:rsidR="008B2EA6" w:rsidRPr="005D0BDB" w:rsidRDefault="008B2EA6" w:rsidP="008B2EA6">
      <w:pPr>
        <w:pStyle w:val="Default"/>
        <w:jc w:val="both"/>
      </w:pPr>
    </w:p>
    <w:p w14:paraId="4263BFBB" w14:textId="77777777" w:rsidR="008B2EA6" w:rsidRPr="005D0BDB" w:rsidRDefault="008B2EA6" w:rsidP="008B2EA6">
      <w:pPr>
        <w:pStyle w:val="Default"/>
        <w:jc w:val="both"/>
      </w:pPr>
    </w:p>
    <w:p w14:paraId="07BF49AB" w14:textId="77777777" w:rsidR="008B2EA6" w:rsidRPr="005D0BDB" w:rsidRDefault="008B2EA6" w:rsidP="008B2EA6">
      <w:pPr>
        <w:pStyle w:val="Default"/>
        <w:jc w:val="both"/>
      </w:pPr>
    </w:p>
    <w:p w14:paraId="5079EBB4" w14:textId="77777777" w:rsidR="008B2EA6" w:rsidRPr="005D0BDB" w:rsidRDefault="008B2EA6" w:rsidP="008B2EA6">
      <w:pPr>
        <w:pStyle w:val="Default"/>
        <w:jc w:val="both"/>
      </w:pPr>
    </w:p>
    <w:p w14:paraId="70543646" w14:textId="77777777" w:rsidR="008B2EA6" w:rsidRPr="005D0BDB" w:rsidRDefault="008B2EA6" w:rsidP="008B2EA6">
      <w:pPr>
        <w:pStyle w:val="Default"/>
        <w:jc w:val="both"/>
      </w:pPr>
    </w:p>
    <w:p w14:paraId="69B30C1F" w14:textId="77777777" w:rsidR="008B2EA6" w:rsidRPr="005D0BDB" w:rsidRDefault="008B2EA6" w:rsidP="008B2EA6">
      <w:pPr>
        <w:pStyle w:val="Default"/>
        <w:jc w:val="both"/>
      </w:pPr>
    </w:p>
    <w:p w14:paraId="14E4E24C" w14:textId="77777777" w:rsidR="008B2EA6" w:rsidRPr="005D0BDB" w:rsidRDefault="008B2EA6" w:rsidP="008B2EA6">
      <w:pPr>
        <w:pStyle w:val="Default"/>
        <w:jc w:val="both"/>
      </w:pPr>
      <w:r w:rsidRPr="005D0BDB">
        <w:t xml:space="preserve">Data: ...................... </w:t>
      </w:r>
    </w:p>
    <w:p w14:paraId="2BCA39B4" w14:textId="77777777" w:rsidR="008B2EA6" w:rsidRPr="005D0BDB" w:rsidRDefault="008B2EA6" w:rsidP="008B2EA6">
      <w:pPr>
        <w:pStyle w:val="Default"/>
        <w:jc w:val="both"/>
      </w:pPr>
      <w:r w:rsidRPr="005D0BDB">
        <w:t xml:space="preserve">Semnătura: ...................................................................................... .......................... </w:t>
      </w:r>
    </w:p>
    <w:p w14:paraId="08147BCC" w14:textId="77777777" w:rsidR="008B2EA6" w:rsidRPr="005D0BDB" w:rsidRDefault="008B2EA6" w:rsidP="008B2EA6">
      <w:pPr>
        <w:jc w:val="both"/>
        <w:rPr>
          <w:rFonts w:ascii="Times New Roman" w:hAnsi="Times New Roman" w:cs="Times New Roman"/>
          <w:i/>
          <w:iCs/>
          <w:sz w:val="24"/>
          <w:szCs w:val="24"/>
        </w:rPr>
      </w:pPr>
      <w:r w:rsidRPr="005D0BDB">
        <w:rPr>
          <w:rFonts w:ascii="Times New Roman" w:hAnsi="Times New Roman" w:cs="Times New Roman"/>
          <w:i/>
          <w:iCs/>
          <w:sz w:val="24"/>
          <w:szCs w:val="24"/>
        </w:rPr>
        <w:t>(persoana sau persoanele autorizate să semneze în numele Ofertantului)</w:t>
      </w:r>
    </w:p>
    <w:p w14:paraId="14DDE694" w14:textId="77777777" w:rsidR="008B2EA6" w:rsidRPr="005D0BDB" w:rsidRDefault="008B2EA6" w:rsidP="008B2EA6">
      <w:pPr>
        <w:jc w:val="both"/>
        <w:rPr>
          <w:rFonts w:ascii="Times New Roman" w:hAnsi="Times New Roman" w:cs="Times New Roman"/>
          <w:i/>
          <w:iCs/>
          <w:sz w:val="24"/>
          <w:szCs w:val="24"/>
        </w:rPr>
      </w:pPr>
    </w:p>
    <w:p w14:paraId="1FE3685A" w14:textId="77777777" w:rsidR="008B2EA6" w:rsidRPr="005D0BDB" w:rsidRDefault="008B2EA6" w:rsidP="008B2EA6">
      <w:pPr>
        <w:jc w:val="both"/>
        <w:rPr>
          <w:rFonts w:ascii="Times New Roman" w:hAnsi="Times New Roman" w:cs="Times New Roman"/>
          <w:i/>
          <w:iCs/>
          <w:sz w:val="24"/>
          <w:szCs w:val="24"/>
        </w:rPr>
      </w:pPr>
    </w:p>
    <w:p w14:paraId="7226FB17"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5C7B9C9C" w14:textId="77777777" w:rsidR="008B2EA6" w:rsidRPr="005D0BDB" w:rsidRDefault="008B2EA6" w:rsidP="008B2EA6">
      <w:pPr>
        <w:pStyle w:val="Default"/>
        <w:numPr>
          <w:ilvl w:val="0"/>
          <w:numId w:val="116"/>
        </w:numPr>
        <w:spacing w:after="0" w:line="240" w:lineRule="auto"/>
        <w:ind w:right="-1"/>
        <w:jc w:val="both"/>
        <w:outlineLvl w:val="0"/>
      </w:pPr>
    </w:p>
    <w:p w14:paraId="0D34053C" w14:textId="77777777" w:rsidR="008B2EA6" w:rsidRPr="005D0BDB" w:rsidRDefault="008B2EA6" w:rsidP="008B2EA6">
      <w:pPr>
        <w:spacing w:before="120" w:after="120"/>
        <w:ind w:right="-34"/>
        <w:jc w:val="both"/>
        <w:rPr>
          <w:rFonts w:ascii="Times New Roman" w:hAnsi="Times New Roman" w:cs="Times New Roman"/>
          <w:b/>
          <w:sz w:val="24"/>
          <w:szCs w:val="24"/>
        </w:rPr>
      </w:pPr>
      <w:r w:rsidRPr="005D0BDB">
        <w:rPr>
          <w:rFonts w:ascii="Times New Roman" w:hAnsi="Times New Roman" w:cs="Times New Roman"/>
          <w:b/>
          <w:sz w:val="24"/>
          <w:szCs w:val="24"/>
        </w:rPr>
        <w:t>OFERTANT</w:t>
      </w:r>
      <w:r w:rsidRPr="005D0BDB">
        <w:rPr>
          <w:rFonts w:ascii="Times New Roman" w:hAnsi="Times New Roman" w:cs="Times New Roman"/>
          <w:b/>
          <w:sz w:val="24"/>
          <w:szCs w:val="24"/>
        </w:rPr>
        <w:tab/>
      </w:r>
      <w:r w:rsidRPr="005D0BDB">
        <w:rPr>
          <w:rFonts w:ascii="Times New Roman" w:hAnsi="Times New Roman" w:cs="Times New Roman"/>
          <w:b/>
          <w:sz w:val="24"/>
          <w:szCs w:val="24"/>
        </w:rPr>
        <w:tab/>
      </w:r>
      <w:r w:rsidRPr="005D0BDB">
        <w:rPr>
          <w:rFonts w:ascii="Times New Roman" w:hAnsi="Times New Roman" w:cs="Times New Roman"/>
          <w:b/>
          <w:sz w:val="24"/>
          <w:szCs w:val="24"/>
        </w:rPr>
        <w:tab/>
        <w:t xml:space="preserve">                                                                              </w:t>
      </w:r>
    </w:p>
    <w:p w14:paraId="1FB98C3E"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__________________ </w:t>
      </w:r>
    </w:p>
    <w:p w14:paraId="2C45D7E7"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sz w:val="24"/>
          <w:szCs w:val="24"/>
        </w:rPr>
        <w:t>(denumirea/numele)</w:t>
      </w:r>
    </w:p>
    <w:p w14:paraId="0E78874C" w14:textId="77777777" w:rsidR="008B2EA6" w:rsidRPr="005D0BDB" w:rsidRDefault="008B2EA6" w:rsidP="008B2EA6">
      <w:pPr>
        <w:pStyle w:val="p0"/>
        <w:widowControl/>
        <w:tabs>
          <w:tab w:val="clear" w:pos="204"/>
        </w:tabs>
        <w:spacing w:line="240" w:lineRule="auto"/>
        <w:rPr>
          <w:rFonts w:ascii="Times New Roman" w:hAnsi="Times New Roman" w:cs="Times New Roman"/>
          <w:snapToGrid/>
          <w:szCs w:val="24"/>
          <w:lang w:val="ro-RO" w:eastAsia="ro-RO"/>
        </w:rPr>
      </w:pPr>
    </w:p>
    <w:p w14:paraId="40EB21EF" w14:textId="77777777" w:rsidR="008B2EA6" w:rsidRPr="005D0BDB" w:rsidRDefault="008B2EA6" w:rsidP="008B2EA6">
      <w:pPr>
        <w:pStyle w:val="Heading1"/>
        <w:jc w:val="center"/>
        <w:rPr>
          <w:rFonts w:ascii="Times New Roman" w:hAnsi="Times New Roman" w:cs="Times New Roman"/>
          <w:b w:val="0"/>
          <w:szCs w:val="24"/>
        </w:rPr>
      </w:pPr>
      <w:r w:rsidRPr="005D0BDB">
        <w:rPr>
          <w:rFonts w:ascii="Times New Roman" w:hAnsi="Times New Roman" w:cs="Times New Roman"/>
          <w:szCs w:val="24"/>
        </w:rPr>
        <w:t>FORMULAR DE OFERTĂ</w:t>
      </w:r>
    </w:p>
    <w:p w14:paraId="1781B7ED" w14:textId="77777777" w:rsidR="008B2EA6" w:rsidRPr="005D0BDB" w:rsidRDefault="008B2EA6" w:rsidP="008B2EA6">
      <w:pPr>
        <w:jc w:val="both"/>
        <w:rPr>
          <w:rFonts w:ascii="Times New Roman" w:hAnsi="Times New Roman" w:cs="Times New Roman"/>
          <w:b/>
          <w:sz w:val="24"/>
          <w:szCs w:val="24"/>
        </w:rPr>
      </w:pPr>
    </w:p>
    <w:p w14:paraId="6679BA5D" w14:textId="77777777" w:rsidR="008B2EA6" w:rsidRPr="005D0BDB" w:rsidRDefault="008B2EA6" w:rsidP="008B2EA6">
      <w:pPr>
        <w:ind w:firstLine="720"/>
        <w:jc w:val="both"/>
        <w:rPr>
          <w:rFonts w:ascii="Times New Roman" w:hAnsi="Times New Roman" w:cs="Times New Roman"/>
          <w:sz w:val="24"/>
          <w:szCs w:val="24"/>
        </w:rPr>
      </w:pPr>
      <w:r w:rsidRPr="005D0BDB">
        <w:rPr>
          <w:rFonts w:ascii="Times New Roman" w:hAnsi="Times New Roman" w:cs="Times New Roman"/>
          <w:sz w:val="24"/>
          <w:szCs w:val="24"/>
        </w:rPr>
        <w:t>Către ....................................................................................................................................................</w:t>
      </w:r>
    </w:p>
    <w:p w14:paraId="66EF759F" w14:textId="77777777" w:rsidR="008B2EA6" w:rsidRPr="005D0BDB" w:rsidRDefault="008B2EA6" w:rsidP="008B2EA6">
      <w:pPr>
        <w:ind w:left="720" w:firstLine="7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 autorităţii contractante şi adresa completă)</w:t>
      </w:r>
    </w:p>
    <w:p w14:paraId="0B804DED" w14:textId="77777777" w:rsidR="008B2EA6" w:rsidRPr="005D0BDB" w:rsidRDefault="008B2EA6" w:rsidP="008B2EA6">
      <w:pPr>
        <w:jc w:val="both"/>
        <w:rPr>
          <w:rFonts w:ascii="Times New Roman" w:hAnsi="Times New Roman" w:cs="Times New Roman"/>
          <w:sz w:val="24"/>
          <w:szCs w:val="24"/>
        </w:rPr>
      </w:pPr>
    </w:p>
    <w:p w14:paraId="543A258F" w14:textId="77777777" w:rsidR="008B2EA6" w:rsidRPr="005D0BDB" w:rsidRDefault="008B2EA6" w:rsidP="008B2EA6">
      <w:pPr>
        <w:ind w:firstLine="720"/>
        <w:jc w:val="both"/>
        <w:rPr>
          <w:rFonts w:ascii="Times New Roman" w:hAnsi="Times New Roman" w:cs="Times New Roman"/>
          <w:sz w:val="24"/>
          <w:szCs w:val="24"/>
        </w:rPr>
      </w:pPr>
      <w:r w:rsidRPr="005D0BDB">
        <w:rPr>
          <w:rFonts w:ascii="Times New Roman" w:hAnsi="Times New Roman" w:cs="Times New Roman"/>
          <w:sz w:val="24"/>
          <w:szCs w:val="24"/>
        </w:rPr>
        <w:t>Domnilor,</w:t>
      </w:r>
    </w:p>
    <w:p w14:paraId="55BFBC16" w14:textId="77777777" w:rsidR="008B2EA6" w:rsidRPr="005D0BDB" w:rsidRDefault="008B2EA6" w:rsidP="008B2EA6">
      <w:pPr>
        <w:pStyle w:val="NoSpacing"/>
        <w:spacing w:after="120" w:line="276" w:lineRule="auto"/>
        <w:jc w:val="both"/>
        <w:rPr>
          <w:sz w:val="24"/>
          <w:szCs w:val="24"/>
        </w:rPr>
      </w:pPr>
    </w:p>
    <w:p w14:paraId="379F695D" w14:textId="77777777" w:rsidR="008B2EA6" w:rsidRPr="005D0BDB" w:rsidRDefault="008B2EA6" w:rsidP="008B2EA6">
      <w:pPr>
        <w:widowControl w:val="0"/>
        <w:autoSpaceDE w:val="0"/>
        <w:autoSpaceDN w:val="0"/>
        <w:adjustRightInd w:val="0"/>
        <w:spacing w:before="160" w:after="0" w:line="276" w:lineRule="exact"/>
        <w:jc w:val="both"/>
        <w:rPr>
          <w:rFonts w:ascii="Times New Roman" w:hAnsi="Times New Roman" w:cs="Times New Roman"/>
          <w:sz w:val="24"/>
          <w:szCs w:val="24"/>
        </w:rPr>
      </w:pPr>
      <w:r w:rsidRPr="005D0BDB">
        <w:rPr>
          <w:rFonts w:ascii="Times New Roman" w:hAnsi="Times New Roman" w:cs="Times New Roman"/>
          <w:sz w:val="24"/>
          <w:szCs w:val="24"/>
        </w:rPr>
        <w:t xml:space="preserve">Examinând documentaţia de atribuire, subsemnaţii, reprezentanţi ai ofertantului ________________(denumirea/numele), ne oferim să prestăm activităţile din cadrul „„Contract de delegare (colectare și transport) prin concesiune a gestiunii unor activități componente ale serviciului de salubrizare al unităților administrativ teritoriale membre ale Asociației de Dezvoltare Intercomunitara ADI SIGD Arad din Zona 5 a județului Arad”” în conformitate cu prevederile şi cerinţele cuprinse în documentaţia de atribuire, pentru suma totală* de _____________________________ (suma în litere şi în cifre) LEI,  la care se adaugă taxa pe valoarea adaugată în valoare de ____________________ (suma în litere şi în cifre) LEI.  </w:t>
      </w:r>
    </w:p>
    <w:p w14:paraId="7999F8A9" w14:textId="77777777" w:rsidR="008B2EA6" w:rsidRPr="005D0BDB" w:rsidRDefault="008B2EA6" w:rsidP="008B2EA6">
      <w:pPr>
        <w:widowControl w:val="0"/>
        <w:autoSpaceDE w:val="0"/>
        <w:autoSpaceDN w:val="0"/>
        <w:adjustRightInd w:val="0"/>
        <w:jc w:val="both"/>
        <w:rPr>
          <w:rFonts w:ascii="Times New Roman" w:hAnsi="Times New Roman" w:cs="Times New Roman"/>
          <w:sz w:val="24"/>
          <w:szCs w:val="24"/>
        </w:rPr>
      </w:pPr>
      <w:r w:rsidRPr="005D0BDB">
        <w:rPr>
          <w:rFonts w:ascii="Times New Roman" w:hAnsi="Times New Roman" w:cs="Times New Roman"/>
          <w:sz w:val="24"/>
          <w:szCs w:val="24"/>
        </w:rPr>
        <w:t xml:space="preserve">*Suma totala = </w:t>
      </w:r>
      <w:r w:rsidRPr="006C728A">
        <w:rPr>
          <w:rFonts w:ascii="Times New Roman" w:hAnsi="Times New Roman" w:cs="Times New Roman"/>
          <w:sz w:val="24"/>
          <w:szCs w:val="24"/>
        </w:rPr>
        <w:t>TOTAL TARIF ANUAL*5 (ani)</w:t>
      </w:r>
    </w:p>
    <w:p w14:paraId="22E57078" w14:textId="77777777" w:rsidR="008B2EA6" w:rsidRPr="005D0BDB" w:rsidRDefault="008B2EA6" w:rsidP="008B2EA6">
      <w:pPr>
        <w:pStyle w:val="Default"/>
        <w:ind w:right="-1"/>
        <w:jc w:val="both"/>
        <w:outlineLvl w:val="0"/>
        <w:rPr>
          <w:highlight w:val="yellow"/>
        </w:rPr>
      </w:pPr>
    </w:p>
    <w:p w14:paraId="571875D9" w14:textId="77777777" w:rsidR="008B2EA6" w:rsidRPr="005D0BDB" w:rsidRDefault="008B2EA6" w:rsidP="008B2EA6">
      <w:pPr>
        <w:jc w:val="both"/>
        <w:rPr>
          <w:rFonts w:ascii="Times New Roman" w:hAnsi="Times New Roman" w:cs="Times New Roman"/>
          <w:sz w:val="24"/>
          <w:szCs w:val="24"/>
          <w:highlight w:val="yellow"/>
        </w:rPr>
      </w:pPr>
    </w:p>
    <w:p w14:paraId="606DDFE5" w14:textId="77777777" w:rsidR="008B2EA6" w:rsidRPr="005D0BDB" w:rsidRDefault="008B2EA6" w:rsidP="008B2EA6">
      <w:pPr>
        <w:rPr>
          <w:rFonts w:ascii="Times New Roman" w:hAnsi="Times New Roman" w:cs="Times New Roman"/>
          <w:b/>
          <w:sz w:val="24"/>
          <w:szCs w:val="24"/>
          <w:highlight w:val="yellow"/>
        </w:rPr>
      </w:pPr>
      <w:r w:rsidRPr="005D0BDB">
        <w:rPr>
          <w:rFonts w:ascii="Times New Roman" w:hAnsi="Times New Roman" w:cs="Times New Roman"/>
          <w:b/>
          <w:sz w:val="24"/>
          <w:szCs w:val="24"/>
          <w:highlight w:val="yellow"/>
        </w:rPr>
        <w:br w:type="page"/>
      </w:r>
    </w:p>
    <w:p w14:paraId="72333AC4" w14:textId="77777777" w:rsidR="008B2EA6" w:rsidRPr="005D0BDB" w:rsidRDefault="008B2EA6" w:rsidP="008B2EA6">
      <w:pPr>
        <w:pStyle w:val="Default"/>
        <w:ind w:left="9360" w:right="-1"/>
        <w:outlineLvl w:val="0"/>
        <w:rPr>
          <w:b/>
          <w:highlight w:val="yellow"/>
        </w:rPr>
      </w:pPr>
    </w:p>
    <w:p w14:paraId="32626498" w14:textId="77777777" w:rsidR="008B2EA6" w:rsidRPr="005D0BDB" w:rsidRDefault="008B2EA6" w:rsidP="008B2EA6">
      <w:pPr>
        <w:spacing w:before="120" w:after="120"/>
        <w:ind w:right="-34"/>
        <w:jc w:val="both"/>
        <w:rPr>
          <w:rFonts w:ascii="Times New Roman" w:hAnsi="Times New Roman" w:cs="Times New Roman"/>
          <w:b/>
          <w:sz w:val="24"/>
          <w:szCs w:val="24"/>
        </w:rPr>
      </w:pPr>
      <w:r w:rsidRPr="005D0BDB">
        <w:rPr>
          <w:rFonts w:ascii="Times New Roman" w:hAnsi="Times New Roman" w:cs="Times New Roman"/>
          <w:b/>
          <w:sz w:val="24"/>
          <w:szCs w:val="24"/>
        </w:rPr>
        <w:t>OFERTANT</w:t>
      </w:r>
      <w:r w:rsidRPr="005D0BDB">
        <w:rPr>
          <w:rFonts w:ascii="Times New Roman" w:hAnsi="Times New Roman" w:cs="Times New Roman"/>
          <w:b/>
          <w:sz w:val="24"/>
          <w:szCs w:val="24"/>
        </w:rPr>
        <w:tab/>
      </w:r>
      <w:r w:rsidRPr="005D0BDB">
        <w:rPr>
          <w:rFonts w:ascii="Times New Roman" w:hAnsi="Times New Roman" w:cs="Times New Roman"/>
          <w:b/>
          <w:sz w:val="24"/>
          <w:szCs w:val="24"/>
        </w:rPr>
        <w:tab/>
      </w:r>
      <w:r w:rsidRPr="005D0BDB">
        <w:rPr>
          <w:rFonts w:ascii="Times New Roman" w:hAnsi="Times New Roman" w:cs="Times New Roman"/>
          <w:b/>
          <w:sz w:val="24"/>
          <w:szCs w:val="24"/>
        </w:rPr>
        <w:tab/>
        <w:t xml:space="preserve">                                                                              </w:t>
      </w:r>
    </w:p>
    <w:p w14:paraId="03B9EA92"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 xml:space="preserve">__________________ </w:t>
      </w:r>
    </w:p>
    <w:p w14:paraId="0E68A43B"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sz w:val="24"/>
          <w:szCs w:val="24"/>
        </w:rPr>
        <w:t>(denumirea/numele)</w:t>
      </w:r>
    </w:p>
    <w:p w14:paraId="5F711FF5" w14:textId="77777777" w:rsidR="008B2EA6" w:rsidRPr="005D0BDB" w:rsidRDefault="008B2EA6" w:rsidP="008B2EA6">
      <w:pPr>
        <w:pStyle w:val="p0"/>
        <w:widowControl/>
        <w:tabs>
          <w:tab w:val="clear" w:pos="204"/>
        </w:tabs>
        <w:spacing w:line="240" w:lineRule="auto"/>
        <w:rPr>
          <w:rFonts w:ascii="Times New Roman" w:hAnsi="Times New Roman" w:cs="Times New Roman"/>
          <w:snapToGrid/>
          <w:szCs w:val="24"/>
          <w:lang w:val="ro-RO" w:eastAsia="ro-RO"/>
        </w:rPr>
      </w:pPr>
    </w:p>
    <w:p w14:paraId="11E3E082" w14:textId="77777777" w:rsidR="008B2EA6" w:rsidRPr="005D0BDB" w:rsidRDefault="008B2EA6" w:rsidP="008B2EA6">
      <w:pPr>
        <w:pStyle w:val="Heading1"/>
        <w:jc w:val="center"/>
        <w:rPr>
          <w:rFonts w:ascii="Times New Roman" w:hAnsi="Times New Roman" w:cs="Times New Roman"/>
          <w:b w:val="0"/>
          <w:szCs w:val="24"/>
        </w:rPr>
      </w:pPr>
      <w:bookmarkStart w:id="726" w:name="_Toc269743602"/>
      <w:bookmarkStart w:id="727" w:name="_Toc269743762"/>
      <w:bookmarkStart w:id="728" w:name="_Toc269743806"/>
      <w:bookmarkStart w:id="729" w:name="_Toc269743935"/>
      <w:bookmarkStart w:id="730" w:name="_Toc269797268"/>
      <w:bookmarkStart w:id="731" w:name="_Toc269801443"/>
      <w:bookmarkStart w:id="732" w:name="_Toc270492375"/>
      <w:bookmarkStart w:id="733" w:name="_Toc270497170"/>
      <w:bookmarkStart w:id="734" w:name="_Toc270497548"/>
      <w:bookmarkStart w:id="735" w:name="_Toc270497778"/>
      <w:bookmarkStart w:id="736" w:name="_Toc279420484"/>
      <w:r w:rsidRPr="005D0BDB">
        <w:rPr>
          <w:rFonts w:ascii="Times New Roman" w:hAnsi="Times New Roman" w:cs="Times New Roman"/>
          <w:szCs w:val="24"/>
        </w:rPr>
        <w:t>FORMULAR DE OFERTĂ</w:t>
      </w:r>
      <w:bookmarkEnd w:id="726"/>
      <w:bookmarkEnd w:id="727"/>
      <w:bookmarkEnd w:id="728"/>
      <w:bookmarkEnd w:id="729"/>
      <w:bookmarkEnd w:id="730"/>
      <w:bookmarkEnd w:id="731"/>
      <w:bookmarkEnd w:id="732"/>
      <w:bookmarkEnd w:id="733"/>
      <w:bookmarkEnd w:id="734"/>
      <w:bookmarkEnd w:id="735"/>
      <w:bookmarkEnd w:id="736"/>
    </w:p>
    <w:p w14:paraId="6E28A148" w14:textId="77777777" w:rsidR="008B2EA6" w:rsidRPr="005D0BDB" w:rsidRDefault="008B2EA6" w:rsidP="008B2EA6">
      <w:pPr>
        <w:jc w:val="both"/>
        <w:rPr>
          <w:rFonts w:ascii="Times New Roman" w:hAnsi="Times New Roman" w:cs="Times New Roman"/>
          <w:b/>
          <w:sz w:val="24"/>
          <w:szCs w:val="24"/>
        </w:rPr>
      </w:pPr>
    </w:p>
    <w:p w14:paraId="27C040FE" w14:textId="77777777" w:rsidR="008B2EA6" w:rsidRPr="005D0BDB" w:rsidRDefault="008B2EA6" w:rsidP="008B2EA6">
      <w:pPr>
        <w:ind w:firstLine="720"/>
        <w:jc w:val="both"/>
        <w:rPr>
          <w:rFonts w:ascii="Times New Roman" w:hAnsi="Times New Roman" w:cs="Times New Roman"/>
          <w:sz w:val="24"/>
          <w:szCs w:val="24"/>
        </w:rPr>
      </w:pPr>
      <w:r w:rsidRPr="005D0BDB">
        <w:rPr>
          <w:rFonts w:ascii="Times New Roman" w:hAnsi="Times New Roman" w:cs="Times New Roman"/>
          <w:sz w:val="24"/>
          <w:szCs w:val="24"/>
        </w:rPr>
        <w:t>Către ....................................................................................................................................................</w:t>
      </w:r>
    </w:p>
    <w:p w14:paraId="158A113D" w14:textId="77777777" w:rsidR="008B2EA6" w:rsidRPr="005D0BDB" w:rsidRDefault="008B2EA6" w:rsidP="008B2EA6">
      <w:pPr>
        <w:ind w:left="720" w:firstLine="7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 autorităţii contractante şi adresa completă)</w:t>
      </w:r>
    </w:p>
    <w:p w14:paraId="6CC41724" w14:textId="77777777" w:rsidR="008B2EA6" w:rsidRPr="005D0BDB" w:rsidRDefault="008B2EA6" w:rsidP="008B2EA6">
      <w:pPr>
        <w:jc w:val="both"/>
        <w:rPr>
          <w:rFonts w:ascii="Times New Roman" w:hAnsi="Times New Roman" w:cs="Times New Roman"/>
          <w:sz w:val="24"/>
          <w:szCs w:val="24"/>
        </w:rPr>
      </w:pPr>
    </w:p>
    <w:p w14:paraId="39B8B2F2" w14:textId="77777777" w:rsidR="008B2EA6" w:rsidRPr="005D0BDB" w:rsidRDefault="008B2EA6" w:rsidP="008B2EA6">
      <w:pPr>
        <w:ind w:firstLine="720"/>
        <w:jc w:val="both"/>
        <w:rPr>
          <w:rFonts w:ascii="Times New Roman" w:hAnsi="Times New Roman" w:cs="Times New Roman"/>
          <w:sz w:val="24"/>
          <w:szCs w:val="24"/>
        </w:rPr>
      </w:pPr>
      <w:r w:rsidRPr="005D0BDB">
        <w:rPr>
          <w:rFonts w:ascii="Times New Roman" w:hAnsi="Times New Roman" w:cs="Times New Roman"/>
          <w:sz w:val="24"/>
          <w:szCs w:val="24"/>
        </w:rPr>
        <w:t>Domnilor,</w:t>
      </w:r>
    </w:p>
    <w:p w14:paraId="7DB5B2EB" w14:textId="77777777" w:rsidR="008B2EA6" w:rsidRPr="005D0BDB" w:rsidRDefault="008B2EA6" w:rsidP="008B2EA6">
      <w:pPr>
        <w:pStyle w:val="NoSpacing"/>
        <w:spacing w:after="120" w:line="276" w:lineRule="auto"/>
        <w:jc w:val="both"/>
        <w:rPr>
          <w:sz w:val="24"/>
          <w:szCs w:val="24"/>
        </w:rPr>
      </w:pPr>
    </w:p>
    <w:p w14:paraId="3E9DECBD" w14:textId="77777777" w:rsidR="008B2EA6" w:rsidRPr="005D0BDB" w:rsidRDefault="008B2EA6" w:rsidP="008B2EA6">
      <w:pPr>
        <w:widowControl w:val="0"/>
        <w:autoSpaceDE w:val="0"/>
        <w:autoSpaceDN w:val="0"/>
        <w:adjustRightInd w:val="0"/>
        <w:spacing w:before="160" w:after="0" w:line="276" w:lineRule="exact"/>
        <w:jc w:val="both"/>
        <w:rPr>
          <w:rFonts w:ascii="Times New Roman" w:hAnsi="Times New Roman" w:cs="Times New Roman"/>
          <w:sz w:val="24"/>
          <w:szCs w:val="24"/>
        </w:rPr>
      </w:pPr>
      <w:r w:rsidRPr="005D0BDB">
        <w:rPr>
          <w:rFonts w:ascii="Times New Roman" w:hAnsi="Times New Roman" w:cs="Times New Roman"/>
          <w:sz w:val="24"/>
          <w:szCs w:val="24"/>
        </w:rPr>
        <w:t>Examinând documentaţia de atribuire, subsemnaţii, reprezentanţi ai ofertantului ________________(</w:t>
      </w:r>
      <w:r w:rsidRPr="005D0BDB">
        <w:rPr>
          <w:rFonts w:ascii="Times New Roman" w:hAnsi="Times New Roman" w:cs="Times New Roman"/>
          <w:i/>
          <w:sz w:val="24"/>
          <w:szCs w:val="24"/>
        </w:rPr>
        <w:t>denumirea/numele</w:t>
      </w:r>
      <w:r w:rsidRPr="005D0BDB">
        <w:rPr>
          <w:rFonts w:ascii="Times New Roman" w:hAnsi="Times New Roman" w:cs="Times New Roman"/>
          <w:sz w:val="24"/>
          <w:szCs w:val="24"/>
        </w:rPr>
        <w:t>), ne oferim să prestăm activităţile din cadrul „Contract de delegare (colectare și transport) prin concesiune a gestiunii unor activități componente ale serviciului de salubrizare al unităților administrativ teritoriale membre ale Asociației de Dezvoltare Intercomunitara ADI SIGD Arad din Zona 5 a județului Arad” în conformitate cu prevederile şi cerinţele cuprinse în documentaţia de atribuire.</w:t>
      </w:r>
    </w:p>
    <w:p w14:paraId="4B8FE2CE" w14:textId="77777777" w:rsidR="008B2EA6" w:rsidRPr="005D0BDB" w:rsidRDefault="008B2EA6" w:rsidP="008B2EA6">
      <w:pPr>
        <w:pStyle w:val="NoSpacing"/>
        <w:spacing w:before="240" w:after="120" w:line="276" w:lineRule="auto"/>
        <w:jc w:val="both"/>
        <w:rPr>
          <w:sz w:val="24"/>
          <w:szCs w:val="24"/>
        </w:rPr>
      </w:pPr>
      <w:r w:rsidRPr="005D0BDB">
        <w:rPr>
          <w:sz w:val="24"/>
          <w:szCs w:val="24"/>
        </w:rPr>
        <w:t>1. Tarifele care vor fi percepute pentru activitățile prestate calculate conform Anexei 1 la prezentul Formular sunt: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6"/>
        <w:gridCol w:w="1053"/>
        <w:gridCol w:w="1723"/>
        <w:gridCol w:w="2660"/>
      </w:tblGrid>
      <w:tr w:rsidR="008B2EA6" w:rsidRPr="006C728A" w14:paraId="6CD669BF" w14:textId="77777777" w:rsidTr="00E152C8">
        <w:trPr>
          <w:trHeight w:val="630"/>
        </w:trPr>
        <w:tc>
          <w:tcPr>
            <w:tcW w:w="2258" w:type="pct"/>
            <w:vAlign w:val="center"/>
          </w:tcPr>
          <w:p w14:paraId="69FCD200"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Denumire activitate</w:t>
            </w:r>
          </w:p>
        </w:tc>
        <w:tc>
          <w:tcPr>
            <w:tcW w:w="531" w:type="pct"/>
            <w:vAlign w:val="center"/>
          </w:tcPr>
          <w:p w14:paraId="231129AF"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Unitate de masura</w:t>
            </w:r>
          </w:p>
        </w:tc>
        <w:tc>
          <w:tcPr>
            <w:tcW w:w="869" w:type="pct"/>
            <w:vAlign w:val="center"/>
          </w:tcPr>
          <w:p w14:paraId="6478F6B0"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Tarif, fara TVA (lei)</w:t>
            </w:r>
          </w:p>
          <w:p w14:paraId="0F9CAF28"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 xml:space="preserve">(cifre si litere)  </w:t>
            </w:r>
          </w:p>
        </w:tc>
        <w:tc>
          <w:tcPr>
            <w:tcW w:w="1342" w:type="pct"/>
          </w:tcPr>
          <w:p w14:paraId="08F8569E"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 xml:space="preserve">TVA (lei) </w:t>
            </w:r>
          </w:p>
          <w:p w14:paraId="3A1FB102" w14:textId="77777777" w:rsidR="008B2EA6" w:rsidRPr="006C728A" w:rsidRDefault="008B2EA6" w:rsidP="00E152C8">
            <w:pPr>
              <w:jc w:val="both"/>
              <w:rPr>
                <w:rFonts w:ascii="Times New Roman" w:hAnsi="Times New Roman" w:cs="Times New Roman"/>
                <w:b/>
                <w:bCs/>
                <w:i/>
                <w:iCs/>
              </w:rPr>
            </w:pPr>
            <w:r w:rsidRPr="006C728A">
              <w:rPr>
                <w:rFonts w:ascii="Times New Roman" w:hAnsi="Times New Roman" w:cs="Times New Roman"/>
                <w:b/>
                <w:bCs/>
                <w:i/>
                <w:iCs/>
              </w:rPr>
              <w:t xml:space="preserve">(cifre si litere)  </w:t>
            </w:r>
          </w:p>
        </w:tc>
      </w:tr>
      <w:tr w:rsidR="008B2EA6" w:rsidRPr="006C728A" w14:paraId="5F8FEB97" w14:textId="77777777" w:rsidTr="00E152C8">
        <w:trPr>
          <w:trHeight w:val="300"/>
        </w:trPr>
        <w:tc>
          <w:tcPr>
            <w:tcW w:w="2258" w:type="pct"/>
          </w:tcPr>
          <w:p w14:paraId="78A3C449" w14:textId="77777777" w:rsidR="008B2EA6" w:rsidRPr="006C728A" w:rsidRDefault="008B2EA6" w:rsidP="00E152C8">
            <w:pPr>
              <w:jc w:val="both"/>
              <w:rPr>
                <w:rFonts w:ascii="Times New Roman" w:hAnsi="Times New Roman" w:cs="Times New Roman"/>
                <w:i/>
              </w:rPr>
            </w:pPr>
            <w:r w:rsidRPr="006C728A">
              <w:rPr>
                <w:rFonts w:ascii="Times New Roman" w:eastAsia="Times New Roman" w:hAnsi="Times New Roman" w:cs="Times New Roman"/>
              </w:rPr>
              <w:t>T1 = tarif pentru colectarea separată şi transportul separat al deşeurilor de hârtie, metal, plastic şi sticlă din deşeurile municipale - Tcs reciclabile: exprimat in lei/tonă, lei/persoană/lună şi lei/mc, în UAT urile din Zona 5</w:t>
            </w:r>
          </w:p>
        </w:tc>
        <w:tc>
          <w:tcPr>
            <w:tcW w:w="531" w:type="pct"/>
            <w:vAlign w:val="center"/>
          </w:tcPr>
          <w:p w14:paraId="3DAE271F" w14:textId="77777777" w:rsidR="008B2EA6" w:rsidRPr="006C728A" w:rsidRDefault="008B2EA6" w:rsidP="00E152C8">
            <w:pPr>
              <w:jc w:val="both"/>
              <w:rPr>
                <w:rFonts w:ascii="Times New Roman" w:hAnsi="Times New Roman" w:cs="Times New Roman"/>
                <w:i/>
              </w:rPr>
            </w:pPr>
            <w:r w:rsidRPr="006C728A">
              <w:rPr>
                <w:rFonts w:ascii="Times New Roman" w:hAnsi="Times New Roman" w:cs="Times New Roman"/>
                <w:i/>
              </w:rPr>
              <w:t>lei / tona</w:t>
            </w:r>
          </w:p>
        </w:tc>
        <w:tc>
          <w:tcPr>
            <w:tcW w:w="869" w:type="pct"/>
            <w:noWrap/>
            <w:vAlign w:val="center"/>
          </w:tcPr>
          <w:p w14:paraId="5D1F9AD0" w14:textId="77777777" w:rsidR="008B2EA6" w:rsidRPr="006C728A" w:rsidRDefault="008B2EA6" w:rsidP="00E152C8">
            <w:pPr>
              <w:jc w:val="both"/>
              <w:rPr>
                <w:rFonts w:ascii="Times New Roman" w:hAnsi="Times New Roman" w:cs="Times New Roman"/>
              </w:rPr>
            </w:pPr>
          </w:p>
        </w:tc>
        <w:tc>
          <w:tcPr>
            <w:tcW w:w="1342" w:type="pct"/>
          </w:tcPr>
          <w:p w14:paraId="20831380" w14:textId="77777777" w:rsidR="008B2EA6" w:rsidRPr="006C728A" w:rsidRDefault="008B2EA6" w:rsidP="00E152C8">
            <w:pPr>
              <w:jc w:val="both"/>
              <w:rPr>
                <w:rFonts w:ascii="Times New Roman" w:hAnsi="Times New Roman" w:cs="Times New Roman"/>
              </w:rPr>
            </w:pPr>
          </w:p>
        </w:tc>
      </w:tr>
      <w:tr w:rsidR="008B2EA6" w:rsidRPr="006C728A" w14:paraId="29895B3A" w14:textId="77777777" w:rsidTr="00E152C8">
        <w:trPr>
          <w:trHeight w:val="300"/>
        </w:trPr>
        <w:tc>
          <w:tcPr>
            <w:tcW w:w="2258" w:type="pct"/>
          </w:tcPr>
          <w:p w14:paraId="2F4DF4BF" w14:textId="77777777" w:rsidR="008B2EA6" w:rsidRPr="006C728A" w:rsidRDefault="008B2EA6" w:rsidP="00E152C8">
            <w:pPr>
              <w:jc w:val="both"/>
              <w:rPr>
                <w:rFonts w:ascii="Times New Roman" w:hAnsi="Times New Roman" w:cs="Times New Roman"/>
                <w:i/>
              </w:rPr>
            </w:pPr>
            <w:r w:rsidRPr="006C728A">
              <w:rPr>
                <w:rFonts w:ascii="Times New Roman" w:eastAsia="Times New Roman" w:hAnsi="Times New Roman" w:cs="Times New Roman"/>
              </w:rPr>
              <w:t>T2 =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w:t>
            </w:r>
          </w:p>
        </w:tc>
        <w:tc>
          <w:tcPr>
            <w:tcW w:w="531" w:type="pct"/>
          </w:tcPr>
          <w:p w14:paraId="5CB304A6" w14:textId="77777777" w:rsidR="008B2EA6" w:rsidRPr="006C728A" w:rsidRDefault="008B2EA6" w:rsidP="00E152C8">
            <w:pPr>
              <w:jc w:val="both"/>
              <w:rPr>
                <w:rFonts w:ascii="Times New Roman" w:hAnsi="Times New Roman" w:cs="Times New Roman"/>
                <w:i/>
              </w:rPr>
            </w:pPr>
            <w:r w:rsidRPr="006C728A">
              <w:rPr>
                <w:rFonts w:ascii="Times New Roman" w:hAnsi="Times New Roman" w:cs="Times New Roman"/>
                <w:i/>
              </w:rPr>
              <w:t>lei / tona</w:t>
            </w:r>
          </w:p>
        </w:tc>
        <w:tc>
          <w:tcPr>
            <w:tcW w:w="869" w:type="pct"/>
            <w:noWrap/>
            <w:vAlign w:val="center"/>
          </w:tcPr>
          <w:p w14:paraId="5AC63629" w14:textId="77777777" w:rsidR="008B2EA6" w:rsidRPr="006C728A" w:rsidRDefault="008B2EA6" w:rsidP="00E152C8">
            <w:pPr>
              <w:jc w:val="both"/>
              <w:rPr>
                <w:rFonts w:ascii="Times New Roman" w:hAnsi="Times New Roman" w:cs="Times New Roman"/>
              </w:rPr>
            </w:pPr>
          </w:p>
        </w:tc>
        <w:tc>
          <w:tcPr>
            <w:tcW w:w="1342" w:type="pct"/>
          </w:tcPr>
          <w:p w14:paraId="0118A548" w14:textId="77777777" w:rsidR="008B2EA6" w:rsidRPr="006C728A" w:rsidRDefault="008B2EA6" w:rsidP="00E152C8">
            <w:pPr>
              <w:jc w:val="both"/>
              <w:rPr>
                <w:rFonts w:ascii="Times New Roman" w:hAnsi="Times New Roman" w:cs="Times New Roman"/>
              </w:rPr>
            </w:pPr>
          </w:p>
        </w:tc>
      </w:tr>
      <w:tr w:rsidR="008B2EA6" w:rsidRPr="006C728A" w14:paraId="0DBEBF61" w14:textId="77777777" w:rsidTr="00E152C8">
        <w:trPr>
          <w:trHeight w:val="300"/>
        </w:trPr>
        <w:tc>
          <w:tcPr>
            <w:tcW w:w="2258" w:type="pct"/>
          </w:tcPr>
          <w:p w14:paraId="157D9006" w14:textId="77777777" w:rsidR="008B2EA6" w:rsidRPr="006C728A" w:rsidRDefault="008B2EA6" w:rsidP="00E152C8">
            <w:pPr>
              <w:jc w:val="both"/>
              <w:rPr>
                <w:rFonts w:ascii="Times New Roman" w:hAnsi="Times New Roman" w:cs="Times New Roman"/>
                <w:i/>
              </w:rPr>
            </w:pPr>
            <w:r w:rsidRPr="006C728A">
              <w:rPr>
                <w:rFonts w:ascii="Times New Roman" w:eastAsia="Times New Roman" w:hAnsi="Times New Roman" w:cs="Times New Roman"/>
              </w:rPr>
              <w:lastRenderedPageBreak/>
              <w:t>T3 = tarif pentru colectarea separată şi transportul separat al biodeşeurilor din deşeurile municipale - Tcs biodeşeuri, prevazute la art.33 din OUG 92/2021 privind regimul deseurilor exprimat in lei/tona, lei/persoană/lună şi lei/mc.</w:t>
            </w:r>
          </w:p>
        </w:tc>
        <w:tc>
          <w:tcPr>
            <w:tcW w:w="531" w:type="pct"/>
          </w:tcPr>
          <w:p w14:paraId="0D0AEDE4" w14:textId="77777777" w:rsidR="008B2EA6" w:rsidRPr="006C728A" w:rsidRDefault="008B2EA6" w:rsidP="00E152C8">
            <w:pPr>
              <w:jc w:val="both"/>
              <w:rPr>
                <w:rFonts w:ascii="Times New Roman" w:hAnsi="Times New Roman" w:cs="Times New Roman"/>
                <w:i/>
              </w:rPr>
            </w:pPr>
            <w:r w:rsidRPr="006C728A">
              <w:rPr>
                <w:rFonts w:ascii="Times New Roman" w:hAnsi="Times New Roman" w:cs="Times New Roman"/>
                <w:i/>
              </w:rPr>
              <w:t>lei / tona</w:t>
            </w:r>
          </w:p>
        </w:tc>
        <w:tc>
          <w:tcPr>
            <w:tcW w:w="869" w:type="pct"/>
            <w:noWrap/>
            <w:vAlign w:val="center"/>
          </w:tcPr>
          <w:p w14:paraId="77550C65" w14:textId="77777777" w:rsidR="008B2EA6" w:rsidRPr="006C728A" w:rsidRDefault="008B2EA6" w:rsidP="00E152C8">
            <w:pPr>
              <w:jc w:val="both"/>
              <w:rPr>
                <w:rFonts w:ascii="Times New Roman" w:hAnsi="Times New Roman" w:cs="Times New Roman"/>
              </w:rPr>
            </w:pPr>
          </w:p>
        </w:tc>
        <w:tc>
          <w:tcPr>
            <w:tcW w:w="1342" w:type="pct"/>
          </w:tcPr>
          <w:p w14:paraId="14C9689B" w14:textId="77777777" w:rsidR="008B2EA6" w:rsidRPr="006C728A" w:rsidRDefault="008B2EA6" w:rsidP="00E152C8">
            <w:pPr>
              <w:jc w:val="both"/>
              <w:rPr>
                <w:rFonts w:ascii="Times New Roman" w:hAnsi="Times New Roman" w:cs="Times New Roman"/>
              </w:rPr>
            </w:pPr>
          </w:p>
        </w:tc>
      </w:tr>
      <w:tr w:rsidR="008B2EA6" w:rsidRPr="006C728A" w14:paraId="6F29502F" w14:textId="77777777" w:rsidTr="00E152C8">
        <w:trPr>
          <w:trHeight w:val="300"/>
        </w:trPr>
        <w:tc>
          <w:tcPr>
            <w:tcW w:w="2258" w:type="pct"/>
          </w:tcPr>
          <w:p w14:paraId="69C0A123" w14:textId="77777777" w:rsidR="008B2EA6" w:rsidRPr="006C728A" w:rsidRDefault="008B2EA6" w:rsidP="00E152C8">
            <w:pPr>
              <w:jc w:val="both"/>
              <w:rPr>
                <w:rFonts w:ascii="Times New Roman" w:eastAsia="Times New Roman" w:hAnsi="Times New Roman" w:cs="Times New Roman"/>
              </w:rPr>
            </w:pPr>
            <w:r w:rsidRPr="006C728A">
              <w:rPr>
                <w:rFonts w:ascii="Times New Roman" w:eastAsia="Times New Roman" w:hAnsi="Times New Roman" w:cs="Times New Roman"/>
              </w:rPr>
              <w:t>T5 = Tarif pentru Colectarea și transportul deșeurilor din construcții și desființări: exprimat in lei/tonă, în  Zona 5 .</w:t>
            </w:r>
          </w:p>
        </w:tc>
        <w:tc>
          <w:tcPr>
            <w:tcW w:w="531" w:type="pct"/>
          </w:tcPr>
          <w:p w14:paraId="1DF29EB3" w14:textId="77777777" w:rsidR="008B2EA6" w:rsidRPr="006C728A" w:rsidRDefault="008B2EA6" w:rsidP="00E152C8">
            <w:pPr>
              <w:jc w:val="both"/>
              <w:rPr>
                <w:rFonts w:ascii="Times New Roman" w:hAnsi="Times New Roman" w:cs="Times New Roman"/>
                <w:i/>
              </w:rPr>
            </w:pPr>
            <w:r w:rsidRPr="006C728A">
              <w:rPr>
                <w:rFonts w:ascii="Times New Roman" w:hAnsi="Times New Roman" w:cs="Times New Roman"/>
                <w:i/>
              </w:rPr>
              <w:t>lei / tona</w:t>
            </w:r>
          </w:p>
        </w:tc>
        <w:tc>
          <w:tcPr>
            <w:tcW w:w="869" w:type="pct"/>
            <w:noWrap/>
            <w:vAlign w:val="center"/>
          </w:tcPr>
          <w:p w14:paraId="7FBEEA7A" w14:textId="77777777" w:rsidR="008B2EA6" w:rsidRPr="006C728A" w:rsidRDefault="008B2EA6" w:rsidP="00E152C8">
            <w:pPr>
              <w:jc w:val="both"/>
              <w:rPr>
                <w:rFonts w:ascii="Times New Roman" w:hAnsi="Times New Roman" w:cs="Times New Roman"/>
              </w:rPr>
            </w:pPr>
          </w:p>
        </w:tc>
        <w:tc>
          <w:tcPr>
            <w:tcW w:w="1342" w:type="pct"/>
          </w:tcPr>
          <w:p w14:paraId="5A364607" w14:textId="77777777" w:rsidR="008B2EA6" w:rsidRPr="006C728A" w:rsidRDefault="008B2EA6" w:rsidP="00E152C8">
            <w:pPr>
              <w:jc w:val="both"/>
              <w:rPr>
                <w:rFonts w:ascii="Times New Roman" w:hAnsi="Times New Roman" w:cs="Times New Roman"/>
              </w:rPr>
            </w:pPr>
          </w:p>
        </w:tc>
      </w:tr>
      <w:tr w:rsidR="008B2EA6" w:rsidRPr="006C728A" w14:paraId="0D6D0961" w14:textId="77777777" w:rsidTr="00E152C8">
        <w:trPr>
          <w:trHeight w:val="300"/>
        </w:trPr>
        <w:tc>
          <w:tcPr>
            <w:tcW w:w="2258" w:type="pct"/>
          </w:tcPr>
          <w:p w14:paraId="1EF60C85" w14:textId="77777777" w:rsidR="008B2EA6" w:rsidRPr="006C728A" w:rsidRDefault="008B2EA6" w:rsidP="00E152C8">
            <w:pPr>
              <w:jc w:val="both"/>
              <w:rPr>
                <w:rFonts w:ascii="Times New Roman" w:eastAsia="Times New Roman" w:hAnsi="Times New Roman" w:cs="Times New Roman"/>
              </w:rPr>
            </w:pPr>
            <w:r w:rsidRPr="006C728A">
              <w:rPr>
                <w:rFonts w:ascii="Times New Roman" w:eastAsia="Times New Roman" w:hAnsi="Times New Roman" w:cs="Times New Roman"/>
              </w:rPr>
              <w:t>T6 = tariful pentru colectarea și transportul deșeurilor abandonate pe domeniul public : exprimat in lei/tonă, în Zona 5</w:t>
            </w:r>
          </w:p>
        </w:tc>
        <w:tc>
          <w:tcPr>
            <w:tcW w:w="531" w:type="pct"/>
          </w:tcPr>
          <w:p w14:paraId="604AFE17" w14:textId="77777777" w:rsidR="008B2EA6" w:rsidRPr="006C728A" w:rsidRDefault="008B2EA6" w:rsidP="00E152C8">
            <w:pPr>
              <w:jc w:val="both"/>
              <w:rPr>
                <w:rFonts w:ascii="Times New Roman" w:hAnsi="Times New Roman" w:cs="Times New Roman"/>
                <w:i/>
              </w:rPr>
            </w:pPr>
            <w:r w:rsidRPr="006C728A">
              <w:rPr>
                <w:rFonts w:ascii="Times New Roman" w:hAnsi="Times New Roman" w:cs="Times New Roman"/>
                <w:i/>
              </w:rPr>
              <w:t>lei / tona</w:t>
            </w:r>
          </w:p>
        </w:tc>
        <w:tc>
          <w:tcPr>
            <w:tcW w:w="869" w:type="pct"/>
            <w:noWrap/>
            <w:vAlign w:val="center"/>
          </w:tcPr>
          <w:p w14:paraId="3802A5E7" w14:textId="77777777" w:rsidR="008B2EA6" w:rsidRPr="006C728A" w:rsidRDefault="008B2EA6" w:rsidP="00E152C8">
            <w:pPr>
              <w:jc w:val="both"/>
              <w:rPr>
                <w:rFonts w:ascii="Times New Roman" w:hAnsi="Times New Roman" w:cs="Times New Roman"/>
              </w:rPr>
            </w:pPr>
          </w:p>
        </w:tc>
        <w:tc>
          <w:tcPr>
            <w:tcW w:w="1342" w:type="pct"/>
          </w:tcPr>
          <w:p w14:paraId="58A357D2" w14:textId="77777777" w:rsidR="008B2EA6" w:rsidRPr="006C728A" w:rsidRDefault="008B2EA6" w:rsidP="00E152C8">
            <w:pPr>
              <w:jc w:val="both"/>
              <w:rPr>
                <w:rFonts w:ascii="Times New Roman" w:hAnsi="Times New Roman" w:cs="Times New Roman"/>
              </w:rPr>
            </w:pPr>
          </w:p>
        </w:tc>
      </w:tr>
    </w:tbl>
    <w:p w14:paraId="2B0D8BE8" w14:textId="77777777" w:rsidR="008B2EA6" w:rsidRPr="006C728A" w:rsidRDefault="008B2EA6" w:rsidP="008B2EA6">
      <w:pPr>
        <w:spacing w:after="120"/>
        <w:jc w:val="both"/>
        <w:rPr>
          <w:rFonts w:ascii="Times New Roman" w:hAnsi="Times New Roman" w:cs="Times New Roman"/>
          <w:sz w:val="24"/>
          <w:szCs w:val="24"/>
        </w:rPr>
      </w:pPr>
    </w:p>
    <w:p w14:paraId="41BD0990" w14:textId="77777777" w:rsidR="008B2EA6" w:rsidRPr="006C728A" w:rsidRDefault="008B2EA6" w:rsidP="008B2EA6">
      <w:pPr>
        <w:tabs>
          <w:tab w:val="left" w:pos="0"/>
        </w:tabs>
        <w:spacing w:before="120" w:after="120"/>
        <w:jc w:val="both"/>
        <w:rPr>
          <w:rFonts w:ascii="Times New Roman" w:hAnsi="Times New Roman" w:cs="Times New Roman"/>
          <w:sz w:val="24"/>
          <w:szCs w:val="24"/>
        </w:rPr>
      </w:pPr>
      <w:r w:rsidRPr="006C728A">
        <w:rPr>
          <w:rFonts w:ascii="Times New Roman" w:hAnsi="Times New Roman" w:cs="Times New Roman"/>
          <w:sz w:val="24"/>
          <w:szCs w:val="24"/>
        </w:rPr>
        <w:t xml:space="preserve">şi ne angajăm să plătim Autorităţii Contractante </w:t>
      </w:r>
      <w:r w:rsidRPr="006C728A">
        <w:rPr>
          <w:rFonts w:ascii="Times New Roman" w:hAnsi="Times New Roman" w:cs="Times New Roman"/>
          <w:b/>
          <w:sz w:val="24"/>
          <w:szCs w:val="24"/>
        </w:rPr>
        <w:t>o redevenţă</w:t>
      </w:r>
      <w:r w:rsidRPr="006C728A">
        <w:rPr>
          <w:rFonts w:ascii="Times New Roman" w:hAnsi="Times New Roman" w:cs="Times New Roman"/>
          <w:sz w:val="24"/>
          <w:szCs w:val="24"/>
        </w:rPr>
        <w:t xml:space="preserve"> în cuantumul specificat în documentația de atribuire, conform prevederilor Caietului de sarcini.</w:t>
      </w:r>
    </w:p>
    <w:p w14:paraId="0C24C1B1" w14:textId="77777777" w:rsidR="008B2EA6" w:rsidRPr="005D0BDB" w:rsidRDefault="008B2EA6" w:rsidP="008B2EA6">
      <w:pPr>
        <w:tabs>
          <w:tab w:val="left" w:pos="0"/>
        </w:tabs>
        <w:spacing w:before="120" w:after="120"/>
        <w:jc w:val="both"/>
        <w:rPr>
          <w:rFonts w:ascii="Times New Roman" w:hAnsi="Times New Roman" w:cs="Times New Roman"/>
          <w:sz w:val="24"/>
          <w:szCs w:val="24"/>
        </w:rPr>
      </w:pPr>
      <w:r w:rsidRPr="006C728A">
        <w:rPr>
          <w:rFonts w:ascii="Times New Roman" w:hAnsi="Times New Roman" w:cs="Times New Roman"/>
          <w:sz w:val="24"/>
          <w:szCs w:val="24"/>
        </w:rPr>
        <w:t>2. Ne angajăm ca, în cazul în care oferta noastră este stabilită câştigătoare, s</w:t>
      </w:r>
      <w:r w:rsidRPr="005D0BDB">
        <w:rPr>
          <w:rFonts w:ascii="Times New Roman" w:hAnsi="Times New Roman" w:cs="Times New Roman"/>
          <w:sz w:val="24"/>
          <w:szCs w:val="24"/>
        </w:rPr>
        <w:t xml:space="preserve">ă prestăm serviciile în condiţiile şi la nivelul de performanţă prevăzute în Contractul semnat cu Autoritatea Contractantă. </w:t>
      </w:r>
    </w:p>
    <w:p w14:paraId="792757BF" w14:textId="77777777" w:rsidR="008B2EA6" w:rsidRPr="005D0BDB" w:rsidRDefault="008B2EA6" w:rsidP="008B2EA6">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3.</w:t>
      </w:r>
      <w:r w:rsidRPr="005D0BDB">
        <w:rPr>
          <w:rFonts w:ascii="Times New Roman" w:hAnsi="Times New Roman" w:cs="Times New Roman"/>
          <w:sz w:val="24"/>
          <w:szCs w:val="24"/>
        </w:rPr>
        <w:tab/>
        <w:t>Ne angajăm să menţinem această ofertă valabilă pentru o durată de 180 zile (unasutaoptzecizile), respectiv până la data de _______________(</w:t>
      </w:r>
      <w:r w:rsidRPr="005D0BDB">
        <w:rPr>
          <w:rFonts w:ascii="Times New Roman" w:hAnsi="Times New Roman" w:cs="Times New Roman"/>
          <w:i/>
          <w:sz w:val="24"/>
          <w:szCs w:val="24"/>
        </w:rPr>
        <w:t>ziua/luna/anul</w:t>
      </w:r>
      <w:r w:rsidRPr="005D0BDB">
        <w:rPr>
          <w:rFonts w:ascii="Times New Roman" w:hAnsi="Times New Roman" w:cs="Times New Roman"/>
          <w:sz w:val="24"/>
          <w:szCs w:val="24"/>
        </w:rPr>
        <w:t>), şi ea va rămâne obligatorie pentru noi şi poate fi acceptată oricând înainte de expirarea perioadei de valabilitate.</w:t>
      </w:r>
    </w:p>
    <w:p w14:paraId="755E4048" w14:textId="77777777" w:rsidR="008B2EA6" w:rsidRPr="005D0BDB" w:rsidRDefault="008B2EA6" w:rsidP="008B2EA6">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4.</w:t>
      </w:r>
      <w:r w:rsidRPr="005D0BDB">
        <w:rPr>
          <w:rFonts w:ascii="Times New Roman" w:hAnsi="Times New Roman" w:cs="Times New Roman"/>
          <w:sz w:val="24"/>
          <w:szCs w:val="24"/>
        </w:rPr>
        <w:tab/>
        <w:t>Până la încheierea şi semnarea contractului de concesiune, această ofertă, împreună cu comunicarea transmisă de dumneavoastră, prin care oferta noastră este stabilită câştigătoare, vor constitui un contract angajant între noi.</w:t>
      </w:r>
    </w:p>
    <w:p w14:paraId="3BD4FAC6" w14:textId="77777777" w:rsidR="008B2EA6" w:rsidRPr="005D0BDB" w:rsidRDefault="008B2EA6" w:rsidP="008B2EA6">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5.</w:t>
      </w:r>
      <w:r w:rsidRPr="005D0BDB">
        <w:rPr>
          <w:rFonts w:ascii="Times New Roman" w:hAnsi="Times New Roman" w:cs="Times New Roman"/>
          <w:sz w:val="24"/>
          <w:szCs w:val="24"/>
        </w:rPr>
        <w:tab/>
        <w:t>Am în</w:t>
      </w:r>
      <w:r w:rsidRPr="005D0BDB">
        <w:rPr>
          <w:rFonts w:ascii="Times New Roman" w:hAnsi="Times New Roman" w:cs="Times New Roman"/>
          <w:bCs/>
          <w:sz w:val="24"/>
          <w:szCs w:val="24"/>
        </w:rPr>
        <w:t>ţ</w:t>
      </w:r>
      <w:r w:rsidRPr="005D0BDB">
        <w:rPr>
          <w:rFonts w:ascii="Times New Roman" w:hAnsi="Times New Roman" w:cs="Times New Roman"/>
          <w:sz w:val="24"/>
          <w:szCs w:val="24"/>
        </w:rPr>
        <w:t>eles şi consim</w:t>
      </w:r>
      <w:r w:rsidRPr="005D0BDB">
        <w:rPr>
          <w:rFonts w:ascii="Times New Roman" w:hAnsi="Times New Roman" w:cs="Times New Roman"/>
          <w:bCs/>
          <w:sz w:val="24"/>
          <w:szCs w:val="24"/>
        </w:rPr>
        <w:t>ţ</w:t>
      </w:r>
      <w:r w:rsidRPr="005D0BDB">
        <w:rPr>
          <w:rFonts w:ascii="Times New Roman" w:hAnsi="Times New Roman" w:cs="Times New Roman"/>
          <w:sz w:val="24"/>
          <w:szCs w:val="24"/>
        </w:rPr>
        <w:t>im ca, în cazul în care oferta noastră este stabilită ca fiind câştigătoare, să constituim garan</w:t>
      </w:r>
      <w:r w:rsidRPr="005D0BDB">
        <w:rPr>
          <w:rFonts w:ascii="Times New Roman" w:hAnsi="Times New Roman" w:cs="Times New Roman"/>
          <w:bCs/>
          <w:sz w:val="24"/>
          <w:szCs w:val="24"/>
        </w:rPr>
        <w:t>ţ</w:t>
      </w:r>
      <w:r w:rsidRPr="005D0BDB">
        <w:rPr>
          <w:rFonts w:ascii="Times New Roman" w:hAnsi="Times New Roman" w:cs="Times New Roman"/>
          <w:sz w:val="24"/>
          <w:szCs w:val="24"/>
        </w:rPr>
        <w:t>ia de bună execu</w:t>
      </w:r>
      <w:r w:rsidRPr="005D0BDB">
        <w:rPr>
          <w:rFonts w:ascii="Times New Roman" w:hAnsi="Times New Roman" w:cs="Times New Roman"/>
          <w:bCs/>
          <w:sz w:val="24"/>
          <w:szCs w:val="24"/>
        </w:rPr>
        <w:t>ţ</w:t>
      </w:r>
      <w:r w:rsidRPr="005D0BDB">
        <w:rPr>
          <w:rFonts w:ascii="Times New Roman" w:hAnsi="Times New Roman" w:cs="Times New Roman"/>
          <w:sz w:val="24"/>
          <w:szCs w:val="24"/>
        </w:rPr>
        <w:t>ie în conformitate cu prevederile din documenta</w:t>
      </w:r>
      <w:r w:rsidRPr="005D0BDB">
        <w:rPr>
          <w:rFonts w:ascii="Times New Roman" w:hAnsi="Times New Roman" w:cs="Times New Roman"/>
          <w:bCs/>
          <w:sz w:val="24"/>
          <w:szCs w:val="24"/>
        </w:rPr>
        <w:t>ţ</w:t>
      </w:r>
      <w:r w:rsidRPr="005D0BDB">
        <w:rPr>
          <w:rFonts w:ascii="Times New Roman" w:hAnsi="Times New Roman" w:cs="Times New Roman"/>
          <w:sz w:val="24"/>
          <w:szCs w:val="24"/>
        </w:rPr>
        <w:t>ia de atribuire.</w:t>
      </w:r>
    </w:p>
    <w:p w14:paraId="74A55811" w14:textId="77777777" w:rsidR="008B2EA6" w:rsidRPr="005D0BDB" w:rsidRDefault="008B2EA6" w:rsidP="008B2EA6">
      <w:pPr>
        <w:spacing w:after="120"/>
        <w:jc w:val="both"/>
        <w:rPr>
          <w:rFonts w:ascii="Times New Roman" w:hAnsi="Times New Roman" w:cs="Times New Roman"/>
          <w:sz w:val="24"/>
          <w:szCs w:val="24"/>
        </w:rPr>
      </w:pPr>
      <w:r w:rsidRPr="005D0BDB">
        <w:rPr>
          <w:rFonts w:ascii="Times New Roman" w:hAnsi="Times New Roman" w:cs="Times New Roman"/>
          <w:sz w:val="24"/>
          <w:szCs w:val="24"/>
        </w:rPr>
        <w:t>6. Înţelegem ca nu sunteţi obligaţi să acceptaţi oferta cu cel mai scăzut preţ sau orice altă ofertă pe care o puteţi primi.</w:t>
      </w:r>
    </w:p>
    <w:p w14:paraId="063071BA" w14:textId="77777777" w:rsidR="008B2EA6" w:rsidRPr="005D0BDB" w:rsidRDefault="008B2EA6" w:rsidP="008B2EA6">
      <w:pPr>
        <w:jc w:val="both"/>
        <w:rPr>
          <w:rFonts w:ascii="Times New Roman" w:hAnsi="Times New Roman" w:cs="Times New Roman"/>
          <w:sz w:val="24"/>
          <w:szCs w:val="24"/>
        </w:rPr>
      </w:pPr>
    </w:p>
    <w:p w14:paraId="0B878F44" w14:textId="77777777" w:rsidR="008B2EA6" w:rsidRPr="005D0BDB" w:rsidRDefault="008B2EA6" w:rsidP="008B2EA6">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6A8FDAFF" w14:textId="77777777" w:rsidR="008B2EA6" w:rsidRPr="005D0BDB" w:rsidRDefault="008B2EA6" w:rsidP="008B2EA6">
      <w:pPr>
        <w:widowControl w:val="0"/>
        <w:autoSpaceDE w:val="0"/>
        <w:autoSpaceDN w:val="0"/>
        <w:adjustRightInd w:val="0"/>
        <w:spacing w:before="17" w:line="220" w:lineRule="exact"/>
        <w:jc w:val="both"/>
        <w:rPr>
          <w:rFonts w:ascii="Times New Roman" w:hAnsi="Times New Roman" w:cs="Times New Roman"/>
          <w:sz w:val="24"/>
          <w:szCs w:val="24"/>
        </w:rPr>
      </w:pPr>
    </w:p>
    <w:p w14:paraId="2BD16ACA"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1BFA8E6B" w14:textId="77777777" w:rsidR="008B2EA6" w:rsidRPr="005D0BDB" w:rsidRDefault="008B2EA6" w:rsidP="008B2EA6">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763659D6" w14:textId="77777777" w:rsidR="008B2EA6" w:rsidRPr="005D0BDB" w:rsidRDefault="008B2EA6" w:rsidP="008B2EA6">
      <w:pPr>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şi semnătura)</w:t>
      </w:r>
    </w:p>
    <w:p w14:paraId="1E216513" w14:textId="77777777" w:rsidR="008B2EA6" w:rsidRPr="005D0BDB" w:rsidRDefault="008B2EA6" w:rsidP="008B2EA6">
      <w:pPr>
        <w:jc w:val="both"/>
        <w:rPr>
          <w:rFonts w:ascii="Times New Roman" w:hAnsi="Times New Roman" w:cs="Times New Roman"/>
          <w:sz w:val="24"/>
          <w:szCs w:val="24"/>
          <w:highlight w:val="yellow"/>
        </w:rPr>
      </w:pPr>
    </w:p>
    <w:p w14:paraId="022F46F9" w14:textId="77777777" w:rsidR="008B2EA6" w:rsidRPr="005D0BDB" w:rsidRDefault="008B2EA6" w:rsidP="008B2EA6">
      <w:pPr>
        <w:jc w:val="both"/>
        <w:rPr>
          <w:rFonts w:ascii="Times New Roman" w:hAnsi="Times New Roman" w:cs="Times New Roman"/>
          <w:b/>
          <w:sz w:val="24"/>
          <w:szCs w:val="24"/>
          <w:highlight w:val="yellow"/>
        </w:rPr>
      </w:pPr>
    </w:p>
    <w:p w14:paraId="6AC2735B" w14:textId="77777777" w:rsidR="008B2EA6" w:rsidRPr="005D0BDB" w:rsidRDefault="008B2EA6" w:rsidP="008B2EA6">
      <w:pPr>
        <w:rPr>
          <w:rFonts w:ascii="Times New Roman" w:hAnsi="Times New Roman" w:cs="Times New Roman"/>
          <w:sz w:val="24"/>
          <w:szCs w:val="24"/>
          <w:highlight w:val="yellow"/>
        </w:rPr>
      </w:pPr>
      <w:r w:rsidRPr="005D0BDB">
        <w:rPr>
          <w:rFonts w:ascii="Times New Roman" w:hAnsi="Times New Roman" w:cs="Times New Roman"/>
          <w:sz w:val="24"/>
          <w:szCs w:val="24"/>
          <w:highlight w:val="yellow"/>
        </w:rPr>
        <w:br w:type="page"/>
      </w:r>
    </w:p>
    <w:p w14:paraId="40D04D0B" w14:textId="77777777" w:rsidR="008B2EA6" w:rsidRPr="005D0BDB" w:rsidRDefault="008B2EA6" w:rsidP="008B2EA6">
      <w:pPr>
        <w:jc w:val="center"/>
        <w:rPr>
          <w:rFonts w:ascii="Times New Roman" w:hAnsi="Times New Roman" w:cs="Times New Roman"/>
          <w:b/>
          <w:sz w:val="24"/>
          <w:szCs w:val="24"/>
          <w:highlight w:val="yellow"/>
        </w:rPr>
        <w:sectPr w:rsidR="008B2EA6" w:rsidRPr="005D0BDB" w:rsidSect="008B2EA6">
          <w:pgSz w:w="11907" w:h="16840" w:code="9"/>
          <w:pgMar w:top="1134" w:right="851" w:bottom="1134" w:left="1134" w:header="720" w:footer="720" w:gutter="0"/>
          <w:cols w:space="720"/>
          <w:docGrid w:linePitch="360"/>
        </w:sectPr>
      </w:pPr>
    </w:p>
    <w:p w14:paraId="12286774" w14:textId="77777777" w:rsidR="008B2EA6" w:rsidRPr="006C728A" w:rsidRDefault="008B2EA6" w:rsidP="008B2EA6">
      <w:pPr>
        <w:jc w:val="center"/>
        <w:rPr>
          <w:rFonts w:ascii="Times New Roman" w:hAnsi="Times New Roman" w:cs="Times New Roman"/>
          <w:b/>
          <w:sz w:val="24"/>
          <w:szCs w:val="24"/>
        </w:rPr>
      </w:pPr>
      <w:r w:rsidRPr="006C728A">
        <w:rPr>
          <w:rFonts w:ascii="Times New Roman" w:hAnsi="Times New Roman" w:cs="Times New Roman"/>
          <w:b/>
          <w:sz w:val="24"/>
          <w:szCs w:val="24"/>
        </w:rPr>
        <w:lastRenderedPageBreak/>
        <w:t>Anexa 1 la Formularul</w:t>
      </w:r>
    </w:p>
    <w:p w14:paraId="3315996B" w14:textId="77777777" w:rsidR="008B2EA6" w:rsidRPr="006C728A" w:rsidRDefault="008B2EA6" w:rsidP="008B2EA6">
      <w:pPr>
        <w:jc w:val="center"/>
        <w:rPr>
          <w:rFonts w:ascii="Times New Roman" w:hAnsi="Times New Roman" w:cs="Times New Roman"/>
          <w:b/>
          <w:sz w:val="24"/>
          <w:szCs w:val="24"/>
        </w:rPr>
      </w:pPr>
      <w:r w:rsidRPr="006C728A">
        <w:rPr>
          <w:rFonts w:ascii="Times New Roman" w:hAnsi="Times New Roman" w:cs="Times New Roman"/>
          <w:b/>
          <w:sz w:val="24"/>
          <w:szCs w:val="24"/>
        </w:rPr>
        <w:t>Centralizator de tarife</w:t>
      </w:r>
    </w:p>
    <w:tbl>
      <w:tblPr>
        <w:tblW w:w="5000" w:type="pct"/>
        <w:tblLook w:val="04A0" w:firstRow="1" w:lastRow="0" w:firstColumn="1" w:lastColumn="0" w:noHBand="0" w:noVBand="1"/>
      </w:tblPr>
      <w:tblGrid>
        <w:gridCol w:w="3447"/>
        <w:gridCol w:w="1296"/>
        <w:gridCol w:w="771"/>
        <w:gridCol w:w="1377"/>
        <w:gridCol w:w="1377"/>
        <w:gridCol w:w="3702"/>
        <w:gridCol w:w="2602"/>
      </w:tblGrid>
      <w:tr w:rsidR="008B2EA6" w:rsidRPr="006C728A" w14:paraId="12C1EE3F" w14:textId="77777777" w:rsidTr="00E152C8">
        <w:trPr>
          <w:trHeight w:val="300"/>
        </w:trPr>
        <w:tc>
          <w:tcPr>
            <w:tcW w:w="1183" w:type="pct"/>
            <w:tcBorders>
              <w:top w:val="nil"/>
              <w:left w:val="nil"/>
              <w:bottom w:val="nil"/>
              <w:right w:val="nil"/>
            </w:tcBorders>
            <w:noWrap/>
            <w:vAlign w:val="bottom"/>
            <w:hideMark/>
          </w:tcPr>
          <w:p w14:paraId="5EAB7443" w14:textId="77777777" w:rsidR="008B2EA6" w:rsidRPr="006C728A" w:rsidRDefault="008B2EA6" w:rsidP="00E152C8">
            <w:pPr>
              <w:spacing w:after="0" w:line="240" w:lineRule="auto"/>
              <w:rPr>
                <w:rFonts w:ascii="Times New Roman" w:eastAsia="Times New Roman" w:hAnsi="Times New Roman" w:cs="Times New Roman"/>
                <w:sz w:val="24"/>
                <w:szCs w:val="24"/>
              </w:rPr>
            </w:pPr>
          </w:p>
        </w:tc>
        <w:tc>
          <w:tcPr>
            <w:tcW w:w="445" w:type="pct"/>
            <w:tcBorders>
              <w:top w:val="single" w:sz="4" w:space="0" w:color="auto"/>
              <w:left w:val="single" w:sz="4" w:space="0" w:color="auto"/>
              <w:bottom w:val="single" w:sz="4" w:space="0" w:color="auto"/>
              <w:right w:val="single" w:sz="4" w:space="0" w:color="auto"/>
            </w:tcBorders>
            <w:noWrap/>
            <w:vAlign w:val="bottom"/>
            <w:hideMark/>
          </w:tcPr>
          <w:p w14:paraId="729818B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Populatie</w:t>
            </w:r>
          </w:p>
        </w:tc>
        <w:tc>
          <w:tcPr>
            <w:tcW w:w="265" w:type="pct"/>
            <w:tcBorders>
              <w:top w:val="single" w:sz="4" w:space="0" w:color="auto"/>
              <w:left w:val="nil"/>
              <w:bottom w:val="single" w:sz="4" w:space="0" w:color="auto"/>
              <w:right w:val="single" w:sz="4" w:space="0" w:color="auto"/>
            </w:tcBorders>
            <w:noWrap/>
            <w:vAlign w:val="bottom"/>
            <w:hideMark/>
          </w:tcPr>
          <w:p w14:paraId="4FF9E1CD"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Urban</w:t>
            </w:r>
          </w:p>
        </w:tc>
        <w:tc>
          <w:tcPr>
            <w:tcW w:w="472" w:type="pct"/>
            <w:tcBorders>
              <w:top w:val="single" w:sz="4" w:space="0" w:color="auto"/>
              <w:left w:val="nil"/>
              <w:bottom w:val="single" w:sz="4" w:space="0" w:color="auto"/>
              <w:right w:val="single" w:sz="4" w:space="0" w:color="auto"/>
            </w:tcBorders>
            <w:noWrap/>
            <w:vAlign w:val="bottom"/>
            <w:hideMark/>
          </w:tcPr>
          <w:p w14:paraId="405858E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9,967 </w:t>
            </w:r>
          </w:p>
        </w:tc>
        <w:tc>
          <w:tcPr>
            <w:tcW w:w="472" w:type="pct"/>
            <w:tcBorders>
              <w:top w:val="single" w:sz="4" w:space="0" w:color="auto"/>
              <w:left w:val="nil"/>
              <w:bottom w:val="single" w:sz="4" w:space="0" w:color="auto"/>
              <w:right w:val="single" w:sz="4" w:space="0" w:color="auto"/>
            </w:tcBorders>
            <w:noWrap/>
            <w:vAlign w:val="bottom"/>
            <w:hideMark/>
          </w:tcPr>
          <w:p w14:paraId="1857712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9,967 </w:t>
            </w:r>
          </w:p>
        </w:tc>
        <w:tc>
          <w:tcPr>
            <w:tcW w:w="1270" w:type="pct"/>
            <w:tcBorders>
              <w:top w:val="nil"/>
              <w:left w:val="nil"/>
              <w:bottom w:val="nil"/>
              <w:right w:val="nil"/>
            </w:tcBorders>
            <w:noWrap/>
            <w:vAlign w:val="bottom"/>
            <w:hideMark/>
          </w:tcPr>
          <w:p w14:paraId="6D9DD4B0" w14:textId="77777777" w:rsidR="008B2EA6" w:rsidRPr="006C728A" w:rsidRDefault="008B2EA6" w:rsidP="00E152C8">
            <w:pPr>
              <w:spacing w:after="0" w:line="240" w:lineRule="auto"/>
              <w:rPr>
                <w:rFonts w:ascii="Calibri" w:eastAsia="Times New Roman" w:hAnsi="Calibri" w:cs="Calibri"/>
                <w:color w:val="000000"/>
              </w:rPr>
            </w:pPr>
          </w:p>
        </w:tc>
        <w:tc>
          <w:tcPr>
            <w:tcW w:w="893" w:type="pct"/>
            <w:tcBorders>
              <w:top w:val="nil"/>
              <w:left w:val="nil"/>
              <w:bottom w:val="nil"/>
              <w:right w:val="nil"/>
            </w:tcBorders>
            <w:noWrap/>
            <w:vAlign w:val="bottom"/>
            <w:hideMark/>
          </w:tcPr>
          <w:p w14:paraId="5AF5621E" w14:textId="77777777" w:rsidR="008B2EA6" w:rsidRPr="006C728A" w:rsidRDefault="008B2EA6" w:rsidP="00E152C8">
            <w:pPr>
              <w:spacing w:after="0" w:line="240" w:lineRule="auto"/>
              <w:rPr>
                <w:rFonts w:ascii="Times New Roman" w:eastAsia="Times New Roman" w:hAnsi="Times New Roman" w:cs="Times New Roman"/>
                <w:sz w:val="20"/>
                <w:szCs w:val="20"/>
              </w:rPr>
            </w:pPr>
          </w:p>
        </w:tc>
      </w:tr>
      <w:tr w:rsidR="008B2EA6" w:rsidRPr="006C728A" w14:paraId="6FC3096A" w14:textId="77777777" w:rsidTr="00E152C8">
        <w:trPr>
          <w:trHeight w:val="300"/>
        </w:trPr>
        <w:tc>
          <w:tcPr>
            <w:tcW w:w="1183" w:type="pct"/>
            <w:tcBorders>
              <w:top w:val="nil"/>
              <w:left w:val="nil"/>
              <w:bottom w:val="nil"/>
              <w:right w:val="nil"/>
            </w:tcBorders>
            <w:noWrap/>
            <w:vAlign w:val="bottom"/>
            <w:hideMark/>
          </w:tcPr>
          <w:p w14:paraId="34DD9618" w14:textId="77777777" w:rsidR="008B2EA6" w:rsidRPr="006C728A" w:rsidRDefault="008B2EA6" w:rsidP="00E152C8">
            <w:pPr>
              <w:spacing w:after="0" w:line="240" w:lineRule="auto"/>
              <w:rPr>
                <w:rFonts w:ascii="Times New Roman" w:eastAsia="Times New Roman" w:hAnsi="Times New Roman" w:cs="Times New Roman"/>
                <w:sz w:val="20"/>
                <w:szCs w:val="20"/>
              </w:rPr>
            </w:pPr>
          </w:p>
        </w:tc>
        <w:tc>
          <w:tcPr>
            <w:tcW w:w="445" w:type="pct"/>
            <w:tcBorders>
              <w:top w:val="nil"/>
              <w:left w:val="single" w:sz="4" w:space="0" w:color="auto"/>
              <w:bottom w:val="single" w:sz="4" w:space="0" w:color="auto"/>
              <w:right w:val="single" w:sz="4" w:space="0" w:color="auto"/>
            </w:tcBorders>
            <w:noWrap/>
            <w:vAlign w:val="bottom"/>
            <w:hideMark/>
          </w:tcPr>
          <w:p w14:paraId="33D3DAD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617ED52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Rural</w:t>
            </w:r>
          </w:p>
        </w:tc>
        <w:tc>
          <w:tcPr>
            <w:tcW w:w="472" w:type="pct"/>
            <w:tcBorders>
              <w:top w:val="nil"/>
              <w:left w:val="nil"/>
              <w:bottom w:val="single" w:sz="4" w:space="0" w:color="auto"/>
              <w:right w:val="single" w:sz="4" w:space="0" w:color="auto"/>
            </w:tcBorders>
            <w:noWrap/>
            <w:vAlign w:val="bottom"/>
            <w:hideMark/>
          </w:tcPr>
          <w:p w14:paraId="59C30BD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27,144 </w:t>
            </w:r>
          </w:p>
        </w:tc>
        <w:tc>
          <w:tcPr>
            <w:tcW w:w="472" w:type="pct"/>
            <w:tcBorders>
              <w:top w:val="nil"/>
              <w:left w:val="nil"/>
              <w:bottom w:val="single" w:sz="4" w:space="0" w:color="auto"/>
              <w:right w:val="single" w:sz="4" w:space="0" w:color="auto"/>
            </w:tcBorders>
            <w:noWrap/>
            <w:vAlign w:val="bottom"/>
            <w:hideMark/>
          </w:tcPr>
          <w:p w14:paraId="2AAACB9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27,144 </w:t>
            </w:r>
          </w:p>
        </w:tc>
        <w:tc>
          <w:tcPr>
            <w:tcW w:w="1270" w:type="pct"/>
            <w:tcBorders>
              <w:top w:val="nil"/>
              <w:left w:val="nil"/>
              <w:bottom w:val="nil"/>
              <w:right w:val="nil"/>
            </w:tcBorders>
            <w:noWrap/>
            <w:vAlign w:val="bottom"/>
            <w:hideMark/>
          </w:tcPr>
          <w:p w14:paraId="7551436F" w14:textId="77777777" w:rsidR="008B2EA6" w:rsidRPr="006C728A" w:rsidRDefault="008B2EA6" w:rsidP="00E152C8">
            <w:pPr>
              <w:spacing w:after="0" w:line="240" w:lineRule="auto"/>
              <w:rPr>
                <w:rFonts w:ascii="Calibri" w:eastAsia="Times New Roman" w:hAnsi="Calibri" w:cs="Calibri"/>
                <w:color w:val="000000"/>
              </w:rPr>
            </w:pPr>
          </w:p>
        </w:tc>
        <w:tc>
          <w:tcPr>
            <w:tcW w:w="893" w:type="pct"/>
            <w:tcBorders>
              <w:top w:val="nil"/>
              <w:left w:val="nil"/>
              <w:bottom w:val="nil"/>
              <w:right w:val="nil"/>
            </w:tcBorders>
            <w:noWrap/>
            <w:vAlign w:val="bottom"/>
            <w:hideMark/>
          </w:tcPr>
          <w:p w14:paraId="4994E286" w14:textId="77777777" w:rsidR="008B2EA6" w:rsidRPr="006C728A" w:rsidRDefault="008B2EA6" w:rsidP="00E152C8">
            <w:pPr>
              <w:spacing w:after="0" w:line="240" w:lineRule="auto"/>
              <w:rPr>
                <w:rFonts w:ascii="Times New Roman" w:eastAsia="Times New Roman" w:hAnsi="Times New Roman" w:cs="Times New Roman"/>
                <w:sz w:val="20"/>
                <w:szCs w:val="20"/>
              </w:rPr>
            </w:pPr>
          </w:p>
        </w:tc>
      </w:tr>
      <w:tr w:rsidR="008B2EA6" w:rsidRPr="006C728A" w14:paraId="72A49DF3" w14:textId="77777777" w:rsidTr="00E152C8">
        <w:trPr>
          <w:trHeight w:val="630"/>
        </w:trPr>
        <w:tc>
          <w:tcPr>
            <w:tcW w:w="1183" w:type="pct"/>
            <w:tcBorders>
              <w:top w:val="single" w:sz="4" w:space="0" w:color="auto"/>
              <w:left w:val="single" w:sz="4" w:space="0" w:color="auto"/>
              <w:bottom w:val="single" w:sz="4" w:space="0" w:color="auto"/>
              <w:right w:val="single" w:sz="4" w:space="0" w:color="auto"/>
            </w:tcBorders>
            <w:noWrap/>
            <w:vAlign w:val="bottom"/>
            <w:hideMark/>
          </w:tcPr>
          <w:p w14:paraId="284D267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45" w:type="pct"/>
            <w:tcBorders>
              <w:top w:val="nil"/>
              <w:left w:val="nil"/>
              <w:bottom w:val="single" w:sz="4" w:space="0" w:color="auto"/>
              <w:right w:val="single" w:sz="4" w:space="0" w:color="auto"/>
            </w:tcBorders>
            <w:noWrap/>
            <w:vAlign w:val="bottom"/>
            <w:hideMark/>
          </w:tcPr>
          <w:p w14:paraId="32C8652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Descriere</w:t>
            </w:r>
          </w:p>
        </w:tc>
        <w:tc>
          <w:tcPr>
            <w:tcW w:w="265" w:type="pct"/>
            <w:tcBorders>
              <w:top w:val="nil"/>
              <w:left w:val="nil"/>
              <w:bottom w:val="single" w:sz="4" w:space="0" w:color="auto"/>
              <w:right w:val="single" w:sz="4" w:space="0" w:color="auto"/>
            </w:tcBorders>
            <w:noWrap/>
            <w:vAlign w:val="bottom"/>
            <w:hideMark/>
          </w:tcPr>
          <w:p w14:paraId="4CDCD05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UM</w:t>
            </w:r>
          </w:p>
        </w:tc>
        <w:tc>
          <w:tcPr>
            <w:tcW w:w="472" w:type="pct"/>
            <w:tcBorders>
              <w:top w:val="nil"/>
              <w:left w:val="nil"/>
              <w:bottom w:val="single" w:sz="4" w:space="0" w:color="auto"/>
              <w:right w:val="single" w:sz="4" w:space="0" w:color="auto"/>
            </w:tcBorders>
            <w:noWrap/>
            <w:vAlign w:val="bottom"/>
            <w:hideMark/>
          </w:tcPr>
          <w:p w14:paraId="4E32B27D"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Zona 5</w:t>
            </w:r>
          </w:p>
        </w:tc>
        <w:tc>
          <w:tcPr>
            <w:tcW w:w="472" w:type="pct"/>
            <w:tcBorders>
              <w:top w:val="nil"/>
              <w:left w:val="nil"/>
              <w:bottom w:val="single" w:sz="4" w:space="0" w:color="auto"/>
              <w:right w:val="single" w:sz="4" w:space="0" w:color="auto"/>
            </w:tcBorders>
            <w:noWrap/>
            <w:vAlign w:val="bottom"/>
            <w:hideMark/>
          </w:tcPr>
          <w:p w14:paraId="09F6476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Total</w:t>
            </w:r>
          </w:p>
        </w:tc>
        <w:tc>
          <w:tcPr>
            <w:tcW w:w="1270" w:type="pct"/>
            <w:tcBorders>
              <w:top w:val="single" w:sz="4" w:space="0" w:color="auto"/>
              <w:left w:val="nil"/>
              <w:bottom w:val="single" w:sz="4" w:space="0" w:color="auto"/>
              <w:right w:val="single" w:sz="4" w:space="0" w:color="auto"/>
            </w:tcBorders>
            <w:noWrap/>
            <w:vAlign w:val="center"/>
            <w:hideMark/>
          </w:tcPr>
          <w:p w14:paraId="481E9DD3" w14:textId="77777777" w:rsidR="008B2EA6" w:rsidRPr="006C728A" w:rsidRDefault="008B2EA6" w:rsidP="00E152C8">
            <w:pPr>
              <w:spacing w:after="0" w:line="240" w:lineRule="auto"/>
              <w:jc w:val="both"/>
              <w:rPr>
                <w:rFonts w:ascii="Times New Roman" w:eastAsia="Times New Roman" w:hAnsi="Times New Roman" w:cs="Times New Roman"/>
                <w:b/>
                <w:bCs/>
                <w:i/>
                <w:iCs/>
                <w:color w:val="000000"/>
                <w:sz w:val="24"/>
                <w:szCs w:val="24"/>
              </w:rPr>
            </w:pPr>
            <w:r w:rsidRPr="006C728A">
              <w:rPr>
                <w:rFonts w:ascii="Times New Roman" w:eastAsia="Times New Roman" w:hAnsi="Times New Roman" w:cs="Times New Roman"/>
                <w:b/>
                <w:bCs/>
                <w:i/>
                <w:iCs/>
                <w:color w:val="000000"/>
                <w:sz w:val="24"/>
                <w:szCs w:val="24"/>
              </w:rPr>
              <w:t xml:space="preserve">Tarif, fara TVA (lei) (cifre si litere) </w:t>
            </w:r>
          </w:p>
        </w:tc>
        <w:tc>
          <w:tcPr>
            <w:tcW w:w="893" w:type="pct"/>
            <w:tcBorders>
              <w:top w:val="single" w:sz="4" w:space="0" w:color="auto"/>
              <w:left w:val="nil"/>
              <w:bottom w:val="single" w:sz="4" w:space="0" w:color="auto"/>
              <w:right w:val="single" w:sz="4" w:space="0" w:color="auto"/>
            </w:tcBorders>
            <w:noWrap/>
            <w:vAlign w:val="center"/>
            <w:hideMark/>
          </w:tcPr>
          <w:p w14:paraId="59998C34" w14:textId="77777777" w:rsidR="008B2EA6" w:rsidRPr="006C728A" w:rsidRDefault="008B2EA6" w:rsidP="00E152C8">
            <w:pPr>
              <w:spacing w:after="0" w:line="240" w:lineRule="auto"/>
              <w:jc w:val="both"/>
              <w:rPr>
                <w:rFonts w:ascii="Times New Roman" w:eastAsia="Times New Roman" w:hAnsi="Times New Roman" w:cs="Times New Roman"/>
                <w:b/>
                <w:bCs/>
                <w:i/>
                <w:iCs/>
                <w:color w:val="000000"/>
                <w:sz w:val="24"/>
                <w:szCs w:val="24"/>
              </w:rPr>
            </w:pPr>
            <w:r w:rsidRPr="006C728A">
              <w:rPr>
                <w:rFonts w:ascii="Times New Roman" w:eastAsia="Times New Roman" w:hAnsi="Times New Roman" w:cs="Times New Roman"/>
                <w:b/>
                <w:bCs/>
                <w:i/>
                <w:iCs/>
                <w:color w:val="000000"/>
                <w:sz w:val="24"/>
                <w:szCs w:val="24"/>
              </w:rPr>
              <w:t xml:space="preserve">TVA (lei) (cifre si litere) </w:t>
            </w:r>
          </w:p>
        </w:tc>
      </w:tr>
      <w:tr w:rsidR="008B2EA6" w:rsidRPr="006C728A" w14:paraId="567B0003" w14:textId="77777777" w:rsidTr="00E152C8">
        <w:trPr>
          <w:trHeight w:val="780"/>
        </w:trPr>
        <w:tc>
          <w:tcPr>
            <w:tcW w:w="1183" w:type="pct"/>
            <w:tcBorders>
              <w:top w:val="nil"/>
              <w:left w:val="single" w:sz="4" w:space="0" w:color="auto"/>
              <w:bottom w:val="single" w:sz="4" w:space="0" w:color="auto"/>
              <w:right w:val="single" w:sz="4" w:space="0" w:color="auto"/>
            </w:tcBorders>
            <w:vAlign w:val="bottom"/>
            <w:hideMark/>
          </w:tcPr>
          <w:p w14:paraId="304C652B" w14:textId="77777777" w:rsidR="008B2EA6" w:rsidRPr="006C728A" w:rsidRDefault="008B2EA6" w:rsidP="00E152C8">
            <w:pPr>
              <w:spacing w:after="0" w:line="240" w:lineRule="auto"/>
              <w:rPr>
                <w:rFonts w:ascii="Arial" w:eastAsia="Times New Roman" w:hAnsi="Arial" w:cs="Arial"/>
                <w:color w:val="000000"/>
                <w:sz w:val="20"/>
                <w:szCs w:val="20"/>
              </w:rPr>
            </w:pPr>
            <w:r w:rsidRPr="006C728A">
              <w:rPr>
                <w:rFonts w:ascii="Arial" w:eastAsia="Times New Roman" w:hAnsi="Arial" w:cs="Arial"/>
                <w:color w:val="000000"/>
                <w:sz w:val="20"/>
                <w:szCs w:val="20"/>
              </w:rPr>
              <w:t>T1- tarif pentru colectarea separată şi transportul separat al deşeurilor de hârtie, metal, plastic şi sticlă din deşeurile municipale - Tcs reciclabile</w:t>
            </w:r>
          </w:p>
        </w:tc>
        <w:tc>
          <w:tcPr>
            <w:tcW w:w="445" w:type="pct"/>
            <w:tcBorders>
              <w:top w:val="nil"/>
              <w:left w:val="nil"/>
              <w:bottom w:val="single" w:sz="4" w:space="0" w:color="auto"/>
              <w:right w:val="single" w:sz="4" w:space="0" w:color="auto"/>
            </w:tcBorders>
            <w:noWrap/>
            <w:vAlign w:val="bottom"/>
            <w:hideMark/>
          </w:tcPr>
          <w:p w14:paraId="7DD2000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7C59065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7E54BE6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1,773.50 </w:t>
            </w:r>
          </w:p>
        </w:tc>
        <w:tc>
          <w:tcPr>
            <w:tcW w:w="472" w:type="pct"/>
            <w:tcBorders>
              <w:top w:val="nil"/>
              <w:left w:val="nil"/>
              <w:bottom w:val="single" w:sz="4" w:space="0" w:color="auto"/>
              <w:right w:val="single" w:sz="4" w:space="0" w:color="auto"/>
            </w:tcBorders>
            <w:noWrap/>
            <w:vAlign w:val="bottom"/>
            <w:hideMark/>
          </w:tcPr>
          <w:p w14:paraId="141A237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1,773.50 </w:t>
            </w:r>
          </w:p>
        </w:tc>
        <w:tc>
          <w:tcPr>
            <w:tcW w:w="1270" w:type="pct"/>
            <w:tcBorders>
              <w:top w:val="nil"/>
              <w:left w:val="nil"/>
              <w:bottom w:val="single" w:sz="4" w:space="0" w:color="auto"/>
              <w:right w:val="single" w:sz="4" w:space="0" w:color="auto"/>
            </w:tcBorders>
            <w:noWrap/>
            <w:vAlign w:val="bottom"/>
            <w:hideMark/>
          </w:tcPr>
          <w:p w14:paraId="49CEFA79" w14:textId="77777777" w:rsidR="008B2EA6" w:rsidRPr="006C728A" w:rsidRDefault="008B2EA6" w:rsidP="00E152C8">
            <w:pPr>
              <w:spacing w:after="0" w:line="240" w:lineRule="auto"/>
              <w:rPr>
                <w:rFonts w:ascii="Times New Roman" w:eastAsia="Times New Roman" w:hAnsi="Times New Roman" w:cs="Times New Roman"/>
                <w:b/>
                <w:bCs/>
                <w:i/>
                <w:iCs/>
                <w:color w:val="000000"/>
                <w:sz w:val="24"/>
                <w:szCs w:val="24"/>
              </w:rPr>
            </w:pPr>
            <w:r w:rsidRPr="006C728A">
              <w:rPr>
                <w:rFonts w:ascii="Times New Roman" w:eastAsia="Times New Roman" w:hAnsi="Times New Roman" w:cs="Times New Roman"/>
                <w:b/>
                <w:bCs/>
                <w:i/>
                <w:iCs/>
                <w:color w:val="000000"/>
                <w:sz w:val="24"/>
                <w:szCs w:val="24"/>
              </w:rPr>
              <w:t xml:space="preserve"> </w:t>
            </w:r>
          </w:p>
        </w:tc>
        <w:tc>
          <w:tcPr>
            <w:tcW w:w="893" w:type="pct"/>
            <w:tcBorders>
              <w:top w:val="nil"/>
              <w:left w:val="nil"/>
              <w:bottom w:val="single" w:sz="4" w:space="0" w:color="auto"/>
              <w:right w:val="single" w:sz="4" w:space="0" w:color="auto"/>
            </w:tcBorders>
            <w:noWrap/>
            <w:vAlign w:val="bottom"/>
            <w:hideMark/>
          </w:tcPr>
          <w:p w14:paraId="246BCBED"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153FF967"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47BC66C7"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Hartie si carton</w:t>
            </w:r>
          </w:p>
        </w:tc>
        <w:tc>
          <w:tcPr>
            <w:tcW w:w="445" w:type="pct"/>
            <w:tcBorders>
              <w:top w:val="nil"/>
              <w:left w:val="nil"/>
              <w:bottom w:val="single" w:sz="4" w:space="0" w:color="auto"/>
              <w:right w:val="single" w:sz="4" w:space="0" w:color="auto"/>
            </w:tcBorders>
            <w:noWrap/>
            <w:vAlign w:val="bottom"/>
            <w:hideMark/>
          </w:tcPr>
          <w:p w14:paraId="21BFCB8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55EF5E0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5AF6C23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759.68 </w:t>
            </w:r>
          </w:p>
        </w:tc>
        <w:tc>
          <w:tcPr>
            <w:tcW w:w="472" w:type="pct"/>
            <w:tcBorders>
              <w:top w:val="nil"/>
              <w:left w:val="nil"/>
              <w:bottom w:val="single" w:sz="4" w:space="0" w:color="auto"/>
              <w:right w:val="single" w:sz="4" w:space="0" w:color="auto"/>
            </w:tcBorders>
            <w:noWrap/>
            <w:vAlign w:val="bottom"/>
            <w:hideMark/>
          </w:tcPr>
          <w:p w14:paraId="47851D4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58C2201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2A54E0C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0A8AC80"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524FA65B"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Metal</w:t>
            </w:r>
          </w:p>
        </w:tc>
        <w:tc>
          <w:tcPr>
            <w:tcW w:w="445" w:type="pct"/>
            <w:tcBorders>
              <w:top w:val="nil"/>
              <w:left w:val="nil"/>
              <w:bottom w:val="single" w:sz="4" w:space="0" w:color="auto"/>
              <w:right w:val="single" w:sz="4" w:space="0" w:color="auto"/>
            </w:tcBorders>
            <w:noWrap/>
            <w:vAlign w:val="bottom"/>
            <w:hideMark/>
          </w:tcPr>
          <w:p w14:paraId="54ADC4E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2967B59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0AAD923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196.95 </w:t>
            </w:r>
          </w:p>
        </w:tc>
        <w:tc>
          <w:tcPr>
            <w:tcW w:w="472" w:type="pct"/>
            <w:tcBorders>
              <w:top w:val="nil"/>
              <w:left w:val="nil"/>
              <w:bottom w:val="single" w:sz="4" w:space="0" w:color="auto"/>
              <w:right w:val="single" w:sz="4" w:space="0" w:color="auto"/>
            </w:tcBorders>
            <w:noWrap/>
            <w:vAlign w:val="bottom"/>
            <w:hideMark/>
          </w:tcPr>
          <w:p w14:paraId="3FCED1D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7C5630F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11A0CB6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77114AC5"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41EE822B"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Plastic</w:t>
            </w:r>
          </w:p>
        </w:tc>
        <w:tc>
          <w:tcPr>
            <w:tcW w:w="445" w:type="pct"/>
            <w:tcBorders>
              <w:top w:val="nil"/>
              <w:left w:val="nil"/>
              <w:bottom w:val="single" w:sz="4" w:space="0" w:color="auto"/>
              <w:right w:val="single" w:sz="4" w:space="0" w:color="auto"/>
            </w:tcBorders>
            <w:noWrap/>
            <w:vAlign w:val="bottom"/>
            <w:hideMark/>
          </w:tcPr>
          <w:p w14:paraId="7604730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23BDB15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3F49B36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562.73 </w:t>
            </w:r>
          </w:p>
        </w:tc>
        <w:tc>
          <w:tcPr>
            <w:tcW w:w="472" w:type="pct"/>
            <w:tcBorders>
              <w:top w:val="nil"/>
              <w:left w:val="nil"/>
              <w:bottom w:val="single" w:sz="4" w:space="0" w:color="auto"/>
              <w:right w:val="single" w:sz="4" w:space="0" w:color="auto"/>
            </w:tcBorders>
            <w:noWrap/>
            <w:vAlign w:val="bottom"/>
            <w:hideMark/>
          </w:tcPr>
          <w:p w14:paraId="0974F50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66E8C942"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0B7DE04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45EA36C7"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6D6E5F00"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Sticla</w:t>
            </w:r>
          </w:p>
        </w:tc>
        <w:tc>
          <w:tcPr>
            <w:tcW w:w="445" w:type="pct"/>
            <w:tcBorders>
              <w:top w:val="nil"/>
              <w:left w:val="nil"/>
              <w:bottom w:val="single" w:sz="4" w:space="0" w:color="auto"/>
              <w:right w:val="single" w:sz="4" w:space="0" w:color="auto"/>
            </w:tcBorders>
            <w:noWrap/>
            <w:vAlign w:val="bottom"/>
            <w:hideMark/>
          </w:tcPr>
          <w:p w14:paraId="3E3F718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22F2D229"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5875366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253.23 </w:t>
            </w:r>
          </w:p>
        </w:tc>
        <w:tc>
          <w:tcPr>
            <w:tcW w:w="472" w:type="pct"/>
            <w:tcBorders>
              <w:top w:val="nil"/>
              <w:left w:val="nil"/>
              <w:bottom w:val="single" w:sz="4" w:space="0" w:color="auto"/>
              <w:right w:val="single" w:sz="4" w:space="0" w:color="auto"/>
            </w:tcBorders>
            <w:noWrap/>
            <w:vAlign w:val="bottom"/>
            <w:hideMark/>
          </w:tcPr>
          <w:p w14:paraId="23B3E5A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477E1D4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4C35C59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3E3D1587"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454452F9"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 -Hartie si carton</w:t>
            </w:r>
          </w:p>
        </w:tc>
        <w:tc>
          <w:tcPr>
            <w:tcW w:w="445" w:type="pct"/>
            <w:tcBorders>
              <w:top w:val="nil"/>
              <w:left w:val="nil"/>
              <w:bottom w:val="single" w:sz="4" w:space="0" w:color="auto"/>
              <w:right w:val="single" w:sz="4" w:space="0" w:color="auto"/>
            </w:tcBorders>
            <w:noWrap/>
            <w:vAlign w:val="bottom"/>
            <w:hideMark/>
          </w:tcPr>
          <w:p w14:paraId="692FFCC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7100AAA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41A03631" w14:textId="77777777" w:rsidR="008B2EA6" w:rsidRPr="006C728A" w:rsidRDefault="008B2EA6" w:rsidP="00E152C8">
            <w:pPr>
              <w:spacing w:after="0" w:line="240" w:lineRule="auto"/>
              <w:rPr>
                <w:rFonts w:ascii="Calibri" w:eastAsia="Times New Roman" w:hAnsi="Calibri" w:cs="Calibri"/>
                <w:color w:val="FF0000"/>
              </w:rPr>
            </w:pPr>
            <w:r w:rsidRPr="006C728A">
              <w:rPr>
                <w:rFonts w:ascii="Calibri" w:eastAsia="Times New Roman" w:hAnsi="Calibri" w:cs="Calibri"/>
                <w:color w:val="FF0000"/>
              </w:rPr>
              <w:t xml:space="preserve">               0.37 </w:t>
            </w:r>
          </w:p>
        </w:tc>
        <w:tc>
          <w:tcPr>
            <w:tcW w:w="472" w:type="pct"/>
            <w:tcBorders>
              <w:top w:val="nil"/>
              <w:left w:val="nil"/>
              <w:bottom w:val="single" w:sz="4" w:space="0" w:color="auto"/>
              <w:right w:val="single" w:sz="4" w:space="0" w:color="auto"/>
            </w:tcBorders>
            <w:noWrap/>
            <w:vAlign w:val="bottom"/>
            <w:hideMark/>
          </w:tcPr>
          <w:p w14:paraId="3A4BC82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084A253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1F814B9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4B4725E6"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486FAEB0"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 Metal</w:t>
            </w:r>
          </w:p>
        </w:tc>
        <w:tc>
          <w:tcPr>
            <w:tcW w:w="445" w:type="pct"/>
            <w:tcBorders>
              <w:top w:val="nil"/>
              <w:left w:val="nil"/>
              <w:bottom w:val="single" w:sz="4" w:space="0" w:color="auto"/>
              <w:right w:val="single" w:sz="4" w:space="0" w:color="auto"/>
            </w:tcBorders>
            <w:noWrap/>
            <w:vAlign w:val="bottom"/>
            <w:hideMark/>
          </w:tcPr>
          <w:p w14:paraId="7F8D7D2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72087FD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4B1C45A0" w14:textId="77777777" w:rsidR="008B2EA6" w:rsidRPr="006C728A" w:rsidRDefault="008B2EA6" w:rsidP="00E152C8">
            <w:pPr>
              <w:spacing w:after="0" w:line="240" w:lineRule="auto"/>
              <w:rPr>
                <w:rFonts w:ascii="Calibri" w:eastAsia="Times New Roman" w:hAnsi="Calibri" w:cs="Calibri"/>
                <w:color w:val="FF0000"/>
              </w:rPr>
            </w:pPr>
            <w:r w:rsidRPr="006C728A">
              <w:rPr>
                <w:rFonts w:ascii="Calibri" w:eastAsia="Times New Roman" w:hAnsi="Calibri" w:cs="Calibri"/>
                <w:color w:val="FF0000"/>
              </w:rPr>
              <w:t xml:space="preserve">               0.09 </w:t>
            </w:r>
          </w:p>
        </w:tc>
        <w:tc>
          <w:tcPr>
            <w:tcW w:w="472" w:type="pct"/>
            <w:tcBorders>
              <w:top w:val="nil"/>
              <w:left w:val="nil"/>
              <w:bottom w:val="single" w:sz="4" w:space="0" w:color="auto"/>
              <w:right w:val="single" w:sz="4" w:space="0" w:color="auto"/>
            </w:tcBorders>
            <w:noWrap/>
            <w:vAlign w:val="bottom"/>
            <w:hideMark/>
          </w:tcPr>
          <w:p w14:paraId="16A7D6B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3FE581F9"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62B8169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EB9F5C4"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0385C53F"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piete-Plastic</w:t>
            </w:r>
          </w:p>
        </w:tc>
        <w:tc>
          <w:tcPr>
            <w:tcW w:w="445" w:type="pct"/>
            <w:tcBorders>
              <w:top w:val="nil"/>
              <w:left w:val="nil"/>
              <w:bottom w:val="single" w:sz="4" w:space="0" w:color="auto"/>
              <w:right w:val="single" w:sz="4" w:space="0" w:color="auto"/>
            </w:tcBorders>
            <w:noWrap/>
            <w:vAlign w:val="bottom"/>
            <w:hideMark/>
          </w:tcPr>
          <w:p w14:paraId="3DECA97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3B2D770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5A3BD747" w14:textId="77777777" w:rsidR="008B2EA6" w:rsidRPr="006C728A" w:rsidRDefault="008B2EA6" w:rsidP="00E152C8">
            <w:pPr>
              <w:spacing w:after="0" w:line="240" w:lineRule="auto"/>
              <w:rPr>
                <w:rFonts w:ascii="Calibri" w:eastAsia="Times New Roman" w:hAnsi="Calibri" w:cs="Calibri"/>
                <w:color w:val="FF0000"/>
              </w:rPr>
            </w:pPr>
            <w:r w:rsidRPr="006C728A">
              <w:rPr>
                <w:rFonts w:ascii="Calibri" w:eastAsia="Times New Roman" w:hAnsi="Calibri" w:cs="Calibri"/>
                <w:color w:val="FF0000"/>
              </w:rPr>
              <w:t xml:space="preserve">               0.32 </w:t>
            </w:r>
          </w:p>
        </w:tc>
        <w:tc>
          <w:tcPr>
            <w:tcW w:w="472" w:type="pct"/>
            <w:tcBorders>
              <w:top w:val="nil"/>
              <w:left w:val="nil"/>
              <w:bottom w:val="single" w:sz="4" w:space="0" w:color="auto"/>
              <w:right w:val="single" w:sz="4" w:space="0" w:color="auto"/>
            </w:tcBorders>
            <w:noWrap/>
            <w:vAlign w:val="bottom"/>
            <w:hideMark/>
          </w:tcPr>
          <w:p w14:paraId="44BE9E2D"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5FC706F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716299F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091B273A"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6F165A69"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piete-Sticla</w:t>
            </w:r>
          </w:p>
        </w:tc>
        <w:tc>
          <w:tcPr>
            <w:tcW w:w="445" w:type="pct"/>
            <w:tcBorders>
              <w:top w:val="nil"/>
              <w:left w:val="nil"/>
              <w:bottom w:val="single" w:sz="4" w:space="0" w:color="auto"/>
              <w:right w:val="single" w:sz="4" w:space="0" w:color="auto"/>
            </w:tcBorders>
            <w:noWrap/>
            <w:vAlign w:val="bottom"/>
            <w:hideMark/>
          </w:tcPr>
          <w:p w14:paraId="479751E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132CCF3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3916972C" w14:textId="77777777" w:rsidR="008B2EA6" w:rsidRPr="006C728A" w:rsidRDefault="008B2EA6" w:rsidP="00E152C8">
            <w:pPr>
              <w:spacing w:after="0" w:line="240" w:lineRule="auto"/>
              <w:rPr>
                <w:rFonts w:ascii="Calibri" w:eastAsia="Times New Roman" w:hAnsi="Calibri" w:cs="Calibri"/>
                <w:color w:val="FF0000"/>
              </w:rPr>
            </w:pPr>
            <w:r w:rsidRPr="006C728A">
              <w:rPr>
                <w:rFonts w:ascii="Calibri" w:eastAsia="Times New Roman" w:hAnsi="Calibri" w:cs="Calibri"/>
                <w:color w:val="FF0000"/>
              </w:rPr>
              <w:t xml:space="preserve">               0.13 </w:t>
            </w:r>
          </w:p>
        </w:tc>
        <w:tc>
          <w:tcPr>
            <w:tcW w:w="472" w:type="pct"/>
            <w:tcBorders>
              <w:top w:val="nil"/>
              <w:left w:val="nil"/>
              <w:bottom w:val="single" w:sz="4" w:space="0" w:color="auto"/>
              <w:right w:val="single" w:sz="4" w:space="0" w:color="auto"/>
            </w:tcBorders>
            <w:noWrap/>
            <w:vAlign w:val="bottom"/>
            <w:hideMark/>
          </w:tcPr>
          <w:p w14:paraId="32B2482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7C87D45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01EA0053"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856F676" w14:textId="77777777" w:rsidTr="00E152C8">
        <w:trPr>
          <w:trHeight w:val="1035"/>
        </w:trPr>
        <w:tc>
          <w:tcPr>
            <w:tcW w:w="1183" w:type="pct"/>
            <w:tcBorders>
              <w:top w:val="nil"/>
              <w:left w:val="single" w:sz="4" w:space="0" w:color="auto"/>
              <w:bottom w:val="single" w:sz="4" w:space="0" w:color="auto"/>
              <w:right w:val="single" w:sz="4" w:space="0" w:color="auto"/>
            </w:tcBorders>
            <w:vAlign w:val="bottom"/>
            <w:hideMark/>
          </w:tcPr>
          <w:p w14:paraId="71BCA2F4" w14:textId="77777777" w:rsidR="008B2EA6" w:rsidRPr="006C728A" w:rsidRDefault="008B2EA6" w:rsidP="00E152C8">
            <w:pPr>
              <w:spacing w:after="0" w:line="240" w:lineRule="auto"/>
              <w:rPr>
                <w:rFonts w:ascii="Arial" w:eastAsia="Times New Roman" w:hAnsi="Arial" w:cs="Arial"/>
                <w:color w:val="000000"/>
                <w:sz w:val="20"/>
                <w:szCs w:val="20"/>
              </w:rPr>
            </w:pPr>
            <w:r w:rsidRPr="006C728A">
              <w:rPr>
                <w:rFonts w:ascii="Arial" w:eastAsia="Times New Roman" w:hAnsi="Arial" w:cs="Arial"/>
                <w:color w:val="000000"/>
                <w:sz w:val="20"/>
                <w:szCs w:val="20"/>
              </w:rPr>
              <w:t>T2-tarif pentru colectarea separată şi transportul separat al deşeurilor reziduale, inclusiv a reziduurilor menajere şi similare şi al altor deşeuri colectate separat decât cele de hârtie, metal, plastic şi sticlă - Tcs reziduale</w:t>
            </w:r>
          </w:p>
        </w:tc>
        <w:tc>
          <w:tcPr>
            <w:tcW w:w="445" w:type="pct"/>
            <w:tcBorders>
              <w:top w:val="nil"/>
              <w:left w:val="nil"/>
              <w:bottom w:val="single" w:sz="4" w:space="0" w:color="auto"/>
              <w:right w:val="single" w:sz="4" w:space="0" w:color="auto"/>
            </w:tcBorders>
            <w:noWrap/>
            <w:vAlign w:val="bottom"/>
            <w:hideMark/>
          </w:tcPr>
          <w:p w14:paraId="6CC4550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42FEDBE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464768E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5,263.99 </w:t>
            </w:r>
          </w:p>
        </w:tc>
        <w:tc>
          <w:tcPr>
            <w:tcW w:w="472" w:type="pct"/>
            <w:tcBorders>
              <w:top w:val="nil"/>
              <w:left w:val="nil"/>
              <w:bottom w:val="single" w:sz="4" w:space="0" w:color="auto"/>
              <w:right w:val="single" w:sz="4" w:space="0" w:color="auto"/>
            </w:tcBorders>
            <w:noWrap/>
            <w:vAlign w:val="bottom"/>
            <w:hideMark/>
          </w:tcPr>
          <w:p w14:paraId="3C90A8B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5,263.99 </w:t>
            </w:r>
          </w:p>
        </w:tc>
        <w:tc>
          <w:tcPr>
            <w:tcW w:w="1270" w:type="pct"/>
            <w:tcBorders>
              <w:top w:val="nil"/>
              <w:left w:val="nil"/>
              <w:bottom w:val="single" w:sz="4" w:space="0" w:color="auto"/>
              <w:right w:val="single" w:sz="4" w:space="0" w:color="auto"/>
            </w:tcBorders>
            <w:noWrap/>
            <w:vAlign w:val="bottom"/>
            <w:hideMark/>
          </w:tcPr>
          <w:p w14:paraId="14A5F1F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3D40570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12EDD8CB"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6B3A0E0B"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municipale</w:t>
            </w:r>
          </w:p>
        </w:tc>
        <w:tc>
          <w:tcPr>
            <w:tcW w:w="445" w:type="pct"/>
            <w:tcBorders>
              <w:top w:val="nil"/>
              <w:left w:val="nil"/>
              <w:bottom w:val="single" w:sz="4" w:space="0" w:color="auto"/>
              <w:right w:val="single" w:sz="4" w:space="0" w:color="auto"/>
            </w:tcBorders>
            <w:noWrap/>
            <w:vAlign w:val="bottom"/>
            <w:hideMark/>
          </w:tcPr>
          <w:p w14:paraId="2D399B8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16107AA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113E7F7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5,263.16 </w:t>
            </w:r>
          </w:p>
        </w:tc>
        <w:tc>
          <w:tcPr>
            <w:tcW w:w="472" w:type="pct"/>
            <w:tcBorders>
              <w:top w:val="nil"/>
              <w:left w:val="nil"/>
              <w:bottom w:val="single" w:sz="4" w:space="0" w:color="auto"/>
              <w:right w:val="single" w:sz="4" w:space="0" w:color="auto"/>
            </w:tcBorders>
            <w:noWrap/>
            <w:vAlign w:val="bottom"/>
            <w:hideMark/>
          </w:tcPr>
          <w:p w14:paraId="25AC921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686CFCA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38258862"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FED785F"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49A29845"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w:t>
            </w:r>
          </w:p>
        </w:tc>
        <w:tc>
          <w:tcPr>
            <w:tcW w:w="445" w:type="pct"/>
            <w:tcBorders>
              <w:top w:val="nil"/>
              <w:left w:val="nil"/>
              <w:bottom w:val="single" w:sz="4" w:space="0" w:color="auto"/>
              <w:right w:val="single" w:sz="4" w:space="0" w:color="auto"/>
            </w:tcBorders>
            <w:noWrap/>
            <w:vAlign w:val="bottom"/>
            <w:hideMark/>
          </w:tcPr>
          <w:p w14:paraId="7DB87591"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28832819"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4AA61AA0" w14:textId="77777777" w:rsidR="008B2EA6" w:rsidRPr="006C728A" w:rsidRDefault="008B2EA6" w:rsidP="00E152C8">
            <w:pPr>
              <w:spacing w:after="0" w:line="240" w:lineRule="auto"/>
              <w:rPr>
                <w:rFonts w:ascii="Calibri" w:eastAsia="Times New Roman" w:hAnsi="Calibri" w:cs="Calibri"/>
                <w:color w:val="FF0000"/>
              </w:rPr>
            </w:pPr>
            <w:r w:rsidRPr="006C728A">
              <w:rPr>
                <w:rFonts w:ascii="Calibri" w:eastAsia="Times New Roman" w:hAnsi="Calibri" w:cs="Calibri"/>
                <w:color w:val="FF0000"/>
              </w:rPr>
              <w:t xml:space="preserve">               0.83 </w:t>
            </w:r>
          </w:p>
        </w:tc>
        <w:tc>
          <w:tcPr>
            <w:tcW w:w="472" w:type="pct"/>
            <w:tcBorders>
              <w:top w:val="nil"/>
              <w:left w:val="nil"/>
              <w:bottom w:val="single" w:sz="4" w:space="0" w:color="auto"/>
              <w:right w:val="single" w:sz="4" w:space="0" w:color="auto"/>
            </w:tcBorders>
            <w:noWrap/>
            <w:vAlign w:val="bottom"/>
            <w:hideMark/>
          </w:tcPr>
          <w:p w14:paraId="61585A4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158BE35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329DEF2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E832A56" w14:textId="77777777" w:rsidTr="00E152C8">
        <w:trPr>
          <w:trHeight w:val="1545"/>
        </w:trPr>
        <w:tc>
          <w:tcPr>
            <w:tcW w:w="1183" w:type="pct"/>
            <w:tcBorders>
              <w:top w:val="nil"/>
              <w:left w:val="single" w:sz="4" w:space="0" w:color="auto"/>
              <w:bottom w:val="single" w:sz="4" w:space="0" w:color="auto"/>
              <w:right w:val="single" w:sz="4" w:space="0" w:color="auto"/>
            </w:tcBorders>
            <w:vAlign w:val="bottom"/>
            <w:hideMark/>
          </w:tcPr>
          <w:p w14:paraId="042FCB5A" w14:textId="77777777" w:rsidR="008B2EA6" w:rsidRPr="006C728A" w:rsidRDefault="008B2EA6" w:rsidP="00E152C8">
            <w:pPr>
              <w:spacing w:after="0" w:line="240" w:lineRule="auto"/>
              <w:rPr>
                <w:rFonts w:ascii="Arial" w:eastAsia="Times New Roman" w:hAnsi="Arial" w:cs="Arial"/>
                <w:color w:val="000000"/>
                <w:sz w:val="20"/>
                <w:szCs w:val="20"/>
              </w:rPr>
            </w:pPr>
            <w:r w:rsidRPr="006C728A">
              <w:rPr>
                <w:rFonts w:ascii="Arial" w:eastAsia="Times New Roman" w:hAnsi="Arial" w:cs="Arial"/>
                <w:color w:val="000000"/>
                <w:sz w:val="20"/>
                <w:szCs w:val="20"/>
              </w:rPr>
              <w:lastRenderedPageBreak/>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tc>
        <w:tc>
          <w:tcPr>
            <w:tcW w:w="445" w:type="pct"/>
            <w:tcBorders>
              <w:top w:val="nil"/>
              <w:left w:val="nil"/>
              <w:bottom w:val="single" w:sz="4" w:space="0" w:color="auto"/>
              <w:right w:val="single" w:sz="4" w:space="0" w:color="auto"/>
            </w:tcBorders>
            <w:noWrap/>
            <w:vAlign w:val="bottom"/>
            <w:hideMark/>
          </w:tcPr>
          <w:p w14:paraId="3898F27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5E9AB6F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706A059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887.58 </w:t>
            </w:r>
          </w:p>
        </w:tc>
        <w:tc>
          <w:tcPr>
            <w:tcW w:w="472" w:type="pct"/>
            <w:tcBorders>
              <w:top w:val="nil"/>
              <w:left w:val="nil"/>
              <w:bottom w:val="single" w:sz="4" w:space="0" w:color="auto"/>
              <w:right w:val="single" w:sz="4" w:space="0" w:color="auto"/>
            </w:tcBorders>
            <w:noWrap/>
            <w:vAlign w:val="bottom"/>
            <w:hideMark/>
          </w:tcPr>
          <w:p w14:paraId="2E661062"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887.58 </w:t>
            </w:r>
          </w:p>
        </w:tc>
        <w:tc>
          <w:tcPr>
            <w:tcW w:w="1270" w:type="pct"/>
            <w:tcBorders>
              <w:top w:val="nil"/>
              <w:left w:val="nil"/>
              <w:bottom w:val="single" w:sz="4" w:space="0" w:color="auto"/>
              <w:right w:val="single" w:sz="4" w:space="0" w:color="auto"/>
            </w:tcBorders>
            <w:noWrap/>
            <w:vAlign w:val="bottom"/>
            <w:hideMark/>
          </w:tcPr>
          <w:p w14:paraId="1C8F49D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4011309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2DB4EBE8"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38FC18A2"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municipale</w:t>
            </w:r>
          </w:p>
        </w:tc>
        <w:tc>
          <w:tcPr>
            <w:tcW w:w="445" w:type="pct"/>
            <w:tcBorders>
              <w:top w:val="nil"/>
              <w:left w:val="nil"/>
              <w:bottom w:val="single" w:sz="4" w:space="0" w:color="auto"/>
              <w:right w:val="single" w:sz="4" w:space="0" w:color="auto"/>
            </w:tcBorders>
            <w:noWrap/>
            <w:vAlign w:val="bottom"/>
            <w:hideMark/>
          </w:tcPr>
          <w:p w14:paraId="3A49CE3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3C78621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71577427"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882.64 </w:t>
            </w:r>
          </w:p>
        </w:tc>
        <w:tc>
          <w:tcPr>
            <w:tcW w:w="472" w:type="pct"/>
            <w:tcBorders>
              <w:top w:val="nil"/>
              <w:left w:val="nil"/>
              <w:bottom w:val="single" w:sz="4" w:space="0" w:color="auto"/>
              <w:right w:val="single" w:sz="4" w:space="0" w:color="auto"/>
            </w:tcBorders>
            <w:noWrap/>
            <w:vAlign w:val="bottom"/>
            <w:hideMark/>
          </w:tcPr>
          <w:p w14:paraId="430FE2A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5377A68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303CF5F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47EFB642" w14:textId="77777777" w:rsidTr="00E152C8">
        <w:trPr>
          <w:trHeight w:val="300"/>
        </w:trPr>
        <w:tc>
          <w:tcPr>
            <w:tcW w:w="1183" w:type="pct"/>
            <w:tcBorders>
              <w:top w:val="nil"/>
              <w:left w:val="single" w:sz="4" w:space="0" w:color="auto"/>
              <w:bottom w:val="single" w:sz="4" w:space="0" w:color="auto"/>
              <w:right w:val="single" w:sz="4" w:space="0" w:color="auto"/>
            </w:tcBorders>
            <w:vAlign w:val="bottom"/>
            <w:hideMark/>
          </w:tcPr>
          <w:p w14:paraId="10CB01B2" w14:textId="77777777" w:rsidR="008B2EA6" w:rsidRPr="006C728A" w:rsidRDefault="008B2EA6" w:rsidP="00E152C8">
            <w:pPr>
              <w:spacing w:after="0" w:line="240" w:lineRule="auto"/>
              <w:jc w:val="right"/>
              <w:rPr>
                <w:rFonts w:ascii="Arial" w:eastAsia="Times New Roman" w:hAnsi="Arial" w:cs="Arial"/>
                <w:color w:val="000000"/>
                <w:sz w:val="20"/>
                <w:szCs w:val="20"/>
              </w:rPr>
            </w:pPr>
            <w:r w:rsidRPr="006C728A">
              <w:rPr>
                <w:rFonts w:ascii="Arial" w:eastAsia="Times New Roman" w:hAnsi="Arial" w:cs="Arial"/>
                <w:color w:val="000000"/>
                <w:sz w:val="20"/>
                <w:szCs w:val="20"/>
              </w:rPr>
              <w:t>Deseuri din piete</w:t>
            </w:r>
          </w:p>
        </w:tc>
        <w:tc>
          <w:tcPr>
            <w:tcW w:w="445" w:type="pct"/>
            <w:tcBorders>
              <w:top w:val="nil"/>
              <w:left w:val="nil"/>
              <w:bottom w:val="single" w:sz="4" w:space="0" w:color="auto"/>
              <w:right w:val="single" w:sz="4" w:space="0" w:color="auto"/>
            </w:tcBorders>
            <w:noWrap/>
            <w:vAlign w:val="bottom"/>
            <w:hideMark/>
          </w:tcPr>
          <w:p w14:paraId="570CB80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265" w:type="pct"/>
            <w:tcBorders>
              <w:top w:val="nil"/>
              <w:left w:val="nil"/>
              <w:bottom w:val="single" w:sz="4" w:space="0" w:color="auto"/>
              <w:right w:val="single" w:sz="4" w:space="0" w:color="auto"/>
            </w:tcBorders>
            <w:noWrap/>
            <w:vAlign w:val="bottom"/>
            <w:hideMark/>
          </w:tcPr>
          <w:p w14:paraId="1DFD688C"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472" w:type="pct"/>
            <w:tcBorders>
              <w:top w:val="nil"/>
              <w:left w:val="nil"/>
              <w:bottom w:val="single" w:sz="4" w:space="0" w:color="auto"/>
              <w:right w:val="single" w:sz="4" w:space="0" w:color="auto"/>
            </w:tcBorders>
            <w:noWrap/>
            <w:vAlign w:val="bottom"/>
            <w:hideMark/>
          </w:tcPr>
          <w:p w14:paraId="1DA0819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4.95 </w:t>
            </w:r>
          </w:p>
        </w:tc>
        <w:tc>
          <w:tcPr>
            <w:tcW w:w="472" w:type="pct"/>
            <w:tcBorders>
              <w:top w:val="nil"/>
              <w:left w:val="nil"/>
              <w:bottom w:val="single" w:sz="4" w:space="0" w:color="auto"/>
              <w:right w:val="single" w:sz="4" w:space="0" w:color="auto"/>
            </w:tcBorders>
            <w:noWrap/>
            <w:vAlign w:val="bottom"/>
            <w:hideMark/>
          </w:tcPr>
          <w:p w14:paraId="3197BF84"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1270" w:type="pct"/>
            <w:tcBorders>
              <w:top w:val="nil"/>
              <w:left w:val="nil"/>
              <w:bottom w:val="single" w:sz="4" w:space="0" w:color="auto"/>
              <w:right w:val="single" w:sz="4" w:space="0" w:color="auto"/>
            </w:tcBorders>
            <w:noWrap/>
            <w:vAlign w:val="bottom"/>
            <w:hideMark/>
          </w:tcPr>
          <w:p w14:paraId="259B000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465BB9B2"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1776B2B5" w14:textId="77777777" w:rsidTr="00E152C8">
        <w:trPr>
          <w:trHeight w:val="900"/>
        </w:trPr>
        <w:tc>
          <w:tcPr>
            <w:tcW w:w="1183" w:type="pct"/>
            <w:tcBorders>
              <w:top w:val="nil"/>
              <w:left w:val="single" w:sz="4" w:space="0" w:color="auto"/>
              <w:bottom w:val="single" w:sz="4" w:space="0" w:color="auto"/>
              <w:right w:val="single" w:sz="4" w:space="0" w:color="auto"/>
            </w:tcBorders>
            <w:vAlign w:val="bottom"/>
            <w:hideMark/>
          </w:tcPr>
          <w:p w14:paraId="522FDE96" w14:textId="77777777" w:rsidR="008B2EA6" w:rsidRPr="006C728A" w:rsidRDefault="008B2EA6" w:rsidP="00E152C8">
            <w:pPr>
              <w:spacing w:after="0" w:line="240" w:lineRule="auto"/>
              <w:rPr>
                <w:rFonts w:ascii="Calibri" w:eastAsia="Times New Roman" w:hAnsi="Calibri" w:cs="Calibri"/>
                <w:color w:val="000000"/>
              </w:rPr>
            </w:pPr>
            <w:bookmarkStart w:id="737" w:name="RANGE!B20"/>
            <w:r w:rsidRPr="006C728A">
              <w:rPr>
                <w:rFonts w:ascii="Calibri" w:eastAsia="Times New Roman" w:hAnsi="Calibri" w:cs="Calibri"/>
                <w:color w:val="000000"/>
              </w:rPr>
              <w:t>T4 = tarifului pentru activitatea de colectare și transport a deșeurilor voluminoase</w:t>
            </w:r>
            <w:bookmarkEnd w:id="737"/>
          </w:p>
        </w:tc>
        <w:tc>
          <w:tcPr>
            <w:tcW w:w="445" w:type="pct"/>
            <w:tcBorders>
              <w:top w:val="nil"/>
              <w:left w:val="nil"/>
              <w:bottom w:val="single" w:sz="4" w:space="0" w:color="auto"/>
              <w:right w:val="single" w:sz="4" w:space="0" w:color="auto"/>
            </w:tcBorders>
            <w:vAlign w:val="bottom"/>
            <w:hideMark/>
          </w:tcPr>
          <w:p w14:paraId="117B0DD1"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Neinclus in pretul contractului</w:t>
            </w:r>
          </w:p>
        </w:tc>
        <w:tc>
          <w:tcPr>
            <w:tcW w:w="265" w:type="pct"/>
            <w:tcBorders>
              <w:top w:val="nil"/>
              <w:left w:val="nil"/>
              <w:bottom w:val="single" w:sz="4" w:space="0" w:color="auto"/>
              <w:right w:val="single" w:sz="4" w:space="0" w:color="auto"/>
            </w:tcBorders>
            <w:noWrap/>
            <w:vAlign w:val="bottom"/>
            <w:hideMark/>
          </w:tcPr>
          <w:p w14:paraId="38CDBEED"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4822662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120.58 </w:t>
            </w:r>
          </w:p>
        </w:tc>
        <w:tc>
          <w:tcPr>
            <w:tcW w:w="472" w:type="pct"/>
            <w:tcBorders>
              <w:top w:val="nil"/>
              <w:left w:val="nil"/>
              <w:bottom w:val="single" w:sz="4" w:space="0" w:color="auto"/>
              <w:right w:val="single" w:sz="4" w:space="0" w:color="auto"/>
            </w:tcBorders>
            <w:noWrap/>
            <w:vAlign w:val="bottom"/>
            <w:hideMark/>
          </w:tcPr>
          <w:p w14:paraId="6AB6FBF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120.58 </w:t>
            </w:r>
          </w:p>
        </w:tc>
        <w:tc>
          <w:tcPr>
            <w:tcW w:w="1270" w:type="pct"/>
            <w:tcBorders>
              <w:top w:val="nil"/>
              <w:left w:val="nil"/>
              <w:bottom w:val="single" w:sz="4" w:space="0" w:color="auto"/>
              <w:right w:val="single" w:sz="4" w:space="0" w:color="auto"/>
            </w:tcBorders>
            <w:noWrap/>
            <w:vAlign w:val="bottom"/>
            <w:hideMark/>
          </w:tcPr>
          <w:p w14:paraId="08ED9D09"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1EAE155F"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18325C90" w14:textId="77777777" w:rsidTr="00E152C8">
        <w:trPr>
          <w:trHeight w:val="900"/>
        </w:trPr>
        <w:tc>
          <w:tcPr>
            <w:tcW w:w="1183" w:type="pct"/>
            <w:tcBorders>
              <w:top w:val="nil"/>
              <w:left w:val="single" w:sz="4" w:space="0" w:color="auto"/>
              <w:bottom w:val="single" w:sz="4" w:space="0" w:color="auto"/>
              <w:right w:val="single" w:sz="4" w:space="0" w:color="auto"/>
            </w:tcBorders>
            <w:vAlign w:val="bottom"/>
            <w:hideMark/>
          </w:tcPr>
          <w:p w14:paraId="3FB29163" w14:textId="77777777" w:rsidR="008B2EA6" w:rsidRPr="006C728A" w:rsidRDefault="008B2EA6" w:rsidP="00E152C8">
            <w:pPr>
              <w:spacing w:after="0" w:line="240" w:lineRule="auto"/>
              <w:rPr>
                <w:rFonts w:ascii="Arial" w:eastAsia="Times New Roman" w:hAnsi="Arial" w:cs="Arial"/>
                <w:color w:val="000000"/>
                <w:sz w:val="20"/>
                <w:szCs w:val="20"/>
              </w:rPr>
            </w:pPr>
            <w:r w:rsidRPr="006C728A">
              <w:rPr>
                <w:rFonts w:ascii="Arial" w:eastAsia="Times New Roman" w:hAnsi="Arial" w:cs="Arial"/>
                <w:color w:val="000000"/>
                <w:sz w:val="20"/>
                <w:szCs w:val="20"/>
              </w:rPr>
              <w:t>T5= Colectarea și transportul deșeurilor din construcții și desființări:  sistem „la cerere”</w:t>
            </w:r>
          </w:p>
        </w:tc>
        <w:tc>
          <w:tcPr>
            <w:tcW w:w="445" w:type="pct"/>
            <w:tcBorders>
              <w:top w:val="nil"/>
              <w:left w:val="nil"/>
              <w:bottom w:val="single" w:sz="4" w:space="0" w:color="auto"/>
              <w:right w:val="single" w:sz="4" w:space="0" w:color="auto"/>
            </w:tcBorders>
            <w:vAlign w:val="bottom"/>
            <w:hideMark/>
          </w:tcPr>
          <w:p w14:paraId="40804F51"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Neinclus in pretul contractului</w:t>
            </w:r>
          </w:p>
        </w:tc>
        <w:tc>
          <w:tcPr>
            <w:tcW w:w="265" w:type="pct"/>
            <w:tcBorders>
              <w:top w:val="nil"/>
              <w:left w:val="nil"/>
              <w:bottom w:val="single" w:sz="4" w:space="0" w:color="auto"/>
              <w:right w:val="single" w:sz="4" w:space="0" w:color="auto"/>
            </w:tcBorders>
            <w:noWrap/>
            <w:vAlign w:val="bottom"/>
            <w:hideMark/>
          </w:tcPr>
          <w:p w14:paraId="156FB3CA"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79510C4B"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688.41 </w:t>
            </w:r>
          </w:p>
        </w:tc>
        <w:tc>
          <w:tcPr>
            <w:tcW w:w="472" w:type="pct"/>
            <w:tcBorders>
              <w:top w:val="nil"/>
              <w:left w:val="nil"/>
              <w:bottom w:val="single" w:sz="4" w:space="0" w:color="auto"/>
              <w:right w:val="single" w:sz="4" w:space="0" w:color="auto"/>
            </w:tcBorders>
            <w:noWrap/>
            <w:vAlign w:val="bottom"/>
            <w:hideMark/>
          </w:tcPr>
          <w:p w14:paraId="3551972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688.41 </w:t>
            </w:r>
          </w:p>
        </w:tc>
        <w:tc>
          <w:tcPr>
            <w:tcW w:w="1270" w:type="pct"/>
            <w:tcBorders>
              <w:top w:val="nil"/>
              <w:left w:val="nil"/>
              <w:bottom w:val="single" w:sz="4" w:space="0" w:color="auto"/>
              <w:right w:val="single" w:sz="4" w:space="0" w:color="auto"/>
            </w:tcBorders>
            <w:noWrap/>
            <w:vAlign w:val="bottom"/>
            <w:hideMark/>
          </w:tcPr>
          <w:p w14:paraId="161F867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52761C8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6E33C122" w14:textId="77777777" w:rsidTr="00E152C8">
        <w:trPr>
          <w:trHeight w:val="900"/>
        </w:trPr>
        <w:tc>
          <w:tcPr>
            <w:tcW w:w="1183" w:type="pct"/>
            <w:tcBorders>
              <w:top w:val="nil"/>
              <w:left w:val="single" w:sz="4" w:space="0" w:color="auto"/>
              <w:bottom w:val="single" w:sz="4" w:space="0" w:color="auto"/>
              <w:right w:val="single" w:sz="4" w:space="0" w:color="auto"/>
            </w:tcBorders>
            <w:vAlign w:val="bottom"/>
            <w:hideMark/>
          </w:tcPr>
          <w:p w14:paraId="5F15C625" w14:textId="77777777" w:rsidR="008B2EA6" w:rsidRPr="006C728A" w:rsidRDefault="008B2EA6" w:rsidP="00E152C8">
            <w:pPr>
              <w:spacing w:after="0" w:line="240" w:lineRule="auto"/>
              <w:rPr>
                <w:rFonts w:ascii="Arial" w:eastAsia="Times New Roman" w:hAnsi="Arial" w:cs="Arial"/>
                <w:color w:val="000000"/>
                <w:sz w:val="20"/>
                <w:szCs w:val="20"/>
              </w:rPr>
            </w:pPr>
            <w:r w:rsidRPr="006C728A">
              <w:rPr>
                <w:rFonts w:ascii="Arial" w:eastAsia="Times New Roman" w:hAnsi="Arial" w:cs="Arial"/>
                <w:color w:val="000000"/>
                <w:sz w:val="20"/>
                <w:szCs w:val="20"/>
              </w:rPr>
              <w:t>T6= Colectarea și transportul deșeurilor abandonate pe domeniul public</w:t>
            </w:r>
          </w:p>
        </w:tc>
        <w:tc>
          <w:tcPr>
            <w:tcW w:w="445" w:type="pct"/>
            <w:tcBorders>
              <w:top w:val="nil"/>
              <w:left w:val="nil"/>
              <w:bottom w:val="single" w:sz="4" w:space="0" w:color="auto"/>
              <w:right w:val="single" w:sz="4" w:space="0" w:color="auto"/>
            </w:tcBorders>
            <w:vAlign w:val="bottom"/>
            <w:hideMark/>
          </w:tcPr>
          <w:p w14:paraId="615F5E5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Neinclus in pretul contractului</w:t>
            </w:r>
          </w:p>
        </w:tc>
        <w:tc>
          <w:tcPr>
            <w:tcW w:w="265" w:type="pct"/>
            <w:tcBorders>
              <w:top w:val="nil"/>
              <w:left w:val="nil"/>
              <w:bottom w:val="single" w:sz="4" w:space="0" w:color="auto"/>
              <w:right w:val="single" w:sz="4" w:space="0" w:color="auto"/>
            </w:tcBorders>
            <w:noWrap/>
            <w:vAlign w:val="bottom"/>
            <w:hideMark/>
          </w:tcPr>
          <w:p w14:paraId="22B42FB1"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7596503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191.40 </w:t>
            </w:r>
          </w:p>
        </w:tc>
        <w:tc>
          <w:tcPr>
            <w:tcW w:w="472" w:type="pct"/>
            <w:tcBorders>
              <w:top w:val="nil"/>
              <w:left w:val="nil"/>
              <w:bottom w:val="single" w:sz="4" w:space="0" w:color="auto"/>
              <w:right w:val="single" w:sz="4" w:space="0" w:color="auto"/>
            </w:tcBorders>
            <w:noWrap/>
            <w:vAlign w:val="bottom"/>
            <w:hideMark/>
          </w:tcPr>
          <w:p w14:paraId="22907A05"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191.40 </w:t>
            </w:r>
          </w:p>
        </w:tc>
        <w:tc>
          <w:tcPr>
            <w:tcW w:w="1270" w:type="pct"/>
            <w:tcBorders>
              <w:top w:val="nil"/>
              <w:left w:val="nil"/>
              <w:bottom w:val="single" w:sz="4" w:space="0" w:color="auto"/>
              <w:right w:val="single" w:sz="4" w:space="0" w:color="auto"/>
            </w:tcBorders>
            <w:noWrap/>
            <w:vAlign w:val="bottom"/>
            <w:hideMark/>
          </w:tcPr>
          <w:p w14:paraId="1BA5C71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41D39CD0"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r w:rsidR="008B2EA6" w:rsidRPr="006C728A" w14:paraId="7C429F9D" w14:textId="77777777" w:rsidTr="00E152C8">
        <w:trPr>
          <w:trHeight w:val="900"/>
        </w:trPr>
        <w:tc>
          <w:tcPr>
            <w:tcW w:w="1183" w:type="pct"/>
            <w:tcBorders>
              <w:top w:val="nil"/>
              <w:left w:val="single" w:sz="4" w:space="0" w:color="auto"/>
              <w:bottom w:val="single" w:sz="4" w:space="0" w:color="auto"/>
              <w:right w:val="single" w:sz="4" w:space="0" w:color="auto"/>
            </w:tcBorders>
            <w:vAlign w:val="bottom"/>
            <w:hideMark/>
          </w:tcPr>
          <w:p w14:paraId="528532E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T7= Colectarea și transportul deșeurilor verzi sistem „la cerere”</w:t>
            </w:r>
          </w:p>
        </w:tc>
        <w:tc>
          <w:tcPr>
            <w:tcW w:w="445" w:type="pct"/>
            <w:tcBorders>
              <w:top w:val="nil"/>
              <w:left w:val="nil"/>
              <w:bottom w:val="single" w:sz="4" w:space="0" w:color="auto"/>
              <w:right w:val="single" w:sz="4" w:space="0" w:color="auto"/>
            </w:tcBorders>
            <w:vAlign w:val="bottom"/>
            <w:hideMark/>
          </w:tcPr>
          <w:p w14:paraId="5AFFBEC8"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Neinclus in pretul contractului</w:t>
            </w:r>
          </w:p>
        </w:tc>
        <w:tc>
          <w:tcPr>
            <w:tcW w:w="265" w:type="pct"/>
            <w:tcBorders>
              <w:top w:val="nil"/>
              <w:left w:val="nil"/>
              <w:bottom w:val="single" w:sz="4" w:space="0" w:color="auto"/>
              <w:right w:val="single" w:sz="4" w:space="0" w:color="auto"/>
            </w:tcBorders>
            <w:noWrap/>
            <w:vAlign w:val="bottom"/>
            <w:hideMark/>
          </w:tcPr>
          <w:p w14:paraId="2046F532"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lei/t</w:t>
            </w:r>
          </w:p>
        </w:tc>
        <w:tc>
          <w:tcPr>
            <w:tcW w:w="472" w:type="pct"/>
            <w:tcBorders>
              <w:top w:val="nil"/>
              <w:left w:val="nil"/>
              <w:bottom w:val="single" w:sz="4" w:space="0" w:color="auto"/>
              <w:right w:val="single" w:sz="4" w:space="0" w:color="auto"/>
            </w:tcBorders>
            <w:noWrap/>
            <w:vAlign w:val="bottom"/>
            <w:hideMark/>
          </w:tcPr>
          <w:p w14:paraId="5D39404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132.40 </w:t>
            </w:r>
          </w:p>
        </w:tc>
        <w:tc>
          <w:tcPr>
            <w:tcW w:w="472" w:type="pct"/>
            <w:tcBorders>
              <w:top w:val="nil"/>
              <w:left w:val="nil"/>
              <w:bottom w:val="single" w:sz="4" w:space="0" w:color="auto"/>
              <w:right w:val="single" w:sz="4" w:space="0" w:color="auto"/>
            </w:tcBorders>
            <w:noWrap/>
            <w:vAlign w:val="bottom"/>
            <w:hideMark/>
          </w:tcPr>
          <w:p w14:paraId="7863B7B6"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xml:space="preserve">           132.40 </w:t>
            </w:r>
          </w:p>
        </w:tc>
        <w:tc>
          <w:tcPr>
            <w:tcW w:w="1270" w:type="pct"/>
            <w:tcBorders>
              <w:top w:val="nil"/>
              <w:left w:val="nil"/>
              <w:bottom w:val="single" w:sz="4" w:space="0" w:color="auto"/>
              <w:right w:val="single" w:sz="4" w:space="0" w:color="auto"/>
            </w:tcBorders>
            <w:noWrap/>
            <w:vAlign w:val="bottom"/>
            <w:hideMark/>
          </w:tcPr>
          <w:p w14:paraId="248BABBE"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c>
          <w:tcPr>
            <w:tcW w:w="893" w:type="pct"/>
            <w:tcBorders>
              <w:top w:val="nil"/>
              <w:left w:val="nil"/>
              <w:bottom w:val="single" w:sz="4" w:space="0" w:color="auto"/>
              <w:right w:val="single" w:sz="4" w:space="0" w:color="auto"/>
            </w:tcBorders>
            <w:noWrap/>
            <w:vAlign w:val="bottom"/>
            <w:hideMark/>
          </w:tcPr>
          <w:p w14:paraId="1D485DC9" w14:textId="77777777" w:rsidR="008B2EA6" w:rsidRPr="006C728A" w:rsidRDefault="008B2EA6" w:rsidP="00E152C8">
            <w:pPr>
              <w:spacing w:after="0" w:line="240" w:lineRule="auto"/>
              <w:rPr>
                <w:rFonts w:ascii="Calibri" w:eastAsia="Times New Roman" w:hAnsi="Calibri" w:cs="Calibri"/>
                <w:color w:val="000000"/>
              </w:rPr>
            </w:pPr>
            <w:r w:rsidRPr="006C728A">
              <w:rPr>
                <w:rFonts w:ascii="Calibri" w:eastAsia="Times New Roman" w:hAnsi="Calibri" w:cs="Calibri"/>
                <w:color w:val="000000"/>
              </w:rPr>
              <w:t> </w:t>
            </w:r>
          </w:p>
        </w:tc>
      </w:tr>
    </w:tbl>
    <w:p w14:paraId="22F241B3" w14:textId="77777777" w:rsidR="008B2EA6" w:rsidRPr="006C728A" w:rsidRDefault="008B2EA6" w:rsidP="008B2EA6">
      <w:pPr>
        <w:rPr>
          <w:rFonts w:ascii="Times New Roman" w:hAnsi="Times New Roman" w:cs="Times New Roman"/>
          <w:sz w:val="24"/>
          <w:szCs w:val="24"/>
        </w:rPr>
      </w:pPr>
    </w:p>
    <w:p w14:paraId="42CF26A6" w14:textId="77777777" w:rsidR="008B2EA6" w:rsidRPr="006C728A" w:rsidRDefault="008B2EA6" w:rsidP="008B2EA6">
      <w:pPr>
        <w:widowControl w:val="0"/>
        <w:autoSpaceDE w:val="0"/>
        <w:autoSpaceDN w:val="0"/>
        <w:adjustRightInd w:val="0"/>
        <w:spacing w:before="32"/>
        <w:jc w:val="both"/>
        <w:rPr>
          <w:rFonts w:ascii="Times New Roman" w:hAnsi="Times New Roman" w:cs="Times New Roman"/>
          <w:sz w:val="24"/>
          <w:szCs w:val="24"/>
        </w:rPr>
      </w:pPr>
      <w:r w:rsidRPr="006C728A">
        <w:rPr>
          <w:rFonts w:ascii="Times New Roman" w:hAnsi="Times New Roman" w:cs="Times New Roman"/>
          <w:spacing w:val="-1"/>
          <w:sz w:val="24"/>
          <w:szCs w:val="24"/>
        </w:rPr>
        <w:t>D</w:t>
      </w:r>
      <w:r w:rsidRPr="006C728A">
        <w:rPr>
          <w:rFonts w:ascii="Times New Roman" w:hAnsi="Times New Roman" w:cs="Times New Roman"/>
          <w:sz w:val="24"/>
          <w:szCs w:val="24"/>
        </w:rPr>
        <w:t>a</w:t>
      </w:r>
      <w:r w:rsidRPr="006C728A">
        <w:rPr>
          <w:rFonts w:ascii="Times New Roman" w:hAnsi="Times New Roman" w:cs="Times New Roman"/>
          <w:spacing w:val="1"/>
          <w:sz w:val="24"/>
          <w:szCs w:val="24"/>
        </w:rPr>
        <w:t>t</w:t>
      </w:r>
      <w:r w:rsidRPr="006C728A">
        <w:rPr>
          <w:rFonts w:ascii="Times New Roman" w:hAnsi="Times New Roman" w:cs="Times New Roman"/>
          <w:sz w:val="24"/>
          <w:szCs w:val="24"/>
        </w:rPr>
        <w:t xml:space="preserve">a: </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pacing w:val="-1"/>
          <w:sz w:val="24"/>
          <w:szCs w:val="24"/>
        </w:rPr>
        <w:t>..</w:t>
      </w:r>
      <w:r w:rsidRPr="006C728A">
        <w:rPr>
          <w:rFonts w:ascii="Times New Roman" w:hAnsi="Times New Roman" w:cs="Times New Roman"/>
          <w:sz w:val="24"/>
          <w:szCs w:val="24"/>
        </w:rPr>
        <w:t>.</w:t>
      </w:r>
    </w:p>
    <w:p w14:paraId="200A981B" w14:textId="77777777" w:rsidR="008B2EA6" w:rsidRPr="006C728A" w:rsidRDefault="008B2EA6" w:rsidP="008B2EA6">
      <w:pPr>
        <w:widowControl w:val="0"/>
        <w:autoSpaceDE w:val="0"/>
        <w:autoSpaceDN w:val="0"/>
        <w:adjustRightInd w:val="0"/>
        <w:spacing w:before="32"/>
        <w:jc w:val="both"/>
        <w:rPr>
          <w:rFonts w:ascii="Times New Roman" w:hAnsi="Times New Roman" w:cs="Times New Roman"/>
          <w:sz w:val="24"/>
          <w:szCs w:val="24"/>
        </w:rPr>
      </w:pPr>
      <w:r w:rsidRPr="006C728A">
        <w:rPr>
          <w:rFonts w:ascii="Times New Roman" w:hAnsi="Times New Roman" w:cs="Times New Roman"/>
          <w:sz w:val="24"/>
          <w:szCs w:val="24"/>
        </w:rPr>
        <w:t>Ofertant / Lider de asociere,</w:t>
      </w:r>
    </w:p>
    <w:p w14:paraId="517A0991" w14:textId="77777777" w:rsidR="008B2EA6" w:rsidRPr="006C728A" w:rsidRDefault="008B2EA6" w:rsidP="008B2EA6">
      <w:pPr>
        <w:jc w:val="both"/>
        <w:rPr>
          <w:rFonts w:ascii="Times New Roman" w:hAnsi="Times New Roman" w:cs="Times New Roman"/>
          <w:i/>
          <w:sz w:val="24"/>
          <w:szCs w:val="24"/>
        </w:rPr>
      </w:pPr>
      <w:r w:rsidRPr="006C728A">
        <w:rPr>
          <w:rFonts w:ascii="Times New Roman" w:hAnsi="Times New Roman" w:cs="Times New Roman"/>
          <w:sz w:val="24"/>
          <w:szCs w:val="24"/>
        </w:rPr>
        <w:t>................</w:t>
      </w:r>
      <w:r w:rsidRPr="006C728A">
        <w:rPr>
          <w:rFonts w:ascii="Times New Roman" w:hAnsi="Times New Roman" w:cs="Times New Roman"/>
          <w:i/>
          <w:sz w:val="24"/>
          <w:szCs w:val="24"/>
        </w:rPr>
        <w:t xml:space="preserve"> …………………(numele operatorului economic)</w:t>
      </w:r>
    </w:p>
    <w:p w14:paraId="51CDDDA3" w14:textId="77777777" w:rsidR="008B2EA6" w:rsidRPr="005D0BDB" w:rsidRDefault="008B2EA6" w:rsidP="008B2EA6">
      <w:pPr>
        <w:jc w:val="both"/>
        <w:rPr>
          <w:rFonts w:ascii="Times New Roman" w:hAnsi="Times New Roman" w:cs="Times New Roman"/>
          <w:sz w:val="24"/>
          <w:szCs w:val="24"/>
        </w:rPr>
      </w:pPr>
      <w:r w:rsidRPr="006C728A">
        <w:rPr>
          <w:rFonts w:ascii="Times New Roman" w:hAnsi="Times New Roman" w:cs="Times New Roman"/>
          <w:i/>
          <w:sz w:val="24"/>
          <w:szCs w:val="24"/>
        </w:rPr>
        <w:t>………………..…….</w:t>
      </w:r>
      <w:r w:rsidRPr="006C728A">
        <w:rPr>
          <w:rFonts w:ascii="Times New Roman" w:hAnsi="Times New Roman" w:cs="Times New Roman"/>
          <w:sz w:val="24"/>
          <w:szCs w:val="24"/>
        </w:rPr>
        <w:t>........................</w:t>
      </w:r>
      <w:r w:rsidRPr="006C728A">
        <w:rPr>
          <w:rFonts w:ascii="Times New Roman" w:hAnsi="Times New Roman" w:cs="Times New Roman"/>
          <w:i/>
          <w:sz w:val="24"/>
          <w:szCs w:val="24"/>
        </w:rPr>
        <w:t xml:space="preserve"> (numele persoanei autorizate şi semnătura)</w:t>
      </w:r>
    </w:p>
    <w:p w14:paraId="61BC8783" w14:textId="77777777" w:rsidR="008B2EA6" w:rsidRPr="005D0BDB" w:rsidRDefault="008B2EA6" w:rsidP="008B2EA6">
      <w:pPr>
        <w:pStyle w:val="Heading1"/>
        <w:rPr>
          <w:rFonts w:ascii="Times New Roman" w:hAnsi="Times New Roman" w:cs="Times New Roman"/>
          <w:szCs w:val="24"/>
        </w:rPr>
        <w:sectPr w:rsidR="008B2EA6" w:rsidRPr="005D0BDB" w:rsidSect="008B2EA6">
          <w:pgSz w:w="16840" w:h="11907" w:orient="landscape" w:code="9"/>
          <w:pgMar w:top="1134" w:right="1134" w:bottom="851" w:left="1134" w:header="720" w:footer="720" w:gutter="0"/>
          <w:cols w:space="720"/>
          <w:docGrid w:linePitch="360"/>
        </w:sectPr>
      </w:pPr>
    </w:p>
    <w:p w14:paraId="18A78981" w14:textId="77777777" w:rsidR="008B2EA6" w:rsidRPr="005D0BDB" w:rsidRDefault="008B2EA6" w:rsidP="008B2EA6">
      <w:pPr>
        <w:pStyle w:val="Heading1"/>
        <w:jc w:val="right"/>
        <w:rPr>
          <w:rFonts w:ascii="Times New Roman" w:hAnsi="Times New Roman" w:cs="Times New Roman"/>
          <w:sz w:val="22"/>
        </w:rPr>
      </w:pPr>
      <w:r w:rsidRPr="005D0BDB">
        <w:rPr>
          <w:rFonts w:ascii="Times New Roman" w:hAnsi="Times New Roman" w:cs="Times New Roman"/>
          <w:sz w:val="22"/>
        </w:rPr>
        <w:lastRenderedPageBreak/>
        <w:t>Formular 22</w:t>
      </w:r>
    </w:p>
    <w:p w14:paraId="6E52D654" w14:textId="77777777" w:rsidR="008B2EA6" w:rsidRPr="005D0BDB" w:rsidRDefault="008B2EA6" w:rsidP="008B2EA6">
      <w:pPr>
        <w:pStyle w:val="Heading1"/>
        <w:rPr>
          <w:rFonts w:ascii="Times New Roman" w:hAnsi="Times New Roman" w:cs="Times New Roman"/>
          <w:sz w:val="22"/>
        </w:rPr>
      </w:pPr>
    </w:p>
    <w:p w14:paraId="7AF544C1" w14:textId="77777777" w:rsidR="008B2EA6" w:rsidRDefault="008B2EA6" w:rsidP="008B2EA6">
      <w:pPr>
        <w:jc w:val="center"/>
        <w:rPr>
          <w:rFonts w:ascii="Times New Roman" w:hAnsi="Times New Roman" w:cs="Times New Roman"/>
          <w:b/>
          <w:bCs/>
          <w:lang w:eastAsia="ro-RO"/>
        </w:rPr>
      </w:pPr>
      <w:r w:rsidRPr="005D0BDB">
        <w:rPr>
          <w:rFonts w:ascii="Times New Roman" w:hAnsi="Times New Roman" w:cs="Times New Roman"/>
          <w:b/>
          <w:bCs/>
          <w:lang w:eastAsia="ro-RO"/>
        </w:rPr>
        <w:t>Formular Propunere Tehnică</w:t>
      </w:r>
    </w:p>
    <w:p w14:paraId="2E5BA437" w14:textId="77777777" w:rsidR="008B2EA6" w:rsidRPr="005D0BDB" w:rsidRDefault="008B2EA6" w:rsidP="008B2EA6">
      <w:pPr>
        <w:jc w:val="center"/>
        <w:rPr>
          <w:rFonts w:ascii="Times New Roman" w:hAnsi="Times New Roman" w:cs="Times New Roman"/>
          <w:b/>
          <w:bCs/>
          <w:lang w:eastAsia="ro-RO"/>
        </w:rPr>
      </w:pPr>
    </w:p>
    <w:p w14:paraId="0CB78E73" w14:textId="77777777" w:rsidR="008B2EA6" w:rsidRPr="005D0BDB" w:rsidRDefault="008B2EA6" w:rsidP="008B2EA6">
      <w:pPr>
        <w:widowControl w:val="0"/>
        <w:tabs>
          <w:tab w:val="num" w:pos="3242"/>
        </w:tabs>
        <w:spacing w:after="240" w:line="312" w:lineRule="auto"/>
        <w:ind w:left="835"/>
        <w:jc w:val="both"/>
        <w:rPr>
          <w:rFonts w:ascii="Times New Roman" w:hAnsi="Times New Roman" w:cs="Times New Roman"/>
          <w:color w:val="000000"/>
        </w:rPr>
      </w:pPr>
      <w:r w:rsidRPr="005D0BDB">
        <w:rPr>
          <w:rFonts w:ascii="Times New Roman" w:hAnsi="Times New Roman" w:cs="Times New Roman"/>
          <w:color w:val="000000"/>
        </w:rPr>
        <w:t xml:space="preserve">Ofertanții vor structura informațiile prezentate în Oferta tehnică conform modelului de mai jos. </w:t>
      </w:r>
    </w:p>
    <w:p w14:paraId="78E09BA7" w14:textId="77777777" w:rsidR="008B2EA6" w:rsidRPr="005D0BDB" w:rsidRDefault="008B2EA6" w:rsidP="008B2EA6">
      <w:pPr>
        <w:widowControl w:val="0"/>
        <w:tabs>
          <w:tab w:val="num" w:pos="3242"/>
        </w:tabs>
        <w:spacing w:after="240" w:line="312" w:lineRule="auto"/>
        <w:ind w:left="835"/>
        <w:jc w:val="both"/>
        <w:rPr>
          <w:rFonts w:ascii="Times New Roman" w:hAnsi="Times New Roman" w:cs="Times New Roman"/>
          <w:color w:val="000000"/>
        </w:rPr>
      </w:pPr>
      <w:r w:rsidRPr="005D0BDB">
        <w:rPr>
          <w:rFonts w:ascii="Times New Roman" w:hAnsi="Times New Roman" w:cs="Times New Roman"/>
          <w:color w:val="000000"/>
        </w:rPr>
        <w:t>Ofertanții vor prezenta in mod clar modul in care aceștia înțeleg sa răspundă cerințelor caietului de sarcini si a informațiilor solicitate in modelul de propunere tehnica, preluareare integrala a textului din documentația de atribuire nefiind considerata o propunere tehnica admisibila.</w:t>
      </w:r>
    </w:p>
    <w:p w14:paraId="5BC0599E"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Managementul si organizarea activității </w:t>
      </w:r>
    </w:p>
    <w:p w14:paraId="7D3AD74A"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Oferta va trebui sa conțină următoarele elemente: </w:t>
      </w:r>
    </w:p>
    <w:p w14:paraId="55622A5E" w14:textId="77777777" w:rsidR="008B2EA6" w:rsidRPr="005D0BDB" w:rsidRDefault="008B2EA6" w:rsidP="008B2EA6">
      <w:pPr>
        <w:pStyle w:val="ListParagraph"/>
        <w:numPr>
          <w:ilvl w:val="2"/>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Organigrama cuprinzând toate posturile de lucru necesare desfășurării activității. </w:t>
      </w:r>
    </w:p>
    <w:p w14:paraId="320034FC" w14:textId="77777777" w:rsidR="008B2EA6" w:rsidRPr="005D0BDB" w:rsidRDefault="008B2EA6" w:rsidP="008B2EA6">
      <w:pPr>
        <w:pStyle w:val="ListParagraph"/>
        <w:numPr>
          <w:ilvl w:val="2"/>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Atribuțiile specifice aferente fiecărui post de lucru cuprins in organigrama. </w:t>
      </w:r>
    </w:p>
    <w:p w14:paraId="4CFD8369" w14:textId="77777777" w:rsidR="008B2EA6" w:rsidRPr="005D0BDB" w:rsidRDefault="008B2EA6" w:rsidP="008B2EA6">
      <w:pPr>
        <w:pStyle w:val="ListParagraph"/>
        <w:numPr>
          <w:ilvl w:val="2"/>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Detalierea atribuțiilor specifice aferente personalului de conducere, prezentate sub forma „Fisei de post”.</w:t>
      </w:r>
    </w:p>
    <w:p w14:paraId="34A72125" w14:textId="77777777" w:rsidR="008B2EA6" w:rsidRPr="005D0BDB" w:rsidRDefault="008B2EA6" w:rsidP="008B2EA6">
      <w:pPr>
        <w:spacing w:after="120"/>
        <w:jc w:val="both"/>
        <w:rPr>
          <w:rFonts w:ascii="Times New Roman" w:hAnsi="Times New Roman" w:cs="Times New Roman"/>
        </w:rPr>
      </w:pPr>
    </w:p>
    <w:p w14:paraId="0AAF65A8"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Mobilizarea si operaționalizarea activității </w:t>
      </w:r>
    </w:p>
    <w:p w14:paraId="05DB9003"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In perioada de mobilizare vor fi desfășurate minim următoarele activități: </w:t>
      </w:r>
    </w:p>
    <w:p w14:paraId="53307C7C"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06248022"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procurarea utilajelor si echipamentelor necesare (pentru categoriile de deșeuri care fac obiectul contractului) si amplasarea lor in teritoriu – cumpărare, închiriere, leasing; </w:t>
      </w:r>
    </w:p>
    <w:p w14:paraId="41545F16"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amenajarea si autorizarea activităților in conformitate cu cerințele legale pentru toate punctele de lucru (inclusiv bazele de lucru); </w:t>
      </w:r>
    </w:p>
    <w:p w14:paraId="5CD09473"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amenajarea si autorizarea unor baze de lucru aferenta fiecarei zone de colectare care să permită gararea autospecialelor, întreținerea acestora și să faciliteze accesul mai rapid spre UAT-urile din care se va face colectarea si transportul deșeurilor municipale; </w:t>
      </w:r>
    </w:p>
    <w:p w14:paraId="48DBE83A"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preluarea de la CJ Arad a bunurilor de retur date în administrare (inclusiv testarea acestora, daca este cazul) </w:t>
      </w:r>
    </w:p>
    <w:p w14:paraId="3768DADA"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4CA0B89B"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4CD7033A"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obținerea tuturor avizelor/autorizațiilor/licențelor necesare pentru desfășurarea activităților contractului; </w:t>
      </w:r>
    </w:p>
    <w:p w14:paraId="6FA397A4"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71FD6B08"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lastRenderedPageBreak/>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220006DF"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campanii de informare și conștientizare a beneficiarilor privind colectarea separată a deșeurilor. </w:t>
      </w:r>
    </w:p>
    <w:p w14:paraId="76146151" w14:textId="77777777" w:rsidR="008B2EA6" w:rsidRPr="005D0BDB" w:rsidRDefault="008B2EA6" w:rsidP="008B2EA6">
      <w:pPr>
        <w:pStyle w:val="ListParagraph"/>
        <w:numPr>
          <w:ilvl w:val="0"/>
          <w:numId w:val="23"/>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alte măsuri prevăzute a fi îndeplinite în perioada de mobilizare, conform contractului de delegare a gestiunii. </w:t>
      </w:r>
    </w:p>
    <w:p w14:paraId="06E64522" w14:textId="77777777" w:rsidR="008B2EA6" w:rsidRPr="005D0BDB" w:rsidRDefault="008B2EA6" w:rsidP="008B2EA6">
      <w:pPr>
        <w:spacing w:after="120"/>
        <w:jc w:val="both"/>
        <w:rPr>
          <w:rFonts w:ascii="Times New Roman" w:hAnsi="Times New Roman" w:cs="Times New Roman"/>
        </w:rPr>
      </w:pPr>
    </w:p>
    <w:p w14:paraId="4AF6E19F"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Se convine ca sfârșitul perioadei de mobilizare (Data începerii activității) este la data la care toate condițiile de la literele a) – m) din paragraful de mai sus sunt îndeplinite in mod cumulativ, dar nu mai mult de 150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7C3A7A68" w14:textId="77777777" w:rsidR="008B2EA6" w:rsidRPr="005D0BDB" w:rsidRDefault="008B2EA6" w:rsidP="008B2EA6">
      <w:pPr>
        <w:spacing w:after="120"/>
        <w:jc w:val="both"/>
        <w:rPr>
          <w:rFonts w:ascii="Times New Roman" w:hAnsi="Times New Roman" w:cs="Times New Roman"/>
        </w:rPr>
      </w:pPr>
    </w:p>
    <w:p w14:paraId="6A76EC54"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Oferta tehnica va cuprinde descrierea detaliata a activităților aferente etapei de mobilizare in mod distinct pentru fiecare activitate in parte. </w:t>
      </w:r>
    </w:p>
    <w:p w14:paraId="6F5538CA"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33709B43"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Nu este necesar ca aceste documente sa fie atașate ofertei. În cazul în care oferta este declarată câștigătoare, ofertantul câștigător va prezenta aceste documente până la sfârșitul perioadei de mobilizare. </w:t>
      </w:r>
    </w:p>
    <w:p w14:paraId="0201392D"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Oferta trebuie sa prezinte in mod clar durata de timp (exprimata in zile calendaristice) scursa intre Data semnării Contractului si Data începerii activității pentru toate activitățile care fac obiectul contractului. </w:t>
      </w:r>
    </w:p>
    <w:p w14:paraId="03FB330A"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Eventualele testări trebuie incluse in graficul detaliat al activităților aferente etapei de mobilizare.</w:t>
      </w:r>
    </w:p>
    <w:p w14:paraId="56E1C93F" w14:textId="77777777" w:rsidR="008B2EA6" w:rsidRPr="005D0BDB" w:rsidRDefault="008B2EA6" w:rsidP="008B2EA6">
      <w:pPr>
        <w:spacing w:after="120"/>
        <w:jc w:val="both"/>
        <w:rPr>
          <w:rFonts w:ascii="Times New Roman" w:hAnsi="Times New Roman" w:cs="Times New Roman"/>
        </w:rPr>
      </w:pPr>
    </w:p>
    <w:p w14:paraId="2EF252B7"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Planul de organizare a activații </w:t>
      </w:r>
    </w:p>
    <w:p w14:paraId="215C030F" w14:textId="77777777" w:rsidR="008B2EA6" w:rsidRPr="005D0BDB" w:rsidRDefault="008B2EA6" w:rsidP="008B2EA6">
      <w:pPr>
        <w:autoSpaceDE w:val="0"/>
        <w:autoSpaceDN w:val="0"/>
        <w:adjustRightInd w:val="0"/>
        <w:spacing w:after="0" w:line="240" w:lineRule="auto"/>
        <w:rPr>
          <w:rFonts w:ascii="Times New Roman" w:hAnsi="Times New Roman" w:cs="Times New Roman"/>
        </w:rPr>
      </w:pPr>
    </w:p>
    <w:p w14:paraId="61EE225A" w14:textId="77777777" w:rsidR="008B2EA6" w:rsidRPr="005D0BDB" w:rsidRDefault="008B2EA6" w:rsidP="008B2EA6">
      <w:pPr>
        <w:autoSpaceDE w:val="0"/>
        <w:autoSpaceDN w:val="0"/>
        <w:adjustRightInd w:val="0"/>
        <w:spacing w:after="0" w:line="240" w:lineRule="auto"/>
        <w:jc w:val="both"/>
        <w:rPr>
          <w:rFonts w:ascii="Times New Roman" w:hAnsi="Times New Roman" w:cs="Times New Roman"/>
        </w:rPr>
      </w:pPr>
      <w:r w:rsidRPr="005D0BDB">
        <w:rPr>
          <w:rFonts w:ascii="Times New Roman" w:hAnsi="Times New Roman" w:cs="Times New Roman"/>
        </w:rPr>
        <w:t xml:space="preserve">În oferta tehnică, Ofertantul trebuie să prezinte un Plan de organizare a activității detaliat si coerent, care sa prezinte cel puțin: </w:t>
      </w:r>
    </w:p>
    <w:p w14:paraId="07A8B09D"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alocarea de resurse pentru fiecare categorie de deșeuri (vehicule, echipamente, unelte, personal); </w:t>
      </w:r>
    </w:p>
    <w:p w14:paraId="6D8C294F"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organizarea calendaristica a activității pe parcursul unui an – pentru fiecare UAT si categorie de deșeuri; </w:t>
      </w:r>
    </w:p>
    <w:p w14:paraId="3519B755"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369B06A1"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breviare de calcul pentru dimensionarea echipamentelor detaliate cu privire cel putin la: distante de parcurs, viteze de deplasare, timpi de deplasare, timpi de prestare (incarcare/desarcare pubele si containere), timpi golire autospeciale, etc.</w:t>
      </w:r>
    </w:p>
    <w:p w14:paraId="745A24A7"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un grafic de colectare pentru deșeurile menajere și similare, și rutele aferente cu respectarea frecvenței de colectare impusă prin prezentul caiet de sarcini; </w:t>
      </w:r>
    </w:p>
    <w:p w14:paraId="413D1686"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de colectare și transport a deșeurilor din piețe; </w:t>
      </w:r>
    </w:p>
    <w:p w14:paraId="5F95F642"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de colectare și transport a deșeurilor abandonate pe domeniul public; </w:t>
      </w:r>
    </w:p>
    <w:p w14:paraId="17152B2E"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modalități propuse pentru asigurarea punctelor de colectare de pe domeniul public împotriva acțiunilor de vandalism și furt; </w:t>
      </w:r>
    </w:p>
    <w:p w14:paraId="22263817"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2F427C8F"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și resursele de realizare a campaniilor de informare și conștientizare pentru eficientizarea activităților de salubrizare. </w:t>
      </w:r>
    </w:p>
    <w:p w14:paraId="24B14840" w14:textId="77777777" w:rsidR="008B2EA6" w:rsidRPr="005D0BDB" w:rsidRDefault="008B2EA6" w:rsidP="008B2EA6">
      <w:pPr>
        <w:pStyle w:val="ListParagraph"/>
        <w:numPr>
          <w:ilvl w:val="0"/>
          <w:numId w:val="2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lastRenderedPageBreak/>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402D91F9"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Daca este cazul, se va evidenția si contribuția adusa de partenerii din asociere si/sau de subcontractanți: activitățile ce urmează a fi derulate, planificarea in timp, etc. </w:t>
      </w:r>
    </w:p>
    <w:p w14:paraId="2F45C551"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22AF6F52"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Compoziția deșeurilor va fi determinata semestrial, in mediul rural se va realiza o proba medie pe fiecare zona in parte care sa reprezinte deșeurile generate in toate unitățile administrativ – teritoriale arondate. </w:t>
      </w:r>
    </w:p>
    <w:p w14:paraId="3F4E6DC9" w14:textId="77777777" w:rsidR="008B2EA6" w:rsidRPr="005D0BDB" w:rsidRDefault="008B2EA6" w:rsidP="008B2EA6">
      <w:pPr>
        <w:spacing w:after="120"/>
        <w:jc w:val="both"/>
        <w:rPr>
          <w:rFonts w:ascii="Times New Roman" w:hAnsi="Times New Roman" w:cs="Times New Roman"/>
        </w:rPr>
      </w:pPr>
    </w:p>
    <w:p w14:paraId="3ED69F6C"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Luând în considerare cerințele prezentate în Caietul de sarcini, ofertanții vor calcula necesarul de echipamente pentru prestarea activităților contractului, separat pentru fiecare activitate în parte. </w:t>
      </w:r>
    </w:p>
    <w:p w14:paraId="4AAEBF2F"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Calculele vor fi prezentate explicit în cadrul Ofertei tehnice, specificându-se toți parametrii principali pentru fiecare tip de mijloc de transport, respectiv pentru fiecare tip de utilaj în parte. </w:t>
      </w:r>
    </w:p>
    <w:p w14:paraId="2CE95CD2"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0F9AA99A"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Pentru fiecare tip mijloc de transport/utilaj în parte se vor prezenta copii ale documentelor care să ateste veridicitatea parametrilor utilizați în formule.</w:t>
      </w:r>
    </w:p>
    <w:p w14:paraId="3B692D19" w14:textId="77777777" w:rsidR="008B2EA6" w:rsidRPr="005D0BDB" w:rsidRDefault="008B2EA6" w:rsidP="008B2EA6">
      <w:pPr>
        <w:spacing w:after="120"/>
        <w:jc w:val="both"/>
        <w:rPr>
          <w:rFonts w:ascii="Times New Roman" w:hAnsi="Times New Roman" w:cs="Times New Roman"/>
        </w:rPr>
      </w:pPr>
    </w:p>
    <w:p w14:paraId="4CF3DBBE"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Planul de investiții </w:t>
      </w:r>
    </w:p>
    <w:p w14:paraId="4241E2B0"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74A24B88"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Ofertanții vor prezenta, în cadrul Ofertei tehnice, planul de recuperare al investițiilor, pe baza căruia au inclus amortizarea în structura și justificarea tarifului ofertat;</w:t>
      </w:r>
    </w:p>
    <w:p w14:paraId="11389932" w14:textId="77777777" w:rsidR="008B2EA6" w:rsidRPr="005D0BDB" w:rsidRDefault="008B2EA6" w:rsidP="008B2EA6">
      <w:pPr>
        <w:widowControl w:val="0"/>
        <w:tabs>
          <w:tab w:val="num" w:pos="3242"/>
        </w:tabs>
        <w:spacing w:after="240" w:line="312" w:lineRule="auto"/>
        <w:jc w:val="both"/>
        <w:rPr>
          <w:rFonts w:ascii="Times New Roman" w:hAnsi="Times New Roman" w:cs="Times New Roman"/>
        </w:rPr>
      </w:pPr>
      <w:r w:rsidRPr="005D0BDB">
        <w:rPr>
          <w:rFonts w:ascii="Times New Roman" w:hAnsi="Times New Roman" w:cs="Times New Roman"/>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4359BF26" w14:textId="77777777" w:rsidR="008B2EA6" w:rsidRPr="005D0BDB" w:rsidRDefault="008B2EA6" w:rsidP="008B2EA6">
      <w:pPr>
        <w:widowControl w:val="0"/>
        <w:tabs>
          <w:tab w:val="num" w:pos="3242"/>
        </w:tabs>
        <w:spacing w:after="240" w:line="312" w:lineRule="auto"/>
        <w:jc w:val="both"/>
        <w:rPr>
          <w:rFonts w:ascii="Times New Roman" w:hAnsi="Times New Roman" w:cs="Times New Roman"/>
        </w:rPr>
      </w:pPr>
      <w:r w:rsidRPr="005D0BDB">
        <w:rPr>
          <w:rFonts w:ascii="Times New Roman" w:hAnsi="Times New Roman" w:cs="Times New Roman"/>
        </w:rPr>
        <w:t>Pentru evaluarea unitara, toti ofertantii vor utiliza pentru pubelele achiztionate durata maxima de amortizare din catalog.</w:t>
      </w:r>
    </w:p>
    <w:p w14:paraId="6506E02E"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53D33A92"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Ofertantul va completa Formularul Planul de investiții  (Anexa 9)</w:t>
      </w:r>
    </w:p>
    <w:p w14:paraId="697AE886"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Controlul proceselor. Monitorizarea performantei </w:t>
      </w:r>
    </w:p>
    <w:p w14:paraId="2B3755B1"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4DF2831"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lastRenderedPageBreak/>
        <w:t xml:space="preserve">De asemenea, oferta tehnică va prezenta modalitățile de monitorizare și stimulare a realizării colectării separate a deșeurilor menajere, inclusiv a deșeurilor biodegradabile. </w:t>
      </w:r>
    </w:p>
    <w:p w14:paraId="00159ED2"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In oferta tehnică vor fi prezentate modalitățile de raportare a datelor privind deșeurile către autoritățile competente, precum și informațiile care se prevăd a fi transmise și periodicitatea transmiterii lor. </w:t>
      </w:r>
    </w:p>
    <w:p w14:paraId="587A888C"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Oferta tehnică trebuie să prezinte o descriere a sistemului de monitorizare GPS folosit de ofertant pentru vehiculele ofertate cat si a sistemului de raportare.</w:t>
      </w:r>
    </w:p>
    <w:p w14:paraId="6FD54DC8" w14:textId="77777777" w:rsidR="008B2EA6" w:rsidRPr="005D0BDB" w:rsidRDefault="008B2EA6" w:rsidP="008B2EA6">
      <w:pPr>
        <w:spacing w:after="120"/>
        <w:jc w:val="both"/>
        <w:rPr>
          <w:rFonts w:ascii="Times New Roman" w:hAnsi="Times New Roman" w:cs="Times New Roman"/>
        </w:rPr>
      </w:pPr>
    </w:p>
    <w:p w14:paraId="6515E0D9"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 xml:space="preserve">Auditul de conformitate </w:t>
      </w:r>
    </w:p>
    <w:p w14:paraId="135FD3F4"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 xml:space="preserve">Autoritatea contractanta își rezerva dreptul de a desfășura periodic, un audit propriu privind conformitatea activităților desfășurate in aria delegarii in raport cu toate cerințele legale aplicabile. </w:t>
      </w:r>
    </w:p>
    <w:p w14:paraId="5E52F96D"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Oferta tehnica trebuie sa precizeze perioada necesara pentru îndeplinirea condițiilor in vederea realizării auditului de conformitate (exprimata in număr de zile calendaristice de la Data începerii activității).</w:t>
      </w:r>
    </w:p>
    <w:p w14:paraId="3037B6DF" w14:textId="77777777" w:rsidR="008B2EA6" w:rsidRPr="005D0BDB" w:rsidRDefault="008B2EA6" w:rsidP="008B2EA6">
      <w:pPr>
        <w:spacing w:after="120"/>
        <w:jc w:val="both"/>
        <w:rPr>
          <w:rFonts w:ascii="Times New Roman" w:hAnsi="Times New Roman" w:cs="Times New Roman"/>
        </w:rPr>
      </w:pPr>
    </w:p>
    <w:p w14:paraId="646F4E8B" w14:textId="77777777" w:rsidR="008B2EA6" w:rsidRPr="005D0BDB" w:rsidRDefault="008B2EA6" w:rsidP="008B2EA6">
      <w:pPr>
        <w:pStyle w:val="ListParagraph"/>
        <w:numPr>
          <w:ilvl w:val="1"/>
          <w:numId w:val="22"/>
        </w:numPr>
        <w:spacing w:after="120" w:line="259" w:lineRule="auto"/>
        <w:jc w:val="both"/>
        <w:rPr>
          <w:rFonts w:ascii="Times New Roman" w:hAnsi="Times New Roman" w:cs="Times New Roman"/>
          <w:lang w:val="ro-RO"/>
        </w:rPr>
      </w:pPr>
      <w:r w:rsidRPr="005D0BDB">
        <w:rPr>
          <w:rFonts w:ascii="Times New Roman" w:hAnsi="Times New Roman" w:cs="Times New Roman"/>
          <w:lang w:val="ro-RO"/>
        </w:rPr>
        <w:t>Norme de poluare a autogunoierelor/autovehiculelor de colectare</w:t>
      </w:r>
    </w:p>
    <w:p w14:paraId="1D2519EB" w14:textId="77777777" w:rsidR="008B2EA6" w:rsidRPr="005D0BDB" w:rsidRDefault="008B2EA6" w:rsidP="008B2EA6">
      <w:pPr>
        <w:spacing w:after="120"/>
        <w:jc w:val="both"/>
        <w:rPr>
          <w:rFonts w:ascii="Times New Roman" w:hAnsi="Times New Roman" w:cs="Times New Roman"/>
        </w:rPr>
      </w:pPr>
      <w:r w:rsidRPr="005D0BDB">
        <w:rPr>
          <w:rFonts w:ascii="Times New Roman" w:hAnsi="Times New Roman" w:cs="Times New Roman"/>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336003AB" w14:textId="77777777" w:rsidR="008B2EA6" w:rsidRPr="005D0BDB" w:rsidRDefault="008B2EA6" w:rsidP="008B2EA6">
      <w:pPr>
        <w:pStyle w:val="Bodytext23"/>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057992EA" w14:textId="77777777" w:rsidR="008B2EA6" w:rsidRPr="005D0BDB" w:rsidRDefault="008B2EA6" w:rsidP="008B2EA6">
      <w:pPr>
        <w:pStyle w:val="Bodytext23"/>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2405BBAE" w14:textId="77777777" w:rsidR="008B2EA6" w:rsidRPr="005D0BDB" w:rsidRDefault="008B2EA6" w:rsidP="008B2EA6">
      <w:pPr>
        <w:pStyle w:val="Bodytext23"/>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0AFDBD2F" w14:textId="77777777" w:rsidR="008B2EA6" w:rsidRPr="005D0BDB" w:rsidRDefault="008B2EA6" w:rsidP="008B2EA6">
      <w:pPr>
        <w:pStyle w:val="Bodytext23"/>
        <w:shd w:val="clear" w:color="auto" w:fill="auto"/>
        <w:tabs>
          <w:tab w:val="left" w:pos="720"/>
          <w:tab w:val="left" w:leader="dot" w:pos="2050"/>
        </w:tabs>
        <w:spacing w:after="209" w:line="180" w:lineRule="exact"/>
        <w:ind w:firstLine="0"/>
        <w:rPr>
          <w:rFonts w:ascii="Times New Roman" w:hAnsi="Times New Roman" w:cs="Times New Roman"/>
          <w:sz w:val="22"/>
          <w:szCs w:val="22"/>
        </w:rPr>
      </w:pPr>
      <w:r w:rsidRPr="005D0BDB">
        <w:rPr>
          <w:rFonts w:ascii="Times New Roman" w:hAnsi="Times New Roman" w:cs="Times New Roman"/>
          <w:sz w:val="22"/>
          <w:szCs w:val="22"/>
        </w:rPr>
        <w:t>Data:</w:t>
      </w:r>
      <w:r w:rsidRPr="005D0BDB">
        <w:rPr>
          <w:rFonts w:ascii="Times New Roman" w:hAnsi="Times New Roman" w:cs="Times New Roman"/>
          <w:sz w:val="22"/>
          <w:szCs w:val="22"/>
        </w:rPr>
        <w:tab/>
      </w:r>
      <w:r w:rsidRPr="005D0BDB">
        <w:rPr>
          <w:rFonts w:ascii="Times New Roman" w:hAnsi="Times New Roman" w:cs="Times New Roman"/>
          <w:sz w:val="22"/>
          <w:szCs w:val="22"/>
        </w:rPr>
        <w:tab/>
      </w:r>
    </w:p>
    <w:p w14:paraId="434F65AD" w14:textId="77777777" w:rsidR="008B2EA6" w:rsidRPr="005D0BDB" w:rsidRDefault="008B2EA6" w:rsidP="008B2EA6">
      <w:pPr>
        <w:pStyle w:val="Bodytext23"/>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57FC8120" w14:textId="77777777" w:rsidR="008B2EA6" w:rsidRPr="005D0BDB" w:rsidRDefault="008B2EA6" w:rsidP="008B2EA6">
      <w:pPr>
        <w:pStyle w:val="Bodytext23"/>
        <w:shd w:val="clear" w:color="auto" w:fill="auto"/>
        <w:tabs>
          <w:tab w:val="left" w:pos="1512"/>
          <w:tab w:val="left" w:leader="dot" w:pos="6624"/>
        </w:tabs>
        <w:spacing w:after="29" w:line="180" w:lineRule="exact"/>
        <w:ind w:firstLine="0"/>
        <w:rPr>
          <w:rFonts w:ascii="Times New Roman" w:hAnsi="Times New Roman" w:cs="Times New Roman"/>
          <w:sz w:val="22"/>
          <w:szCs w:val="22"/>
        </w:rPr>
      </w:pPr>
      <w:r w:rsidRPr="005D0BDB">
        <w:rPr>
          <w:rFonts w:ascii="Times New Roman" w:hAnsi="Times New Roman" w:cs="Times New Roman"/>
          <w:sz w:val="22"/>
          <w:szCs w:val="22"/>
        </w:rPr>
        <w:t>Semnătură:</w:t>
      </w:r>
      <w:r w:rsidRPr="005D0BDB">
        <w:rPr>
          <w:rFonts w:ascii="Times New Roman" w:hAnsi="Times New Roman" w:cs="Times New Roman"/>
          <w:sz w:val="22"/>
          <w:szCs w:val="22"/>
        </w:rPr>
        <w:tab/>
      </w:r>
      <w:r w:rsidRPr="005D0BDB">
        <w:rPr>
          <w:rFonts w:ascii="Times New Roman" w:hAnsi="Times New Roman" w:cs="Times New Roman"/>
          <w:sz w:val="22"/>
          <w:szCs w:val="22"/>
        </w:rPr>
        <w:tab/>
        <w:t>.......................</w:t>
      </w:r>
    </w:p>
    <w:p w14:paraId="0CF29C51" w14:textId="77777777" w:rsidR="008B2EA6" w:rsidRPr="005D0BDB" w:rsidRDefault="008B2EA6" w:rsidP="008B2EA6">
      <w:pPr>
        <w:pStyle w:val="Bodytext60"/>
        <w:shd w:val="clear" w:color="auto" w:fill="auto"/>
        <w:spacing w:before="0" w:line="180" w:lineRule="exact"/>
        <w:jc w:val="both"/>
        <w:rPr>
          <w:rFonts w:ascii="Times New Roman" w:hAnsi="Times New Roman" w:cs="Times New Roman"/>
          <w:sz w:val="22"/>
          <w:szCs w:val="22"/>
        </w:rPr>
      </w:pPr>
      <w:r w:rsidRPr="005D0BDB">
        <w:rPr>
          <w:rFonts w:ascii="Times New Roman" w:hAnsi="Times New Roman" w:cs="Times New Roman"/>
          <w:sz w:val="22"/>
          <w:szCs w:val="22"/>
        </w:rPr>
        <w:t xml:space="preserve">                        (persoana sau persoanele autorizate să semneze în numele Ofertantului)</w:t>
      </w:r>
    </w:p>
    <w:p w14:paraId="61731F82" w14:textId="77777777" w:rsidR="008B2EA6" w:rsidRPr="00757037" w:rsidRDefault="008B2EA6" w:rsidP="004A3BE9">
      <w:pPr>
        <w:spacing w:after="0" w:line="240" w:lineRule="auto"/>
        <w:jc w:val="both"/>
        <w:rPr>
          <w:rFonts w:asciiTheme="majorHAnsi" w:eastAsia="Times New Roman" w:hAnsiTheme="majorHAnsi" w:cstheme="majorHAnsi"/>
          <w:sz w:val="24"/>
          <w:szCs w:val="24"/>
        </w:rPr>
      </w:pPr>
    </w:p>
    <w:sectPr w:rsidR="008B2EA6" w:rsidRPr="00757037" w:rsidSect="00F02E5E">
      <w:footerReference w:type="default" r:id="rId35"/>
      <w:pgSz w:w="11907" w:h="16840" w:code="9"/>
      <w:pgMar w:top="1134" w:right="851" w:bottom="851"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Mircea Popescu" w:date="2025-09-11T16:36:00Z" w:initials="MP">
    <w:p w14:paraId="121E0DAA" w14:textId="073C1FC9" w:rsidR="00757037" w:rsidRDefault="00757037">
      <w:pPr>
        <w:pStyle w:val="CommentText"/>
      </w:pPr>
      <w:r>
        <w:rPr>
          <w:rStyle w:val="CommentReference"/>
        </w:rPr>
        <w:annotationRef/>
      </w:r>
      <w:r>
        <w:t>In rural nu sunt puncte de colectare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1E0D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8BE6B5" w16cex:dateUtc="2025-09-11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1E0DAA" w16cid:durableId="568BE6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3AAD6" w14:textId="77777777" w:rsidR="002531C7" w:rsidRDefault="002531C7" w:rsidP="00E4456F">
      <w:pPr>
        <w:spacing w:after="0" w:line="240" w:lineRule="auto"/>
      </w:pPr>
      <w:r>
        <w:separator/>
      </w:r>
    </w:p>
  </w:endnote>
  <w:endnote w:type="continuationSeparator" w:id="0">
    <w:p w14:paraId="6186A79C" w14:textId="77777777" w:rsidR="002531C7" w:rsidRDefault="002531C7" w:rsidP="00E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New">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982020"/>
      <w:docPartObj>
        <w:docPartGallery w:val="Page Numbers (Bottom of Page)"/>
        <w:docPartUnique/>
      </w:docPartObj>
    </w:sdtPr>
    <w:sdtEndPr>
      <w:rPr>
        <w:noProof/>
      </w:rPr>
    </w:sdtEndPr>
    <w:sdtContent>
      <w:p w14:paraId="1A3F2AB5" w14:textId="77777777" w:rsidR="00757037" w:rsidRDefault="00757037">
        <w:pPr>
          <w:pStyle w:val="Footer"/>
          <w:jc w:val="right"/>
        </w:pPr>
        <w:r>
          <w:fldChar w:fldCharType="begin"/>
        </w:r>
        <w:r>
          <w:instrText xml:space="preserve"> PAGE   \* MERGEFORMAT </w:instrText>
        </w:r>
        <w:r>
          <w:fldChar w:fldCharType="separate"/>
        </w:r>
        <w:r w:rsidR="005B43F4">
          <w:rPr>
            <w:noProof/>
          </w:rPr>
          <w:t>3</w:t>
        </w:r>
        <w:r>
          <w:rPr>
            <w:noProof/>
          </w:rPr>
          <w:fldChar w:fldCharType="end"/>
        </w:r>
      </w:p>
    </w:sdtContent>
  </w:sdt>
  <w:p w14:paraId="04562412" w14:textId="77777777" w:rsidR="00757037" w:rsidRDefault="007570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D5E2" w14:textId="77777777" w:rsidR="008B2EA6" w:rsidRDefault="008B2EA6" w:rsidP="004131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F0F127" w14:textId="77777777" w:rsidR="008B2EA6" w:rsidRDefault="008B2EA6" w:rsidP="00DE09A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6B27" w14:textId="77777777" w:rsidR="008B2EA6" w:rsidRPr="00623C02" w:rsidRDefault="008B2EA6" w:rsidP="00A924A0">
    <w:pPr>
      <w:ind w:left="8496"/>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3A37" w14:textId="77777777" w:rsidR="008B2EA6" w:rsidRDefault="008B2EA6" w:rsidP="002163DF"/>
  <w:p w14:paraId="506FFCB6" w14:textId="77777777" w:rsidR="008B2EA6" w:rsidRPr="007E55DB" w:rsidRDefault="008B2EA6" w:rsidP="002163DF">
    <w:pPr>
      <w:pStyle w:val="Footer"/>
      <w:rPr>
        <w:sz w:val="12"/>
        <w:szCs w:val="12"/>
      </w:rPr>
    </w:pPr>
  </w:p>
  <w:p w14:paraId="733EBCD0" w14:textId="77777777" w:rsidR="008B2EA6" w:rsidRDefault="008B2E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667238"/>
      <w:docPartObj>
        <w:docPartGallery w:val="Page Numbers (Bottom of Page)"/>
        <w:docPartUnique/>
      </w:docPartObj>
    </w:sdtPr>
    <w:sdtEndPr>
      <w:rPr>
        <w:noProof/>
      </w:rPr>
    </w:sdtEndPr>
    <w:sdtContent>
      <w:p w14:paraId="3FEF5D01" w14:textId="77A66512" w:rsidR="00757037" w:rsidRDefault="00757037">
        <w:pPr>
          <w:pStyle w:val="Footer"/>
          <w:jc w:val="right"/>
        </w:pPr>
        <w:r>
          <w:fldChar w:fldCharType="begin"/>
        </w:r>
        <w:r>
          <w:instrText xml:space="preserve"> PAGE   \* MERGEFORMAT </w:instrText>
        </w:r>
        <w:r>
          <w:fldChar w:fldCharType="separate"/>
        </w:r>
        <w:r w:rsidR="005B43F4">
          <w:rPr>
            <w:noProof/>
          </w:rPr>
          <w:t>51</w:t>
        </w:r>
        <w:r>
          <w:rPr>
            <w:noProof/>
          </w:rPr>
          <w:fldChar w:fldCharType="end"/>
        </w:r>
      </w:p>
    </w:sdtContent>
  </w:sdt>
  <w:p w14:paraId="035AF8F4" w14:textId="77777777" w:rsidR="00757037" w:rsidRDefault="00757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42C1" w14:textId="77777777" w:rsidR="002531C7" w:rsidRDefault="002531C7" w:rsidP="00E4456F">
      <w:pPr>
        <w:spacing w:after="0" w:line="240" w:lineRule="auto"/>
      </w:pPr>
      <w:r>
        <w:separator/>
      </w:r>
    </w:p>
  </w:footnote>
  <w:footnote w:type="continuationSeparator" w:id="0">
    <w:p w14:paraId="11567CD6" w14:textId="77777777" w:rsidR="002531C7" w:rsidRDefault="002531C7" w:rsidP="00E4456F">
      <w:pPr>
        <w:spacing w:after="0" w:line="240" w:lineRule="auto"/>
      </w:pPr>
      <w:r>
        <w:continuationSeparator/>
      </w:r>
    </w:p>
  </w:footnote>
  <w:footnote w:id="1">
    <w:p w14:paraId="0DD694A0" w14:textId="77777777" w:rsidR="00757037" w:rsidRPr="004500FB"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7C106409" w14:textId="77777777" w:rsidR="00757037" w:rsidRPr="00DB0E59"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1BDAAA07" w14:textId="77777777" w:rsidR="00757037" w:rsidRPr="00990985"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2EB992A7" w14:textId="77777777" w:rsidR="00757037" w:rsidRPr="00990985" w:rsidRDefault="00757037" w:rsidP="00225549">
      <w:pPr>
        <w:pStyle w:val="FootnoteText"/>
        <w:spacing w:after="0" w:line="240" w:lineRule="auto"/>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9449" w14:textId="77777777" w:rsidR="008B2EA6" w:rsidRDefault="008B2EA6" w:rsidP="00C1679A">
    <w:pPr>
      <w:tabs>
        <w:tab w:val="center" w:pos="4536"/>
        <w:tab w:val="right" w:pos="9072"/>
      </w:tabs>
      <w:ind w:right="2267"/>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E997" w14:textId="77777777" w:rsidR="008B2EA6" w:rsidRDefault="008B2EA6" w:rsidP="00A804D1">
    <w:pPr>
      <w:pStyle w:val="Header"/>
    </w:pPr>
  </w:p>
  <w:p w14:paraId="449520AB" w14:textId="77777777" w:rsidR="008B2EA6" w:rsidRPr="00A804D1" w:rsidRDefault="008B2EA6" w:rsidP="00A80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6D78A8"/>
    <w:multiLevelType w:val="hybridMultilevel"/>
    <w:tmpl w:val="226BD5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1D16C4"/>
    <w:multiLevelType w:val="hybridMultilevel"/>
    <w:tmpl w:val="7340AF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0CDCC6"/>
    <w:multiLevelType w:val="hybridMultilevel"/>
    <w:tmpl w:val="EF514C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4D1469EA"/>
    <w:lvl w:ilvl="0">
      <w:start w:val="1"/>
      <w:numFmt w:val="decimal"/>
      <w:lvlText w:val="%1."/>
      <w:lvlJc w:val="left"/>
      <w:rPr>
        <w:rFonts w:ascii="Times New Roman" w:eastAsiaTheme="minorHAnsi" w:hAnsi="Times New Roman" w:cs="Times New Roman"/>
        <w:b w:val="0"/>
        <w:bCs/>
        <w:i w:val="0"/>
        <w:iCs w:val="0"/>
        <w:smallCaps w:val="0"/>
        <w:strike w:val="0"/>
        <w:color w:val="000000"/>
        <w:spacing w:val="0"/>
        <w:w w:val="100"/>
        <w:position w:val="0"/>
        <w:sz w:val="25"/>
        <w:szCs w:val="25"/>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0" w15:restartNumberingAfterBreak="0">
    <w:nsid w:val="00000017"/>
    <w:multiLevelType w:val="multilevel"/>
    <w:tmpl w:val="68A4BB9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2">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3">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4">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5">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6">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7">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lvl w:ilvl="8">
      <w:start w:val="2"/>
      <w:numFmt w:val="decimal"/>
      <w:lvlText w:val="(%1)"/>
      <w:lvlJc w:val="left"/>
      <w:rPr>
        <w:rFonts w:ascii="Segoe UI" w:hAnsi="Segoe UI" w:cs="Segoe UI"/>
        <w:b w:val="0"/>
        <w:bCs w:val="0"/>
        <w:i w:val="0"/>
        <w:iCs w:val="0"/>
        <w:smallCaps w:val="0"/>
        <w:strike w:val="0"/>
        <w:color w:val="000000"/>
        <w:spacing w:val="0"/>
        <w:w w:val="100"/>
        <w:position w:val="0"/>
        <w:sz w:val="28"/>
        <w:szCs w:val="28"/>
        <w:u w:val="none"/>
      </w:rPr>
    </w:lvl>
  </w:abstractNum>
  <w:abstractNum w:abstractNumId="11" w15:restartNumberingAfterBreak="0">
    <w:nsid w:val="0000008B"/>
    <w:multiLevelType w:val="multilevel"/>
    <w:tmpl w:val="26A4B9E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5"/>
        <w:szCs w:val="25"/>
        <w:u w:val="none"/>
      </w:rPr>
    </w:lvl>
    <w:lvl w:ilvl="1">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2" w15:restartNumberingAfterBreak="0">
    <w:nsid w:val="0000008D"/>
    <w:multiLevelType w:val="multilevel"/>
    <w:tmpl w:val="0000008C"/>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13" w15:restartNumberingAfterBreak="0">
    <w:nsid w:val="0000008F"/>
    <w:multiLevelType w:val="multilevel"/>
    <w:tmpl w:val="0000008E"/>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14" w15:restartNumberingAfterBreak="0">
    <w:nsid w:val="00000091"/>
    <w:multiLevelType w:val="multilevel"/>
    <w:tmpl w:val="00000090"/>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15" w15:restartNumberingAfterBreak="0">
    <w:nsid w:val="00172309"/>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67567D"/>
    <w:multiLevelType w:val="hybridMultilevel"/>
    <w:tmpl w:val="71A8BB14"/>
    <w:lvl w:ilvl="0" w:tplc="8DFC939A">
      <w:start w:val="1"/>
      <w:numFmt w:val="bullet"/>
      <w:lvlText w:val=""/>
      <w:lvlJc w:val="left"/>
      <w:pPr>
        <w:ind w:left="1080" w:hanging="360"/>
      </w:pPr>
      <w:rPr>
        <w:rFonts w:ascii="Wingdings" w:hAnsi="Wingding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40C658A"/>
    <w:multiLevelType w:val="hybridMultilevel"/>
    <w:tmpl w:val="118435B8"/>
    <w:lvl w:ilvl="0" w:tplc="3A623446">
      <w:start w:val="1"/>
      <w:numFmt w:val="lowerLetter"/>
      <w:lvlText w:val="%1)"/>
      <w:lvlJc w:val="left"/>
      <w:pPr>
        <w:ind w:left="360" w:hanging="360"/>
      </w:pPr>
      <w:rPr>
        <w:rFonts w:hint="default"/>
        <w:b/>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18" w15:restartNumberingAfterBreak="0">
    <w:nsid w:val="048A4CB5"/>
    <w:multiLevelType w:val="hybridMultilevel"/>
    <w:tmpl w:val="2FD09DFE"/>
    <w:lvl w:ilvl="0" w:tplc="A50EB6B8">
      <w:start w:val="1"/>
      <w:numFmt w:val="decimal"/>
      <w:lvlText w:val="(%1)"/>
      <w:lvlJc w:val="left"/>
      <w:pPr>
        <w:ind w:left="540" w:hanging="360"/>
      </w:pPr>
      <w:rPr>
        <w:rFonts w:hint="default"/>
        <w:b/>
      </w:rPr>
    </w:lvl>
    <w:lvl w:ilvl="1" w:tplc="FFFFFFFF">
      <w:numFmt w:val="bullet"/>
      <w:lvlText w:val="-"/>
      <w:lvlJc w:val="left"/>
      <w:pPr>
        <w:ind w:left="1260" w:hanging="360"/>
      </w:pPr>
      <w:rPr>
        <w:rFonts w:ascii="Garamond" w:eastAsia="Times New Roman" w:hAnsi="Garamond" w:hint="default"/>
        <w:b/>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9"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06F640EF"/>
    <w:multiLevelType w:val="hybridMultilevel"/>
    <w:tmpl w:val="300824D6"/>
    <w:lvl w:ilvl="0" w:tplc="84CACA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07B9723C"/>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A175224"/>
    <w:multiLevelType w:val="hybridMultilevel"/>
    <w:tmpl w:val="C800230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4" w15:restartNumberingAfterBreak="0">
    <w:nsid w:val="0A2FB046"/>
    <w:multiLevelType w:val="hybridMultilevel"/>
    <w:tmpl w:val="1F3EE99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0C9A1F5B"/>
    <w:multiLevelType w:val="multilevel"/>
    <w:tmpl w:val="B5983742"/>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AA1E25"/>
    <w:multiLevelType w:val="hybridMultilevel"/>
    <w:tmpl w:val="131A23C6"/>
    <w:lvl w:ilvl="0" w:tplc="CF1600F2">
      <w:start w:val="1"/>
      <w:numFmt w:val="lowerLetter"/>
      <w:lvlText w:val="%1)"/>
      <w:lvlJc w:val="left"/>
      <w:pPr>
        <w:tabs>
          <w:tab w:val="num" w:pos="360"/>
        </w:tabs>
        <w:ind w:left="360" w:hanging="360"/>
      </w:pPr>
      <w:rPr>
        <w:rFonts w:ascii="Times New Roman" w:eastAsia="Calibri"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0FF84D71"/>
    <w:multiLevelType w:val="multilevel"/>
    <w:tmpl w:val="F710C4BC"/>
    <w:lvl w:ilvl="0">
      <w:start w:val="9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F53C51"/>
    <w:multiLevelType w:val="hybridMultilevel"/>
    <w:tmpl w:val="8A0455B2"/>
    <w:lvl w:ilvl="0" w:tplc="1BF4E334">
      <w:start w:val="1"/>
      <w:numFmt w:val="decimal"/>
      <w:pStyle w:val="Style2"/>
      <w:lvlText w:val="Anexa %1."/>
      <w:lvlJc w:val="left"/>
      <w:pPr>
        <w:ind w:left="171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2" w15:restartNumberingAfterBreak="0">
    <w:nsid w:val="126013A4"/>
    <w:multiLevelType w:val="hybridMultilevel"/>
    <w:tmpl w:val="4086C4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39D1B70"/>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4982F13"/>
    <w:multiLevelType w:val="hybridMultilevel"/>
    <w:tmpl w:val="2D405592"/>
    <w:lvl w:ilvl="0" w:tplc="3D60E974">
      <w:start w:val="1"/>
      <w:numFmt w:val="lowerLetter"/>
      <w:lvlText w:val="%1)"/>
      <w:lvlJc w:val="left"/>
      <w:pPr>
        <w:tabs>
          <w:tab w:val="num" w:pos="1069"/>
        </w:tabs>
        <w:ind w:left="1069" w:hanging="360"/>
      </w:pPr>
      <w:rPr>
        <w:rFonts w:ascii="Times New Roman" w:eastAsia="Times New Roman" w:hAnsi="Times New Roman" w:cs="Times New Roman" w:hint="default"/>
        <w:color w:val="auto"/>
        <w:sz w:val="25"/>
        <w:szCs w:val="25"/>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6"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1743257F"/>
    <w:multiLevelType w:val="hybridMultilevel"/>
    <w:tmpl w:val="1E447266"/>
    <w:lvl w:ilvl="0" w:tplc="5494314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C44EA7"/>
    <w:multiLevelType w:val="hybridMultilevel"/>
    <w:tmpl w:val="B02E458E"/>
    <w:lvl w:ilvl="0" w:tplc="BD4A63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824713"/>
    <w:multiLevelType w:val="hybridMultilevel"/>
    <w:tmpl w:val="D124EBEA"/>
    <w:lvl w:ilvl="0" w:tplc="19702DAA">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0F63C68"/>
    <w:multiLevelType w:val="hybridMultilevel"/>
    <w:tmpl w:val="45427ED8"/>
    <w:lvl w:ilvl="0" w:tplc="BC84867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1173308"/>
    <w:multiLevelType w:val="hybridMultilevel"/>
    <w:tmpl w:val="4320AEE8"/>
    <w:lvl w:ilvl="0" w:tplc="04090001">
      <w:start w:val="1"/>
      <w:numFmt w:val="bullet"/>
      <w:lvlText w:val=""/>
      <w:lvlJc w:val="left"/>
      <w:pPr>
        <w:tabs>
          <w:tab w:val="num" w:pos="1440"/>
        </w:tabs>
        <w:ind w:left="1440" w:hanging="360"/>
      </w:pPr>
      <w:rPr>
        <w:rFonts w:ascii="Symbol" w:hAnsi="Symbol" w:hint="default"/>
      </w:rPr>
    </w:lvl>
    <w:lvl w:ilvl="1" w:tplc="6F0ED6C8">
      <w:start w:val="1"/>
      <w:numFmt w:val="lowerLetter"/>
      <w:lvlText w:val="%2)"/>
      <w:lvlJc w:val="left"/>
      <w:pPr>
        <w:tabs>
          <w:tab w:val="num" w:pos="360"/>
        </w:tabs>
        <w:ind w:left="360" w:hanging="360"/>
      </w:pPr>
      <w:rPr>
        <w:rFonts w:ascii="Times New Roman" w:eastAsia="Calibri" w:hAnsi="Times New Roman" w:cs="Times New Roman" w:hint="default"/>
        <w:b/>
        <w:strike w:val="0"/>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82301042">
      <w:start w:val="2"/>
      <w:numFmt w:val="decimal"/>
      <w:lvlText w:val="(%5)"/>
      <w:lvlJc w:val="left"/>
      <w:pPr>
        <w:ind w:left="360" w:hanging="360"/>
      </w:pPr>
      <w:rPr>
        <w:rFonts w:hint="default"/>
        <w:b/>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23553B0D"/>
    <w:multiLevelType w:val="hybridMultilevel"/>
    <w:tmpl w:val="E5628F2A"/>
    <w:lvl w:ilvl="0" w:tplc="B2889EF2">
      <w:start w:val="1"/>
      <w:numFmt w:val="decimal"/>
      <w:lvlText w:val="(%1)"/>
      <w:lvlJc w:val="left"/>
      <w:pPr>
        <w:ind w:left="1080" w:hanging="360"/>
      </w:pPr>
      <w:rPr>
        <w:rFonts w:hint="default"/>
        <w:b/>
        <w:color w:val="auto"/>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6" w15:restartNumberingAfterBreak="0">
    <w:nsid w:val="265A7B12"/>
    <w:multiLevelType w:val="multilevel"/>
    <w:tmpl w:val="DEAACFF8"/>
    <w:lvl w:ilvl="0">
      <w:start w:val="6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65A7FA6"/>
    <w:multiLevelType w:val="hybridMultilevel"/>
    <w:tmpl w:val="2FD09DFE"/>
    <w:lvl w:ilvl="0" w:tplc="A50EB6B8">
      <w:start w:val="1"/>
      <w:numFmt w:val="decimal"/>
      <w:lvlText w:val="(%1)"/>
      <w:lvlJc w:val="left"/>
      <w:pPr>
        <w:ind w:left="540" w:hanging="360"/>
      </w:pPr>
      <w:rPr>
        <w:rFonts w:hint="default"/>
        <w:b/>
      </w:rPr>
    </w:lvl>
    <w:lvl w:ilvl="1" w:tplc="FFFFFFFF">
      <w:numFmt w:val="bullet"/>
      <w:lvlText w:val="-"/>
      <w:lvlJc w:val="left"/>
      <w:pPr>
        <w:ind w:left="1260" w:hanging="360"/>
      </w:pPr>
      <w:rPr>
        <w:rFonts w:ascii="Garamond" w:eastAsia="Times New Roman" w:hAnsi="Garamond" w:hint="default"/>
        <w:b/>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8" w15:restartNumberingAfterBreak="0">
    <w:nsid w:val="26D61461"/>
    <w:multiLevelType w:val="multilevel"/>
    <w:tmpl w:val="7B7019B4"/>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49" w15:restartNumberingAfterBreak="0">
    <w:nsid w:val="287C52CA"/>
    <w:multiLevelType w:val="hybridMultilevel"/>
    <w:tmpl w:val="D41CADEA"/>
    <w:lvl w:ilvl="0" w:tplc="FFFFFFFF">
      <w:start w:val="1"/>
      <w:numFmt w:val="decimal"/>
      <w:lvlText w:val="%1."/>
      <w:lvlJc w:val="center"/>
      <w:pPr>
        <w:tabs>
          <w:tab w:val="num" w:pos="303"/>
        </w:tabs>
        <w:ind w:left="303" w:hanging="19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89A5896"/>
    <w:multiLevelType w:val="hybridMultilevel"/>
    <w:tmpl w:val="F46A0D36"/>
    <w:lvl w:ilvl="0" w:tplc="2586DE6E">
      <w:start w:val="1"/>
      <w:numFmt w:val="decimal"/>
      <w:lvlText w:val="(%1)"/>
      <w:lvlJc w:val="left"/>
      <w:pPr>
        <w:ind w:left="720" w:hanging="360"/>
      </w:pPr>
      <w:rPr>
        <w:rFonts w:cs="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296D76E2"/>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7D285F"/>
    <w:multiLevelType w:val="hybridMultilevel"/>
    <w:tmpl w:val="4C385324"/>
    <w:lvl w:ilvl="0" w:tplc="EAAC67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832506"/>
    <w:multiLevelType w:val="hybridMultilevel"/>
    <w:tmpl w:val="FB9C4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2BD840B8"/>
    <w:multiLevelType w:val="hybridMultilevel"/>
    <w:tmpl w:val="1D60351C"/>
    <w:lvl w:ilvl="0" w:tplc="E50ED128">
      <w:start w:val="1"/>
      <w:numFmt w:val="decimal"/>
      <w:lvlText w:val="%1."/>
      <w:lvlJc w:val="left"/>
      <w:pPr>
        <w:ind w:left="539" w:hanging="360"/>
      </w:pPr>
      <w:rPr>
        <w:rFonts w:hint="default"/>
        <w:b w:val="0"/>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55" w15:restartNumberingAfterBreak="0">
    <w:nsid w:val="2D387848"/>
    <w:multiLevelType w:val="hybridMultilevel"/>
    <w:tmpl w:val="D834ECF8"/>
    <w:lvl w:ilvl="0" w:tplc="6226DC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4C6077"/>
    <w:multiLevelType w:val="hybridMultilevel"/>
    <w:tmpl w:val="63BA4B3C"/>
    <w:lvl w:ilvl="0" w:tplc="A3825B4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25A5869"/>
    <w:multiLevelType w:val="hybridMultilevel"/>
    <w:tmpl w:val="DFF2EFD0"/>
    <w:lvl w:ilvl="0" w:tplc="8E329CA4">
      <w:start w:val="1"/>
      <w:numFmt w:val="lowerLetter"/>
      <w:lvlText w:val="%1)"/>
      <w:lvlJc w:val="left"/>
      <w:pPr>
        <w:ind w:left="450" w:hanging="450"/>
      </w:pPr>
      <w:rPr>
        <w:rFonts w:hint="default"/>
        <w:b/>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62"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F570A7"/>
    <w:multiLevelType w:val="hybridMultilevel"/>
    <w:tmpl w:val="1C32ECAE"/>
    <w:lvl w:ilvl="0" w:tplc="84288112">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5" w15:restartNumberingAfterBreak="0">
    <w:nsid w:val="359B407B"/>
    <w:multiLevelType w:val="hybridMultilevel"/>
    <w:tmpl w:val="CCBE1CF2"/>
    <w:lvl w:ilvl="0" w:tplc="5B96E7CA">
      <w:start w:val="1"/>
      <w:numFmt w:val="decimal"/>
      <w:lvlText w:val="(%1)"/>
      <w:lvlJc w:val="left"/>
      <w:pPr>
        <w:ind w:left="720" w:hanging="360"/>
      </w:pPr>
      <w:rPr>
        <w:rFonts w:hint="default"/>
        <w:b/>
      </w:rPr>
    </w:lvl>
    <w:lvl w:ilvl="1" w:tplc="E6D886B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3819579F"/>
    <w:multiLevelType w:val="hybridMultilevel"/>
    <w:tmpl w:val="87FEC462"/>
    <w:lvl w:ilvl="0" w:tplc="CE5C1F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B296356"/>
    <w:multiLevelType w:val="hybridMultilevel"/>
    <w:tmpl w:val="631CC430"/>
    <w:lvl w:ilvl="0" w:tplc="F60EFB7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7C4EEA"/>
    <w:multiLevelType w:val="hybridMultilevel"/>
    <w:tmpl w:val="7F40434C"/>
    <w:lvl w:ilvl="0" w:tplc="4768D1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FB07506"/>
    <w:multiLevelType w:val="hybridMultilevel"/>
    <w:tmpl w:val="291C8A9E"/>
    <w:lvl w:ilvl="0" w:tplc="5D2E3A22">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3FC24622"/>
    <w:multiLevelType w:val="hybridMultilevel"/>
    <w:tmpl w:val="A94A23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13B2AF8"/>
    <w:multiLevelType w:val="multilevel"/>
    <w:tmpl w:val="9648C612"/>
    <w:lvl w:ilvl="0">
      <w:start w:val="100"/>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1441CFD"/>
    <w:multiLevelType w:val="hybridMultilevel"/>
    <w:tmpl w:val="3E0EF81C"/>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812B4E"/>
    <w:multiLevelType w:val="hybridMultilevel"/>
    <w:tmpl w:val="56A08ECC"/>
    <w:lvl w:ilvl="0" w:tplc="AD005EF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1B17276"/>
    <w:multiLevelType w:val="multilevel"/>
    <w:tmpl w:val="3B34BA8A"/>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77"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78"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9"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0" w15:restartNumberingAfterBreak="0">
    <w:nsid w:val="4C841649"/>
    <w:multiLevelType w:val="hybridMultilevel"/>
    <w:tmpl w:val="51C8CD5C"/>
    <w:lvl w:ilvl="0" w:tplc="43F2F620">
      <w:start w:val="1"/>
      <w:numFmt w:val="decimal"/>
      <w:lvlText w:val="(%1)"/>
      <w:lvlJc w:val="left"/>
      <w:pPr>
        <w:ind w:left="720" w:hanging="360"/>
      </w:pPr>
      <w:rPr>
        <w:rFonts w:hint="default"/>
        <w:b w:val="0"/>
      </w:rPr>
    </w:lvl>
    <w:lvl w:ilvl="1" w:tplc="0409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4F2458DF"/>
    <w:multiLevelType w:val="hybridMultilevel"/>
    <w:tmpl w:val="A304829C"/>
    <w:lvl w:ilvl="0" w:tplc="2DEAD4E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2"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50B869F6"/>
    <w:multiLevelType w:val="hybridMultilevel"/>
    <w:tmpl w:val="DD127B04"/>
    <w:lvl w:ilvl="0" w:tplc="D62E198E">
      <w:start w:val="1"/>
      <w:numFmt w:val="decimal"/>
      <w:lvlText w:val="(%1)"/>
      <w:lvlJc w:val="left"/>
      <w:pPr>
        <w:ind w:left="720" w:hanging="360"/>
      </w:pPr>
      <w:rPr>
        <w:rFonts w:cs="Times New Roman"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1184FE5"/>
    <w:multiLevelType w:val="multilevel"/>
    <w:tmpl w:val="0409001D"/>
    <w:lvl w:ilvl="0">
      <w:start w:val="1"/>
      <w:numFmt w:val="decimal"/>
      <w:lvlText w:val="%1)"/>
      <w:lvlJc w:val="left"/>
      <w:pPr>
        <w:ind w:left="360" w:hanging="360"/>
      </w:pPr>
      <w:rPr>
        <w:rFonts w:hint="default"/>
        <w:b/>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516D1AA0"/>
    <w:multiLevelType w:val="hybridMultilevel"/>
    <w:tmpl w:val="FFA2B3CC"/>
    <w:lvl w:ilvl="0" w:tplc="9F725C0E">
      <w:start w:val="1"/>
      <w:numFmt w:val="decimal"/>
      <w:lvlText w:val="(%1)"/>
      <w:lvlJc w:val="left"/>
      <w:pPr>
        <w:ind w:left="990" w:hanging="360"/>
      </w:pPr>
      <w:rPr>
        <w:rFonts w:hint="default"/>
        <w:b/>
        <w:strike w:val="0"/>
        <w:color w:val="auto"/>
      </w:rPr>
    </w:lvl>
    <w:lvl w:ilvl="1" w:tplc="0546CA76">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5204302F"/>
    <w:multiLevelType w:val="hybridMultilevel"/>
    <w:tmpl w:val="72943000"/>
    <w:lvl w:ilvl="0" w:tplc="C4DA70E2">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4E11059"/>
    <w:multiLevelType w:val="multilevel"/>
    <w:tmpl w:val="46800BE8"/>
    <w:lvl w:ilvl="0">
      <w:start w:val="4"/>
      <w:numFmt w:val="decimal"/>
      <w:lvlText w:val="Art.%1."/>
      <w:lvlJc w:val="left"/>
      <w:pPr>
        <w:tabs>
          <w:tab w:val="num" w:pos="1712"/>
        </w:tabs>
        <w:ind w:left="11"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90" w15:restartNumberingAfterBreak="0">
    <w:nsid w:val="58E92F5B"/>
    <w:multiLevelType w:val="multilevel"/>
    <w:tmpl w:val="90E6499E"/>
    <w:lvl w:ilvl="0">
      <w:start w:val="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ADE45E0"/>
    <w:multiLevelType w:val="hybridMultilevel"/>
    <w:tmpl w:val="DDD24FD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92" w15:restartNumberingAfterBreak="0">
    <w:nsid w:val="5C492A08"/>
    <w:multiLevelType w:val="hybridMultilevel"/>
    <w:tmpl w:val="E2D2231C"/>
    <w:lvl w:ilvl="0" w:tplc="82C42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E5F24ED"/>
    <w:multiLevelType w:val="multilevel"/>
    <w:tmpl w:val="8A3E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F884142"/>
    <w:multiLevelType w:val="hybridMultilevel"/>
    <w:tmpl w:val="4A202514"/>
    <w:lvl w:ilvl="0" w:tplc="CEB48C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FB32760"/>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0224617"/>
    <w:multiLevelType w:val="hybridMultilevel"/>
    <w:tmpl w:val="55E0CDF2"/>
    <w:lvl w:ilvl="0" w:tplc="40D0BD9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7F3BCA"/>
    <w:multiLevelType w:val="multilevel"/>
    <w:tmpl w:val="0A86F19E"/>
    <w:lvl w:ilvl="0">
      <w:start w:val="282"/>
      <w:numFmt w:val="decimal"/>
      <w:lvlText w:val="Art. %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40136E1"/>
    <w:multiLevelType w:val="hybridMultilevel"/>
    <w:tmpl w:val="9E42CDFC"/>
    <w:lvl w:ilvl="0" w:tplc="99889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5E12B66"/>
    <w:multiLevelType w:val="hybridMultilevel"/>
    <w:tmpl w:val="8A463130"/>
    <w:lvl w:ilvl="0" w:tplc="65469F2C">
      <w:start w:val="1"/>
      <w:numFmt w:val="lowerLetter"/>
      <w:lvlText w:val="%1)"/>
      <w:lvlJc w:val="left"/>
      <w:pPr>
        <w:tabs>
          <w:tab w:val="num" w:pos="360"/>
        </w:tabs>
        <w:ind w:left="360" w:hanging="360"/>
      </w:pPr>
      <w:rPr>
        <w:rFonts w:ascii="Times New Roman" w:eastAsia="Calibri" w:hAnsi="Times New Roman" w:cs="Times New Roman" w:hint="default"/>
        <w:b/>
        <w:color w:val="auto"/>
      </w:rPr>
    </w:lvl>
    <w:lvl w:ilvl="1" w:tplc="0409001B">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15:restartNumberingAfterBreak="0">
    <w:nsid w:val="66B14E9E"/>
    <w:multiLevelType w:val="hybridMultilevel"/>
    <w:tmpl w:val="AAF62680"/>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15:restartNumberingAfterBreak="0">
    <w:nsid w:val="6AB6046D"/>
    <w:multiLevelType w:val="multilevel"/>
    <w:tmpl w:val="FC028226"/>
    <w:lvl w:ilvl="0">
      <w:start w:val="8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E527E9F"/>
    <w:multiLevelType w:val="multilevel"/>
    <w:tmpl w:val="C65407CE"/>
    <w:lvl w:ilvl="0">
      <w:start w:val="96"/>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FD81077"/>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07" w15:restartNumberingAfterBreak="0">
    <w:nsid w:val="700FF95B"/>
    <w:multiLevelType w:val="hybridMultilevel"/>
    <w:tmpl w:val="A8934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708D2C4C"/>
    <w:multiLevelType w:val="hybridMultilevel"/>
    <w:tmpl w:val="16004602"/>
    <w:lvl w:ilvl="0" w:tplc="41B41464">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E663A5"/>
    <w:multiLevelType w:val="multilevel"/>
    <w:tmpl w:val="AA0862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1" w15:restartNumberingAfterBreak="0">
    <w:nsid w:val="730B32B3"/>
    <w:multiLevelType w:val="hybridMultilevel"/>
    <w:tmpl w:val="0DE0A6C6"/>
    <w:lvl w:ilvl="0" w:tplc="651C4684">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733D4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619006F"/>
    <w:multiLevelType w:val="hybridMultilevel"/>
    <w:tmpl w:val="4306AD9A"/>
    <w:lvl w:ilvl="0" w:tplc="99F868D8">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15" w15:restartNumberingAfterBreak="0">
    <w:nsid w:val="77FA619B"/>
    <w:multiLevelType w:val="hybridMultilevel"/>
    <w:tmpl w:val="318697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6D2AC8"/>
    <w:multiLevelType w:val="hybridMultilevel"/>
    <w:tmpl w:val="F99EAA1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8" w15:restartNumberingAfterBreak="0">
    <w:nsid w:val="7A001D5E"/>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9" w15:restartNumberingAfterBreak="0">
    <w:nsid w:val="7B246AFE"/>
    <w:multiLevelType w:val="hybridMultilevel"/>
    <w:tmpl w:val="B7F4B5A0"/>
    <w:lvl w:ilvl="0" w:tplc="1372802E">
      <w:start w:val="1"/>
      <w:numFmt w:val="decimal"/>
      <w:lvlText w:val="ARTICOLUL %1 "/>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7C866FE4"/>
    <w:multiLevelType w:val="multilevel"/>
    <w:tmpl w:val="F140E2A4"/>
    <w:lvl w:ilvl="0">
      <w:numFmt w:val="bullet"/>
      <w:lvlText w:val="-"/>
      <w:lvlJc w:val="left"/>
      <w:rPr>
        <w:rFonts w:ascii="Arial" w:eastAsia="Times New Roman" w:hAnsi="Arial" w:cs="Arial" w:hint="default"/>
        <w:b/>
        <w:bCs/>
        <w:i w:val="0"/>
        <w:iCs w:val="0"/>
        <w:smallCaps w:val="0"/>
        <w:strike w:val="0"/>
        <w:color w:val="000000"/>
        <w:spacing w:val="0"/>
        <w:w w:val="100"/>
        <w:position w:val="0"/>
        <w:sz w:val="28"/>
        <w:szCs w:val="28"/>
        <w:u w:val="none"/>
      </w:rPr>
    </w:lvl>
    <w:lvl w:ilvl="1">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21" w15:restartNumberingAfterBreak="0">
    <w:nsid w:val="7C871A3C"/>
    <w:multiLevelType w:val="hybridMultilevel"/>
    <w:tmpl w:val="055C12CA"/>
    <w:lvl w:ilvl="0" w:tplc="693446FE">
      <w:start w:val="1"/>
      <w:numFmt w:val="decimal"/>
      <w:lvlText w:val="Formularul %1."/>
      <w:lvlJc w:val="right"/>
      <w:pPr>
        <w:ind w:left="936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2" w15:restartNumberingAfterBreak="0">
    <w:nsid w:val="7CF338DE"/>
    <w:multiLevelType w:val="hybridMultilevel"/>
    <w:tmpl w:val="F948DBB0"/>
    <w:lvl w:ilvl="0" w:tplc="AD46C8C6">
      <w:start w:val="1"/>
      <w:numFmt w:val="decimal"/>
      <w:lvlText w:val="(%1)"/>
      <w:lvlJc w:val="left"/>
      <w:pPr>
        <w:ind w:left="360" w:hanging="360"/>
      </w:pPr>
      <w:rPr>
        <w:rFonts w:ascii="Times New Roman" w:hAnsi="Times New Roman" w:cs="Times New Roman" w:hint="default"/>
        <w:b/>
        <w:bCs/>
        <w:sz w:val="25"/>
        <w:szCs w:val="25"/>
      </w:rPr>
    </w:lvl>
    <w:lvl w:ilvl="1" w:tplc="A27C0FEC">
      <w:start w:val="1"/>
      <w:numFmt w:val="lowerLetter"/>
      <w:lvlText w:val="%2."/>
      <w:lvlJc w:val="left"/>
      <w:pPr>
        <w:ind w:left="1080" w:hanging="360"/>
      </w:pPr>
      <w:rPr>
        <w:b/>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3"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4" w15:restartNumberingAfterBreak="0">
    <w:nsid w:val="7F413715"/>
    <w:multiLevelType w:val="multilevel"/>
    <w:tmpl w:val="C01474A0"/>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24"/>
        <w:szCs w:val="24"/>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2105228937">
    <w:abstractNumId w:val="8"/>
  </w:num>
  <w:num w:numId="2" w16cid:durableId="829492205">
    <w:abstractNumId w:val="6"/>
  </w:num>
  <w:num w:numId="3" w16cid:durableId="2126728390">
    <w:abstractNumId w:val="5"/>
  </w:num>
  <w:num w:numId="4" w16cid:durableId="5329183">
    <w:abstractNumId w:val="7"/>
  </w:num>
  <w:num w:numId="5" w16cid:durableId="731272578">
    <w:abstractNumId w:val="4"/>
  </w:num>
  <w:num w:numId="6" w16cid:durableId="444544327">
    <w:abstractNumId w:val="3"/>
  </w:num>
  <w:num w:numId="7" w16cid:durableId="160967250">
    <w:abstractNumId w:val="90"/>
  </w:num>
  <w:num w:numId="8" w16cid:durableId="1596012391">
    <w:abstractNumId w:val="112"/>
  </w:num>
  <w:num w:numId="9" w16cid:durableId="514810200">
    <w:abstractNumId w:val="36"/>
  </w:num>
  <w:num w:numId="10" w16cid:durableId="350229570">
    <w:abstractNumId w:val="35"/>
  </w:num>
  <w:num w:numId="11" w16cid:durableId="823282826">
    <w:abstractNumId w:val="46"/>
  </w:num>
  <w:num w:numId="12" w16cid:durableId="450781802">
    <w:abstractNumId w:val="104"/>
  </w:num>
  <w:num w:numId="13" w16cid:durableId="1266763644">
    <w:abstractNumId w:val="29"/>
  </w:num>
  <w:num w:numId="14" w16cid:durableId="430047542">
    <w:abstractNumId w:val="105"/>
  </w:num>
  <w:num w:numId="15" w16cid:durableId="223104394">
    <w:abstractNumId w:val="73"/>
  </w:num>
  <w:num w:numId="16" w16cid:durableId="1352339097">
    <w:abstractNumId w:val="98"/>
  </w:num>
  <w:num w:numId="17" w16cid:durableId="1474982184">
    <w:abstractNumId w:val="68"/>
  </w:num>
  <w:num w:numId="18" w16cid:durableId="1994485418">
    <w:abstractNumId w:val="124"/>
  </w:num>
  <w:num w:numId="19" w16cid:durableId="291792374">
    <w:abstractNumId w:val="114"/>
  </w:num>
  <w:num w:numId="20" w16cid:durableId="422915543">
    <w:abstractNumId w:val="49"/>
  </w:num>
  <w:num w:numId="21" w16cid:durableId="1255438099">
    <w:abstractNumId w:val="19"/>
  </w:num>
  <w:num w:numId="22" w16cid:durableId="444810366">
    <w:abstractNumId w:val="39"/>
  </w:num>
  <w:num w:numId="23" w16cid:durableId="1805930080">
    <w:abstractNumId w:val="88"/>
  </w:num>
  <w:num w:numId="24" w16cid:durableId="1809937832">
    <w:abstractNumId w:val="76"/>
  </w:num>
  <w:num w:numId="25" w16cid:durableId="1119102996">
    <w:abstractNumId w:val="48"/>
  </w:num>
  <w:num w:numId="26" w16cid:durableId="360906757">
    <w:abstractNumId w:val="59"/>
  </w:num>
  <w:num w:numId="27" w16cid:durableId="2142114408">
    <w:abstractNumId w:val="83"/>
  </w:num>
  <w:num w:numId="28" w16cid:durableId="1928802962">
    <w:abstractNumId w:val="55"/>
  </w:num>
  <w:num w:numId="29" w16cid:durableId="1164396708">
    <w:abstractNumId w:val="85"/>
  </w:num>
  <w:num w:numId="30" w16cid:durableId="1145899968">
    <w:abstractNumId w:val="58"/>
  </w:num>
  <w:num w:numId="31" w16cid:durableId="1530725750">
    <w:abstractNumId w:val="38"/>
  </w:num>
  <w:num w:numId="32" w16cid:durableId="107741485">
    <w:abstractNumId w:val="110"/>
  </w:num>
  <w:num w:numId="33" w16cid:durableId="4379932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9448855">
    <w:abstractNumId w:val="23"/>
  </w:num>
  <w:num w:numId="35" w16cid:durableId="497888677">
    <w:abstractNumId w:val="33"/>
  </w:num>
  <w:num w:numId="36" w16cid:durableId="735979797">
    <w:abstractNumId w:val="70"/>
  </w:num>
  <w:num w:numId="37" w16cid:durableId="406538457">
    <w:abstractNumId w:val="42"/>
  </w:num>
  <w:num w:numId="38" w16cid:durableId="1877544581">
    <w:abstractNumId w:val="102"/>
  </w:num>
  <w:num w:numId="39" w16cid:durableId="361592411">
    <w:abstractNumId w:val="56"/>
  </w:num>
  <w:num w:numId="40" w16cid:durableId="996344724">
    <w:abstractNumId w:val="25"/>
  </w:num>
  <w:num w:numId="41" w16cid:durableId="1863395507">
    <w:abstractNumId w:val="106"/>
  </w:num>
  <w:num w:numId="42" w16cid:durableId="2031176378">
    <w:abstractNumId w:val="89"/>
  </w:num>
  <w:num w:numId="43" w16cid:durableId="1757743730">
    <w:abstractNumId w:val="94"/>
  </w:num>
  <w:num w:numId="44" w16cid:durableId="412240930">
    <w:abstractNumId w:val="79"/>
  </w:num>
  <w:num w:numId="45" w16cid:durableId="1291863192">
    <w:abstractNumId w:val="123"/>
  </w:num>
  <w:num w:numId="46" w16cid:durableId="1425030123">
    <w:abstractNumId w:val="26"/>
  </w:num>
  <w:num w:numId="47" w16cid:durableId="575626457">
    <w:abstractNumId w:val="93"/>
  </w:num>
  <w:num w:numId="48" w16cid:durableId="1937709226">
    <w:abstractNumId w:val="103"/>
  </w:num>
  <w:num w:numId="49" w16cid:durableId="1176728067">
    <w:abstractNumId w:val="82"/>
  </w:num>
  <w:num w:numId="50" w16cid:durableId="1623994028">
    <w:abstractNumId w:val="44"/>
  </w:num>
  <w:num w:numId="51" w16cid:durableId="2017069224">
    <w:abstractNumId w:val="28"/>
  </w:num>
  <w:num w:numId="52" w16cid:durableId="175926161">
    <w:abstractNumId w:val="71"/>
  </w:num>
  <w:num w:numId="53" w16cid:durableId="1313562781">
    <w:abstractNumId w:val="75"/>
  </w:num>
  <w:num w:numId="54" w16cid:durableId="2113624682">
    <w:abstractNumId w:val="62"/>
  </w:num>
  <w:num w:numId="55" w16cid:durableId="1596941474">
    <w:abstractNumId w:val="61"/>
  </w:num>
  <w:num w:numId="56" w16cid:durableId="34814147">
    <w:abstractNumId w:val="52"/>
  </w:num>
  <w:num w:numId="57" w16cid:durableId="1813055081">
    <w:abstractNumId w:val="67"/>
  </w:num>
  <w:num w:numId="58" w16cid:durableId="3868929">
    <w:abstractNumId w:val="17"/>
  </w:num>
  <w:num w:numId="59" w16cid:durableId="1290353508">
    <w:abstractNumId w:val="57"/>
  </w:num>
  <w:num w:numId="60" w16cid:durableId="2062292054">
    <w:abstractNumId w:val="81"/>
  </w:num>
  <w:num w:numId="61" w16cid:durableId="76753137">
    <w:abstractNumId w:val="37"/>
  </w:num>
  <w:num w:numId="62" w16cid:durableId="1392928479">
    <w:abstractNumId w:val="78"/>
  </w:num>
  <w:num w:numId="63" w16cid:durableId="1298535659">
    <w:abstractNumId w:val="100"/>
  </w:num>
  <w:num w:numId="64" w16cid:durableId="848133150">
    <w:abstractNumId w:val="77"/>
  </w:num>
  <w:num w:numId="65" w16cid:durableId="1725443904">
    <w:abstractNumId w:val="74"/>
  </w:num>
  <w:num w:numId="66" w16cid:durableId="1292319383">
    <w:abstractNumId w:val="117"/>
  </w:num>
  <w:num w:numId="67" w16cid:durableId="1592157493">
    <w:abstractNumId w:val="20"/>
  </w:num>
  <w:num w:numId="68" w16cid:durableId="1876886052">
    <w:abstractNumId w:val="63"/>
  </w:num>
  <w:num w:numId="69" w16cid:durableId="1770852192">
    <w:abstractNumId w:val="34"/>
  </w:num>
  <w:num w:numId="70" w16cid:durableId="1892031425">
    <w:abstractNumId w:val="43"/>
  </w:num>
  <w:num w:numId="71" w16cid:durableId="1945531255">
    <w:abstractNumId w:val="54"/>
  </w:num>
  <w:num w:numId="72" w16cid:durableId="1685936199">
    <w:abstractNumId w:val="116"/>
  </w:num>
  <w:num w:numId="73" w16cid:durableId="1929541474">
    <w:abstractNumId w:val="108"/>
  </w:num>
  <w:num w:numId="74" w16cid:durableId="965965456">
    <w:abstractNumId w:val="40"/>
  </w:num>
  <w:num w:numId="75" w16cid:durableId="1601839686">
    <w:abstractNumId w:val="31"/>
  </w:num>
  <w:num w:numId="76" w16cid:durableId="1123382393">
    <w:abstractNumId w:val="119"/>
  </w:num>
  <w:num w:numId="77" w16cid:durableId="1533609883">
    <w:abstractNumId w:val="122"/>
  </w:num>
  <w:num w:numId="78" w16cid:durableId="971205454">
    <w:abstractNumId w:val="45"/>
  </w:num>
  <w:num w:numId="79" w16cid:durableId="1571160952">
    <w:abstractNumId w:val="86"/>
  </w:num>
  <w:num w:numId="80" w16cid:durableId="1085152244">
    <w:abstractNumId w:val="9"/>
  </w:num>
  <w:num w:numId="81" w16cid:durableId="1719741560">
    <w:abstractNumId w:val="120"/>
  </w:num>
  <w:num w:numId="82" w16cid:durableId="1541355602">
    <w:abstractNumId w:val="97"/>
  </w:num>
  <w:num w:numId="83" w16cid:durableId="1661230951">
    <w:abstractNumId w:val="18"/>
  </w:num>
  <w:num w:numId="84" w16cid:durableId="1168910975">
    <w:abstractNumId w:val="21"/>
  </w:num>
  <w:num w:numId="85" w16cid:durableId="1727140016">
    <w:abstractNumId w:val="91"/>
  </w:num>
  <w:num w:numId="86" w16cid:durableId="2070416782">
    <w:abstractNumId w:val="101"/>
  </w:num>
  <w:num w:numId="87" w16cid:durableId="2124569207">
    <w:abstractNumId w:val="113"/>
  </w:num>
  <w:num w:numId="88" w16cid:durableId="524442207">
    <w:abstractNumId w:val="65"/>
  </w:num>
  <w:num w:numId="89" w16cid:durableId="558397036">
    <w:abstractNumId w:val="41"/>
  </w:num>
  <w:num w:numId="90" w16cid:durableId="1718898518">
    <w:abstractNumId w:val="11"/>
  </w:num>
  <w:num w:numId="91" w16cid:durableId="1583904466">
    <w:abstractNumId w:val="12"/>
  </w:num>
  <w:num w:numId="92" w16cid:durableId="2019770198">
    <w:abstractNumId w:val="13"/>
  </w:num>
  <w:num w:numId="93" w16cid:durableId="38550450">
    <w:abstractNumId w:val="14"/>
  </w:num>
  <w:num w:numId="94" w16cid:durableId="1084374868">
    <w:abstractNumId w:val="50"/>
  </w:num>
  <w:num w:numId="95" w16cid:durableId="114062049">
    <w:abstractNumId w:val="84"/>
  </w:num>
  <w:num w:numId="96" w16cid:durableId="97720607">
    <w:abstractNumId w:val="99"/>
  </w:num>
  <w:num w:numId="97" w16cid:durableId="1672949607">
    <w:abstractNumId w:val="66"/>
  </w:num>
  <w:num w:numId="98" w16cid:durableId="1052583157">
    <w:abstractNumId w:val="92"/>
  </w:num>
  <w:num w:numId="99" w16cid:durableId="519469346">
    <w:abstractNumId w:val="30"/>
  </w:num>
  <w:num w:numId="100" w16cid:durableId="533810925">
    <w:abstractNumId w:val="109"/>
    <w:lvlOverride w:ilvl="0">
      <w:lvl w:ilvl="0">
        <w:start w:val="1"/>
        <w:numFmt w:val="lowerLetter"/>
        <w:lvlText w:val="%1)"/>
        <w:lvlJc w:val="left"/>
        <w:pPr>
          <w:ind w:left="3780" w:hanging="360"/>
        </w:pPr>
        <w:rPr>
          <w:b/>
        </w:r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101" w16cid:durableId="219826733">
    <w:abstractNumId w:val="111"/>
  </w:num>
  <w:num w:numId="102" w16cid:durableId="1984387493">
    <w:abstractNumId w:val="72"/>
  </w:num>
  <w:num w:numId="103" w16cid:durableId="686760057">
    <w:abstractNumId w:val="80"/>
  </w:num>
  <w:num w:numId="104" w16cid:durableId="1982492639">
    <w:abstractNumId w:val="60"/>
  </w:num>
  <w:num w:numId="105" w16cid:durableId="358163576">
    <w:abstractNumId w:val="87"/>
  </w:num>
  <w:num w:numId="106" w16cid:durableId="1884828783">
    <w:abstractNumId w:val="69"/>
  </w:num>
  <w:num w:numId="107" w16cid:durableId="2117433400">
    <w:abstractNumId w:val="64"/>
  </w:num>
  <w:num w:numId="108" w16cid:durableId="1809282458">
    <w:abstractNumId w:val="27"/>
  </w:num>
  <w:num w:numId="109" w16cid:durableId="1174033701">
    <w:abstractNumId w:val="16"/>
  </w:num>
  <w:num w:numId="110" w16cid:durableId="1841769912">
    <w:abstractNumId w:val="95"/>
  </w:num>
  <w:num w:numId="111" w16cid:durableId="499127435">
    <w:abstractNumId w:val="47"/>
  </w:num>
  <w:num w:numId="112" w16cid:durableId="548811004">
    <w:abstractNumId w:val="15"/>
  </w:num>
  <w:num w:numId="113" w16cid:durableId="2136558274">
    <w:abstractNumId w:val="10"/>
  </w:num>
  <w:num w:numId="114" w16cid:durableId="1989045137">
    <w:abstractNumId w:val="32"/>
  </w:num>
  <w:num w:numId="115" w16cid:durableId="789979569">
    <w:abstractNumId w:val="53"/>
  </w:num>
  <w:num w:numId="116" w16cid:durableId="1130634620">
    <w:abstractNumId w:val="121"/>
  </w:num>
  <w:num w:numId="117" w16cid:durableId="2015329765">
    <w:abstractNumId w:val="107"/>
  </w:num>
  <w:num w:numId="118" w16cid:durableId="1063990992">
    <w:abstractNumId w:val="115"/>
  </w:num>
  <w:num w:numId="119" w16cid:durableId="392386229">
    <w:abstractNumId w:val="24"/>
  </w:num>
  <w:num w:numId="120" w16cid:durableId="292715019">
    <w:abstractNumId w:val="1"/>
  </w:num>
  <w:num w:numId="121" w16cid:durableId="1009022256">
    <w:abstractNumId w:val="2"/>
  </w:num>
  <w:num w:numId="122" w16cid:durableId="1865704819">
    <w:abstractNumId w:val="0"/>
  </w:num>
  <w:num w:numId="123" w16cid:durableId="1419056853">
    <w:abstractNumId w:val="118"/>
  </w:num>
  <w:num w:numId="124" w16cid:durableId="1209491606">
    <w:abstractNumId w:val="96"/>
  </w:num>
  <w:num w:numId="125" w16cid:durableId="3541579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6889608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65856081">
    <w:abstractNumId w:val="51"/>
  </w:num>
  <w:num w:numId="128" w16cid:durableId="944846337">
    <w:abstractNumId w:val="2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cea Popescu">
    <w15:presenceInfo w15:providerId="Windows Live" w15:userId="8dd47200ae468f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2AC"/>
    <w:rsid w:val="00004CB4"/>
    <w:rsid w:val="000121B2"/>
    <w:rsid w:val="0002148B"/>
    <w:rsid w:val="000324A3"/>
    <w:rsid w:val="00034616"/>
    <w:rsid w:val="000346A5"/>
    <w:rsid w:val="00037316"/>
    <w:rsid w:val="00057090"/>
    <w:rsid w:val="0006063C"/>
    <w:rsid w:val="00060B95"/>
    <w:rsid w:val="000624A5"/>
    <w:rsid w:val="00063947"/>
    <w:rsid w:val="00064F95"/>
    <w:rsid w:val="000704BC"/>
    <w:rsid w:val="00077D39"/>
    <w:rsid w:val="00095F15"/>
    <w:rsid w:val="000A5C45"/>
    <w:rsid w:val="000A6ECE"/>
    <w:rsid w:val="000B35A5"/>
    <w:rsid w:val="000E2488"/>
    <w:rsid w:val="000F2E0B"/>
    <w:rsid w:val="000F5CB1"/>
    <w:rsid w:val="0010337C"/>
    <w:rsid w:val="00107E00"/>
    <w:rsid w:val="00117041"/>
    <w:rsid w:val="00136D89"/>
    <w:rsid w:val="00140B62"/>
    <w:rsid w:val="0015074B"/>
    <w:rsid w:val="0016625D"/>
    <w:rsid w:val="001702D2"/>
    <w:rsid w:val="00171FFF"/>
    <w:rsid w:val="0017301E"/>
    <w:rsid w:val="0017399A"/>
    <w:rsid w:val="00180A1B"/>
    <w:rsid w:val="001867C4"/>
    <w:rsid w:val="001910A0"/>
    <w:rsid w:val="001B343A"/>
    <w:rsid w:val="001C0A66"/>
    <w:rsid w:val="001F2E7E"/>
    <w:rsid w:val="00207287"/>
    <w:rsid w:val="002079A2"/>
    <w:rsid w:val="002126E3"/>
    <w:rsid w:val="00223AC3"/>
    <w:rsid w:val="00225549"/>
    <w:rsid w:val="002316DB"/>
    <w:rsid w:val="00232349"/>
    <w:rsid w:val="002347DA"/>
    <w:rsid w:val="002424F3"/>
    <w:rsid w:val="002531C7"/>
    <w:rsid w:val="0026561C"/>
    <w:rsid w:val="0028644A"/>
    <w:rsid w:val="00290A18"/>
    <w:rsid w:val="00290ACA"/>
    <w:rsid w:val="00292CE2"/>
    <w:rsid w:val="0029639D"/>
    <w:rsid w:val="00296F3D"/>
    <w:rsid w:val="002A290A"/>
    <w:rsid w:val="002A3BAA"/>
    <w:rsid w:val="002A61A3"/>
    <w:rsid w:val="002B2454"/>
    <w:rsid w:val="002B252A"/>
    <w:rsid w:val="002C1A39"/>
    <w:rsid w:val="002C2400"/>
    <w:rsid w:val="002C4130"/>
    <w:rsid w:val="002D44B6"/>
    <w:rsid w:val="002D711F"/>
    <w:rsid w:val="002E1530"/>
    <w:rsid w:val="00301123"/>
    <w:rsid w:val="00301FA4"/>
    <w:rsid w:val="00326F0B"/>
    <w:rsid w:val="00326F90"/>
    <w:rsid w:val="003275E3"/>
    <w:rsid w:val="003300FE"/>
    <w:rsid w:val="00331E88"/>
    <w:rsid w:val="0033582C"/>
    <w:rsid w:val="00340BD8"/>
    <w:rsid w:val="00342FE3"/>
    <w:rsid w:val="0035769E"/>
    <w:rsid w:val="003757FC"/>
    <w:rsid w:val="0039235D"/>
    <w:rsid w:val="003B20E3"/>
    <w:rsid w:val="003B34B4"/>
    <w:rsid w:val="003C13D5"/>
    <w:rsid w:val="003D363A"/>
    <w:rsid w:val="003E0C32"/>
    <w:rsid w:val="003E3391"/>
    <w:rsid w:val="003F19D4"/>
    <w:rsid w:val="003F4716"/>
    <w:rsid w:val="003F70A6"/>
    <w:rsid w:val="00400EC7"/>
    <w:rsid w:val="004105F2"/>
    <w:rsid w:val="0041323C"/>
    <w:rsid w:val="00413464"/>
    <w:rsid w:val="004140E5"/>
    <w:rsid w:val="0042037C"/>
    <w:rsid w:val="00434652"/>
    <w:rsid w:val="00445E00"/>
    <w:rsid w:val="004563D1"/>
    <w:rsid w:val="00466FB5"/>
    <w:rsid w:val="00481D7A"/>
    <w:rsid w:val="004833A7"/>
    <w:rsid w:val="004A3BE9"/>
    <w:rsid w:val="004A4584"/>
    <w:rsid w:val="004B19DA"/>
    <w:rsid w:val="004B5D52"/>
    <w:rsid w:val="004C2FE1"/>
    <w:rsid w:val="004E7533"/>
    <w:rsid w:val="0050241B"/>
    <w:rsid w:val="00504A42"/>
    <w:rsid w:val="00505180"/>
    <w:rsid w:val="0051394C"/>
    <w:rsid w:val="00526779"/>
    <w:rsid w:val="00526E53"/>
    <w:rsid w:val="00527A10"/>
    <w:rsid w:val="00531A47"/>
    <w:rsid w:val="00532D62"/>
    <w:rsid w:val="0053764E"/>
    <w:rsid w:val="005460B1"/>
    <w:rsid w:val="00553881"/>
    <w:rsid w:val="005577C7"/>
    <w:rsid w:val="00560FD5"/>
    <w:rsid w:val="00574F2F"/>
    <w:rsid w:val="00585DF6"/>
    <w:rsid w:val="00592F63"/>
    <w:rsid w:val="005A0F1D"/>
    <w:rsid w:val="005A29A0"/>
    <w:rsid w:val="005B13C1"/>
    <w:rsid w:val="005B43F4"/>
    <w:rsid w:val="005C5F52"/>
    <w:rsid w:val="005C7B29"/>
    <w:rsid w:val="005D2B8A"/>
    <w:rsid w:val="005D45C6"/>
    <w:rsid w:val="005D4810"/>
    <w:rsid w:val="005D6302"/>
    <w:rsid w:val="005F0CC3"/>
    <w:rsid w:val="005F0EDC"/>
    <w:rsid w:val="005F53B1"/>
    <w:rsid w:val="00603021"/>
    <w:rsid w:val="00606389"/>
    <w:rsid w:val="006165C0"/>
    <w:rsid w:val="0062294D"/>
    <w:rsid w:val="00623360"/>
    <w:rsid w:val="006234DE"/>
    <w:rsid w:val="00624AAB"/>
    <w:rsid w:val="0063580F"/>
    <w:rsid w:val="00635D11"/>
    <w:rsid w:val="00636AEE"/>
    <w:rsid w:val="00645138"/>
    <w:rsid w:val="00655C02"/>
    <w:rsid w:val="0065768C"/>
    <w:rsid w:val="00660C43"/>
    <w:rsid w:val="00661BEB"/>
    <w:rsid w:val="00662A34"/>
    <w:rsid w:val="00665CE2"/>
    <w:rsid w:val="006703D0"/>
    <w:rsid w:val="00674298"/>
    <w:rsid w:val="00697D42"/>
    <w:rsid w:val="006A22C5"/>
    <w:rsid w:val="006A745D"/>
    <w:rsid w:val="006E5D46"/>
    <w:rsid w:val="00711A81"/>
    <w:rsid w:val="007211A9"/>
    <w:rsid w:val="00721D21"/>
    <w:rsid w:val="00722A9A"/>
    <w:rsid w:val="00726250"/>
    <w:rsid w:val="007269F1"/>
    <w:rsid w:val="007368C6"/>
    <w:rsid w:val="007456C0"/>
    <w:rsid w:val="007520F4"/>
    <w:rsid w:val="00753D6C"/>
    <w:rsid w:val="00755072"/>
    <w:rsid w:val="00757037"/>
    <w:rsid w:val="0075767A"/>
    <w:rsid w:val="00767047"/>
    <w:rsid w:val="007719E6"/>
    <w:rsid w:val="0077578C"/>
    <w:rsid w:val="00782527"/>
    <w:rsid w:val="00783CC0"/>
    <w:rsid w:val="00784CB6"/>
    <w:rsid w:val="007956BB"/>
    <w:rsid w:val="007A39E6"/>
    <w:rsid w:val="007A7A2E"/>
    <w:rsid w:val="007B2A46"/>
    <w:rsid w:val="007B465E"/>
    <w:rsid w:val="007C6334"/>
    <w:rsid w:val="007C66EE"/>
    <w:rsid w:val="007D2846"/>
    <w:rsid w:val="007D2969"/>
    <w:rsid w:val="007D42CB"/>
    <w:rsid w:val="007D4F03"/>
    <w:rsid w:val="007D5813"/>
    <w:rsid w:val="007E103A"/>
    <w:rsid w:val="007E7D62"/>
    <w:rsid w:val="00804274"/>
    <w:rsid w:val="008064B3"/>
    <w:rsid w:val="0080666E"/>
    <w:rsid w:val="00813CCF"/>
    <w:rsid w:val="008169C1"/>
    <w:rsid w:val="00817D31"/>
    <w:rsid w:val="008305DD"/>
    <w:rsid w:val="00842BB7"/>
    <w:rsid w:val="00862991"/>
    <w:rsid w:val="00866410"/>
    <w:rsid w:val="008801D2"/>
    <w:rsid w:val="00882588"/>
    <w:rsid w:val="00885D44"/>
    <w:rsid w:val="00887B5A"/>
    <w:rsid w:val="0089251B"/>
    <w:rsid w:val="00892629"/>
    <w:rsid w:val="00894E88"/>
    <w:rsid w:val="008A4F4B"/>
    <w:rsid w:val="008A64FA"/>
    <w:rsid w:val="008A6B59"/>
    <w:rsid w:val="008B2EA6"/>
    <w:rsid w:val="008C06A3"/>
    <w:rsid w:val="008C4509"/>
    <w:rsid w:val="008C4C50"/>
    <w:rsid w:val="008D3780"/>
    <w:rsid w:val="008D7EEA"/>
    <w:rsid w:val="008E56FE"/>
    <w:rsid w:val="008E6E4A"/>
    <w:rsid w:val="008F6404"/>
    <w:rsid w:val="0090038D"/>
    <w:rsid w:val="0091335F"/>
    <w:rsid w:val="0091625B"/>
    <w:rsid w:val="00925FCB"/>
    <w:rsid w:val="00937AB4"/>
    <w:rsid w:val="00943251"/>
    <w:rsid w:val="00950540"/>
    <w:rsid w:val="00953529"/>
    <w:rsid w:val="00955D11"/>
    <w:rsid w:val="0096685C"/>
    <w:rsid w:val="009670F9"/>
    <w:rsid w:val="00967A2F"/>
    <w:rsid w:val="00973F44"/>
    <w:rsid w:val="00981CA2"/>
    <w:rsid w:val="00992A4E"/>
    <w:rsid w:val="00994C43"/>
    <w:rsid w:val="009A5C33"/>
    <w:rsid w:val="009B0033"/>
    <w:rsid w:val="009B686A"/>
    <w:rsid w:val="009B6D48"/>
    <w:rsid w:val="009B7BEE"/>
    <w:rsid w:val="009C29D2"/>
    <w:rsid w:val="009C70B5"/>
    <w:rsid w:val="009D4068"/>
    <w:rsid w:val="009D5026"/>
    <w:rsid w:val="009D5A42"/>
    <w:rsid w:val="009E57C5"/>
    <w:rsid w:val="009E5A45"/>
    <w:rsid w:val="009F4626"/>
    <w:rsid w:val="00A047E2"/>
    <w:rsid w:val="00A07ED3"/>
    <w:rsid w:val="00A13445"/>
    <w:rsid w:val="00A15970"/>
    <w:rsid w:val="00A17A35"/>
    <w:rsid w:val="00A24A44"/>
    <w:rsid w:val="00A26956"/>
    <w:rsid w:val="00A26C94"/>
    <w:rsid w:val="00A276AD"/>
    <w:rsid w:val="00A330A8"/>
    <w:rsid w:val="00A35B55"/>
    <w:rsid w:val="00A3635E"/>
    <w:rsid w:val="00A4338E"/>
    <w:rsid w:val="00A51285"/>
    <w:rsid w:val="00A52AF0"/>
    <w:rsid w:val="00A55429"/>
    <w:rsid w:val="00A554B7"/>
    <w:rsid w:val="00A55D4C"/>
    <w:rsid w:val="00A640F5"/>
    <w:rsid w:val="00A6417F"/>
    <w:rsid w:val="00A64781"/>
    <w:rsid w:val="00A7214B"/>
    <w:rsid w:val="00A74DC0"/>
    <w:rsid w:val="00A75307"/>
    <w:rsid w:val="00A81976"/>
    <w:rsid w:val="00A87864"/>
    <w:rsid w:val="00A9405A"/>
    <w:rsid w:val="00AA1D8D"/>
    <w:rsid w:val="00AB0EB2"/>
    <w:rsid w:val="00AB4714"/>
    <w:rsid w:val="00AB7C29"/>
    <w:rsid w:val="00AC0E6C"/>
    <w:rsid w:val="00AC31B5"/>
    <w:rsid w:val="00AD005E"/>
    <w:rsid w:val="00AD15C1"/>
    <w:rsid w:val="00AD2F2E"/>
    <w:rsid w:val="00AD5EA5"/>
    <w:rsid w:val="00AD5EF4"/>
    <w:rsid w:val="00AD69EC"/>
    <w:rsid w:val="00AE0538"/>
    <w:rsid w:val="00AE16D0"/>
    <w:rsid w:val="00AE2D47"/>
    <w:rsid w:val="00AE6265"/>
    <w:rsid w:val="00AE6331"/>
    <w:rsid w:val="00AF1763"/>
    <w:rsid w:val="00AF41CF"/>
    <w:rsid w:val="00B05FB1"/>
    <w:rsid w:val="00B10AE4"/>
    <w:rsid w:val="00B10FE9"/>
    <w:rsid w:val="00B13FE6"/>
    <w:rsid w:val="00B174A6"/>
    <w:rsid w:val="00B22BA9"/>
    <w:rsid w:val="00B2457F"/>
    <w:rsid w:val="00B26948"/>
    <w:rsid w:val="00B36070"/>
    <w:rsid w:val="00B36DFD"/>
    <w:rsid w:val="00B47730"/>
    <w:rsid w:val="00B6489A"/>
    <w:rsid w:val="00B67A03"/>
    <w:rsid w:val="00B73604"/>
    <w:rsid w:val="00B75FC3"/>
    <w:rsid w:val="00B804C2"/>
    <w:rsid w:val="00B90077"/>
    <w:rsid w:val="00B968C3"/>
    <w:rsid w:val="00B97A64"/>
    <w:rsid w:val="00BA01E5"/>
    <w:rsid w:val="00BA0C33"/>
    <w:rsid w:val="00BA16BD"/>
    <w:rsid w:val="00BA2A48"/>
    <w:rsid w:val="00BA2CC2"/>
    <w:rsid w:val="00BC5A68"/>
    <w:rsid w:val="00BD22EB"/>
    <w:rsid w:val="00BD5B98"/>
    <w:rsid w:val="00BE53F9"/>
    <w:rsid w:val="00BF2814"/>
    <w:rsid w:val="00C03172"/>
    <w:rsid w:val="00C043F1"/>
    <w:rsid w:val="00C077E9"/>
    <w:rsid w:val="00C17F4E"/>
    <w:rsid w:val="00C21974"/>
    <w:rsid w:val="00C22F1E"/>
    <w:rsid w:val="00C23EAF"/>
    <w:rsid w:val="00C27F29"/>
    <w:rsid w:val="00C314D9"/>
    <w:rsid w:val="00C50E5E"/>
    <w:rsid w:val="00C7458C"/>
    <w:rsid w:val="00C77FEE"/>
    <w:rsid w:val="00C80F12"/>
    <w:rsid w:val="00C9004A"/>
    <w:rsid w:val="00CA250C"/>
    <w:rsid w:val="00CA3121"/>
    <w:rsid w:val="00CA5413"/>
    <w:rsid w:val="00CA695C"/>
    <w:rsid w:val="00CB0664"/>
    <w:rsid w:val="00CB506B"/>
    <w:rsid w:val="00CB7338"/>
    <w:rsid w:val="00CC3986"/>
    <w:rsid w:val="00CC3997"/>
    <w:rsid w:val="00CC489D"/>
    <w:rsid w:val="00CC7EF4"/>
    <w:rsid w:val="00CD2179"/>
    <w:rsid w:val="00CD46F0"/>
    <w:rsid w:val="00CD7D6E"/>
    <w:rsid w:val="00CF06F4"/>
    <w:rsid w:val="00CF11C7"/>
    <w:rsid w:val="00CF6636"/>
    <w:rsid w:val="00D02317"/>
    <w:rsid w:val="00D061CF"/>
    <w:rsid w:val="00D12294"/>
    <w:rsid w:val="00D14729"/>
    <w:rsid w:val="00D223DA"/>
    <w:rsid w:val="00D27616"/>
    <w:rsid w:val="00D34FA4"/>
    <w:rsid w:val="00D36585"/>
    <w:rsid w:val="00D36C2E"/>
    <w:rsid w:val="00D37B48"/>
    <w:rsid w:val="00D50485"/>
    <w:rsid w:val="00D515DD"/>
    <w:rsid w:val="00D719C2"/>
    <w:rsid w:val="00D72914"/>
    <w:rsid w:val="00D7359B"/>
    <w:rsid w:val="00D7483D"/>
    <w:rsid w:val="00D8675E"/>
    <w:rsid w:val="00DA1CD4"/>
    <w:rsid w:val="00DA7D39"/>
    <w:rsid w:val="00DB3971"/>
    <w:rsid w:val="00DB5EB6"/>
    <w:rsid w:val="00DC3F6C"/>
    <w:rsid w:val="00DE51AC"/>
    <w:rsid w:val="00DF1000"/>
    <w:rsid w:val="00E00970"/>
    <w:rsid w:val="00E021E0"/>
    <w:rsid w:val="00E03D2B"/>
    <w:rsid w:val="00E10C71"/>
    <w:rsid w:val="00E126D4"/>
    <w:rsid w:val="00E16541"/>
    <w:rsid w:val="00E41874"/>
    <w:rsid w:val="00E41879"/>
    <w:rsid w:val="00E41AE6"/>
    <w:rsid w:val="00E435B0"/>
    <w:rsid w:val="00E4456F"/>
    <w:rsid w:val="00E6277E"/>
    <w:rsid w:val="00E74596"/>
    <w:rsid w:val="00EB1471"/>
    <w:rsid w:val="00EB3A35"/>
    <w:rsid w:val="00EB4590"/>
    <w:rsid w:val="00EB5FF9"/>
    <w:rsid w:val="00EC7031"/>
    <w:rsid w:val="00ED2525"/>
    <w:rsid w:val="00ED5256"/>
    <w:rsid w:val="00ED6EF5"/>
    <w:rsid w:val="00EE74BF"/>
    <w:rsid w:val="00EF4014"/>
    <w:rsid w:val="00F02E5E"/>
    <w:rsid w:val="00F02F1D"/>
    <w:rsid w:val="00F064B9"/>
    <w:rsid w:val="00F06840"/>
    <w:rsid w:val="00F078BC"/>
    <w:rsid w:val="00F168D1"/>
    <w:rsid w:val="00F34E82"/>
    <w:rsid w:val="00F44385"/>
    <w:rsid w:val="00F536AC"/>
    <w:rsid w:val="00F53752"/>
    <w:rsid w:val="00F56633"/>
    <w:rsid w:val="00F60496"/>
    <w:rsid w:val="00F607F6"/>
    <w:rsid w:val="00F612F8"/>
    <w:rsid w:val="00F63A85"/>
    <w:rsid w:val="00F67BD1"/>
    <w:rsid w:val="00F71B8F"/>
    <w:rsid w:val="00F7257E"/>
    <w:rsid w:val="00F77407"/>
    <w:rsid w:val="00F84B6F"/>
    <w:rsid w:val="00F86FC9"/>
    <w:rsid w:val="00F926FC"/>
    <w:rsid w:val="00FA2F81"/>
    <w:rsid w:val="00FB0236"/>
    <w:rsid w:val="00FB34BE"/>
    <w:rsid w:val="00FB45D1"/>
    <w:rsid w:val="00FB5C27"/>
    <w:rsid w:val="00FB606C"/>
    <w:rsid w:val="00FC51A3"/>
    <w:rsid w:val="00FC693F"/>
    <w:rsid w:val="00FD055E"/>
    <w:rsid w:val="00FD2C3C"/>
    <w:rsid w:val="00FE62B1"/>
    <w:rsid w:val="00FE6AB3"/>
    <w:rsid w:val="00FF366C"/>
    <w:rsid w:val="00FF51B8"/>
    <w:rsid w:val="00FF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C0627"/>
  <w14:defaultImageDpi w14:val="300"/>
  <w15:docId w15:val="{9430D209-3961-4925-82FB-FE7DC3F9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aliases w:val="1,g"/>
    <w:basedOn w:val="Normal"/>
    <w:next w:val="Normal"/>
    <w:link w:val="Heading1Char"/>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apitol,2,Caracter, Caracter"/>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3,Char"/>
    <w:basedOn w:val="Normal"/>
    <w:next w:val="Normal"/>
    <w:link w:val="Heading3Char"/>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4,h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6"/>
    <w:basedOn w:val="Normal"/>
    <w:next w:val="Normal"/>
    <w:link w:val="Heading6Char"/>
    <w:uiPriority w:val="9"/>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7"/>
    <w:basedOn w:val="Normal"/>
    <w:next w:val="Normal"/>
    <w:link w:val="Heading7Char"/>
    <w:uiPriority w:val="9"/>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I.L.T.,Haut de page,Header 1,Encabezado 2,encabezado,Header Title,Header Title Car Car,Header Title Car"/>
    <w:basedOn w:val="Normal"/>
    <w:link w:val="HeaderChar"/>
    <w:unhideWhenUsed/>
    <w:rsid w:val="00E618BF"/>
    <w:pPr>
      <w:tabs>
        <w:tab w:val="center" w:pos="4680"/>
        <w:tab w:val="right" w:pos="9360"/>
      </w:tabs>
      <w:spacing w:after="0" w:line="240" w:lineRule="auto"/>
    </w:pPr>
  </w:style>
  <w:style w:type="character" w:customStyle="1" w:styleId="HeaderChar">
    <w:name w:val="Header Char"/>
    <w:aliases w:val="I.L.T. Char,Haut de page Char,Header 1 Char,Encabezado 2 Char,encabezado Char,Header Title Char,Header Title Car Car Char,Header Title Car Char"/>
    <w:basedOn w:val="DefaultParagraphFont"/>
    <w:link w:val="Header"/>
    <w:rsid w:val="00E618BF"/>
  </w:style>
  <w:style w:type="paragraph" w:styleId="Footer">
    <w:name w:val="footer"/>
    <w:aliases w:val="(Pg,No.,Code),ft,Fußzeile-2, Char7 Char"/>
    <w:basedOn w:val="Normal"/>
    <w:link w:val="FooterChar"/>
    <w:unhideWhenUsed/>
    <w:rsid w:val="00E618BF"/>
    <w:pPr>
      <w:tabs>
        <w:tab w:val="center" w:pos="4680"/>
        <w:tab w:val="right" w:pos="9360"/>
      </w:tabs>
      <w:spacing w:after="0" w:line="240" w:lineRule="auto"/>
    </w:pPr>
  </w:style>
  <w:style w:type="character" w:customStyle="1" w:styleId="FooterChar">
    <w:name w:val="Footer Char"/>
    <w:aliases w:val="(Pg Char,No. Char,Code) Char,ft Char,Fußzeile-2 Char, Char7 Cha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aliases w:val="1 Char,g Char"/>
    <w:basedOn w:val="DefaultParagraphFont"/>
    <w:link w:val="Heading1"/>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apitol Char,2 Char,Caracter Char, Caracter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3 Char,Char Char"/>
    <w:basedOn w:val="DefaultParagraphFont"/>
    <w:link w:val="Heading3"/>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aliases w:val="4 Char,h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aliases w:val="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aliases w:val="6 Char"/>
    <w:basedOn w:val="DefaultParagraphFont"/>
    <w:link w:val="Heading6"/>
    <w:uiPriority w:val="9"/>
    <w:rsid w:val="00FC693F"/>
    <w:rPr>
      <w:rFonts w:asciiTheme="majorHAnsi" w:eastAsiaTheme="majorEastAsia" w:hAnsiTheme="majorHAnsi" w:cstheme="majorBidi"/>
      <w:i/>
      <w:iCs/>
      <w:color w:val="243F60" w:themeColor="accent1" w:themeShade="7F"/>
    </w:rPr>
  </w:style>
  <w:style w:type="character" w:customStyle="1" w:styleId="Heading7Char">
    <w:name w:val="Heading 7 Char"/>
    <w:aliases w:val="7 Char"/>
    <w:basedOn w:val="DefaultParagraphFont"/>
    <w:link w:val="Heading7"/>
    <w:uiPriority w:val="9"/>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wiClient">
    <w:name w:val="CowiClient"/>
    <w:basedOn w:val="Normal"/>
    <w:next w:val="BlockText"/>
    <w:semiHidden/>
    <w:rsid w:val="00E6277E"/>
    <w:pPr>
      <w:suppressAutoHyphens/>
      <w:spacing w:after="160" w:line="320" w:lineRule="exact"/>
    </w:pPr>
    <w:rPr>
      <w:rFonts w:ascii="Arial" w:hAnsi="Arial" w:cs="Arial"/>
      <w:sz w:val="28"/>
      <w:szCs w:val="20"/>
      <w:lang w:val="en-GB" w:eastAsia="da-DK"/>
    </w:rPr>
  </w:style>
  <w:style w:type="paragraph" w:customStyle="1" w:styleId="BodyText0">
    <w:name w:val="~BodyText"/>
    <w:basedOn w:val="Normal"/>
    <w:link w:val="BodyTextChar0"/>
    <w:rsid w:val="00E6277E"/>
    <w:pPr>
      <w:spacing w:before="260" w:after="160" w:line="260" w:lineRule="exact"/>
    </w:pPr>
    <w:rPr>
      <w:rFonts w:ascii="Arial" w:hAnsi="Arial" w:cs="Arial"/>
      <w:sz w:val="20"/>
      <w:szCs w:val="21"/>
      <w:lang w:val="en-GB" w:eastAsia="en-GB"/>
    </w:rPr>
  </w:style>
  <w:style w:type="character" w:customStyle="1" w:styleId="BodyTextChar0">
    <w:name w:val="~BodyText Char"/>
    <w:link w:val="BodyText0"/>
    <w:rsid w:val="00E6277E"/>
    <w:rPr>
      <w:rFonts w:ascii="Arial" w:hAnsi="Arial" w:cs="Arial"/>
      <w:sz w:val="20"/>
      <w:szCs w:val="21"/>
      <w:lang w:val="en-GB" w:eastAsia="en-GB"/>
    </w:rPr>
  </w:style>
  <w:style w:type="paragraph" w:styleId="BlockText">
    <w:name w:val="Block Text"/>
    <w:basedOn w:val="Normal"/>
    <w:unhideWhenUsed/>
    <w:rsid w:val="00E627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rmalWeb">
    <w:name w:val="Normal (Web)"/>
    <w:basedOn w:val="Normal"/>
    <w:link w:val="NormalWebChar"/>
    <w:uiPriority w:val="99"/>
    <w:rsid w:val="005F0EDC"/>
    <w:pPr>
      <w:spacing w:after="301" w:line="301" w:lineRule="atLeast"/>
      <w:jc w:val="both"/>
    </w:pPr>
    <w:rPr>
      <w:sz w:val="21"/>
      <w:szCs w:val="21"/>
      <w:lang w:val="en-GB" w:eastAsia="en-GB"/>
    </w:rPr>
  </w:style>
  <w:style w:type="character" w:customStyle="1" w:styleId="NormalWebChar">
    <w:name w:val="Normal (Web) Char"/>
    <w:link w:val="NormalWeb"/>
    <w:rsid w:val="005F0EDC"/>
    <w:rPr>
      <w:sz w:val="21"/>
      <w:szCs w:val="21"/>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F0EDC"/>
    <w:rPr>
      <w:b/>
      <w:bCs/>
      <w:color w:val="4F81BD" w:themeColor="accent1"/>
      <w:sz w:val="18"/>
      <w:szCs w:val="18"/>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5F0EDC"/>
    <w:rPr>
      <w:rFonts w:ascii="Arial" w:eastAsia="Calibri" w:hAnsi="Arial"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F0EDC"/>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F0EDC"/>
    <w:rPr>
      <w:vertAlign w:val="superscript"/>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A24A44"/>
  </w:style>
  <w:style w:type="paragraph" w:customStyle="1" w:styleId="Bullet1">
    <w:name w:val="~Bullet1"/>
    <w:basedOn w:val="BodyText0"/>
    <w:link w:val="Bullet1Char"/>
    <w:rsid w:val="009D4068"/>
    <w:pPr>
      <w:numPr>
        <w:numId w:val="9"/>
      </w:numPr>
      <w:spacing w:before="0"/>
    </w:pPr>
  </w:style>
  <w:style w:type="character" w:customStyle="1" w:styleId="Bullet1Char">
    <w:name w:val="~Bullet1 Char"/>
    <w:basedOn w:val="BodyTextChar0"/>
    <w:link w:val="Bullet1"/>
    <w:rsid w:val="009D4068"/>
    <w:rPr>
      <w:rFonts w:ascii="Arial" w:hAnsi="Arial" w:cs="Arial"/>
      <w:sz w:val="20"/>
      <w:szCs w:val="21"/>
      <w:lang w:val="en-GB" w:eastAsia="en-GB"/>
    </w:rPr>
  </w:style>
  <w:style w:type="paragraph" w:customStyle="1" w:styleId="Bullet2">
    <w:name w:val="~Bullet2"/>
    <w:basedOn w:val="Bullet1"/>
    <w:rsid w:val="009D4068"/>
    <w:pPr>
      <w:numPr>
        <w:ilvl w:val="1"/>
      </w:numPr>
      <w:tabs>
        <w:tab w:val="clear" w:pos="567"/>
        <w:tab w:val="num" w:pos="360"/>
        <w:tab w:val="num" w:pos="2727"/>
      </w:tabs>
      <w:ind w:left="1800" w:hanging="360"/>
    </w:pPr>
  </w:style>
  <w:style w:type="paragraph" w:customStyle="1" w:styleId="Bullet3">
    <w:name w:val="~Bullet3"/>
    <w:basedOn w:val="Bullet2"/>
    <w:rsid w:val="009D4068"/>
    <w:pPr>
      <w:numPr>
        <w:ilvl w:val="2"/>
      </w:numPr>
      <w:tabs>
        <w:tab w:val="clear" w:pos="851"/>
        <w:tab w:val="num" w:pos="360"/>
      </w:tabs>
      <w:ind w:left="2520" w:hanging="180"/>
    </w:pPr>
  </w:style>
  <w:style w:type="paragraph" w:styleId="TOC3">
    <w:name w:val="toc 3"/>
    <w:basedOn w:val="Normal"/>
    <w:next w:val="Normal"/>
    <w:autoRedefine/>
    <w:uiPriority w:val="39"/>
    <w:unhideWhenUsed/>
    <w:qFormat/>
    <w:rsid w:val="00A4338E"/>
    <w:pPr>
      <w:spacing w:after="100"/>
      <w:ind w:left="440"/>
    </w:pPr>
  </w:style>
  <w:style w:type="character" w:styleId="Hyperlink">
    <w:name w:val="Hyperlink"/>
    <w:uiPriority w:val="99"/>
    <w:rsid w:val="00B75FC3"/>
    <w:rPr>
      <w:color w:val="0000FF"/>
      <w:u w:val="single"/>
    </w:rPr>
  </w:style>
  <w:style w:type="paragraph" w:styleId="TOC1">
    <w:name w:val="toc 1"/>
    <w:basedOn w:val="Normal"/>
    <w:next w:val="Normal"/>
    <w:autoRedefine/>
    <w:uiPriority w:val="39"/>
    <w:unhideWhenUsed/>
    <w:qFormat/>
    <w:rsid w:val="00B75FC3"/>
    <w:pPr>
      <w:spacing w:before="240" w:after="240" w:line="240" w:lineRule="auto"/>
    </w:pPr>
    <w:rPr>
      <w:rFonts w:ascii="Arial" w:eastAsia="Calibri" w:hAnsi="Arial" w:cs="Times New Roman"/>
      <w:b/>
      <w:sz w:val="24"/>
      <w:lang w:val="ro-RO"/>
    </w:rPr>
  </w:style>
  <w:style w:type="paragraph" w:styleId="TOC2">
    <w:name w:val="toc 2"/>
    <w:basedOn w:val="Normal"/>
    <w:next w:val="Normal"/>
    <w:autoRedefine/>
    <w:uiPriority w:val="39"/>
    <w:unhideWhenUsed/>
    <w:qFormat/>
    <w:rsid w:val="00B75FC3"/>
    <w:pPr>
      <w:tabs>
        <w:tab w:val="right" w:leader="dot" w:pos="9062"/>
      </w:tabs>
      <w:spacing w:before="120" w:after="120" w:line="240" w:lineRule="auto"/>
      <w:ind w:left="221"/>
    </w:pPr>
    <w:rPr>
      <w:rFonts w:ascii="Arial" w:eastAsia="Calibri" w:hAnsi="Arial" w:cs="Times New Roman"/>
      <w:sz w:val="20"/>
      <w:lang w:val="ro-RO"/>
    </w:rPr>
  </w:style>
  <w:style w:type="paragraph" w:styleId="Index1">
    <w:name w:val="index 1"/>
    <w:basedOn w:val="Normal"/>
    <w:next w:val="Normal"/>
    <w:autoRedefine/>
    <w:uiPriority w:val="99"/>
    <w:semiHidden/>
    <w:unhideWhenUsed/>
    <w:rsid w:val="00B75FC3"/>
    <w:pPr>
      <w:spacing w:after="0" w:line="240" w:lineRule="auto"/>
      <w:ind w:left="220" w:hanging="220"/>
    </w:pPr>
    <w:rPr>
      <w:rFonts w:ascii="Arial" w:eastAsia="Calibri" w:hAnsi="Arial" w:cs="Times New Roman"/>
      <w:sz w:val="20"/>
      <w:lang w:val="ro-RO"/>
    </w:rPr>
  </w:style>
  <w:style w:type="paragraph" w:styleId="IndexHeading">
    <w:name w:val="index heading"/>
    <w:basedOn w:val="Normal"/>
    <w:next w:val="Index1"/>
    <w:semiHidden/>
    <w:rsid w:val="00B75FC3"/>
    <w:pPr>
      <w:spacing w:after="0" w:line="240" w:lineRule="auto"/>
    </w:pPr>
    <w:rPr>
      <w:rFonts w:ascii="Arial" w:eastAsia="Times New Roman" w:hAnsi="Arial" w:cs="Arial"/>
      <w:sz w:val="20"/>
      <w:szCs w:val="20"/>
      <w:lang w:val="en-GB"/>
    </w:rPr>
  </w:style>
  <w:style w:type="paragraph" w:styleId="BalloonText">
    <w:name w:val="Balloon Text"/>
    <w:basedOn w:val="Normal"/>
    <w:link w:val="BalloonTextChar"/>
    <w:uiPriority w:val="99"/>
    <w:semiHidden/>
    <w:unhideWhenUsed/>
    <w:rsid w:val="00B75FC3"/>
    <w:pPr>
      <w:spacing w:after="0" w:line="240" w:lineRule="auto"/>
    </w:pPr>
    <w:rPr>
      <w:rFonts w:ascii="Times New Roman" w:eastAsia="Calibri" w:hAnsi="Times New Roman" w:cs="Times New Roman"/>
      <w:sz w:val="18"/>
      <w:szCs w:val="18"/>
      <w:lang w:val="ro-RO"/>
    </w:rPr>
  </w:style>
  <w:style w:type="character" w:customStyle="1" w:styleId="BalloonTextChar">
    <w:name w:val="Balloon Text Char"/>
    <w:basedOn w:val="DefaultParagraphFont"/>
    <w:link w:val="BalloonText"/>
    <w:uiPriority w:val="99"/>
    <w:semiHidden/>
    <w:rsid w:val="00B75FC3"/>
    <w:rPr>
      <w:rFonts w:ascii="Times New Roman" w:eastAsia="Calibri" w:hAnsi="Times New Roman" w:cs="Times New Roman"/>
      <w:sz w:val="18"/>
      <w:szCs w:val="18"/>
      <w:lang w:val="ro-RO"/>
    </w:rPr>
  </w:style>
  <w:style w:type="character" w:styleId="PageNumber">
    <w:name w:val="page number"/>
    <w:basedOn w:val="DefaultParagraphFont"/>
    <w:unhideWhenUsed/>
    <w:rsid w:val="00B75FC3"/>
  </w:style>
  <w:style w:type="character" w:styleId="CommentReference">
    <w:name w:val="annotation reference"/>
    <w:basedOn w:val="DefaultParagraphFont"/>
    <w:semiHidden/>
    <w:unhideWhenUsed/>
    <w:rsid w:val="00B75FC3"/>
    <w:rPr>
      <w:sz w:val="16"/>
      <w:szCs w:val="16"/>
    </w:rPr>
  </w:style>
  <w:style w:type="paragraph" w:styleId="CommentText">
    <w:name w:val="annotation text"/>
    <w:basedOn w:val="Normal"/>
    <w:link w:val="CommentTextChar"/>
    <w:unhideWhenUsed/>
    <w:rsid w:val="00B75FC3"/>
    <w:pPr>
      <w:spacing w:line="240" w:lineRule="auto"/>
    </w:pPr>
    <w:rPr>
      <w:rFonts w:ascii="Arial" w:eastAsia="Calibri" w:hAnsi="Arial" w:cs="Times New Roman"/>
      <w:sz w:val="20"/>
      <w:szCs w:val="20"/>
      <w:lang w:val="ro-RO"/>
    </w:rPr>
  </w:style>
  <w:style w:type="character" w:customStyle="1" w:styleId="CommentTextChar">
    <w:name w:val="Comment Text Char"/>
    <w:basedOn w:val="DefaultParagraphFont"/>
    <w:link w:val="CommentText"/>
    <w:rsid w:val="00B75FC3"/>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75FC3"/>
    <w:rPr>
      <w:b/>
      <w:bCs/>
    </w:rPr>
  </w:style>
  <w:style w:type="character" w:customStyle="1" w:styleId="CommentSubjectChar">
    <w:name w:val="Comment Subject Char"/>
    <w:basedOn w:val="CommentTextChar"/>
    <w:link w:val="CommentSubject"/>
    <w:uiPriority w:val="99"/>
    <w:semiHidden/>
    <w:rsid w:val="00B75FC3"/>
    <w:rPr>
      <w:rFonts w:ascii="Arial" w:eastAsia="Calibri" w:hAnsi="Arial" w:cs="Times New Roman"/>
      <w:b/>
      <w:bCs/>
      <w:sz w:val="20"/>
      <w:szCs w:val="20"/>
      <w:lang w:val="ro-RO"/>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B75FC3"/>
    <w:pPr>
      <w:spacing w:after="160" w:line="259" w:lineRule="auto"/>
      <w:ind w:left="720"/>
      <w:contextualSpacing/>
    </w:pPr>
    <w:rPr>
      <w:rFonts w:ascii="Arial" w:eastAsia="Calibri" w:hAnsi="Arial"/>
      <w:sz w:val="20"/>
      <w:lang w:val="ro-RO"/>
    </w:rPr>
  </w:style>
  <w:style w:type="paragraph" w:customStyle="1" w:styleId="Default">
    <w:name w:val="Default"/>
    <w:link w:val="DefaultChar"/>
    <w:rsid w:val="00B75FC3"/>
    <w:pPr>
      <w:autoSpaceDE w:val="0"/>
      <w:autoSpaceDN w:val="0"/>
      <w:adjustRightInd w:val="0"/>
      <w:spacing w:after="160"/>
    </w:pPr>
    <w:rPr>
      <w:rFonts w:ascii="Arial" w:hAnsi="Arial" w:cs="Arial"/>
      <w:color w:val="000000"/>
      <w:sz w:val="24"/>
      <w:szCs w:val="24"/>
      <w:lang w:val="en-GB"/>
    </w:rPr>
  </w:style>
  <w:style w:type="character" w:customStyle="1" w:styleId="DefaultChar">
    <w:name w:val="Default Char"/>
    <w:link w:val="Default"/>
    <w:locked/>
    <w:rsid w:val="00B75FC3"/>
    <w:rPr>
      <w:rFonts w:ascii="Arial" w:hAnsi="Arial" w:cs="Arial"/>
      <w:color w:val="000000"/>
      <w:sz w:val="24"/>
      <w:szCs w:val="24"/>
      <w:lang w:val="en-GB"/>
    </w:rPr>
  </w:style>
  <w:style w:type="paragraph" w:customStyle="1" w:styleId="TableTextLeft">
    <w:name w:val="~TableTextLeft"/>
    <w:basedOn w:val="Normal"/>
    <w:rsid w:val="00B75FC3"/>
    <w:pPr>
      <w:spacing w:before="60" w:after="20"/>
    </w:pPr>
    <w:rPr>
      <w:rFonts w:ascii="Arial" w:hAnsi="Arial" w:cs="Arial"/>
      <w:sz w:val="17"/>
      <w:szCs w:val="21"/>
      <w:lang w:val="en-GB" w:eastAsia="en-GB"/>
    </w:rPr>
  </w:style>
  <w:style w:type="paragraph" w:customStyle="1" w:styleId="TableTextRight">
    <w:name w:val="~TableTextRight"/>
    <w:basedOn w:val="TableTextLeft"/>
    <w:rsid w:val="00B75FC3"/>
    <w:pPr>
      <w:jc w:val="right"/>
    </w:pPr>
  </w:style>
  <w:style w:type="paragraph" w:customStyle="1" w:styleId="RefDocSubTitle">
    <w:name w:val="~RefDocSubTitle"/>
    <w:basedOn w:val="Normal"/>
    <w:rsid w:val="00B75FC3"/>
    <w:pPr>
      <w:spacing w:after="120" w:line="400" w:lineRule="exact"/>
      <w:jc w:val="right"/>
    </w:pPr>
    <w:rPr>
      <w:rFonts w:ascii="Arial" w:eastAsia="Times New Roman" w:hAnsi="Arial" w:cs="Arial"/>
      <w:sz w:val="30"/>
      <w:szCs w:val="24"/>
      <w:lang w:val="en-GB" w:eastAsia="en-GB"/>
    </w:rPr>
  </w:style>
  <w:style w:type="paragraph" w:customStyle="1" w:styleId="NormalWeb1">
    <w:name w:val="Normal (Web)1"/>
    <w:basedOn w:val="Normal"/>
    <w:link w:val="NormalWeb1Char"/>
    <w:rsid w:val="00B75FC3"/>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B75FC3"/>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B75FC3"/>
  </w:style>
  <w:style w:type="character" w:customStyle="1" w:styleId="ln2tlinie">
    <w:name w:val="ln2tlinie"/>
    <w:basedOn w:val="DefaultParagraphFont"/>
    <w:rsid w:val="00B75FC3"/>
  </w:style>
  <w:style w:type="paragraph" w:customStyle="1" w:styleId="OTCap">
    <w:name w:val="OT_Cap"/>
    <w:basedOn w:val="Heading1"/>
    <w:next w:val="Normal"/>
    <w:rsid w:val="00B75FC3"/>
    <w:pPr>
      <w:keepLines w:val="0"/>
      <w:widowControl w:val="0"/>
      <w:numPr>
        <w:numId w:val="10"/>
      </w:numPr>
      <w:suppressAutoHyphens/>
      <w:spacing w:before="360" w:after="240" w:line="240" w:lineRule="auto"/>
      <w:jc w:val="both"/>
    </w:pPr>
    <w:rPr>
      <w:rFonts w:ascii="Times New Roman Bold" w:eastAsia="SimSun" w:hAnsi="Times New Roman Bold" w:cs="Times New Roman"/>
      <w:caps/>
      <w:color w:val="auto"/>
      <w:kern w:val="28"/>
      <w:szCs w:val="24"/>
      <w:lang w:eastAsia="de-DE"/>
    </w:rPr>
  </w:style>
  <w:style w:type="paragraph" w:customStyle="1" w:styleId="OTSSubCap">
    <w:name w:val="OT_SSubCap"/>
    <w:basedOn w:val="Heading3"/>
    <w:next w:val="Normal"/>
    <w:link w:val="OTSSubCapChar"/>
    <w:rsid w:val="00B75FC3"/>
    <w:pPr>
      <w:keepLines w:val="0"/>
      <w:numPr>
        <w:ilvl w:val="2"/>
        <w:numId w:val="10"/>
      </w:numPr>
      <w:spacing w:before="240" w:after="200"/>
      <w:jc w:val="both"/>
    </w:pPr>
    <w:rPr>
      <w:rFonts w:ascii="Times New Roman Bold" w:eastAsia="Calibri" w:hAnsi="Times New Roman Bold" w:cs="Arial"/>
      <w:color w:val="auto"/>
      <w:sz w:val="20"/>
      <w:szCs w:val="26"/>
      <w:lang w:val="ro-RO"/>
    </w:rPr>
  </w:style>
  <w:style w:type="character" w:customStyle="1" w:styleId="OTSSubCapChar">
    <w:name w:val="OT_SSubCap Char"/>
    <w:basedOn w:val="DefaultParagraphFont"/>
    <w:link w:val="OTSSubCap"/>
    <w:locked/>
    <w:rsid w:val="00B75FC3"/>
    <w:rPr>
      <w:rFonts w:ascii="Times New Roman Bold" w:eastAsia="Calibri" w:hAnsi="Times New Roman Bold" w:cs="Arial"/>
      <w:b/>
      <w:bCs/>
      <w:sz w:val="20"/>
      <w:szCs w:val="26"/>
      <w:lang w:val="ro-RO"/>
    </w:rPr>
  </w:style>
  <w:style w:type="paragraph" w:customStyle="1" w:styleId="OTSubCap">
    <w:name w:val="OT_SubCap"/>
    <w:basedOn w:val="Heading2"/>
    <w:next w:val="Normal"/>
    <w:rsid w:val="00B75FC3"/>
    <w:pPr>
      <w:keepLines w:val="0"/>
      <w:numPr>
        <w:ilvl w:val="1"/>
        <w:numId w:val="10"/>
      </w:numPr>
      <w:spacing w:before="240" w:after="200" w:line="240" w:lineRule="auto"/>
      <w:jc w:val="both"/>
    </w:pPr>
    <w:rPr>
      <w:rFonts w:ascii="Times New Roman Bold" w:eastAsia="Calibri" w:hAnsi="Times New Roman Bold" w:cs="Arial"/>
      <w:i/>
      <w:iCs/>
      <w:color w:val="auto"/>
      <w:sz w:val="24"/>
      <w:szCs w:val="28"/>
      <w:lang w:val="ro-RO"/>
    </w:rPr>
  </w:style>
  <w:style w:type="character" w:customStyle="1" w:styleId="panchor">
    <w:name w:val="panchor"/>
    <w:basedOn w:val="DefaultParagraphFont"/>
    <w:rsid w:val="00B75FC3"/>
  </w:style>
  <w:style w:type="paragraph" w:customStyle="1" w:styleId="StilArial11ptStnga-dreapta">
    <w:name w:val="Stil Arial 11 pt Stânga-dreapta"/>
    <w:basedOn w:val="Normal"/>
    <w:rsid w:val="00B75FC3"/>
    <w:pPr>
      <w:spacing w:after="120" w:line="240" w:lineRule="auto"/>
      <w:jc w:val="both"/>
    </w:pPr>
    <w:rPr>
      <w:rFonts w:ascii="Arial" w:eastAsia="Times New Roman" w:hAnsi="Arial" w:cs="Times New Roman"/>
      <w:sz w:val="24"/>
    </w:rPr>
  </w:style>
  <w:style w:type="paragraph" w:styleId="TOC4">
    <w:name w:val="toc 4"/>
    <w:basedOn w:val="Normal"/>
    <w:next w:val="Normal"/>
    <w:autoRedefine/>
    <w:uiPriority w:val="39"/>
    <w:unhideWhenUsed/>
    <w:rsid w:val="00B75FC3"/>
    <w:pPr>
      <w:spacing w:after="100" w:line="259" w:lineRule="auto"/>
      <w:ind w:left="660"/>
    </w:pPr>
  </w:style>
  <w:style w:type="paragraph" w:styleId="TOC5">
    <w:name w:val="toc 5"/>
    <w:basedOn w:val="Normal"/>
    <w:next w:val="Normal"/>
    <w:autoRedefine/>
    <w:uiPriority w:val="39"/>
    <w:unhideWhenUsed/>
    <w:rsid w:val="00B75FC3"/>
    <w:pPr>
      <w:spacing w:after="100" w:line="259" w:lineRule="auto"/>
      <w:ind w:left="880"/>
    </w:pPr>
  </w:style>
  <w:style w:type="paragraph" w:styleId="TOC6">
    <w:name w:val="toc 6"/>
    <w:basedOn w:val="Normal"/>
    <w:next w:val="Normal"/>
    <w:autoRedefine/>
    <w:uiPriority w:val="39"/>
    <w:unhideWhenUsed/>
    <w:rsid w:val="00B75FC3"/>
    <w:pPr>
      <w:spacing w:after="100" w:line="259" w:lineRule="auto"/>
      <w:ind w:left="1100"/>
    </w:pPr>
  </w:style>
  <w:style w:type="paragraph" w:styleId="TOC7">
    <w:name w:val="toc 7"/>
    <w:basedOn w:val="Normal"/>
    <w:next w:val="Normal"/>
    <w:autoRedefine/>
    <w:uiPriority w:val="39"/>
    <w:unhideWhenUsed/>
    <w:rsid w:val="00B75FC3"/>
    <w:pPr>
      <w:spacing w:after="100" w:line="259" w:lineRule="auto"/>
      <w:ind w:left="1320"/>
    </w:pPr>
  </w:style>
  <w:style w:type="paragraph" w:styleId="TOC8">
    <w:name w:val="toc 8"/>
    <w:basedOn w:val="Normal"/>
    <w:next w:val="Normal"/>
    <w:autoRedefine/>
    <w:uiPriority w:val="39"/>
    <w:unhideWhenUsed/>
    <w:rsid w:val="00B75FC3"/>
    <w:pPr>
      <w:spacing w:after="100" w:line="259" w:lineRule="auto"/>
      <w:ind w:left="1540"/>
    </w:pPr>
  </w:style>
  <w:style w:type="paragraph" w:styleId="TOC9">
    <w:name w:val="toc 9"/>
    <w:basedOn w:val="Normal"/>
    <w:next w:val="Normal"/>
    <w:autoRedefine/>
    <w:uiPriority w:val="39"/>
    <w:unhideWhenUsed/>
    <w:rsid w:val="00B75FC3"/>
    <w:pPr>
      <w:spacing w:after="100" w:line="259" w:lineRule="auto"/>
      <w:ind w:left="1760"/>
    </w:pPr>
  </w:style>
  <w:style w:type="character" w:customStyle="1" w:styleId="UnresolvedMention1">
    <w:name w:val="Unresolved Mention1"/>
    <w:basedOn w:val="DefaultParagraphFont"/>
    <w:uiPriority w:val="99"/>
    <w:semiHidden/>
    <w:unhideWhenUsed/>
    <w:rsid w:val="00B75FC3"/>
    <w:rPr>
      <w:color w:val="605E5C"/>
      <w:shd w:val="clear" w:color="auto" w:fill="E1DFDD"/>
    </w:rPr>
  </w:style>
  <w:style w:type="paragraph" w:customStyle="1" w:styleId="stilascuns">
    <w:name w:val="stil ascuns"/>
    <w:basedOn w:val="Heading2"/>
    <w:link w:val="stilascunsChar"/>
    <w:qFormat/>
    <w:rsid w:val="000121B2"/>
    <w:pPr>
      <w:spacing w:before="120" w:after="120" w:line="240" w:lineRule="auto"/>
      <w:jc w:val="center"/>
    </w:pPr>
    <w:rPr>
      <w:rFonts w:ascii="Arial" w:hAnsi="Arial" w:cs="Arial"/>
      <w:b w:val="0"/>
      <w:vanish/>
      <w:sz w:val="20"/>
      <w:lang w:val="ro-RO"/>
    </w:rPr>
  </w:style>
  <w:style w:type="character" w:customStyle="1" w:styleId="stilascunsChar">
    <w:name w:val="stil ascuns Char"/>
    <w:basedOn w:val="Heading2Char"/>
    <w:link w:val="stilascuns"/>
    <w:rsid w:val="000121B2"/>
    <w:rPr>
      <w:rFonts w:ascii="Arial" w:eastAsiaTheme="majorEastAsia" w:hAnsi="Arial" w:cs="Arial"/>
      <w:b w:val="0"/>
      <w:bCs/>
      <w:vanish/>
      <w:color w:val="4F81BD" w:themeColor="accent1"/>
      <w:sz w:val="20"/>
      <w:szCs w:val="26"/>
      <w:lang w:val="ro-RO"/>
    </w:rPr>
  </w:style>
  <w:style w:type="paragraph" w:customStyle="1" w:styleId="TableParagraph">
    <w:name w:val="Table Paragraph"/>
    <w:basedOn w:val="Normal"/>
    <w:uiPriority w:val="1"/>
    <w:qFormat/>
    <w:rsid w:val="00624AAB"/>
    <w:pPr>
      <w:widowControl w:val="0"/>
      <w:autoSpaceDE w:val="0"/>
      <w:autoSpaceDN w:val="0"/>
      <w:spacing w:after="0" w:line="240" w:lineRule="auto"/>
    </w:pPr>
    <w:rPr>
      <w:rFonts w:ascii="Tahoma" w:eastAsia="Microsoft Sans Serif" w:hAnsi="Tahoma" w:cs="Microsoft Sans Serif"/>
      <w:sz w:val="20"/>
      <w:lang w:val="ro-RO"/>
    </w:rPr>
  </w:style>
  <w:style w:type="character" w:customStyle="1" w:styleId="CommentTextChar1">
    <w:name w:val="Comment Text Char1"/>
    <w:basedOn w:val="DefaultParagraphFont"/>
    <w:uiPriority w:val="99"/>
    <w:semiHidden/>
    <w:rsid w:val="008B2EA6"/>
    <w:rPr>
      <w:sz w:val="20"/>
      <w:szCs w:val="20"/>
      <w:lang w:val="ro-RO"/>
    </w:rPr>
  </w:style>
  <w:style w:type="character" w:customStyle="1" w:styleId="a">
    <w:name w:val="_"/>
    <w:basedOn w:val="DefaultParagraphFont"/>
    <w:rsid w:val="008B2EA6"/>
  </w:style>
  <w:style w:type="character" w:customStyle="1" w:styleId="pg-2ff2">
    <w:name w:val="pg-2ff2"/>
    <w:basedOn w:val="DefaultParagraphFont"/>
    <w:rsid w:val="008B2EA6"/>
  </w:style>
  <w:style w:type="character" w:customStyle="1" w:styleId="pg-2ff3">
    <w:name w:val="pg-2ff3"/>
    <w:basedOn w:val="DefaultParagraphFont"/>
    <w:rsid w:val="008B2EA6"/>
  </w:style>
  <w:style w:type="character" w:customStyle="1" w:styleId="Bodytext20">
    <w:name w:val="Body text (2)_"/>
    <w:link w:val="Bodytext21"/>
    <w:locked/>
    <w:rsid w:val="008B2EA6"/>
    <w:rPr>
      <w:rFonts w:ascii="Garamond" w:hAnsi="Garamond" w:cs="Garamond"/>
      <w:sz w:val="28"/>
      <w:szCs w:val="28"/>
      <w:shd w:val="clear" w:color="auto" w:fill="FFFFFF"/>
    </w:rPr>
  </w:style>
  <w:style w:type="paragraph" w:customStyle="1" w:styleId="Bodytext21">
    <w:name w:val="Body text (2)1"/>
    <w:basedOn w:val="Normal"/>
    <w:link w:val="Bodytext20"/>
    <w:uiPriority w:val="99"/>
    <w:rsid w:val="008B2EA6"/>
    <w:pPr>
      <w:widowControl w:val="0"/>
      <w:shd w:val="clear" w:color="auto" w:fill="FFFFFF"/>
      <w:spacing w:after="540" w:line="360" w:lineRule="exact"/>
      <w:ind w:hanging="640"/>
    </w:pPr>
    <w:rPr>
      <w:rFonts w:ascii="Garamond" w:hAnsi="Garamond" w:cs="Garamond"/>
      <w:sz w:val="28"/>
      <w:szCs w:val="28"/>
    </w:rPr>
  </w:style>
  <w:style w:type="paragraph" w:customStyle="1" w:styleId="LightList-Accent51">
    <w:name w:val="Light List - Accent 51"/>
    <w:basedOn w:val="Normal"/>
    <w:uiPriority w:val="34"/>
    <w:qFormat/>
    <w:rsid w:val="008B2EA6"/>
    <w:pPr>
      <w:ind w:left="708"/>
    </w:pPr>
    <w:rPr>
      <w:rFonts w:ascii="Calibri" w:eastAsia="Times New Roman" w:hAnsi="Calibri" w:cs="Times New Roman"/>
    </w:rPr>
  </w:style>
  <w:style w:type="paragraph" w:customStyle="1" w:styleId="Inhaltsverzeichnisberschrift">
    <w:name w:val="Inhaltsverzeichnisüberschrift"/>
    <w:basedOn w:val="Heading1"/>
    <w:next w:val="Normal"/>
    <w:uiPriority w:val="39"/>
    <w:qFormat/>
    <w:rsid w:val="008B2EA6"/>
    <w:pPr>
      <w:numPr>
        <w:numId w:val="45"/>
      </w:numPr>
      <w:spacing w:line="312" w:lineRule="auto"/>
      <w:jc w:val="center"/>
      <w:outlineLvl w:val="9"/>
    </w:pPr>
    <w:rPr>
      <w:rFonts w:ascii="Arial" w:eastAsia="Times New Roman" w:hAnsi="Arial" w:cs="Arial"/>
      <w:color w:val="365F91"/>
      <w:lang w:val="ro-RO"/>
    </w:rPr>
  </w:style>
  <w:style w:type="paragraph" w:customStyle="1" w:styleId="Style">
    <w:name w:val="Style"/>
    <w:rsid w:val="008B2EA6"/>
    <w:pPr>
      <w:widowControl w:val="0"/>
      <w:autoSpaceDE w:val="0"/>
      <w:autoSpaceDN w:val="0"/>
      <w:adjustRightInd w:val="0"/>
      <w:spacing w:after="0" w:line="240" w:lineRule="auto"/>
    </w:pPr>
    <w:rPr>
      <w:rFonts w:ascii="Arial" w:eastAsia="Times New Roman" w:hAnsi="Arial" w:cs="Arial"/>
      <w:sz w:val="24"/>
      <w:szCs w:val="24"/>
      <w:lang w:val="ro-RO" w:eastAsia="ro-RO"/>
    </w:rPr>
  </w:style>
  <w:style w:type="paragraph" w:customStyle="1" w:styleId="StyleHeading2">
    <w:name w:val="Style Heading 2"/>
    <w:aliases w:val="2 + Underline"/>
    <w:basedOn w:val="Heading2"/>
    <w:autoRedefine/>
    <w:rsid w:val="008B2EA6"/>
    <w:pPr>
      <w:keepNext w:val="0"/>
      <w:keepLines w:val="0"/>
      <w:tabs>
        <w:tab w:val="left" w:pos="426"/>
      </w:tabs>
      <w:spacing w:before="120" w:line="240" w:lineRule="auto"/>
      <w:ind w:left="426"/>
      <w:jc w:val="both"/>
    </w:pPr>
    <w:rPr>
      <w:rFonts w:ascii="Arial" w:eastAsia="Times New Roman" w:hAnsi="Arial" w:cs="Arial"/>
      <w:b w:val="0"/>
      <w:bCs w:val="0"/>
      <w:color w:val="auto"/>
      <w:sz w:val="22"/>
      <w:szCs w:val="22"/>
      <w:lang w:val="ro-RO" w:eastAsia="ro-RO"/>
    </w:rPr>
  </w:style>
  <w:style w:type="character" w:customStyle="1" w:styleId="litera1">
    <w:name w:val="litera1"/>
    <w:rsid w:val="008B2EA6"/>
    <w:rPr>
      <w:b/>
      <w:bCs/>
      <w:color w:val="000000"/>
    </w:rPr>
  </w:style>
  <w:style w:type="paragraph" w:customStyle="1" w:styleId="LightShading-Accent51">
    <w:name w:val="Light Shading - Accent 51"/>
    <w:hidden/>
    <w:uiPriority w:val="99"/>
    <w:semiHidden/>
    <w:rsid w:val="008B2EA6"/>
    <w:pPr>
      <w:spacing w:after="0" w:line="240" w:lineRule="auto"/>
    </w:pPr>
    <w:rPr>
      <w:rFonts w:ascii="Calibri" w:eastAsia="Times New Roman" w:hAnsi="Calibri" w:cs="Times New Roman"/>
    </w:rPr>
  </w:style>
  <w:style w:type="character" w:customStyle="1" w:styleId="apple-converted-space">
    <w:name w:val="apple-converted-space"/>
    <w:rsid w:val="008B2EA6"/>
  </w:style>
  <w:style w:type="paragraph" w:customStyle="1" w:styleId="defaulttext">
    <w:name w:val="defaulttext"/>
    <w:basedOn w:val="Normal"/>
    <w:rsid w:val="008B2E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umList1-Accent41">
    <w:name w:val="Medium List 1 - Accent 41"/>
    <w:hidden/>
    <w:uiPriority w:val="99"/>
    <w:semiHidden/>
    <w:rsid w:val="008B2EA6"/>
    <w:pPr>
      <w:spacing w:after="0" w:line="240" w:lineRule="auto"/>
    </w:pPr>
    <w:rPr>
      <w:rFonts w:ascii="Calibri" w:eastAsia="Times New Roman" w:hAnsi="Calibri" w:cs="Times New Roman"/>
    </w:rPr>
  </w:style>
  <w:style w:type="paragraph" w:customStyle="1" w:styleId="Style1">
    <w:name w:val="Style1"/>
    <w:basedOn w:val="Normal"/>
    <w:link w:val="Style1Char"/>
    <w:qFormat/>
    <w:rsid w:val="008B2EA6"/>
    <w:pPr>
      <w:keepNext/>
      <w:tabs>
        <w:tab w:val="left" w:pos="426"/>
      </w:tabs>
      <w:spacing w:after="240" w:line="320" w:lineRule="exact"/>
      <w:jc w:val="both"/>
      <w:outlineLvl w:val="0"/>
    </w:pPr>
    <w:rPr>
      <w:rFonts w:ascii="Times New Roman" w:eastAsia="Times New Roman" w:hAnsi="Times New Roman" w:cs="Times New Roman"/>
      <w:b/>
      <w:bCs/>
      <w:kern w:val="32"/>
      <w:sz w:val="24"/>
      <w:szCs w:val="24"/>
      <w:lang w:val="x-none"/>
    </w:rPr>
  </w:style>
  <w:style w:type="character" w:customStyle="1" w:styleId="Style1Char">
    <w:name w:val="Style1 Char"/>
    <w:link w:val="Style1"/>
    <w:rsid w:val="008B2EA6"/>
    <w:rPr>
      <w:rFonts w:ascii="Times New Roman" w:eastAsia="Times New Roman" w:hAnsi="Times New Roman" w:cs="Times New Roman"/>
      <w:b/>
      <w:bCs/>
      <w:kern w:val="32"/>
      <w:sz w:val="24"/>
      <w:szCs w:val="24"/>
      <w:lang w:val="x-none"/>
    </w:rPr>
  </w:style>
  <w:style w:type="paragraph" w:customStyle="1" w:styleId="MediumGrid1-Accent21">
    <w:name w:val="Medium Grid 1 - Accent 21"/>
    <w:basedOn w:val="Normal"/>
    <w:qFormat/>
    <w:rsid w:val="008B2EA6"/>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rsid w:val="008B2EA6"/>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8B2EA6"/>
    <w:rPr>
      <w:rFonts w:ascii="Calibri" w:eastAsia="Times New Roman" w:hAnsi="Calibri" w:cs="Times New Roman"/>
    </w:rPr>
  </w:style>
  <w:style w:type="paragraph" w:customStyle="1" w:styleId="DefaultText0">
    <w:name w:val="Default Text"/>
    <w:basedOn w:val="Normal"/>
    <w:link w:val="DefaultTextChar"/>
    <w:rsid w:val="008B2EA6"/>
    <w:pPr>
      <w:spacing w:after="0" w:line="240" w:lineRule="auto"/>
    </w:pPr>
    <w:rPr>
      <w:rFonts w:ascii="Times New Roman" w:eastAsia="Times New Roman" w:hAnsi="Times New Roman" w:cs="Times New Roman"/>
      <w:noProof/>
      <w:sz w:val="24"/>
      <w:szCs w:val="20"/>
    </w:rPr>
  </w:style>
  <w:style w:type="paragraph" w:customStyle="1" w:styleId="CaracterCaracter2CharCharChar">
    <w:name w:val="Caracter Caracter2 Char Char Char"/>
    <w:basedOn w:val="Normal"/>
    <w:rsid w:val="008B2EA6"/>
    <w:pPr>
      <w:spacing w:after="0" w:line="240" w:lineRule="auto"/>
    </w:pPr>
    <w:rPr>
      <w:rFonts w:ascii="Times New Roman" w:eastAsia="Times New Roman" w:hAnsi="Times New Roman" w:cs="Times New Roman"/>
      <w:sz w:val="24"/>
      <w:szCs w:val="24"/>
      <w:lang w:val="pl-PL" w:eastAsia="pl-PL"/>
    </w:rPr>
  </w:style>
  <w:style w:type="paragraph" w:customStyle="1" w:styleId="8">
    <w:name w:val="8"/>
    <w:basedOn w:val="Normal"/>
    <w:rsid w:val="008B2EA6"/>
    <w:pPr>
      <w:spacing w:after="0" w:line="240" w:lineRule="auto"/>
    </w:pPr>
    <w:rPr>
      <w:rFonts w:ascii="Times New Roman" w:eastAsia="Times New Roman" w:hAnsi="Times New Roman" w:cs="Times New Roman"/>
      <w:sz w:val="24"/>
      <w:szCs w:val="24"/>
      <w:lang w:val="pl-PL" w:eastAsia="pl-PL"/>
    </w:rPr>
  </w:style>
  <w:style w:type="paragraph" w:styleId="Revision">
    <w:name w:val="Revision"/>
    <w:hidden/>
    <w:uiPriority w:val="99"/>
    <w:semiHidden/>
    <w:rsid w:val="008B2EA6"/>
    <w:pPr>
      <w:spacing w:after="0" w:line="240" w:lineRule="auto"/>
    </w:pPr>
    <w:rPr>
      <w:rFonts w:ascii="Calibri" w:eastAsia="Times New Roman" w:hAnsi="Calibri" w:cs="Times New Roman"/>
    </w:rPr>
  </w:style>
  <w:style w:type="paragraph" w:customStyle="1" w:styleId="al">
    <w:name w:val="a_l"/>
    <w:basedOn w:val="Normal"/>
    <w:rsid w:val="008B2EA6"/>
    <w:pPr>
      <w:spacing w:before="100" w:beforeAutospacing="1" w:after="100" w:afterAutospacing="1" w:line="240" w:lineRule="auto"/>
    </w:pPr>
    <w:rPr>
      <w:rFonts w:ascii="Times New Roman" w:eastAsia="Times New Roman" w:hAnsi="Times New Roman" w:cs="Times New Roman"/>
      <w:sz w:val="24"/>
      <w:szCs w:val="24"/>
      <w:lang w:val="ro-RO"/>
    </w:rPr>
  </w:style>
  <w:style w:type="paragraph" w:customStyle="1" w:styleId="Style2">
    <w:name w:val="Style2"/>
    <w:basedOn w:val="Heading1"/>
    <w:link w:val="Style2Char"/>
    <w:qFormat/>
    <w:rsid w:val="008B2EA6"/>
    <w:pPr>
      <w:keepLines w:val="0"/>
      <w:numPr>
        <w:numId w:val="75"/>
      </w:numPr>
      <w:spacing w:before="0" w:after="240" w:line="312" w:lineRule="auto"/>
    </w:pPr>
    <w:rPr>
      <w:rFonts w:ascii="Arial" w:eastAsia="Times New Roman" w:hAnsi="Arial" w:cs="Arial"/>
      <w:kern w:val="32"/>
      <w:sz w:val="18"/>
      <w:szCs w:val="18"/>
      <w:lang w:val="ro-RO"/>
    </w:rPr>
  </w:style>
  <w:style w:type="paragraph" w:customStyle="1" w:styleId="anexe">
    <w:name w:val="anexe"/>
    <w:basedOn w:val="Heading2"/>
    <w:link w:val="anexeChar"/>
    <w:qFormat/>
    <w:rsid w:val="008B2EA6"/>
    <w:pPr>
      <w:keepLines w:val="0"/>
      <w:spacing w:before="240" w:after="60"/>
      <w:ind w:left="1440" w:hanging="360"/>
    </w:pPr>
    <w:rPr>
      <w:rFonts w:ascii="Arial" w:eastAsia="Times New Roman" w:hAnsi="Arial" w:cs="Times New Roman"/>
      <w:iCs/>
      <w:sz w:val="20"/>
      <w:szCs w:val="28"/>
    </w:rPr>
  </w:style>
  <w:style w:type="character" w:customStyle="1" w:styleId="Style2Char">
    <w:name w:val="Style2 Char"/>
    <w:basedOn w:val="Heading1Char"/>
    <w:link w:val="Style2"/>
    <w:rsid w:val="008B2EA6"/>
    <w:rPr>
      <w:rFonts w:ascii="Arial" w:eastAsia="Times New Roman" w:hAnsi="Arial" w:cs="Arial"/>
      <w:b/>
      <w:bCs/>
      <w:color w:val="365F91" w:themeColor="accent1" w:themeShade="BF"/>
      <w:kern w:val="32"/>
      <w:sz w:val="18"/>
      <w:szCs w:val="18"/>
      <w:lang w:val="ro-RO"/>
    </w:rPr>
  </w:style>
  <w:style w:type="character" w:customStyle="1" w:styleId="anexeChar">
    <w:name w:val="anexe Char"/>
    <w:basedOn w:val="Heading2Char"/>
    <w:link w:val="anexe"/>
    <w:rsid w:val="008B2EA6"/>
    <w:rPr>
      <w:rFonts w:ascii="Arial" w:eastAsia="Times New Roman" w:hAnsi="Arial" w:cs="Times New Roman"/>
      <w:b/>
      <w:bCs/>
      <w:iCs/>
      <w:color w:val="4F81BD" w:themeColor="accent1"/>
      <w:sz w:val="20"/>
      <w:szCs w:val="28"/>
    </w:rPr>
  </w:style>
  <w:style w:type="character" w:customStyle="1" w:styleId="Bodytext2Bold">
    <w:name w:val="Body text (2) + Bold"/>
    <w:uiPriority w:val="99"/>
    <w:rsid w:val="008B2EA6"/>
    <w:rPr>
      <w:rFonts w:ascii="Garamond" w:hAnsi="Garamond" w:cs="Garamond"/>
      <w:b/>
      <w:bCs/>
      <w:sz w:val="28"/>
      <w:szCs w:val="28"/>
      <w:u w:val="none"/>
    </w:rPr>
  </w:style>
  <w:style w:type="character" w:customStyle="1" w:styleId="Bodytext30">
    <w:name w:val="Body text (3)_"/>
    <w:link w:val="Bodytext31"/>
    <w:uiPriority w:val="99"/>
    <w:locked/>
    <w:rsid w:val="008B2EA6"/>
    <w:rPr>
      <w:rFonts w:ascii="Garamond" w:hAnsi="Garamond" w:cs="Garamond"/>
      <w:b/>
      <w:bCs/>
      <w:sz w:val="28"/>
      <w:szCs w:val="28"/>
      <w:shd w:val="clear" w:color="auto" w:fill="FFFFFF"/>
    </w:rPr>
  </w:style>
  <w:style w:type="character" w:customStyle="1" w:styleId="Bodytext3NotBold">
    <w:name w:val="Body text (3) + Not Bold"/>
    <w:uiPriority w:val="99"/>
    <w:rsid w:val="008B2EA6"/>
    <w:rPr>
      <w:rFonts w:ascii="Garamond" w:hAnsi="Garamond" w:cs="Garamond"/>
      <w:b w:val="0"/>
      <w:bCs w:val="0"/>
      <w:sz w:val="28"/>
      <w:szCs w:val="28"/>
      <w:u w:val="none"/>
    </w:rPr>
  </w:style>
  <w:style w:type="character" w:customStyle="1" w:styleId="Bodytext2Bold5">
    <w:name w:val="Body text (2) + Bold5"/>
    <w:uiPriority w:val="99"/>
    <w:rsid w:val="008B2EA6"/>
    <w:rPr>
      <w:rFonts w:ascii="Garamond" w:hAnsi="Garamond" w:cs="Garamond"/>
      <w:b/>
      <w:bCs/>
      <w:sz w:val="28"/>
      <w:szCs w:val="28"/>
      <w:u w:val="none"/>
    </w:rPr>
  </w:style>
  <w:style w:type="paragraph" w:customStyle="1" w:styleId="Bodytext31">
    <w:name w:val="Body text (3)1"/>
    <w:basedOn w:val="Normal"/>
    <w:link w:val="Bodytext30"/>
    <w:uiPriority w:val="99"/>
    <w:rsid w:val="008B2EA6"/>
    <w:pPr>
      <w:widowControl w:val="0"/>
      <w:shd w:val="clear" w:color="auto" w:fill="FFFFFF"/>
      <w:spacing w:after="180" w:line="320" w:lineRule="exact"/>
      <w:ind w:hanging="360"/>
    </w:pPr>
    <w:rPr>
      <w:rFonts w:ascii="Garamond" w:hAnsi="Garamond" w:cs="Garamond"/>
      <w:b/>
      <w:bCs/>
      <w:sz w:val="28"/>
      <w:szCs w:val="28"/>
    </w:rPr>
  </w:style>
  <w:style w:type="character" w:customStyle="1" w:styleId="Heading30">
    <w:name w:val="Heading #3_"/>
    <w:link w:val="Heading31"/>
    <w:uiPriority w:val="99"/>
    <w:rsid w:val="008B2EA6"/>
    <w:rPr>
      <w:rFonts w:ascii="Garamond" w:hAnsi="Garamond" w:cs="Garamond"/>
      <w:b/>
      <w:bCs/>
      <w:sz w:val="28"/>
      <w:szCs w:val="28"/>
      <w:shd w:val="clear" w:color="auto" w:fill="FFFFFF"/>
    </w:rPr>
  </w:style>
  <w:style w:type="character" w:customStyle="1" w:styleId="Heading3NotBold">
    <w:name w:val="Heading #3 + Not Bold"/>
    <w:uiPriority w:val="99"/>
    <w:rsid w:val="008B2EA6"/>
    <w:rPr>
      <w:rFonts w:ascii="Garamond" w:hAnsi="Garamond" w:cs="Garamond"/>
      <w:b w:val="0"/>
      <w:bCs w:val="0"/>
      <w:sz w:val="28"/>
      <w:szCs w:val="28"/>
      <w:shd w:val="clear" w:color="auto" w:fill="FFFFFF"/>
    </w:rPr>
  </w:style>
  <w:style w:type="paragraph" w:customStyle="1" w:styleId="Heading31">
    <w:name w:val="Heading #3"/>
    <w:basedOn w:val="Normal"/>
    <w:link w:val="Heading30"/>
    <w:uiPriority w:val="99"/>
    <w:rsid w:val="008B2EA6"/>
    <w:pPr>
      <w:widowControl w:val="0"/>
      <w:shd w:val="clear" w:color="auto" w:fill="FFFFFF"/>
      <w:spacing w:after="600" w:line="240" w:lineRule="atLeast"/>
      <w:ind w:hanging="380"/>
      <w:jc w:val="both"/>
      <w:outlineLvl w:val="2"/>
    </w:pPr>
    <w:rPr>
      <w:rFonts w:ascii="Garamond" w:hAnsi="Garamond" w:cs="Garamond"/>
      <w:b/>
      <w:bCs/>
      <w:sz w:val="28"/>
      <w:szCs w:val="28"/>
    </w:rPr>
  </w:style>
  <w:style w:type="character" w:customStyle="1" w:styleId="Bodytext2Bold6">
    <w:name w:val="Body text (2) + Bold6"/>
    <w:uiPriority w:val="99"/>
    <w:rsid w:val="008B2EA6"/>
    <w:rPr>
      <w:rFonts w:ascii="Garamond" w:hAnsi="Garamond" w:cs="Garamond"/>
      <w:b/>
      <w:bCs/>
      <w:sz w:val="28"/>
      <w:szCs w:val="28"/>
      <w:u w:val="none"/>
    </w:rPr>
  </w:style>
  <w:style w:type="character" w:customStyle="1" w:styleId="Bodytext22">
    <w:name w:val="Body text (2)2"/>
    <w:basedOn w:val="Bodytext20"/>
    <w:uiPriority w:val="99"/>
    <w:rsid w:val="008B2EA6"/>
    <w:rPr>
      <w:rFonts w:ascii="Garamond" w:hAnsi="Garamond" w:cs="Garamond"/>
      <w:sz w:val="28"/>
      <w:szCs w:val="28"/>
      <w:u w:val="none"/>
      <w:shd w:val="clear" w:color="auto" w:fill="FFFFFF"/>
    </w:rPr>
  </w:style>
  <w:style w:type="character" w:customStyle="1" w:styleId="Bodytext2Italic1">
    <w:name w:val="Body text (2) + Italic1"/>
    <w:uiPriority w:val="99"/>
    <w:rsid w:val="008B2EA6"/>
    <w:rPr>
      <w:rFonts w:ascii="Garamond" w:hAnsi="Garamond" w:cs="Garamond"/>
      <w:i/>
      <w:iCs/>
      <w:spacing w:val="0"/>
      <w:sz w:val="28"/>
      <w:szCs w:val="28"/>
      <w:u w:val="none"/>
    </w:rPr>
  </w:style>
  <w:style w:type="character" w:customStyle="1" w:styleId="Bodytext2Bold3">
    <w:name w:val="Body text (2) + Bold3"/>
    <w:uiPriority w:val="99"/>
    <w:rsid w:val="008B2EA6"/>
    <w:rPr>
      <w:rFonts w:ascii="Garamond" w:hAnsi="Garamond" w:cs="Garamond"/>
      <w:b/>
      <w:bCs/>
      <w:sz w:val="28"/>
      <w:szCs w:val="28"/>
      <w:u w:val="none"/>
    </w:rPr>
  </w:style>
  <w:style w:type="character" w:customStyle="1" w:styleId="Heading20">
    <w:name w:val="Heading #2_"/>
    <w:link w:val="Heading21"/>
    <w:uiPriority w:val="99"/>
    <w:locked/>
    <w:rsid w:val="008B2EA6"/>
    <w:rPr>
      <w:rFonts w:ascii="Garamond" w:hAnsi="Garamond" w:cs="Garamond"/>
      <w:b/>
      <w:bCs/>
      <w:sz w:val="28"/>
      <w:szCs w:val="28"/>
      <w:shd w:val="clear" w:color="auto" w:fill="FFFFFF"/>
    </w:rPr>
  </w:style>
  <w:style w:type="paragraph" w:customStyle="1" w:styleId="Heading21">
    <w:name w:val="Heading #2"/>
    <w:basedOn w:val="Normal"/>
    <w:link w:val="Heading20"/>
    <w:uiPriority w:val="99"/>
    <w:rsid w:val="008B2EA6"/>
    <w:pPr>
      <w:widowControl w:val="0"/>
      <w:shd w:val="clear" w:color="auto" w:fill="FFFFFF"/>
      <w:spacing w:after="300" w:line="240" w:lineRule="atLeast"/>
      <w:outlineLvl w:val="1"/>
    </w:pPr>
    <w:rPr>
      <w:rFonts w:ascii="Garamond" w:hAnsi="Garamond" w:cs="Garamond"/>
      <w:b/>
      <w:bCs/>
      <w:sz w:val="28"/>
      <w:szCs w:val="28"/>
    </w:rPr>
  </w:style>
  <w:style w:type="character" w:customStyle="1" w:styleId="Heading33">
    <w:name w:val="Heading #3 (3)_"/>
    <w:link w:val="Heading330"/>
    <w:uiPriority w:val="99"/>
    <w:rsid w:val="008B2EA6"/>
    <w:rPr>
      <w:rFonts w:ascii="Garamond" w:hAnsi="Garamond" w:cs="Garamond"/>
      <w:sz w:val="28"/>
      <w:szCs w:val="28"/>
      <w:shd w:val="clear" w:color="auto" w:fill="FFFFFF"/>
    </w:rPr>
  </w:style>
  <w:style w:type="paragraph" w:customStyle="1" w:styleId="Heading330">
    <w:name w:val="Heading #3 (3)"/>
    <w:basedOn w:val="Normal"/>
    <w:link w:val="Heading33"/>
    <w:uiPriority w:val="99"/>
    <w:rsid w:val="008B2EA6"/>
    <w:pPr>
      <w:widowControl w:val="0"/>
      <w:shd w:val="clear" w:color="auto" w:fill="FFFFFF"/>
      <w:spacing w:before="300" w:after="0" w:line="240" w:lineRule="atLeast"/>
      <w:ind w:hanging="300"/>
      <w:jc w:val="both"/>
      <w:outlineLvl w:val="2"/>
    </w:pPr>
    <w:rPr>
      <w:rFonts w:ascii="Garamond" w:hAnsi="Garamond" w:cs="Garamond"/>
      <w:sz w:val="28"/>
      <w:szCs w:val="28"/>
    </w:rPr>
  </w:style>
  <w:style w:type="character" w:customStyle="1" w:styleId="Tablecaption">
    <w:name w:val="Table caption_"/>
    <w:link w:val="Tablecaption0"/>
    <w:uiPriority w:val="99"/>
    <w:locked/>
    <w:rsid w:val="008B2EA6"/>
    <w:rPr>
      <w:rFonts w:ascii="Garamond" w:hAnsi="Garamond" w:cs="Garamond"/>
      <w:sz w:val="28"/>
      <w:szCs w:val="28"/>
      <w:shd w:val="clear" w:color="auto" w:fill="FFFFFF"/>
    </w:rPr>
  </w:style>
  <w:style w:type="character" w:customStyle="1" w:styleId="HeaderorfooterGaramond">
    <w:name w:val="Header or footer + Garamond"/>
    <w:aliases w:val="14 pt,Bold2,Body text (2) + 12 pt2"/>
    <w:uiPriority w:val="99"/>
    <w:rsid w:val="008B2EA6"/>
    <w:rPr>
      <w:rFonts w:ascii="Garamond" w:hAnsi="Garamond" w:cs="Garamond"/>
      <w:b/>
      <w:bCs/>
      <w:sz w:val="28"/>
      <w:szCs w:val="28"/>
      <w:u w:val="none"/>
    </w:rPr>
  </w:style>
  <w:style w:type="character" w:customStyle="1" w:styleId="Bodytext215pt">
    <w:name w:val="Body text (2) + 15 pt"/>
    <w:aliases w:val="Bold1,Body text (2) + 12 pt1"/>
    <w:uiPriority w:val="99"/>
    <w:rsid w:val="008B2EA6"/>
    <w:rPr>
      <w:rFonts w:ascii="Garamond" w:hAnsi="Garamond" w:cs="Garamond"/>
      <w:b/>
      <w:bCs/>
      <w:sz w:val="30"/>
      <w:szCs w:val="30"/>
      <w:u w:val="none"/>
    </w:rPr>
  </w:style>
  <w:style w:type="paragraph" w:customStyle="1" w:styleId="Tablecaption0">
    <w:name w:val="Table caption"/>
    <w:basedOn w:val="Normal"/>
    <w:link w:val="Tablecaption"/>
    <w:uiPriority w:val="99"/>
    <w:rsid w:val="008B2EA6"/>
    <w:pPr>
      <w:widowControl w:val="0"/>
      <w:shd w:val="clear" w:color="auto" w:fill="FFFFFF"/>
      <w:spacing w:after="60" w:line="240" w:lineRule="atLeast"/>
      <w:jc w:val="right"/>
    </w:pPr>
    <w:rPr>
      <w:rFonts w:ascii="Garamond" w:hAnsi="Garamond" w:cs="Garamond"/>
      <w:sz w:val="28"/>
      <w:szCs w:val="28"/>
    </w:rPr>
  </w:style>
  <w:style w:type="character" w:customStyle="1" w:styleId="Bodytext29pt">
    <w:name w:val="Body text (2) + 9 pt"/>
    <w:aliases w:val="Bold4"/>
    <w:uiPriority w:val="99"/>
    <w:rsid w:val="008B2EA6"/>
    <w:rPr>
      <w:rFonts w:ascii="Garamond" w:hAnsi="Garamond" w:cs="Garamond"/>
      <w:b/>
      <w:bCs/>
      <w:sz w:val="18"/>
      <w:szCs w:val="18"/>
      <w:u w:val="none"/>
    </w:rPr>
  </w:style>
  <w:style w:type="character" w:customStyle="1" w:styleId="Bodytext275pt">
    <w:name w:val="Body text (2) + 7.5 pt"/>
    <w:uiPriority w:val="99"/>
    <w:rsid w:val="008B2EA6"/>
    <w:rPr>
      <w:rFonts w:ascii="Garamond" w:hAnsi="Garamond" w:cs="Garamond"/>
      <w:sz w:val="15"/>
      <w:szCs w:val="15"/>
      <w:u w:val="none"/>
    </w:rPr>
  </w:style>
  <w:style w:type="character" w:customStyle="1" w:styleId="Bodytext29pt1">
    <w:name w:val="Body text (2) + 9 pt1"/>
    <w:uiPriority w:val="99"/>
    <w:rsid w:val="008B2EA6"/>
    <w:rPr>
      <w:rFonts w:ascii="Garamond" w:hAnsi="Garamond" w:cs="Garamond"/>
      <w:sz w:val="18"/>
      <w:szCs w:val="18"/>
      <w:u w:val="none"/>
    </w:rPr>
  </w:style>
  <w:style w:type="character" w:customStyle="1" w:styleId="Bodytext2Consolas">
    <w:name w:val="Body text (2) + Consolas"/>
    <w:aliases w:val="7 pt1,Italic"/>
    <w:uiPriority w:val="99"/>
    <w:rsid w:val="008B2EA6"/>
    <w:rPr>
      <w:rFonts w:ascii="Consolas" w:hAnsi="Consolas" w:cs="Consolas"/>
      <w:i/>
      <w:iCs/>
      <w:sz w:val="14"/>
      <w:szCs w:val="14"/>
      <w:u w:val="none"/>
    </w:rPr>
  </w:style>
  <w:style w:type="character" w:customStyle="1" w:styleId="Bodytext2FranklinGothicHeavy">
    <w:name w:val="Body text (2) + Franklin Gothic Heavy"/>
    <w:aliases w:val="6 pt"/>
    <w:uiPriority w:val="99"/>
    <w:rsid w:val="008B2EA6"/>
    <w:rPr>
      <w:rFonts w:ascii="Franklin Gothic Heavy" w:hAnsi="Franklin Gothic Heavy" w:cs="Franklin Gothic Heavy"/>
      <w:sz w:val="12"/>
      <w:szCs w:val="12"/>
      <w:u w:val="none"/>
    </w:rPr>
  </w:style>
  <w:style w:type="character" w:customStyle="1" w:styleId="Bodytext2105pt1">
    <w:name w:val="Body text (2) + 10.5 pt1"/>
    <w:uiPriority w:val="99"/>
    <w:rsid w:val="008B2EA6"/>
    <w:rPr>
      <w:rFonts w:ascii="Garamond" w:hAnsi="Garamond" w:cs="Garamond"/>
      <w:sz w:val="21"/>
      <w:szCs w:val="21"/>
      <w:u w:val="none"/>
    </w:rPr>
  </w:style>
  <w:style w:type="character" w:customStyle="1" w:styleId="Tablecaption3">
    <w:name w:val="Table caption (3)_"/>
    <w:link w:val="Tablecaption31"/>
    <w:uiPriority w:val="99"/>
    <w:locked/>
    <w:rsid w:val="008B2EA6"/>
    <w:rPr>
      <w:rFonts w:ascii="Book Antiqua" w:hAnsi="Book Antiqua" w:cs="Book Antiqua"/>
      <w:b/>
      <w:bCs/>
      <w:shd w:val="clear" w:color="auto" w:fill="FFFFFF"/>
    </w:rPr>
  </w:style>
  <w:style w:type="paragraph" w:customStyle="1" w:styleId="Tablecaption31">
    <w:name w:val="Table caption (3)1"/>
    <w:basedOn w:val="Normal"/>
    <w:link w:val="Tablecaption3"/>
    <w:uiPriority w:val="99"/>
    <w:rsid w:val="008B2EA6"/>
    <w:pPr>
      <w:widowControl w:val="0"/>
      <w:shd w:val="clear" w:color="auto" w:fill="FFFFFF"/>
      <w:spacing w:after="0" w:line="240" w:lineRule="atLeast"/>
    </w:pPr>
    <w:rPr>
      <w:rFonts w:ascii="Book Antiqua" w:hAnsi="Book Antiqua" w:cs="Book Antiqua"/>
      <w:b/>
      <w:bCs/>
    </w:rPr>
  </w:style>
  <w:style w:type="character" w:customStyle="1" w:styleId="Bodytext1">
    <w:name w:val="Body text_"/>
    <w:link w:val="Bodytext10"/>
    <w:uiPriority w:val="99"/>
    <w:locked/>
    <w:rsid w:val="008B2EA6"/>
    <w:rPr>
      <w:rFonts w:ascii="Times New Roman" w:hAnsi="Times New Roman" w:cs="Times New Roman"/>
      <w:sz w:val="26"/>
      <w:szCs w:val="26"/>
      <w:shd w:val="clear" w:color="auto" w:fill="FFFFFF"/>
    </w:rPr>
  </w:style>
  <w:style w:type="character" w:customStyle="1" w:styleId="BodyText11">
    <w:name w:val="Body Text1"/>
    <w:basedOn w:val="Bodytext1"/>
    <w:uiPriority w:val="99"/>
    <w:rsid w:val="008B2EA6"/>
    <w:rPr>
      <w:rFonts w:ascii="Times New Roman" w:hAnsi="Times New Roman" w:cs="Times New Roman"/>
      <w:sz w:val="26"/>
      <w:szCs w:val="26"/>
      <w:shd w:val="clear" w:color="auto" w:fill="FFFFFF"/>
    </w:rPr>
  </w:style>
  <w:style w:type="paragraph" w:customStyle="1" w:styleId="Bodytext10">
    <w:name w:val="Body text1"/>
    <w:basedOn w:val="Normal"/>
    <w:link w:val="Bodytext1"/>
    <w:uiPriority w:val="99"/>
    <w:rsid w:val="008B2EA6"/>
    <w:pPr>
      <w:widowControl w:val="0"/>
      <w:shd w:val="clear" w:color="auto" w:fill="FFFFFF"/>
      <w:spacing w:before="360" w:after="0" w:line="346" w:lineRule="exact"/>
      <w:ind w:hanging="640"/>
      <w:jc w:val="both"/>
    </w:pPr>
    <w:rPr>
      <w:rFonts w:ascii="Times New Roman" w:hAnsi="Times New Roman" w:cs="Times New Roman"/>
      <w:sz w:val="26"/>
      <w:szCs w:val="26"/>
    </w:rPr>
  </w:style>
  <w:style w:type="character" w:customStyle="1" w:styleId="BodyText32">
    <w:name w:val="Body Text3"/>
    <w:uiPriority w:val="99"/>
    <w:rsid w:val="008B2EA6"/>
    <w:rPr>
      <w:rFonts w:ascii="Book Antiqua" w:eastAsia="Book Antiqua" w:hAnsi="Book Antiqua" w:cs="Book Antiqua"/>
      <w:b w:val="0"/>
      <w:bCs w:val="0"/>
      <w:i w:val="0"/>
      <w:iCs w:val="0"/>
      <w:smallCaps w:val="0"/>
      <w:strike w:val="0"/>
      <w:spacing w:val="0"/>
      <w:sz w:val="26"/>
      <w:szCs w:val="26"/>
      <w:shd w:val="clear" w:color="auto" w:fill="FFFFFF"/>
    </w:rPr>
  </w:style>
  <w:style w:type="paragraph" w:customStyle="1" w:styleId="normaltableau">
    <w:name w:val="normal_tableau"/>
    <w:basedOn w:val="Normal"/>
    <w:rsid w:val="008B2EA6"/>
    <w:pPr>
      <w:spacing w:before="120" w:after="120" w:line="240" w:lineRule="auto"/>
      <w:jc w:val="both"/>
    </w:pPr>
    <w:rPr>
      <w:rFonts w:ascii="Optima" w:eastAsiaTheme="minorHAnsi" w:hAnsi="Optima" w:cs="Calibri"/>
      <w:lang w:val="en-GB"/>
    </w:rPr>
  </w:style>
  <w:style w:type="paragraph" w:styleId="PlainText">
    <w:name w:val="Plain Text"/>
    <w:aliases w:val=" Char Char4"/>
    <w:basedOn w:val="Normal"/>
    <w:link w:val="PlainTextChar"/>
    <w:rsid w:val="008B2EA6"/>
    <w:pPr>
      <w:spacing w:after="240" w:line="240" w:lineRule="auto"/>
      <w:jc w:val="both"/>
    </w:pPr>
    <w:rPr>
      <w:rFonts w:ascii="Courier New" w:eastAsiaTheme="minorHAnsi" w:hAnsi="Courier New" w:cs="Calibri"/>
      <w:lang w:val="en-GB" w:eastAsia="en-GB"/>
    </w:rPr>
  </w:style>
  <w:style w:type="character" w:customStyle="1" w:styleId="PlainTextChar">
    <w:name w:val="Plain Text Char"/>
    <w:aliases w:val=" Char Char4 Char"/>
    <w:basedOn w:val="DefaultParagraphFont"/>
    <w:link w:val="PlainText"/>
    <w:rsid w:val="008B2EA6"/>
    <w:rPr>
      <w:rFonts w:ascii="Courier New" w:eastAsiaTheme="minorHAnsi" w:hAnsi="Courier New" w:cs="Calibri"/>
      <w:lang w:val="en-GB" w:eastAsia="en-GB"/>
    </w:rPr>
  </w:style>
  <w:style w:type="character" w:customStyle="1" w:styleId="DefaultTextChar">
    <w:name w:val="Default Text Char"/>
    <w:link w:val="DefaultText0"/>
    <w:locked/>
    <w:rsid w:val="008B2EA6"/>
    <w:rPr>
      <w:rFonts w:ascii="Times New Roman" w:eastAsia="Times New Roman" w:hAnsi="Times New Roman" w:cs="Times New Roman"/>
      <w:noProof/>
      <w:sz w:val="24"/>
      <w:szCs w:val="20"/>
    </w:rPr>
  </w:style>
  <w:style w:type="paragraph" w:customStyle="1" w:styleId="p0">
    <w:name w:val="p0"/>
    <w:basedOn w:val="Normal"/>
    <w:rsid w:val="008B2EA6"/>
    <w:pPr>
      <w:widowControl w:val="0"/>
      <w:tabs>
        <w:tab w:val="left" w:pos="204"/>
      </w:tabs>
      <w:spacing w:after="0" w:line="240" w:lineRule="atLeast"/>
      <w:jc w:val="both"/>
    </w:pPr>
    <w:rPr>
      <w:rFonts w:ascii="Calibri" w:eastAsiaTheme="minorHAnsi" w:hAnsi="Calibri" w:cs="Calibri"/>
      <w:snapToGrid w:val="0"/>
      <w:sz w:val="24"/>
      <w:lang w:val="en-GB"/>
    </w:rPr>
  </w:style>
  <w:style w:type="paragraph" w:customStyle="1" w:styleId="yiv261432251msonormal">
    <w:name w:val="yiv261432251msonormal"/>
    <w:basedOn w:val="Normal"/>
    <w:rsid w:val="008B2EA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Bodytext23">
    <w:name w:val="Body text (2)"/>
    <w:basedOn w:val="Normal"/>
    <w:rsid w:val="008B2EA6"/>
    <w:pPr>
      <w:widowControl w:val="0"/>
      <w:shd w:val="clear" w:color="auto" w:fill="FFFFFF"/>
      <w:spacing w:after="300" w:line="0" w:lineRule="atLeast"/>
      <w:ind w:hanging="400"/>
      <w:jc w:val="both"/>
    </w:pPr>
    <w:rPr>
      <w:rFonts w:ascii="Verdana" w:eastAsia="Verdana" w:hAnsi="Verdana" w:cs="Verdana"/>
      <w:sz w:val="18"/>
      <w:szCs w:val="18"/>
    </w:rPr>
  </w:style>
  <w:style w:type="character" w:customStyle="1" w:styleId="Bodytext6">
    <w:name w:val="Body text (6)_"/>
    <w:link w:val="Bodytext60"/>
    <w:locked/>
    <w:rsid w:val="008B2EA6"/>
    <w:rPr>
      <w:rFonts w:ascii="Verdana" w:eastAsia="Verdana" w:hAnsi="Verdana" w:cs="Verdana"/>
      <w:b/>
      <w:bCs/>
      <w:i/>
      <w:iCs/>
      <w:sz w:val="18"/>
      <w:szCs w:val="18"/>
      <w:shd w:val="clear" w:color="auto" w:fill="FFFFFF"/>
    </w:rPr>
  </w:style>
  <w:style w:type="paragraph" w:customStyle="1" w:styleId="Bodytext60">
    <w:name w:val="Body text (6)"/>
    <w:basedOn w:val="Normal"/>
    <w:link w:val="Bodytext6"/>
    <w:rsid w:val="008B2EA6"/>
    <w:pPr>
      <w:widowControl w:val="0"/>
      <w:shd w:val="clear" w:color="auto" w:fill="FFFFFF"/>
      <w:spacing w:before="2640" w:after="0" w:line="0" w:lineRule="atLeast"/>
      <w:jc w:val="right"/>
    </w:pPr>
    <w:rPr>
      <w:rFonts w:ascii="Verdana" w:eastAsia="Verdana" w:hAnsi="Verdana" w:cs="Verdana"/>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1209">
      <w:bodyDiv w:val="1"/>
      <w:marLeft w:val="0"/>
      <w:marRight w:val="0"/>
      <w:marTop w:val="0"/>
      <w:marBottom w:val="0"/>
      <w:divBdr>
        <w:top w:val="none" w:sz="0" w:space="0" w:color="auto"/>
        <w:left w:val="none" w:sz="0" w:space="0" w:color="auto"/>
        <w:bottom w:val="none" w:sz="0" w:space="0" w:color="auto"/>
        <w:right w:val="none" w:sz="0" w:space="0" w:color="auto"/>
      </w:divBdr>
    </w:div>
    <w:div w:id="185297006">
      <w:bodyDiv w:val="1"/>
      <w:marLeft w:val="0"/>
      <w:marRight w:val="0"/>
      <w:marTop w:val="0"/>
      <w:marBottom w:val="0"/>
      <w:divBdr>
        <w:top w:val="none" w:sz="0" w:space="0" w:color="auto"/>
        <w:left w:val="none" w:sz="0" w:space="0" w:color="auto"/>
        <w:bottom w:val="none" w:sz="0" w:space="0" w:color="auto"/>
        <w:right w:val="none" w:sz="0" w:space="0" w:color="auto"/>
      </w:divBdr>
    </w:div>
    <w:div w:id="199123673">
      <w:bodyDiv w:val="1"/>
      <w:marLeft w:val="0"/>
      <w:marRight w:val="0"/>
      <w:marTop w:val="0"/>
      <w:marBottom w:val="0"/>
      <w:divBdr>
        <w:top w:val="none" w:sz="0" w:space="0" w:color="auto"/>
        <w:left w:val="none" w:sz="0" w:space="0" w:color="auto"/>
        <w:bottom w:val="none" w:sz="0" w:space="0" w:color="auto"/>
        <w:right w:val="none" w:sz="0" w:space="0" w:color="auto"/>
      </w:divBdr>
    </w:div>
    <w:div w:id="281958426">
      <w:bodyDiv w:val="1"/>
      <w:marLeft w:val="0"/>
      <w:marRight w:val="0"/>
      <w:marTop w:val="0"/>
      <w:marBottom w:val="0"/>
      <w:divBdr>
        <w:top w:val="none" w:sz="0" w:space="0" w:color="auto"/>
        <w:left w:val="none" w:sz="0" w:space="0" w:color="auto"/>
        <w:bottom w:val="none" w:sz="0" w:space="0" w:color="auto"/>
        <w:right w:val="none" w:sz="0" w:space="0" w:color="auto"/>
      </w:divBdr>
    </w:div>
    <w:div w:id="284116193">
      <w:bodyDiv w:val="1"/>
      <w:marLeft w:val="0"/>
      <w:marRight w:val="0"/>
      <w:marTop w:val="0"/>
      <w:marBottom w:val="0"/>
      <w:divBdr>
        <w:top w:val="none" w:sz="0" w:space="0" w:color="auto"/>
        <w:left w:val="none" w:sz="0" w:space="0" w:color="auto"/>
        <w:bottom w:val="none" w:sz="0" w:space="0" w:color="auto"/>
        <w:right w:val="none" w:sz="0" w:space="0" w:color="auto"/>
      </w:divBdr>
    </w:div>
    <w:div w:id="333847800">
      <w:bodyDiv w:val="1"/>
      <w:marLeft w:val="0"/>
      <w:marRight w:val="0"/>
      <w:marTop w:val="0"/>
      <w:marBottom w:val="0"/>
      <w:divBdr>
        <w:top w:val="none" w:sz="0" w:space="0" w:color="auto"/>
        <w:left w:val="none" w:sz="0" w:space="0" w:color="auto"/>
        <w:bottom w:val="none" w:sz="0" w:space="0" w:color="auto"/>
        <w:right w:val="none" w:sz="0" w:space="0" w:color="auto"/>
      </w:divBdr>
    </w:div>
    <w:div w:id="339506211">
      <w:bodyDiv w:val="1"/>
      <w:marLeft w:val="0"/>
      <w:marRight w:val="0"/>
      <w:marTop w:val="0"/>
      <w:marBottom w:val="0"/>
      <w:divBdr>
        <w:top w:val="none" w:sz="0" w:space="0" w:color="auto"/>
        <w:left w:val="none" w:sz="0" w:space="0" w:color="auto"/>
        <w:bottom w:val="none" w:sz="0" w:space="0" w:color="auto"/>
        <w:right w:val="none" w:sz="0" w:space="0" w:color="auto"/>
      </w:divBdr>
    </w:div>
    <w:div w:id="424493835">
      <w:bodyDiv w:val="1"/>
      <w:marLeft w:val="0"/>
      <w:marRight w:val="0"/>
      <w:marTop w:val="0"/>
      <w:marBottom w:val="0"/>
      <w:divBdr>
        <w:top w:val="none" w:sz="0" w:space="0" w:color="auto"/>
        <w:left w:val="none" w:sz="0" w:space="0" w:color="auto"/>
        <w:bottom w:val="none" w:sz="0" w:space="0" w:color="auto"/>
        <w:right w:val="none" w:sz="0" w:space="0" w:color="auto"/>
      </w:divBdr>
    </w:div>
    <w:div w:id="430853163">
      <w:bodyDiv w:val="1"/>
      <w:marLeft w:val="0"/>
      <w:marRight w:val="0"/>
      <w:marTop w:val="0"/>
      <w:marBottom w:val="0"/>
      <w:divBdr>
        <w:top w:val="none" w:sz="0" w:space="0" w:color="auto"/>
        <w:left w:val="none" w:sz="0" w:space="0" w:color="auto"/>
        <w:bottom w:val="none" w:sz="0" w:space="0" w:color="auto"/>
        <w:right w:val="none" w:sz="0" w:space="0" w:color="auto"/>
      </w:divBdr>
    </w:div>
    <w:div w:id="533080233">
      <w:bodyDiv w:val="1"/>
      <w:marLeft w:val="0"/>
      <w:marRight w:val="0"/>
      <w:marTop w:val="0"/>
      <w:marBottom w:val="0"/>
      <w:divBdr>
        <w:top w:val="none" w:sz="0" w:space="0" w:color="auto"/>
        <w:left w:val="none" w:sz="0" w:space="0" w:color="auto"/>
        <w:bottom w:val="none" w:sz="0" w:space="0" w:color="auto"/>
        <w:right w:val="none" w:sz="0" w:space="0" w:color="auto"/>
      </w:divBdr>
    </w:div>
    <w:div w:id="598682841">
      <w:bodyDiv w:val="1"/>
      <w:marLeft w:val="0"/>
      <w:marRight w:val="0"/>
      <w:marTop w:val="0"/>
      <w:marBottom w:val="0"/>
      <w:divBdr>
        <w:top w:val="none" w:sz="0" w:space="0" w:color="auto"/>
        <w:left w:val="none" w:sz="0" w:space="0" w:color="auto"/>
        <w:bottom w:val="none" w:sz="0" w:space="0" w:color="auto"/>
        <w:right w:val="none" w:sz="0" w:space="0" w:color="auto"/>
      </w:divBdr>
    </w:div>
    <w:div w:id="664091556">
      <w:bodyDiv w:val="1"/>
      <w:marLeft w:val="0"/>
      <w:marRight w:val="0"/>
      <w:marTop w:val="0"/>
      <w:marBottom w:val="0"/>
      <w:divBdr>
        <w:top w:val="none" w:sz="0" w:space="0" w:color="auto"/>
        <w:left w:val="none" w:sz="0" w:space="0" w:color="auto"/>
        <w:bottom w:val="none" w:sz="0" w:space="0" w:color="auto"/>
        <w:right w:val="none" w:sz="0" w:space="0" w:color="auto"/>
      </w:divBdr>
    </w:div>
    <w:div w:id="711151798">
      <w:bodyDiv w:val="1"/>
      <w:marLeft w:val="0"/>
      <w:marRight w:val="0"/>
      <w:marTop w:val="0"/>
      <w:marBottom w:val="0"/>
      <w:divBdr>
        <w:top w:val="none" w:sz="0" w:space="0" w:color="auto"/>
        <w:left w:val="none" w:sz="0" w:space="0" w:color="auto"/>
        <w:bottom w:val="none" w:sz="0" w:space="0" w:color="auto"/>
        <w:right w:val="none" w:sz="0" w:space="0" w:color="auto"/>
      </w:divBdr>
    </w:div>
    <w:div w:id="993073249">
      <w:bodyDiv w:val="1"/>
      <w:marLeft w:val="0"/>
      <w:marRight w:val="0"/>
      <w:marTop w:val="0"/>
      <w:marBottom w:val="0"/>
      <w:divBdr>
        <w:top w:val="none" w:sz="0" w:space="0" w:color="auto"/>
        <w:left w:val="none" w:sz="0" w:space="0" w:color="auto"/>
        <w:bottom w:val="none" w:sz="0" w:space="0" w:color="auto"/>
        <w:right w:val="none" w:sz="0" w:space="0" w:color="auto"/>
      </w:divBdr>
    </w:div>
    <w:div w:id="1011028994">
      <w:bodyDiv w:val="1"/>
      <w:marLeft w:val="0"/>
      <w:marRight w:val="0"/>
      <w:marTop w:val="0"/>
      <w:marBottom w:val="0"/>
      <w:divBdr>
        <w:top w:val="none" w:sz="0" w:space="0" w:color="auto"/>
        <w:left w:val="none" w:sz="0" w:space="0" w:color="auto"/>
        <w:bottom w:val="none" w:sz="0" w:space="0" w:color="auto"/>
        <w:right w:val="none" w:sz="0" w:space="0" w:color="auto"/>
      </w:divBdr>
    </w:div>
    <w:div w:id="1021591559">
      <w:bodyDiv w:val="1"/>
      <w:marLeft w:val="0"/>
      <w:marRight w:val="0"/>
      <w:marTop w:val="0"/>
      <w:marBottom w:val="0"/>
      <w:divBdr>
        <w:top w:val="none" w:sz="0" w:space="0" w:color="auto"/>
        <w:left w:val="none" w:sz="0" w:space="0" w:color="auto"/>
        <w:bottom w:val="none" w:sz="0" w:space="0" w:color="auto"/>
        <w:right w:val="none" w:sz="0" w:space="0" w:color="auto"/>
      </w:divBdr>
    </w:div>
    <w:div w:id="1202474187">
      <w:bodyDiv w:val="1"/>
      <w:marLeft w:val="0"/>
      <w:marRight w:val="0"/>
      <w:marTop w:val="0"/>
      <w:marBottom w:val="0"/>
      <w:divBdr>
        <w:top w:val="none" w:sz="0" w:space="0" w:color="auto"/>
        <w:left w:val="none" w:sz="0" w:space="0" w:color="auto"/>
        <w:bottom w:val="none" w:sz="0" w:space="0" w:color="auto"/>
        <w:right w:val="none" w:sz="0" w:space="0" w:color="auto"/>
      </w:divBdr>
    </w:div>
    <w:div w:id="1229850920">
      <w:bodyDiv w:val="1"/>
      <w:marLeft w:val="0"/>
      <w:marRight w:val="0"/>
      <w:marTop w:val="0"/>
      <w:marBottom w:val="0"/>
      <w:divBdr>
        <w:top w:val="none" w:sz="0" w:space="0" w:color="auto"/>
        <w:left w:val="none" w:sz="0" w:space="0" w:color="auto"/>
        <w:bottom w:val="none" w:sz="0" w:space="0" w:color="auto"/>
        <w:right w:val="none" w:sz="0" w:space="0" w:color="auto"/>
      </w:divBdr>
    </w:div>
    <w:div w:id="1393382988">
      <w:bodyDiv w:val="1"/>
      <w:marLeft w:val="0"/>
      <w:marRight w:val="0"/>
      <w:marTop w:val="0"/>
      <w:marBottom w:val="0"/>
      <w:divBdr>
        <w:top w:val="none" w:sz="0" w:space="0" w:color="auto"/>
        <w:left w:val="none" w:sz="0" w:space="0" w:color="auto"/>
        <w:bottom w:val="none" w:sz="0" w:space="0" w:color="auto"/>
        <w:right w:val="none" w:sz="0" w:space="0" w:color="auto"/>
      </w:divBdr>
    </w:div>
    <w:div w:id="1398937640">
      <w:bodyDiv w:val="1"/>
      <w:marLeft w:val="0"/>
      <w:marRight w:val="0"/>
      <w:marTop w:val="0"/>
      <w:marBottom w:val="0"/>
      <w:divBdr>
        <w:top w:val="none" w:sz="0" w:space="0" w:color="auto"/>
        <w:left w:val="none" w:sz="0" w:space="0" w:color="auto"/>
        <w:bottom w:val="none" w:sz="0" w:space="0" w:color="auto"/>
        <w:right w:val="none" w:sz="0" w:space="0" w:color="auto"/>
      </w:divBdr>
    </w:div>
    <w:div w:id="1400665490">
      <w:bodyDiv w:val="1"/>
      <w:marLeft w:val="0"/>
      <w:marRight w:val="0"/>
      <w:marTop w:val="0"/>
      <w:marBottom w:val="0"/>
      <w:divBdr>
        <w:top w:val="none" w:sz="0" w:space="0" w:color="auto"/>
        <w:left w:val="none" w:sz="0" w:space="0" w:color="auto"/>
        <w:bottom w:val="none" w:sz="0" w:space="0" w:color="auto"/>
        <w:right w:val="none" w:sz="0" w:space="0" w:color="auto"/>
      </w:divBdr>
    </w:div>
    <w:div w:id="1408989592">
      <w:bodyDiv w:val="1"/>
      <w:marLeft w:val="0"/>
      <w:marRight w:val="0"/>
      <w:marTop w:val="0"/>
      <w:marBottom w:val="0"/>
      <w:divBdr>
        <w:top w:val="none" w:sz="0" w:space="0" w:color="auto"/>
        <w:left w:val="none" w:sz="0" w:space="0" w:color="auto"/>
        <w:bottom w:val="none" w:sz="0" w:space="0" w:color="auto"/>
        <w:right w:val="none" w:sz="0" w:space="0" w:color="auto"/>
      </w:divBdr>
    </w:div>
    <w:div w:id="1505588202">
      <w:bodyDiv w:val="1"/>
      <w:marLeft w:val="0"/>
      <w:marRight w:val="0"/>
      <w:marTop w:val="0"/>
      <w:marBottom w:val="0"/>
      <w:divBdr>
        <w:top w:val="none" w:sz="0" w:space="0" w:color="auto"/>
        <w:left w:val="none" w:sz="0" w:space="0" w:color="auto"/>
        <w:bottom w:val="none" w:sz="0" w:space="0" w:color="auto"/>
        <w:right w:val="none" w:sz="0" w:space="0" w:color="auto"/>
      </w:divBdr>
    </w:div>
    <w:div w:id="1557164561">
      <w:bodyDiv w:val="1"/>
      <w:marLeft w:val="0"/>
      <w:marRight w:val="0"/>
      <w:marTop w:val="0"/>
      <w:marBottom w:val="0"/>
      <w:divBdr>
        <w:top w:val="none" w:sz="0" w:space="0" w:color="auto"/>
        <w:left w:val="none" w:sz="0" w:space="0" w:color="auto"/>
        <w:bottom w:val="none" w:sz="0" w:space="0" w:color="auto"/>
        <w:right w:val="none" w:sz="0" w:space="0" w:color="auto"/>
      </w:divBdr>
    </w:div>
    <w:div w:id="1578663723">
      <w:bodyDiv w:val="1"/>
      <w:marLeft w:val="0"/>
      <w:marRight w:val="0"/>
      <w:marTop w:val="0"/>
      <w:marBottom w:val="0"/>
      <w:divBdr>
        <w:top w:val="none" w:sz="0" w:space="0" w:color="auto"/>
        <w:left w:val="none" w:sz="0" w:space="0" w:color="auto"/>
        <w:bottom w:val="none" w:sz="0" w:space="0" w:color="auto"/>
        <w:right w:val="none" w:sz="0" w:space="0" w:color="auto"/>
      </w:divBdr>
    </w:div>
    <w:div w:id="1859347214">
      <w:bodyDiv w:val="1"/>
      <w:marLeft w:val="0"/>
      <w:marRight w:val="0"/>
      <w:marTop w:val="0"/>
      <w:marBottom w:val="0"/>
      <w:divBdr>
        <w:top w:val="none" w:sz="0" w:space="0" w:color="auto"/>
        <w:left w:val="none" w:sz="0" w:space="0" w:color="auto"/>
        <w:bottom w:val="none" w:sz="0" w:space="0" w:color="auto"/>
        <w:right w:val="none" w:sz="0" w:space="0" w:color="auto"/>
      </w:divBdr>
    </w:div>
    <w:div w:id="2024890762">
      <w:bodyDiv w:val="1"/>
      <w:marLeft w:val="0"/>
      <w:marRight w:val="0"/>
      <w:marTop w:val="0"/>
      <w:marBottom w:val="0"/>
      <w:divBdr>
        <w:top w:val="none" w:sz="0" w:space="0" w:color="auto"/>
        <w:left w:val="none" w:sz="0" w:space="0" w:color="auto"/>
        <w:bottom w:val="none" w:sz="0" w:space="0" w:color="auto"/>
        <w:right w:val="none" w:sz="0" w:space="0" w:color="auto"/>
      </w:divBdr>
    </w:div>
    <w:div w:id="2051487115">
      <w:bodyDiv w:val="1"/>
      <w:marLeft w:val="0"/>
      <w:marRight w:val="0"/>
      <w:marTop w:val="0"/>
      <w:marBottom w:val="0"/>
      <w:divBdr>
        <w:top w:val="none" w:sz="0" w:space="0" w:color="auto"/>
        <w:left w:val="none" w:sz="0" w:space="0" w:color="auto"/>
        <w:bottom w:val="none" w:sz="0" w:space="0" w:color="auto"/>
        <w:right w:val="none" w:sz="0" w:space="0" w:color="auto"/>
      </w:divBdr>
    </w:div>
    <w:div w:id="2051758724">
      <w:bodyDiv w:val="1"/>
      <w:marLeft w:val="0"/>
      <w:marRight w:val="0"/>
      <w:marTop w:val="0"/>
      <w:marBottom w:val="0"/>
      <w:divBdr>
        <w:top w:val="none" w:sz="0" w:space="0" w:color="auto"/>
        <w:left w:val="none" w:sz="0" w:space="0" w:color="auto"/>
        <w:bottom w:val="none" w:sz="0" w:space="0" w:color="auto"/>
        <w:right w:val="none" w:sz="0" w:space="0" w:color="auto"/>
      </w:divBdr>
      <w:divsChild>
        <w:div w:id="2130733643">
          <w:marLeft w:val="0"/>
          <w:marRight w:val="0"/>
          <w:marTop w:val="0"/>
          <w:marBottom w:val="0"/>
          <w:divBdr>
            <w:top w:val="none" w:sz="0" w:space="0" w:color="auto"/>
            <w:left w:val="none" w:sz="0" w:space="0" w:color="auto"/>
            <w:bottom w:val="none" w:sz="0" w:space="0" w:color="auto"/>
            <w:right w:val="none" w:sz="0" w:space="0" w:color="auto"/>
          </w:divBdr>
        </w:div>
        <w:div w:id="1524320367">
          <w:marLeft w:val="0"/>
          <w:marRight w:val="0"/>
          <w:marTop w:val="0"/>
          <w:marBottom w:val="0"/>
          <w:divBdr>
            <w:top w:val="none" w:sz="0" w:space="0" w:color="auto"/>
            <w:left w:val="none" w:sz="0" w:space="0" w:color="auto"/>
            <w:bottom w:val="none" w:sz="0" w:space="0" w:color="auto"/>
            <w:right w:val="none" w:sz="0" w:space="0" w:color="auto"/>
          </w:divBdr>
        </w:div>
        <w:div w:id="1645309318">
          <w:marLeft w:val="0"/>
          <w:marRight w:val="0"/>
          <w:marTop w:val="0"/>
          <w:marBottom w:val="0"/>
          <w:divBdr>
            <w:top w:val="none" w:sz="0" w:space="0" w:color="auto"/>
            <w:left w:val="none" w:sz="0" w:space="0" w:color="auto"/>
            <w:bottom w:val="none" w:sz="0" w:space="0" w:color="auto"/>
            <w:right w:val="none" w:sz="0" w:space="0" w:color="auto"/>
          </w:divBdr>
        </w:div>
        <w:div w:id="1405487358">
          <w:marLeft w:val="0"/>
          <w:marRight w:val="0"/>
          <w:marTop w:val="0"/>
          <w:marBottom w:val="0"/>
          <w:divBdr>
            <w:top w:val="none" w:sz="0" w:space="0" w:color="auto"/>
            <w:left w:val="none" w:sz="0" w:space="0" w:color="auto"/>
            <w:bottom w:val="none" w:sz="0" w:space="0" w:color="auto"/>
            <w:right w:val="none" w:sz="0" w:space="0" w:color="auto"/>
          </w:divBdr>
        </w:div>
        <w:div w:id="8334067">
          <w:marLeft w:val="0"/>
          <w:marRight w:val="0"/>
          <w:marTop w:val="0"/>
          <w:marBottom w:val="0"/>
          <w:divBdr>
            <w:top w:val="none" w:sz="0" w:space="0" w:color="auto"/>
            <w:left w:val="none" w:sz="0" w:space="0" w:color="auto"/>
            <w:bottom w:val="none" w:sz="0" w:space="0" w:color="auto"/>
            <w:right w:val="none" w:sz="0" w:space="0" w:color="auto"/>
          </w:divBdr>
        </w:div>
        <w:div w:id="1316378891">
          <w:marLeft w:val="0"/>
          <w:marRight w:val="0"/>
          <w:marTop w:val="0"/>
          <w:marBottom w:val="0"/>
          <w:divBdr>
            <w:top w:val="none" w:sz="0" w:space="0" w:color="auto"/>
            <w:left w:val="none" w:sz="0" w:space="0" w:color="auto"/>
            <w:bottom w:val="none" w:sz="0" w:space="0" w:color="auto"/>
            <w:right w:val="none" w:sz="0" w:space="0" w:color="auto"/>
          </w:divBdr>
        </w:div>
        <w:div w:id="238102640">
          <w:marLeft w:val="0"/>
          <w:marRight w:val="0"/>
          <w:marTop w:val="0"/>
          <w:marBottom w:val="0"/>
          <w:divBdr>
            <w:top w:val="none" w:sz="0" w:space="0" w:color="auto"/>
            <w:left w:val="none" w:sz="0" w:space="0" w:color="auto"/>
            <w:bottom w:val="none" w:sz="0" w:space="0" w:color="auto"/>
            <w:right w:val="none" w:sz="0" w:space="0" w:color="auto"/>
          </w:divBdr>
        </w:div>
        <w:div w:id="1674529264">
          <w:marLeft w:val="0"/>
          <w:marRight w:val="0"/>
          <w:marTop w:val="0"/>
          <w:marBottom w:val="0"/>
          <w:divBdr>
            <w:top w:val="none" w:sz="0" w:space="0" w:color="auto"/>
            <w:left w:val="none" w:sz="0" w:space="0" w:color="auto"/>
            <w:bottom w:val="none" w:sz="0" w:space="0" w:color="auto"/>
            <w:right w:val="none" w:sz="0" w:space="0" w:color="auto"/>
          </w:divBdr>
        </w:div>
        <w:div w:id="697391201">
          <w:marLeft w:val="0"/>
          <w:marRight w:val="0"/>
          <w:marTop w:val="0"/>
          <w:marBottom w:val="0"/>
          <w:divBdr>
            <w:top w:val="none" w:sz="0" w:space="0" w:color="auto"/>
            <w:left w:val="none" w:sz="0" w:space="0" w:color="auto"/>
            <w:bottom w:val="none" w:sz="0" w:space="0" w:color="auto"/>
            <w:right w:val="none" w:sz="0" w:space="0" w:color="auto"/>
          </w:divBdr>
        </w:div>
        <w:div w:id="496309729">
          <w:marLeft w:val="0"/>
          <w:marRight w:val="0"/>
          <w:marTop w:val="0"/>
          <w:marBottom w:val="0"/>
          <w:divBdr>
            <w:top w:val="none" w:sz="0" w:space="0" w:color="auto"/>
            <w:left w:val="none" w:sz="0" w:space="0" w:color="auto"/>
            <w:bottom w:val="none" w:sz="0" w:space="0" w:color="auto"/>
            <w:right w:val="none" w:sz="0" w:space="0" w:color="auto"/>
          </w:divBdr>
        </w:div>
        <w:div w:id="1844274088">
          <w:marLeft w:val="0"/>
          <w:marRight w:val="0"/>
          <w:marTop w:val="0"/>
          <w:marBottom w:val="0"/>
          <w:divBdr>
            <w:top w:val="none" w:sz="0" w:space="0" w:color="auto"/>
            <w:left w:val="none" w:sz="0" w:space="0" w:color="auto"/>
            <w:bottom w:val="none" w:sz="0" w:space="0" w:color="auto"/>
            <w:right w:val="none" w:sz="0" w:space="0" w:color="auto"/>
          </w:divBdr>
        </w:div>
        <w:div w:id="1057900099">
          <w:marLeft w:val="0"/>
          <w:marRight w:val="0"/>
          <w:marTop w:val="0"/>
          <w:marBottom w:val="0"/>
          <w:divBdr>
            <w:top w:val="none" w:sz="0" w:space="0" w:color="auto"/>
            <w:left w:val="none" w:sz="0" w:space="0" w:color="auto"/>
            <w:bottom w:val="none" w:sz="0" w:space="0" w:color="auto"/>
            <w:right w:val="none" w:sz="0" w:space="0" w:color="auto"/>
          </w:divBdr>
        </w:div>
        <w:div w:id="212500352">
          <w:marLeft w:val="0"/>
          <w:marRight w:val="0"/>
          <w:marTop w:val="0"/>
          <w:marBottom w:val="0"/>
          <w:divBdr>
            <w:top w:val="none" w:sz="0" w:space="0" w:color="auto"/>
            <w:left w:val="none" w:sz="0" w:space="0" w:color="auto"/>
            <w:bottom w:val="none" w:sz="0" w:space="0" w:color="auto"/>
            <w:right w:val="none" w:sz="0" w:space="0" w:color="auto"/>
          </w:divBdr>
        </w:div>
        <w:div w:id="1895657773">
          <w:marLeft w:val="0"/>
          <w:marRight w:val="0"/>
          <w:marTop w:val="0"/>
          <w:marBottom w:val="0"/>
          <w:divBdr>
            <w:top w:val="none" w:sz="0" w:space="0" w:color="auto"/>
            <w:left w:val="none" w:sz="0" w:space="0" w:color="auto"/>
            <w:bottom w:val="none" w:sz="0" w:space="0" w:color="auto"/>
            <w:right w:val="none" w:sz="0" w:space="0" w:color="auto"/>
          </w:divBdr>
        </w:div>
        <w:div w:id="1668626531">
          <w:marLeft w:val="0"/>
          <w:marRight w:val="0"/>
          <w:marTop w:val="0"/>
          <w:marBottom w:val="0"/>
          <w:divBdr>
            <w:top w:val="none" w:sz="0" w:space="0" w:color="auto"/>
            <w:left w:val="none" w:sz="0" w:space="0" w:color="auto"/>
            <w:bottom w:val="none" w:sz="0" w:space="0" w:color="auto"/>
            <w:right w:val="none" w:sz="0" w:space="0" w:color="auto"/>
          </w:divBdr>
        </w:div>
        <w:div w:id="1028990423">
          <w:marLeft w:val="0"/>
          <w:marRight w:val="0"/>
          <w:marTop w:val="0"/>
          <w:marBottom w:val="0"/>
          <w:divBdr>
            <w:top w:val="none" w:sz="0" w:space="0" w:color="auto"/>
            <w:left w:val="none" w:sz="0" w:space="0" w:color="auto"/>
            <w:bottom w:val="none" w:sz="0" w:space="0" w:color="auto"/>
            <w:right w:val="none" w:sz="0" w:space="0" w:color="auto"/>
          </w:divBdr>
        </w:div>
        <w:div w:id="1323122027">
          <w:marLeft w:val="0"/>
          <w:marRight w:val="0"/>
          <w:marTop w:val="0"/>
          <w:marBottom w:val="0"/>
          <w:divBdr>
            <w:top w:val="none" w:sz="0" w:space="0" w:color="auto"/>
            <w:left w:val="none" w:sz="0" w:space="0" w:color="auto"/>
            <w:bottom w:val="none" w:sz="0" w:space="0" w:color="auto"/>
            <w:right w:val="none" w:sz="0" w:space="0" w:color="auto"/>
          </w:divBdr>
        </w:div>
        <w:div w:id="1426538368">
          <w:marLeft w:val="0"/>
          <w:marRight w:val="0"/>
          <w:marTop w:val="0"/>
          <w:marBottom w:val="0"/>
          <w:divBdr>
            <w:top w:val="none" w:sz="0" w:space="0" w:color="auto"/>
            <w:left w:val="none" w:sz="0" w:space="0" w:color="auto"/>
            <w:bottom w:val="none" w:sz="0" w:space="0" w:color="auto"/>
            <w:right w:val="none" w:sz="0" w:space="0" w:color="auto"/>
          </w:divBdr>
        </w:div>
        <w:div w:id="797181168">
          <w:marLeft w:val="0"/>
          <w:marRight w:val="0"/>
          <w:marTop w:val="0"/>
          <w:marBottom w:val="0"/>
          <w:divBdr>
            <w:top w:val="none" w:sz="0" w:space="0" w:color="auto"/>
            <w:left w:val="none" w:sz="0" w:space="0" w:color="auto"/>
            <w:bottom w:val="none" w:sz="0" w:space="0" w:color="auto"/>
            <w:right w:val="none" w:sz="0" w:space="0" w:color="auto"/>
          </w:divBdr>
        </w:div>
        <w:div w:id="127551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5&amp;d=2022-11-10" TargetMode="External"/><Relationship Id="rId26"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7&amp;d=2022-11-10" TargetMode="External"/><Relationship Id="rId21" Type="http://schemas.openxmlformats.org/officeDocument/2006/relationships/hyperlink" Target="http://lege5.ro/App/Document/ha3tsnbtgi4a/ordonanta-de-urgenta-nr-92-2021-privind-regimul-deseurilor?pid=410584477&amp;d=2022-11-10" TargetMode="External"/><Relationship Id="rId34" Type="http://schemas.openxmlformats.org/officeDocument/2006/relationships/hyperlink" Target="http://europass.cedefop.europa.eu/europass/home/hornav/Downloads/EuropassCV/CVTemplate.csp"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mailto:adisigdarad@yahoo.com" TargetMode="External"/><Relationship Id="rId25"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22&amp;d=2022-11-10"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ideseuriarad.ro/" TargetMode="External"/><Relationship Id="rId20" Type="http://schemas.openxmlformats.org/officeDocument/2006/relationships/hyperlink" Target="http://lege5.ro/App/Document/ha3tsnbtgi4a/ordonanta-de-urgenta-nr-92-2021-privind-regimul-deseurilor?pid=410584475&amp;d=2022-11-1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51&amp;d=2022-11-10" TargetMode="External"/><Relationship Id="rId32" Type="http://schemas.openxmlformats.org/officeDocument/2006/relationships/header" Target="header2.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adisigdarad@yahoo.com" TargetMode="External"/><Relationship Id="rId23" Type="http://schemas.openxmlformats.org/officeDocument/2006/relationships/hyperlink" Target="http://lege5.ro/App/Document/gm2donrwha/legea-serviciilor-comunitare-de-utilitati-publice-nr-51-2006?pid=64049457&amp;d=2022-11-10" TargetMode="External"/><Relationship Id="rId28"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4&amp;d=2022-11-10"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http://lege5.ro/GetImage?id=671731" TargetMode="External"/><Relationship Id="rId14" Type="http://schemas.microsoft.com/office/2018/08/relationships/commentsExtensible" Target="commentsExtensible.xml"/><Relationship Id="rId22"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27" Type="http://schemas.openxmlformats.org/officeDocument/2006/relationships/image" Target="http://lege5.ro/GetImage?id=430474" TargetMode="External"/><Relationship Id="rId30" Type="http://schemas.openxmlformats.org/officeDocument/2006/relationships/footer" Target="footer2.xml"/><Relationship Id="rId35" Type="http://schemas.openxmlformats.org/officeDocument/2006/relationships/footer" Target="footer5.xml"/><Relationship Id="rId8" Type="http://schemas.openxmlformats.org/officeDocument/2006/relationships/image" Target="http://lege5.ro/GetImage?id=67173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3D49-1106-4D98-BE16-32C31C85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193</Pages>
  <Words>97016</Words>
  <Characters>552994</Characters>
  <Application>Microsoft Office Word</Application>
  <DocSecurity>0</DocSecurity>
  <Lines>4608</Lines>
  <Paragraphs>1297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648713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secretar</cp:lastModifiedBy>
  <cp:revision>62</cp:revision>
  <cp:lastPrinted>2025-05-28T13:08:00Z</cp:lastPrinted>
  <dcterms:created xsi:type="dcterms:W3CDTF">2025-09-12T10:14:00Z</dcterms:created>
  <dcterms:modified xsi:type="dcterms:W3CDTF">2025-11-18T07:40:00Z</dcterms:modified>
  <cp:category/>
</cp:coreProperties>
</file>