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17" w:rsidRPr="00E500FA" w:rsidRDefault="00C438DF" w:rsidP="00E500FA">
      <w:pPr>
        <w:jc w:val="center"/>
        <w:rPr>
          <w:b/>
        </w:rPr>
      </w:pPr>
      <w:r w:rsidRPr="00E500FA">
        <w:rPr>
          <w:b/>
        </w:rPr>
        <w:t>PLAN DE ACȚIUNE</w:t>
      </w:r>
    </w:p>
    <w:p w:rsidR="00131317" w:rsidRPr="00E500FA" w:rsidRDefault="00C438DF" w:rsidP="00E500FA">
      <w:pPr>
        <w:jc w:val="center"/>
        <w:rPr>
          <w:b/>
        </w:rPr>
      </w:pPr>
      <w:proofErr w:type="spellStart"/>
      <w:proofErr w:type="gramStart"/>
      <w:r w:rsidRPr="00E500FA">
        <w:rPr>
          <w:b/>
        </w:rPr>
        <w:t>privind</w:t>
      </w:r>
      <w:proofErr w:type="spellEnd"/>
      <w:proofErr w:type="gram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gestionarea</w:t>
      </w:r>
      <w:proofErr w:type="spell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câinilor</w:t>
      </w:r>
      <w:proofErr w:type="spell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fără</w:t>
      </w:r>
      <w:proofErr w:type="spell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stăpân</w:t>
      </w:r>
      <w:proofErr w:type="spell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pe</w:t>
      </w:r>
      <w:proofErr w:type="spell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raza</w:t>
      </w:r>
      <w:proofErr w:type="spellEnd"/>
      <w:r w:rsidRPr="00E500FA">
        <w:rPr>
          <w:b/>
        </w:rPr>
        <w:t xml:space="preserve"> </w:t>
      </w:r>
      <w:proofErr w:type="spellStart"/>
      <w:r w:rsidRPr="00E500FA">
        <w:rPr>
          <w:b/>
        </w:rPr>
        <w:t>administrativ-teritorială</w:t>
      </w:r>
      <w:proofErr w:type="spellEnd"/>
      <w:r w:rsidRPr="00E500FA">
        <w:rPr>
          <w:b/>
        </w:rPr>
        <w:t xml:space="preserve"> a </w:t>
      </w:r>
      <w:proofErr w:type="spellStart"/>
      <w:r w:rsidRPr="00E500FA">
        <w:rPr>
          <w:b/>
        </w:rPr>
        <w:t>comunei</w:t>
      </w:r>
      <w:proofErr w:type="spellEnd"/>
      <w:r w:rsidR="00E500FA" w:rsidRPr="00E500FA">
        <w:rPr>
          <w:b/>
        </w:rPr>
        <w:t xml:space="preserve"> </w:t>
      </w:r>
      <w:proofErr w:type="spellStart"/>
      <w:r w:rsidR="00E500FA" w:rsidRPr="00E500FA">
        <w:rPr>
          <w:b/>
        </w:rPr>
        <w:t>Dieci</w:t>
      </w:r>
      <w:proofErr w:type="spellEnd"/>
    </w:p>
    <w:p w:rsidR="00E500FA" w:rsidRPr="00E500FA" w:rsidRDefault="00E500FA" w:rsidP="00E500FA">
      <w:pPr>
        <w:jc w:val="both"/>
      </w:pPr>
    </w:p>
    <w:p w:rsidR="00131317" w:rsidRPr="00E500FA" w:rsidRDefault="00C438DF" w:rsidP="00E500FA">
      <w:pPr>
        <w:jc w:val="both"/>
      </w:pPr>
      <w:proofErr w:type="spellStart"/>
      <w:proofErr w:type="gramStart"/>
      <w:r w:rsidRPr="00E500FA">
        <w:t>În</w:t>
      </w:r>
      <w:proofErr w:type="spellEnd"/>
      <w:r w:rsidRPr="00E500FA">
        <w:t xml:space="preserve"> </w:t>
      </w:r>
      <w:proofErr w:type="spellStart"/>
      <w:r w:rsidRPr="00E500FA">
        <w:t>conformitate</w:t>
      </w:r>
      <w:proofErr w:type="spellEnd"/>
      <w:r w:rsidRPr="00E500FA">
        <w:t xml:space="preserve"> cu O.U.G. nr.</w:t>
      </w:r>
      <w:proofErr w:type="gramEnd"/>
      <w:r w:rsidRPr="00E500FA">
        <w:t xml:space="preserve"> 155/2001 </w:t>
      </w:r>
      <w:proofErr w:type="spellStart"/>
      <w:r w:rsidRPr="00E500FA">
        <w:t>privind</w:t>
      </w:r>
      <w:proofErr w:type="spellEnd"/>
      <w:r w:rsidRPr="00E500FA">
        <w:t xml:space="preserve"> </w:t>
      </w:r>
      <w:proofErr w:type="spellStart"/>
      <w:r w:rsidRPr="00E500FA">
        <w:t>aprobarea</w:t>
      </w:r>
      <w:proofErr w:type="spellEnd"/>
      <w:r w:rsidRPr="00E500FA">
        <w:t xml:space="preserve"> </w:t>
      </w:r>
      <w:proofErr w:type="spellStart"/>
      <w:r w:rsidRPr="00E500FA">
        <w:t>programului</w:t>
      </w:r>
      <w:proofErr w:type="spellEnd"/>
      <w:r w:rsidRPr="00E500FA">
        <w:t xml:space="preserve"> de </w:t>
      </w:r>
      <w:proofErr w:type="spellStart"/>
      <w:r w:rsidRPr="00E500FA">
        <w:t>gestionare</w:t>
      </w:r>
      <w:proofErr w:type="spellEnd"/>
      <w:r w:rsidRPr="00E500FA">
        <w:t xml:space="preserve"> a </w:t>
      </w:r>
      <w:proofErr w:type="spellStart"/>
      <w:r w:rsidRPr="00E500FA">
        <w:t>câinilor</w:t>
      </w:r>
      <w:proofErr w:type="spellEnd"/>
      <w:r w:rsidRPr="00E500FA">
        <w:t xml:space="preserve"> </w:t>
      </w:r>
      <w:proofErr w:type="spellStart"/>
      <w:r w:rsidRPr="00E500FA">
        <w:t>fără</w:t>
      </w:r>
      <w:proofErr w:type="spellEnd"/>
      <w:r w:rsidRPr="00E500FA">
        <w:t xml:space="preserve"> </w:t>
      </w:r>
      <w:proofErr w:type="spellStart"/>
      <w:r w:rsidRPr="00E500FA">
        <w:t>stăpân</w:t>
      </w:r>
      <w:proofErr w:type="spellEnd"/>
    </w:p>
    <w:p w:rsidR="00131317" w:rsidRPr="00E500FA" w:rsidRDefault="00E500FA" w:rsidP="00E500FA">
      <w:pPr>
        <w:jc w:val="both"/>
        <w:rPr>
          <w:b/>
          <w:u w:val="single"/>
        </w:rPr>
      </w:pPr>
      <w:r>
        <w:tab/>
      </w:r>
      <w:r w:rsidR="00C438DF" w:rsidRPr="00E500FA">
        <w:rPr>
          <w:b/>
          <w:u w:val="single"/>
        </w:rPr>
        <w:t xml:space="preserve">1. </w:t>
      </w:r>
      <w:proofErr w:type="spellStart"/>
      <w:r w:rsidR="00C438DF" w:rsidRPr="00E500FA">
        <w:rPr>
          <w:b/>
          <w:u w:val="single"/>
        </w:rPr>
        <w:t>Baza</w:t>
      </w:r>
      <w:proofErr w:type="spellEnd"/>
      <w:r w:rsidR="00C438DF" w:rsidRPr="00E500FA">
        <w:rPr>
          <w:b/>
          <w:u w:val="single"/>
        </w:rPr>
        <w:t xml:space="preserve"> </w:t>
      </w:r>
      <w:proofErr w:type="spellStart"/>
      <w:r w:rsidR="00C438DF" w:rsidRPr="00E500FA">
        <w:rPr>
          <w:b/>
          <w:u w:val="single"/>
        </w:rPr>
        <w:t>legală</w:t>
      </w:r>
      <w:proofErr w:type="spellEnd"/>
    </w:p>
    <w:p w:rsidR="00131317" w:rsidRPr="00E500FA" w:rsidRDefault="00E500FA" w:rsidP="00E500FA">
      <w:pPr>
        <w:jc w:val="both"/>
      </w:pPr>
      <w:r>
        <w:tab/>
      </w:r>
      <w:proofErr w:type="spellStart"/>
      <w:r w:rsidR="00C438DF" w:rsidRPr="00E500FA">
        <w:t>Planul</w:t>
      </w:r>
      <w:proofErr w:type="spellEnd"/>
      <w:r w:rsidR="00C438DF" w:rsidRPr="00E500FA">
        <w:t xml:space="preserve"> de </w:t>
      </w:r>
      <w:proofErr w:type="spellStart"/>
      <w:r w:rsidR="00C438DF" w:rsidRPr="00E500FA">
        <w:t>acțiune</w:t>
      </w:r>
      <w:proofErr w:type="spellEnd"/>
      <w:r w:rsidR="00C438DF" w:rsidRPr="00E500FA">
        <w:t xml:space="preserve"> se </w:t>
      </w:r>
      <w:proofErr w:type="spellStart"/>
      <w:r w:rsidR="00C438DF" w:rsidRPr="00E500FA">
        <w:t>întocmește</w:t>
      </w:r>
      <w:proofErr w:type="spellEnd"/>
      <w:r w:rsidR="00C438DF" w:rsidRPr="00E500FA">
        <w:t xml:space="preserve"> </w:t>
      </w:r>
      <w:proofErr w:type="spellStart"/>
      <w:r w:rsidR="00C438DF" w:rsidRPr="00E500FA">
        <w:t>în</w:t>
      </w:r>
      <w:proofErr w:type="spellEnd"/>
      <w:r w:rsidR="00C438DF" w:rsidRPr="00E500FA">
        <w:t xml:space="preserve"> </w:t>
      </w:r>
      <w:proofErr w:type="spellStart"/>
      <w:r w:rsidR="00C438DF" w:rsidRPr="00E500FA">
        <w:t>temeiul</w:t>
      </w:r>
      <w:proofErr w:type="spellEnd"/>
      <w:proofErr w:type="gramStart"/>
      <w:r w:rsidR="00C438DF" w:rsidRPr="00E500FA">
        <w:t>:</w:t>
      </w:r>
      <w:proofErr w:type="gramEnd"/>
      <w:r w:rsidR="00C438DF" w:rsidRPr="00E500FA">
        <w:br/>
        <w:t xml:space="preserve">- O.U.G. nr. 155/2001 </w:t>
      </w:r>
      <w:proofErr w:type="spellStart"/>
      <w:r w:rsidR="00C438DF" w:rsidRPr="00E500FA">
        <w:t>privind</w:t>
      </w:r>
      <w:proofErr w:type="spellEnd"/>
      <w:r w:rsidR="00C438DF" w:rsidRPr="00E500FA">
        <w:t xml:space="preserve"> </w:t>
      </w:r>
      <w:proofErr w:type="spellStart"/>
      <w:r w:rsidR="00C438DF" w:rsidRPr="00E500FA">
        <w:t>aprobarea</w:t>
      </w:r>
      <w:proofErr w:type="spellEnd"/>
      <w:r w:rsidR="00C438DF" w:rsidRPr="00E500FA">
        <w:t xml:space="preserve"> </w:t>
      </w:r>
      <w:proofErr w:type="spellStart"/>
      <w:r w:rsidR="00C438DF" w:rsidRPr="00E500FA">
        <w:t>programului</w:t>
      </w:r>
      <w:proofErr w:type="spellEnd"/>
      <w:r w:rsidR="00C438DF" w:rsidRPr="00E500FA">
        <w:t xml:space="preserve"> de </w:t>
      </w:r>
      <w:proofErr w:type="spellStart"/>
      <w:r w:rsidR="00C438DF" w:rsidRPr="00E500FA">
        <w:t>gestionare</w:t>
      </w:r>
      <w:proofErr w:type="spellEnd"/>
      <w:r w:rsidR="00C438DF" w:rsidRPr="00E500FA">
        <w:t xml:space="preserve"> a </w:t>
      </w:r>
      <w:proofErr w:type="spellStart"/>
      <w:r w:rsidR="00C438DF" w:rsidRPr="00E500FA">
        <w:t>câinilor</w:t>
      </w:r>
      <w:proofErr w:type="spellEnd"/>
      <w:r w:rsidR="00C438DF" w:rsidRPr="00E500FA">
        <w:t xml:space="preserve"> </w:t>
      </w:r>
      <w:proofErr w:type="spellStart"/>
      <w:r w:rsidR="00C438DF" w:rsidRPr="00E500FA">
        <w:t>fără</w:t>
      </w:r>
      <w:proofErr w:type="spellEnd"/>
      <w:r w:rsidR="00C438DF" w:rsidRPr="00E500FA">
        <w:t xml:space="preserve"> </w:t>
      </w:r>
      <w:proofErr w:type="spellStart"/>
      <w:r w:rsidR="00C438DF" w:rsidRPr="00E500FA">
        <w:t>stăpân</w:t>
      </w:r>
      <w:proofErr w:type="spellEnd"/>
      <w:r w:rsidR="00C438DF" w:rsidRPr="00E500FA">
        <w:t xml:space="preserve">, </w:t>
      </w:r>
      <w:proofErr w:type="spellStart"/>
      <w:r w:rsidR="00C438DF" w:rsidRPr="00E500FA">
        <w:t>republicată</w:t>
      </w:r>
      <w:proofErr w:type="spellEnd"/>
      <w:proofErr w:type="gramStart"/>
      <w:r w:rsidR="00C438DF" w:rsidRPr="00E500FA">
        <w:t>;</w:t>
      </w:r>
      <w:proofErr w:type="gramEnd"/>
      <w:r w:rsidR="00C438DF" w:rsidRPr="00E500FA">
        <w:br/>
        <w:t xml:space="preserve">- H.G. nr. 1059/2013 </w:t>
      </w:r>
      <w:proofErr w:type="spellStart"/>
      <w:r w:rsidR="00C438DF" w:rsidRPr="00E500FA">
        <w:t>pentru</w:t>
      </w:r>
      <w:proofErr w:type="spellEnd"/>
      <w:r w:rsidR="00C438DF" w:rsidRPr="00E500FA">
        <w:t xml:space="preserve"> </w:t>
      </w:r>
      <w:proofErr w:type="spellStart"/>
      <w:r w:rsidR="00C438DF" w:rsidRPr="00E500FA">
        <w:t>aprobarea</w:t>
      </w:r>
      <w:proofErr w:type="spellEnd"/>
      <w:r w:rsidR="00C438DF" w:rsidRPr="00E500FA">
        <w:t xml:space="preserve"> </w:t>
      </w:r>
      <w:proofErr w:type="spellStart"/>
      <w:r w:rsidR="00C438DF" w:rsidRPr="00E500FA">
        <w:t>normelor</w:t>
      </w:r>
      <w:proofErr w:type="spellEnd"/>
      <w:r w:rsidR="00C438DF" w:rsidRPr="00E500FA">
        <w:t xml:space="preserve"> </w:t>
      </w:r>
      <w:proofErr w:type="spellStart"/>
      <w:r w:rsidR="00C438DF" w:rsidRPr="00E500FA">
        <w:t>metodo</w:t>
      </w:r>
      <w:r w:rsidRPr="00E500FA">
        <w:t>logice</w:t>
      </w:r>
      <w:proofErr w:type="spellEnd"/>
      <w:r w:rsidRPr="00E500FA">
        <w:t xml:space="preserve"> de </w:t>
      </w:r>
      <w:proofErr w:type="spellStart"/>
      <w:r w:rsidRPr="00E500FA">
        <w:t>aplicare</w:t>
      </w:r>
      <w:proofErr w:type="spellEnd"/>
      <w:r w:rsidRPr="00E500FA">
        <w:t xml:space="preserve"> </w:t>
      </w:r>
      <w:proofErr w:type="gramStart"/>
      <w:r w:rsidRPr="00E500FA">
        <w:t>a</w:t>
      </w:r>
      <w:proofErr w:type="gramEnd"/>
      <w:r w:rsidRPr="00E500FA">
        <w:t xml:space="preserve"> O.U.G. nr. </w:t>
      </w:r>
      <w:proofErr w:type="gramStart"/>
      <w:r>
        <w:t>155/2001;</w:t>
      </w:r>
      <w:r>
        <w:br/>
        <w:t>-</w:t>
      </w:r>
      <w:proofErr w:type="spellStart"/>
      <w:r w:rsidR="00C438DF" w:rsidRPr="00E500FA">
        <w:t>Legea</w:t>
      </w:r>
      <w:proofErr w:type="spellEnd"/>
      <w:r w:rsidR="00C438DF" w:rsidRPr="00E500FA">
        <w:t xml:space="preserve"> nr.</w:t>
      </w:r>
      <w:proofErr w:type="gramEnd"/>
      <w:r w:rsidR="00C438DF" w:rsidRPr="00E500FA">
        <w:t xml:space="preserve"> </w:t>
      </w:r>
      <w:proofErr w:type="gramStart"/>
      <w:r w:rsidR="00C438DF" w:rsidRPr="00E500FA">
        <w:t xml:space="preserve">258/2013 </w:t>
      </w:r>
      <w:proofErr w:type="spellStart"/>
      <w:r w:rsidR="00C438DF" w:rsidRPr="00E500FA">
        <w:t>pentru</w:t>
      </w:r>
      <w:proofErr w:type="spellEnd"/>
      <w:r w:rsidR="00C438DF" w:rsidRPr="00E500FA">
        <w:t xml:space="preserve"> </w:t>
      </w:r>
      <w:proofErr w:type="spellStart"/>
      <w:r w:rsidR="00C438DF" w:rsidRPr="00E500FA">
        <w:t>modificarea</w:t>
      </w:r>
      <w:proofErr w:type="spellEnd"/>
      <w:r w:rsidR="00C438DF" w:rsidRPr="00E500FA">
        <w:t xml:space="preserve"> </w:t>
      </w:r>
      <w:proofErr w:type="spellStart"/>
      <w:r w:rsidR="00C438DF" w:rsidRPr="00E500FA">
        <w:t>și</w:t>
      </w:r>
      <w:proofErr w:type="spellEnd"/>
      <w:r w:rsidR="00C438DF" w:rsidRPr="00E500FA">
        <w:t xml:space="preserve"> </w:t>
      </w:r>
      <w:proofErr w:type="spellStart"/>
      <w:r w:rsidR="00C438DF" w:rsidRPr="00E500FA">
        <w:t>completarea</w:t>
      </w:r>
      <w:proofErr w:type="spellEnd"/>
      <w:r w:rsidR="00C438DF" w:rsidRPr="00E500FA">
        <w:t xml:space="preserve"> O.U.G. nr.</w:t>
      </w:r>
      <w:proofErr w:type="gramEnd"/>
      <w:r w:rsidR="00C438DF" w:rsidRPr="00E500FA">
        <w:t xml:space="preserve"> 155/2001</w:t>
      </w:r>
      <w:proofErr w:type="gramStart"/>
      <w:r w:rsidR="00C438DF" w:rsidRPr="00E500FA">
        <w:t>;</w:t>
      </w:r>
      <w:proofErr w:type="gramEnd"/>
      <w:r w:rsidR="00C438DF" w:rsidRPr="00E500FA">
        <w:br/>
        <w:t xml:space="preserve">- </w:t>
      </w:r>
      <w:proofErr w:type="spellStart"/>
      <w:r w:rsidR="00C438DF" w:rsidRPr="00E500FA">
        <w:t>Legea</w:t>
      </w:r>
      <w:proofErr w:type="spellEnd"/>
      <w:r w:rsidR="00C438DF" w:rsidRPr="00E500FA">
        <w:t xml:space="preserve"> nr. </w:t>
      </w:r>
      <w:proofErr w:type="gramStart"/>
      <w:r w:rsidR="00C438DF" w:rsidRPr="00E500FA">
        <w:t xml:space="preserve">205/2004 </w:t>
      </w:r>
      <w:proofErr w:type="spellStart"/>
      <w:r w:rsidR="00C438DF" w:rsidRPr="00E500FA">
        <w:t>privind</w:t>
      </w:r>
      <w:proofErr w:type="spellEnd"/>
      <w:r w:rsidR="00C438DF" w:rsidRPr="00E500FA">
        <w:t xml:space="preserve"> </w:t>
      </w:r>
      <w:proofErr w:type="spellStart"/>
      <w:r w:rsidR="00C438DF" w:rsidRPr="00E500FA">
        <w:t>protecția</w:t>
      </w:r>
      <w:proofErr w:type="spellEnd"/>
      <w:r w:rsidR="00C438DF" w:rsidRPr="00E500FA">
        <w:t xml:space="preserve"> </w:t>
      </w:r>
      <w:proofErr w:type="spellStart"/>
      <w:r w:rsidR="00C438DF" w:rsidRPr="00E500FA">
        <w:t>animalelor</w:t>
      </w:r>
      <w:proofErr w:type="spellEnd"/>
      <w:r w:rsidR="00C438DF" w:rsidRPr="00E500FA">
        <w:t xml:space="preserve">, </w:t>
      </w:r>
      <w:proofErr w:type="spellStart"/>
      <w:r w:rsidR="00C438DF" w:rsidRPr="00E500FA">
        <w:t>republicată</w:t>
      </w:r>
      <w:proofErr w:type="spellEnd"/>
      <w:r w:rsidR="00C438DF" w:rsidRPr="00E500FA">
        <w:t>.</w:t>
      </w:r>
      <w:proofErr w:type="gramEnd"/>
    </w:p>
    <w:p w:rsidR="00131317" w:rsidRPr="00E500FA" w:rsidRDefault="00E500FA" w:rsidP="00E500FA">
      <w:pPr>
        <w:jc w:val="both"/>
        <w:rPr>
          <w:b/>
          <w:u w:val="single"/>
        </w:rPr>
      </w:pPr>
      <w:r>
        <w:tab/>
      </w:r>
      <w:r w:rsidR="00C438DF" w:rsidRPr="00E500FA">
        <w:rPr>
          <w:b/>
          <w:u w:val="single"/>
        </w:rPr>
        <w:t xml:space="preserve">2. </w:t>
      </w:r>
      <w:proofErr w:type="spellStart"/>
      <w:r w:rsidR="00C438DF" w:rsidRPr="00E500FA">
        <w:rPr>
          <w:b/>
          <w:u w:val="single"/>
        </w:rPr>
        <w:t>Scopul</w:t>
      </w:r>
      <w:proofErr w:type="spellEnd"/>
      <w:r w:rsidR="00C438DF" w:rsidRPr="00E500FA">
        <w:rPr>
          <w:b/>
          <w:u w:val="single"/>
        </w:rPr>
        <w:t xml:space="preserve"> </w:t>
      </w:r>
      <w:proofErr w:type="spellStart"/>
      <w:r w:rsidR="00C438DF" w:rsidRPr="00E500FA">
        <w:rPr>
          <w:b/>
          <w:u w:val="single"/>
        </w:rPr>
        <w:t>planului</w:t>
      </w:r>
      <w:proofErr w:type="spellEnd"/>
    </w:p>
    <w:p w:rsidR="00131317" w:rsidRPr="00E500FA" w:rsidRDefault="00E500FA" w:rsidP="00E500FA">
      <w:r>
        <w:tab/>
      </w:r>
      <w:proofErr w:type="spellStart"/>
      <w:r w:rsidR="00C438DF" w:rsidRPr="00E500FA">
        <w:t>Asigurarea</w:t>
      </w:r>
      <w:proofErr w:type="spellEnd"/>
      <w:r w:rsidR="00C438DF" w:rsidRPr="00E500FA">
        <w:t xml:space="preserve"> </w:t>
      </w:r>
      <w:proofErr w:type="spellStart"/>
      <w:r w:rsidR="00C438DF" w:rsidRPr="00E500FA">
        <w:t>gestionării</w:t>
      </w:r>
      <w:proofErr w:type="spellEnd"/>
      <w:r w:rsidR="00C438DF" w:rsidRPr="00E500FA">
        <w:t xml:space="preserve"> </w:t>
      </w:r>
      <w:proofErr w:type="spellStart"/>
      <w:r w:rsidR="00C438DF" w:rsidRPr="00E500FA">
        <w:t>eficiente</w:t>
      </w:r>
      <w:proofErr w:type="spellEnd"/>
      <w:r w:rsidR="00C438DF" w:rsidRPr="00E500FA">
        <w:t xml:space="preserve">, </w:t>
      </w:r>
      <w:proofErr w:type="spellStart"/>
      <w:r w:rsidR="00C438DF" w:rsidRPr="00E500FA">
        <w:t>umane</w:t>
      </w:r>
      <w:proofErr w:type="spellEnd"/>
      <w:r w:rsidR="00C438DF" w:rsidRPr="00E500FA">
        <w:t xml:space="preserve"> </w:t>
      </w:r>
      <w:proofErr w:type="spellStart"/>
      <w:r w:rsidR="00C438DF" w:rsidRPr="00E500FA">
        <w:t>și</w:t>
      </w:r>
      <w:proofErr w:type="spellEnd"/>
      <w:r w:rsidR="00C438DF" w:rsidRPr="00E500FA">
        <w:t xml:space="preserve"> </w:t>
      </w:r>
      <w:proofErr w:type="spellStart"/>
      <w:r w:rsidR="00C438DF" w:rsidRPr="00E500FA">
        <w:t>legale</w:t>
      </w:r>
      <w:proofErr w:type="spellEnd"/>
      <w:r w:rsidR="00C438DF" w:rsidRPr="00E500FA">
        <w:t xml:space="preserve"> a </w:t>
      </w:r>
      <w:proofErr w:type="spellStart"/>
      <w:r w:rsidR="00C438DF" w:rsidRPr="00E500FA">
        <w:t>câin</w:t>
      </w:r>
      <w:r w:rsidRPr="00E500FA">
        <w:t>ilor</w:t>
      </w:r>
      <w:proofErr w:type="spellEnd"/>
      <w:r w:rsidRPr="00E500FA">
        <w:t xml:space="preserve"> </w:t>
      </w:r>
      <w:proofErr w:type="spellStart"/>
      <w:r w:rsidRPr="00E500FA">
        <w:t>fără</w:t>
      </w:r>
      <w:proofErr w:type="spellEnd"/>
      <w:r w:rsidRPr="00E500FA">
        <w:t xml:space="preserve"> </w:t>
      </w:r>
      <w:proofErr w:type="spellStart"/>
      <w:r w:rsidRPr="00E500FA">
        <w:t>stăpân</w:t>
      </w:r>
      <w:proofErr w:type="spellEnd"/>
      <w:r w:rsidRPr="00E500FA">
        <w:t xml:space="preserve"> de </w:t>
      </w:r>
      <w:proofErr w:type="spellStart"/>
      <w:r w:rsidRPr="00E500FA">
        <w:t>pe</w:t>
      </w:r>
      <w:proofErr w:type="spellEnd"/>
      <w:r w:rsidRPr="00E500FA">
        <w:t xml:space="preserve"> </w:t>
      </w:r>
      <w:proofErr w:type="spellStart"/>
      <w:r w:rsidRPr="00E500FA">
        <w:t>raza</w:t>
      </w:r>
      <w:proofErr w:type="spellEnd"/>
      <w:r w:rsidRPr="00E500FA">
        <w:t xml:space="preserve"> UAT </w:t>
      </w:r>
      <w:proofErr w:type="spellStart"/>
      <w:r w:rsidRPr="00E500FA">
        <w:t>Comuna</w:t>
      </w:r>
      <w:proofErr w:type="spellEnd"/>
      <w:r w:rsidRPr="00E500FA">
        <w:t xml:space="preserve"> </w:t>
      </w:r>
      <w:proofErr w:type="spellStart"/>
      <w:r w:rsidRPr="00E500FA">
        <w:t>Dieci</w:t>
      </w:r>
      <w:proofErr w:type="spellEnd"/>
      <w:r w:rsidR="00C438DF" w:rsidRPr="00E500FA">
        <w:t xml:space="preserve">, </w:t>
      </w:r>
      <w:proofErr w:type="spellStart"/>
      <w:r w:rsidR="00C438DF" w:rsidRPr="00E500FA">
        <w:t>pe</w:t>
      </w:r>
      <w:r>
        <w:t>ntru</w:t>
      </w:r>
      <w:proofErr w:type="spellEnd"/>
      <w:r>
        <w:t>:</w:t>
      </w:r>
      <w:r>
        <w:br/>
        <w:t>-</w:t>
      </w:r>
      <w:proofErr w:type="spellStart"/>
      <w:r w:rsidR="00C438DF" w:rsidRPr="00E500FA">
        <w:t>protejarea</w:t>
      </w:r>
      <w:proofErr w:type="spellEnd"/>
      <w:r w:rsidR="00C438DF" w:rsidRPr="00E500FA">
        <w:t xml:space="preserve"> </w:t>
      </w:r>
      <w:proofErr w:type="spellStart"/>
      <w:r w:rsidR="00C438DF" w:rsidRPr="00E500FA">
        <w:t>sănătății</w:t>
      </w:r>
      <w:proofErr w:type="spellEnd"/>
      <w:r w:rsidR="00C438DF" w:rsidRPr="00E500FA">
        <w:t xml:space="preserve"> </w:t>
      </w:r>
      <w:proofErr w:type="spellStart"/>
      <w:r w:rsidR="00C438DF" w:rsidRPr="00E500FA">
        <w:t>și</w:t>
      </w:r>
      <w:proofErr w:type="spellEnd"/>
      <w:r w:rsidR="00C438DF" w:rsidRPr="00E500FA">
        <w:t xml:space="preserve"> </w:t>
      </w:r>
      <w:proofErr w:type="spellStart"/>
      <w:r w:rsidR="00C438DF" w:rsidRPr="00E500FA">
        <w:t>siguranței</w:t>
      </w:r>
      <w:proofErr w:type="spellEnd"/>
      <w:r w:rsidR="00C438DF" w:rsidRPr="00E500FA">
        <w:t xml:space="preserve"> </w:t>
      </w:r>
      <w:proofErr w:type="spellStart"/>
      <w:r w:rsidR="00C438DF" w:rsidRPr="00E500FA">
        <w:t>publice</w:t>
      </w:r>
      <w:proofErr w:type="spellEnd"/>
      <w:proofErr w:type="gramStart"/>
      <w:r w:rsidR="00C438DF" w:rsidRPr="00E500FA">
        <w:t>;</w:t>
      </w:r>
      <w:proofErr w:type="gramEnd"/>
      <w:r w:rsidR="00C438DF" w:rsidRPr="00E500FA">
        <w:br/>
        <w:t xml:space="preserve">- </w:t>
      </w:r>
      <w:proofErr w:type="spellStart"/>
      <w:r w:rsidR="00C438DF" w:rsidRPr="00E500FA">
        <w:t>prevenirea</w:t>
      </w:r>
      <w:proofErr w:type="spellEnd"/>
      <w:r w:rsidR="00C438DF" w:rsidRPr="00E500FA">
        <w:t xml:space="preserve"> </w:t>
      </w:r>
      <w:proofErr w:type="spellStart"/>
      <w:r w:rsidR="00C438DF" w:rsidRPr="00E500FA">
        <w:t>înmulțirii</w:t>
      </w:r>
      <w:proofErr w:type="spellEnd"/>
      <w:r w:rsidR="00C438DF" w:rsidRPr="00E500FA">
        <w:t xml:space="preserve"> </w:t>
      </w:r>
      <w:proofErr w:type="spellStart"/>
      <w:r w:rsidR="00C438DF" w:rsidRPr="00E500FA">
        <w:t>necontrolate</w:t>
      </w:r>
      <w:proofErr w:type="spellEnd"/>
      <w:r w:rsidR="00C438DF" w:rsidRPr="00E500FA">
        <w:t>;</w:t>
      </w:r>
      <w:r w:rsidR="00C438DF" w:rsidRPr="00E500FA">
        <w:br/>
        <w:t xml:space="preserve">- </w:t>
      </w:r>
      <w:proofErr w:type="spellStart"/>
      <w:r w:rsidR="00C438DF" w:rsidRPr="00E500FA">
        <w:t>reducerea</w:t>
      </w:r>
      <w:proofErr w:type="spellEnd"/>
      <w:r w:rsidR="00C438DF" w:rsidRPr="00E500FA">
        <w:t xml:space="preserve"> </w:t>
      </w:r>
      <w:proofErr w:type="spellStart"/>
      <w:r w:rsidR="00C438DF" w:rsidRPr="00E500FA">
        <w:t>numărului</w:t>
      </w:r>
      <w:proofErr w:type="spellEnd"/>
      <w:r w:rsidR="00C438DF" w:rsidRPr="00E500FA">
        <w:t xml:space="preserve"> de </w:t>
      </w:r>
      <w:proofErr w:type="spellStart"/>
      <w:r w:rsidR="00C438DF" w:rsidRPr="00E500FA">
        <w:t>câini</w:t>
      </w:r>
      <w:proofErr w:type="spellEnd"/>
      <w:r w:rsidR="00C438DF" w:rsidRPr="00E500FA">
        <w:t xml:space="preserve"> </w:t>
      </w:r>
      <w:proofErr w:type="spellStart"/>
      <w:r w:rsidR="00C438DF" w:rsidRPr="00E500FA">
        <w:t>abandonați</w:t>
      </w:r>
      <w:proofErr w:type="spellEnd"/>
      <w:r w:rsidR="00C438DF" w:rsidRPr="00E500FA">
        <w:t>;</w:t>
      </w:r>
      <w:r w:rsidR="00C438DF" w:rsidRPr="00E500FA">
        <w:br/>
        <w:t xml:space="preserve">- </w:t>
      </w:r>
      <w:proofErr w:type="spellStart"/>
      <w:r w:rsidR="00C438DF" w:rsidRPr="00E500FA">
        <w:t>promovarea</w:t>
      </w:r>
      <w:proofErr w:type="spellEnd"/>
      <w:r w:rsidR="00C438DF" w:rsidRPr="00E500FA">
        <w:t xml:space="preserve"> </w:t>
      </w:r>
      <w:proofErr w:type="spellStart"/>
      <w:r w:rsidR="00C438DF" w:rsidRPr="00E500FA">
        <w:t>adopției</w:t>
      </w:r>
      <w:proofErr w:type="spellEnd"/>
      <w:r w:rsidR="00C438DF" w:rsidRPr="00E500FA">
        <w:t xml:space="preserve"> </w:t>
      </w:r>
      <w:proofErr w:type="spellStart"/>
      <w:r w:rsidR="00C438DF" w:rsidRPr="00E500FA">
        <w:t>și</w:t>
      </w:r>
      <w:proofErr w:type="spellEnd"/>
      <w:r w:rsidR="00C438DF" w:rsidRPr="00E500FA">
        <w:t xml:space="preserve"> a </w:t>
      </w:r>
      <w:proofErr w:type="spellStart"/>
      <w:r w:rsidR="00C438DF" w:rsidRPr="00E500FA">
        <w:t>responsabilității</w:t>
      </w:r>
      <w:proofErr w:type="spellEnd"/>
      <w:r w:rsidR="00C438DF" w:rsidRPr="00E500FA">
        <w:t xml:space="preserve"> </w:t>
      </w:r>
      <w:proofErr w:type="spellStart"/>
      <w:r w:rsidR="00C438DF" w:rsidRPr="00E500FA">
        <w:t>față</w:t>
      </w:r>
      <w:proofErr w:type="spellEnd"/>
      <w:r w:rsidR="00C438DF" w:rsidRPr="00E500FA">
        <w:t xml:space="preserve"> de </w:t>
      </w:r>
      <w:proofErr w:type="spellStart"/>
      <w:r w:rsidR="00C438DF" w:rsidRPr="00E500FA">
        <w:t>animale</w:t>
      </w:r>
      <w:proofErr w:type="spellEnd"/>
      <w:r w:rsidR="00C438DF" w:rsidRPr="00E500FA">
        <w:t>.</w:t>
      </w:r>
    </w:p>
    <w:p w:rsidR="00131317" w:rsidRPr="00E500FA" w:rsidRDefault="00E500FA" w:rsidP="00E500FA">
      <w:pPr>
        <w:jc w:val="both"/>
        <w:rPr>
          <w:b/>
          <w:u w:val="single"/>
        </w:rPr>
      </w:pPr>
      <w:r>
        <w:tab/>
      </w:r>
      <w:r w:rsidR="00C438DF" w:rsidRPr="00E500FA">
        <w:rPr>
          <w:b/>
          <w:u w:val="single"/>
        </w:rPr>
        <w:t xml:space="preserve">3. </w:t>
      </w:r>
      <w:proofErr w:type="spellStart"/>
      <w:r w:rsidR="00C438DF" w:rsidRPr="00E500FA">
        <w:rPr>
          <w:b/>
          <w:u w:val="single"/>
        </w:rPr>
        <w:t>Obiective</w:t>
      </w:r>
      <w:proofErr w:type="spellEnd"/>
      <w:r w:rsidR="00C438DF" w:rsidRPr="00E500FA">
        <w:rPr>
          <w:b/>
          <w:u w:val="single"/>
        </w:rPr>
        <w:t xml:space="preserve"> </w:t>
      </w:r>
      <w:proofErr w:type="spellStart"/>
      <w:r w:rsidR="00C438DF" w:rsidRPr="00E500FA">
        <w:rPr>
          <w:b/>
          <w:u w:val="single"/>
        </w:rPr>
        <w:t>specifice</w:t>
      </w:r>
      <w:proofErr w:type="spellEnd"/>
    </w:p>
    <w:p w:rsidR="00131317" w:rsidRPr="00E500FA" w:rsidRDefault="00E500FA" w:rsidP="00E500FA">
      <w:proofErr w:type="gramStart"/>
      <w:r>
        <w:t>1.</w:t>
      </w:r>
      <w:r w:rsidR="00C438DF" w:rsidRPr="00E500FA">
        <w:t>Capturarea</w:t>
      </w:r>
      <w:proofErr w:type="gramEnd"/>
      <w:r w:rsidR="00C438DF" w:rsidRPr="00E500FA">
        <w:t xml:space="preserve"> </w:t>
      </w:r>
      <w:proofErr w:type="spellStart"/>
      <w:r w:rsidR="00C438DF" w:rsidRPr="00E500FA">
        <w:t>câinilor</w:t>
      </w:r>
      <w:proofErr w:type="spellEnd"/>
      <w:r w:rsidR="00C438DF" w:rsidRPr="00E500FA">
        <w:t xml:space="preserve"> </w:t>
      </w:r>
      <w:proofErr w:type="spellStart"/>
      <w:r w:rsidR="00C438DF" w:rsidRPr="00E500FA">
        <w:t>fără</w:t>
      </w:r>
      <w:proofErr w:type="spellEnd"/>
      <w:r w:rsidR="00C438DF" w:rsidRPr="00E500FA">
        <w:t xml:space="preserve"> </w:t>
      </w:r>
      <w:proofErr w:type="spellStart"/>
      <w:r w:rsidR="00C438DF" w:rsidRPr="00E500FA">
        <w:t>stăpân</w:t>
      </w:r>
      <w:proofErr w:type="spellEnd"/>
      <w:r w:rsidR="00C438DF" w:rsidRPr="00E500FA">
        <w:t>;</w:t>
      </w:r>
      <w:r w:rsidR="00C438DF" w:rsidRPr="00E500FA">
        <w:br/>
        <w:t>2.</w:t>
      </w:r>
      <w:r w:rsidR="00C438DF" w:rsidRPr="00E500FA">
        <w:t>Transportu</w:t>
      </w:r>
      <w:r>
        <w:t xml:space="preserve">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cazarea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adăpost</w:t>
      </w:r>
      <w:proofErr w:type="spellEnd"/>
      <w:r>
        <w:t>;</w:t>
      </w:r>
      <w:r>
        <w:br/>
        <w:t>3.</w:t>
      </w:r>
      <w:r w:rsidR="00C438DF" w:rsidRPr="00E500FA">
        <w:t xml:space="preserve">Identificarea </w:t>
      </w:r>
      <w:proofErr w:type="spellStart"/>
      <w:r w:rsidR="00C438DF" w:rsidRPr="00E500FA">
        <w:t>și</w:t>
      </w:r>
      <w:proofErr w:type="spellEnd"/>
      <w:r w:rsidR="00C438DF" w:rsidRPr="00E500FA">
        <w:t xml:space="preserve"> </w:t>
      </w:r>
      <w:proofErr w:type="spellStart"/>
      <w:r>
        <w:t>returnarea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proprietar</w:t>
      </w:r>
      <w:proofErr w:type="spellEnd"/>
      <w:r>
        <w:t>;</w:t>
      </w:r>
      <w:r>
        <w:br/>
        <w:t>4.</w:t>
      </w:r>
      <w:r w:rsidR="00C438DF" w:rsidRPr="00E500FA">
        <w:t xml:space="preserve">Sterilizarea, </w:t>
      </w:r>
      <w:proofErr w:type="spellStart"/>
      <w:r>
        <w:t>vaccinarea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deparazitarea</w:t>
      </w:r>
      <w:proofErr w:type="spellEnd"/>
      <w:r>
        <w:t>;</w:t>
      </w:r>
      <w:r>
        <w:br/>
        <w:t xml:space="preserve">5.Promovarea </w:t>
      </w:r>
      <w:proofErr w:type="spellStart"/>
      <w:r>
        <w:t>adopției</w:t>
      </w:r>
      <w:proofErr w:type="spellEnd"/>
      <w:r>
        <w:t>;</w:t>
      </w:r>
      <w:r>
        <w:br/>
        <w:t>6.</w:t>
      </w:r>
      <w:r w:rsidR="00C438DF" w:rsidRPr="00E500FA">
        <w:t xml:space="preserve">Eutanasierea conform </w:t>
      </w:r>
      <w:proofErr w:type="spellStart"/>
      <w:r w:rsidR="00C438DF" w:rsidRPr="00E500FA">
        <w:t>legii</w:t>
      </w:r>
      <w:proofErr w:type="spellEnd"/>
      <w:r w:rsidR="00C438DF" w:rsidRPr="00E500FA">
        <w:t>;</w:t>
      </w:r>
      <w:r w:rsidR="00C438DF" w:rsidRPr="00E500FA">
        <w:br/>
        <w:t xml:space="preserve">7. </w:t>
      </w:r>
      <w:proofErr w:type="spellStart"/>
      <w:proofErr w:type="gramStart"/>
      <w:r w:rsidR="00C438DF" w:rsidRPr="00E500FA">
        <w:t>Raportarea</w:t>
      </w:r>
      <w:proofErr w:type="spellEnd"/>
      <w:r w:rsidR="00C438DF" w:rsidRPr="00E500FA">
        <w:t xml:space="preserve"> </w:t>
      </w:r>
      <w:proofErr w:type="spellStart"/>
      <w:r w:rsidR="00C438DF" w:rsidRPr="00E500FA">
        <w:t>periodică</w:t>
      </w:r>
      <w:proofErr w:type="spellEnd"/>
      <w:r w:rsidR="00C438DF" w:rsidRPr="00E500FA">
        <w:t xml:space="preserve"> </w:t>
      </w:r>
      <w:proofErr w:type="spellStart"/>
      <w:r w:rsidR="00C438DF" w:rsidRPr="00E500FA">
        <w:t>către</w:t>
      </w:r>
      <w:proofErr w:type="spellEnd"/>
      <w:r w:rsidR="00C438DF" w:rsidRPr="00E500FA">
        <w:t xml:space="preserve"> A.N.S.V.S.A.</w:t>
      </w:r>
      <w:proofErr w:type="gramEnd"/>
    </w:p>
    <w:p w:rsidR="00131317" w:rsidRPr="00E500FA" w:rsidRDefault="00E500FA" w:rsidP="00E500FA">
      <w:pPr>
        <w:jc w:val="both"/>
        <w:rPr>
          <w:b/>
        </w:rPr>
      </w:pPr>
      <w:r>
        <w:tab/>
      </w:r>
      <w:r w:rsidR="00C438DF" w:rsidRPr="00E500FA">
        <w:rPr>
          <w:b/>
        </w:rPr>
        <w:t xml:space="preserve">4. </w:t>
      </w:r>
      <w:proofErr w:type="spellStart"/>
      <w:r w:rsidR="00C438DF" w:rsidRPr="00E500FA">
        <w:rPr>
          <w:b/>
        </w:rPr>
        <w:t>Responsabilități</w:t>
      </w:r>
      <w:proofErr w:type="spellEnd"/>
    </w:p>
    <w:p w:rsidR="00131317" w:rsidRPr="00E500FA" w:rsidRDefault="00E500FA" w:rsidP="00E500FA">
      <w:r>
        <w:tab/>
      </w:r>
      <w:proofErr w:type="spellStart"/>
      <w:r w:rsidR="00C438DF" w:rsidRPr="00E500FA">
        <w:t>Pri</w:t>
      </w:r>
      <w:r w:rsidR="00C438DF" w:rsidRPr="00E500FA">
        <w:t>măria</w:t>
      </w:r>
      <w:proofErr w:type="spellEnd"/>
      <w:r w:rsidR="00C438DF" w:rsidRPr="00E500FA">
        <w:t xml:space="preserve"> UAT </w:t>
      </w:r>
      <w:proofErr w:type="spellStart"/>
      <w:r w:rsidRPr="00E500FA">
        <w:t>Comuna</w:t>
      </w:r>
      <w:proofErr w:type="spellEnd"/>
      <w:r w:rsidRPr="00E500FA">
        <w:t xml:space="preserve"> </w:t>
      </w:r>
      <w:proofErr w:type="spellStart"/>
      <w:r w:rsidRPr="00E500FA">
        <w:t>Dieci</w:t>
      </w:r>
      <w:proofErr w:type="spellEnd"/>
      <w:r w:rsidR="00C438DF" w:rsidRPr="00E500FA">
        <w:t xml:space="preserve"> – </w:t>
      </w:r>
      <w:proofErr w:type="spellStart"/>
      <w:r w:rsidR="00C438DF" w:rsidRPr="00E500FA">
        <w:t>coordonarea</w:t>
      </w:r>
      <w:proofErr w:type="spellEnd"/>
      <w:r w:rsidR="00C438DF" w:rsidRPr="00E500FA">
        <w:t xml:space="preserve"> </w:t>
      </w:r>
      <w:proofErr w:type="spellStart"/>
      <w:r w:rsidR="00C438DF" w:rsidRPr="00E500FA">
        <w:t>programului</w:t>
      </w:r>
      <w:proofErr w:type="spellEnd"/>
      <w:r w:rsidR="00C438DF" w:rsidRPr="00E500FA">
        <w:t>;</w:t>
      </w:r>
      <w:r w:rsidR="00C438DF" w:rsidRPr="00E500FA">
        <w:br/>
      </w:r>
      <w:r>
        <w:tab/>
      </w:r>
      <w:proofErr w:type="spellStart"/>
      <w:r w:rsidR="00C438DF" w:rsidRPr="00E500FA">
        <w:t>Serviciul</w:t>
      </w:r>
      <w:proofErr w:type="spellEnd"/>
      <w:r w:rsidR="00C438DF" w:rsidRPr="00E500FA">
        <w:t xml:space="preserve"> de </w:t>
      </w:r>
      <w:proofErr w:type="spellStart"/>
      <w:r w:rsidR="00C438DF" w:rsidRPr="00E500FA">
        <w:t>ecarisaj</w:t>
      </w:r>
      <w:proofErr w:type="spellEnd"/>
      <w:r w:rsidR="00C438DF" w:rsidRPr="00E500FA">
        <w:t xml:space="preserve"> – </w:t>
      </w:r>
      <w:proofErr w:type="spellStart"/>
      <w:r w:rsidR="00C438DF" w:rsidRPr="00E500FA">
        <w:t>capturare</w:t>
      </w:r>
      <w:proofErr w:type="spellEnd"/>
      <w:r w:rsidR="00C438DF" w:rsidRPr="00E500FA">
        <w:t xml:space="preserve">, transport, </w:t>
      </w:r>
      <w:proofErr w:type="spellStart"/>
      <w:r w:rsidR="00C438DF" w:rsidRPr="00E500FA">
        <w:t>evidență</w:t>
      </w:r>
      <w:proofErr w:type="spellEnd"/>
      <w:r w:rsidR="00C438DF" w:rsidRPr="00E500FA">
        <w:t>;</w:t>
      </w:r>
      <w:r w:rsidR="00C438DF" w:rsidRPr="00E500FA">
        <w:br/>
      </w:r>
      <w:r>
        <w:tab/>
      </w:r>
      <w:proofErr w:type="spellStart"/>
      <w:r w:rsidR="00C438DF" w:rsidRPr="00E500FA">
        <w:t>Adăpostul</w:t>
      </w:r>
      <w:proofErr w:type="spellEnd"/>
      <w:r w:rsidR="00C438DF" w:rsidRPr="00E500FA">
        <w:t xml:space="preserve"> public – </w:t>
      </w:r>
      <w:proofErr w:type="spellStart"/>
      <w:r w:rsidR="00C438DF" w:rsidRPr="00E500FA">
        <w:t>cazare</w:t>
      </w:r>
      <w:proofErr w:type="spellEnd"/>
      <w:r w:rsidR="00C438DF" w:rsidRPr="00E500FA">
        <w:t xml:space="preserve">, </w:t>
      </w:r>
      <w:proofErr w:type="spellStart"/>
      <w:r w:rsidR="00C438DF" w:rsidRPr="00E500FA">
        <w:t>îngrijire</w:t>
      </w:r>
      <w:proofErr w:type="spellEnd"/>
      <w:r w:rsidR="00C438DF" w:rsidRPr="00E500FA">
        <w:t xml:space="preserve">, </w:t>
      </w:r>
      <w:proofErr w:type="spellStart"/>
      <w:r w:rsidR="00C438DF" w:rsidRPr="00E500FA">
        <w:t>sterilizare</w:t>
      </w:r>
      <w:proofErr w:type="spellEnd"/>
      <w:r w:rsidR="00C438DF" w:rsidRPr="00E500FA">
        <w:t xml:space="preserve">, </w:t>
      </w:r>
      <w:proofErr w:type="spellStart"/>
      <w:r w:rsidR="00C438DF" w:rsidRPr="00E500FA">
        <w:t>adopție</w:t>
      </w:r>
      <w:proofErr w:type="spellEnd"/>
      <w:r w:rsidR="00C438DF" w:rsidRPr="00E500FA">
        <w:t>;</w:t>
      </w:r>
      <w:r w:rsidR="00C438DF" w:rsidRPr="00E500FA">
        <w:br/>
      </w:r>
      <w:r>
        <w:tab/>
      </w:r>
      <w:proofErr w:type="spellStart"/>
      <w:r w:rsidR="00C438DF" w:rsidRPr="00E500FA">
        <w:t>Medicul</w:t>
      </w:r>
      <w:proofErr w:type="spellEnd"/>
      <w:r w:rsidR="00C438DF" w:rsidRPr="00E500FA">
        <w:t xml:space="preserve"> </w:t>
      </w:r>
      <w:proofErr w:type="spellStart"/>
      <w:r w:rsidR="00C438DF" w:rsidRPr="00E500FA">
        <w:t>veterina</w:t>
      </w:r>
      <w:r w:rsidRPr="00E500FA">
        <w:t>r</w:t>
      </w:r>
      <w:proofErr w:type="spellEnd"/>
      <w:r w:rsidRPr="00E500FA">
        <w:t xml:space="preserve"> – </w:t>
      </w:r>
      <w:proofErr w:type="spellStart"/>
      <w:r w:rsidRPr="00E500FA">
        <w:t>acțiuni</w:t>
      </w:r>
      <w:proofErr w:type="spellEnd"/>
      <w:r w:rsidRPr="00E500FA">
        <w:t xml:space="preserve"> </w:t>
      </w:r>
      <w:proofErr w:type="spellStart"/>
      <w:r w:rsidRPr="00E500FA">
        <w:t>sanitar-veterinare</w:t>
      </w:r>
      <w:proofErr w:type="spellEnd"/>
      <w:r w:rsidRPr="00E500FA">
        <w:t>;</w:t>
      </w:r>
      <w:r w:rsidR="00C438DF" w:rsidRPr="00E500FA">
        <w:br/>
      </w:r>
      <w:r>
        <w:tab/>
      </w:r>
      <w:proofErr w:type="spellStart"/>
      <w:r w:rsidR="00C438DF" w:rsidRPr="00E500FA">
        <w:t>Cetățenii</w:t>
      </w:r>
      <w:proofErr w:type="spellEnd"/>
      <w:r w:rsidR="00C438DF" w:rsidRPr="00E500FA">
        <w:t xml:space="preserve"> – </w:t>
      </w:r>
      <w:proofErr w:type="spellStart"/>
      <w:r w:rsidR="00C438DF" w:rsidRPr="00E500FA">
        <w:t>identificarea</w:t>
      </w:r>
      <w:proofErr w:type="spellEnd"/>
      <w:r w:rsidR="00C438DF" w:rsidRPr="00E500FA">
        <w:t xml:space="preserve"> </w:t>
      </w:r>
      <w:proofErr w:type="spellStart"/>
      <w:r w:rsidR="00C438DF" w:rsidRPr="00E500FA">
        <w:t>și</w:t>
      </w:r>
      <w:proofErr w:type="spellEnd"/>
      <w:r w:rsidR="00C438DF" w:rsidRPr="00E500FA">
        <w:t xml:space="preserve"> </w:t>
      </w:r>
      <w:proofErr w:type="spellStart"/>
      <w:r w:rsidR="00C438DF" w:rsidRPr="00E500FA">
        <w:t>sterilizarea</w:t>
      </w:r>
      <w:proofErr w:type="spellEnd"/>
      <w:r w:rsidR="00C438DF" w:rsidRPr="00E500FA">
        <w:t xml:space="preserve"> </w:t>
      </w:r>
      <w:proofErr w:type="spellStart"/>
      <w:r w:rsidR="00C438DF" w:rsidRPr="00E500FA">
        <w:t>câinilor</w:t>
      </w:r>
      <w:proofErr w:type="spellEnd"/>
      <w:r w:rsidR="00C438DF" w:rsidRPr="00E500FA">
        <w:t xml:space="preserve"> </w:t>
      </w:r>
      <w:proofErr w:type="spellStart"/>
      <w:r w:rsidR="00C438DF" w:rsidRPr="00E500FA">
        <w:t>deținuți</w:t>
      </w:r>
      <w:proofErr w:type="spellEnd"/>
      <w:r w:rsidR="00C438DF" w:rsidRPr="00E500FA">
        <w:t>.</w:t>
      </w:r>
    </w:p>
    <w:p w:rsidR="00131317" w:rsidRPr="00E500FA" w:rsidRDefault="00E500FA" w:rsidP="00E500FA">
      <w:pPr>
        <w:jc w:val="both"/>
        <w:rPr>
          <w:b/>
        </w:rPr>
      </w:pPr>
      <w:r>
        <w:lastRenderedPageBreak/>
        <w:tab/>
      </w:r>
      <w:r w:rsidR="00C438DF" w:rsidRPr="00E500FA">
        <w:rPr>
          <w:b/>
        </w:rPr>
        <w:t xml:space="preserve">5. </w:t>
      </w:r>
      <w:proofErr w:type="spellStart"/>
      <w:r w:rsidR="00C438DF" w:rsidRPr="00E500FA">
        <w:rPr>
          <w:b/>
        </w:rPr>
        <w:t>Etapele</w:t>
      </w:r>
      <w:proofErr w:type="spellEnd"/>
      <w:r w:rsidR="00C438DF" w:rsidRPr="00E500FA">
        <w:rPr>
          <w:b/>
        </w:rPr>
        <w:t xml:space="preserve"> </w:t>
      </w:r>
      <w:proofErr w:type="spellStart"/>
      <w:r w:rsidR="00C438DF" w:rsidRPr="00E500FA">
        <w:rPr>
          <w:b/>
        </w:rPr>
        <w:t>și</w:t>
      </w:r>
      <w:proofErr w:type="spellEnd"/>
      <w:r w:rsidR="00C438DF" w:rsidRPr="00E500FA">
        <w:rPr>
          <w:b/>
        </w:rPr>
        <w:t xml:space="preserve"> </w:t>
      </w:r>
      <w:proofErr w:type="spellStart"/>
      <w:r w:rsidR="00C438DF" w:rsidRPr="00E500FA">
        <w:rPr>
          <w:b/>
        </w:rPr>
        <w:t>acțiunile</w:t>
      </w:r>
      <w:proofErr w:type="spellEnd"/>
      <w:r w:rsidR="00C438DF" w:rsidRPr="00E500FA">
        <w:rPr>
          <w:b/>
        </w:rPr>
        <w:t xml:space="preserve"> </w:t>
      </w:r>
      <w:proofErr w:type="spellStart"/>
      <w:r w:rsidR="00C438DF" w:rsidRPr="00E500FA">
        <w:rPr>
          <w:b/>
        </w:rPr>
        <w:t>planului</w:t>
      </w:r>
      <w:proofErr w:type="spellEnd"/>
    </w:p>
    <w:p w:rsidR="00131317" w:rsidRPr="00E500FA" w:rsidRDefault="00C438DF" w:rsidP="00E500FA">
      <w:r w:rsidRPr="00E500FA">
        <w:t xml:space="preserve">1. </w:t>
      </w:r>
      <w:proofErr w:type="spellStart"/>
      <w:r w:rsidRPr="00E500FA">
        <w:t>Inventarierea</w:t>
      </w:r>
      <w:proofErr w:type="spellEnd"/>
      <w:r w:rsidRPr="00E500FA">
        <w:t xml:space="preserve"> </w:t>
      </w:r>
      <w:proofErr w:type="spellStart"/>
      <w:r w:rsidRPr="00E500FA">
        <w:t>zonelor</w:t>
      </w:r>
      <w:proofErr w:type="spellEnd"/>
      <w:r w:rsidRPr="00E500FA">
        <w:t xml:space="preserve"> cu </w:t>
      </w:r>
      <w:proofErr w:type="spellStart"/>
      <w:r w:rsidRPr="00E500FA">
        <w:t>probleme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2. </w:t>
      </w:r>
      <w:proofErr w:type="spellStart"/>
      <w:r w:rsidRPr="00E500FA">
        <w:t>Capturarea</w:t>
      </w:r>
      <w:proofErr w:type="spellEnd"/>
      <w:r w:rsidRPr="00E500FA">
        <w:t xml:space="preserve"> </w:t>
      </w:r>
      <w:proofErr w:type="spellStart"/>
      <w:r w:rsidRPr="00E500FA">
        <w:t>câinilor</w:t>
      </w:r>
      <w:proofErr w:type="spellEnd"/>
      <w:r w:rsidRPr="00E500FA">
        <w:t xml:space="preserve"> </w:t>
      </w:r>
      <w:proofErr w:type="spellStart"/>
      <w:r w:rsidRPr="00E500FA">
        <w:t>fără</w:t>
      </w:r>
      <w:proofErr w:type="spellEnd"/>
      <w:r w:rsidRPr="00E500FA">
        <w:t xml:space="preserve"> </w:t>
      </w:r>
      <w:proofErr w:type="spellStart"/>
      <w:r w:rsidRPr="00E500FA">
        <w:t>stăpân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3. </w:t>
      </w:r>
      <w:proofErr w:type="spellStart"/>
      <w:r w:rsidRPr="00E500FA">
        <w:t>Transportul</w:t>
      </w:r>
      <w:proofErr w:type="spellEnd"/>
      <w:r w:rsidRPr="00E500FA">
        <w:t xml:space="preserve"> la </w:t>
      </w:r>
      <w:proofErr w:type="spellStart"/>
      <w:r w:rsidRPr="00E500FA">
        <w:t>adăpost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4. </w:t>
      </w:r>
      <w:proofErr w:type="spellStart"/>
      <w:r w:rsidRPr="00E500FA">
        <w:t>Cazare</w:t>
      </w:r>
      <w:proofErr w:type="spellEnd"/>
      <w:r w:rsidRPr="00E500FA">
        <w:t xml:space="preserve">, </w:t>
      </w:r>
      <w:proofErr w:type="spellStart"/>
      <w:r w:rsidRPr="00E500FA">
        <w:t>vaccinare</w:t>
      </w:r>
      <w:proofErr w:type="spellEnd"/>
      <w:r w:rsidRPr="00E500FA">
        <w:t xml:space="preserve">, </w:t>
      </w:r>
      <w:proofErr w:type="spellStart"/>
      <w:r w:rsidRPr="00E500FA">
        <w:t>sterilizare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5. </w:t>
      </w:r>
      <w:proofErr w:type="spellStart"/>
      <w:r w:rsidRPr="00E500FA">
        <w:t>Promov</w:t>
      </w:r>
      <w:r w:rsidRPr="00E500FA">
        <w:t>area</w:t>
      </w:r>
      <w:proofErr w:type="spellEnd"/>
      <w:r w:rsidRPr="00E500FA">
        <w:t xml:space="preserve"> </w:t>
      </w:r>
      <w:proofErr w:type="spellStart"/>
      <w:r w:rsidRPr="00E500FA">
        <w:t>adopției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6. </w:t>
      </w:r>
      <w:proofErr w:type="spellStart"/>
      <w:r w:rsidRPr="00E500FA">
        <w:t>Eutanasierea</w:t>
      </w:r>
      <w:proofErr w:type="spellEnd"/>
      <w:r w:rsidRPr="00E500FA">
        <w:t xml:space="preserve"> </w:t>
      </w:r>
      <w:proofErr w:type="spellStart"/>
      <w:r w:rsidRPr="00E500FA">
        <w:t>câinilor</w:t>
      </w:r>
      <w:proofErr w:type="spellEnd"/>
      <w:r w:rsidRPr="00E500FA">
        <w:t xml:space="preserve"> </w:t>
      </w:r>
      <w:proofErr w:type="spellStart"/>
      <w:r w:rsidRPr="00E500FA">
        <w:t>neadoptați</w:t>
      </w:r>
      <w:proofErr w:type="spellEnd"/>
      <w:r w:rsidRPr="00E500FA">
        <w:t xml:space="preserve"> (</w:t>
      </w:r>
      <w:proofErr w:type="spellStart"/>
      <w:r w:rsidRPr="00E500FA">
        <w:t>după</w:t>
      </w:r>
      <w:proofErr w:type="spellEnd"/>
      <w:r w:rsidRPr="00E500FA">
        <w:t xml:space="preserve"> 14 </w:t>
      </w:r>
      <w:proofErr w:type="spellStart"/>
      <w:r w:rsidRPr="00E500FA">
        <w:t>zile</w:t>
      </w:r>
      <w:proofErr w:type="spellEnd"/>
      <w:r w:rsidRPr="00E500FA">
        <w:t>)</w:t>
      </w:r>
      <w:proofErr w:type="gramStart"/>
      <w:r w:rsidRPr="00E500FA">
        <w:t>;</w:t>
      </w:r>
      <w:proofErr w:type="gramEnd"/>
      <w:r w:rsidRPr="00E500FA">
        <w:br/>
        <w:t xml:space="preserve">7. </w:t>
      </w:r>
      <w:proofErr w:type="spellStart"/>
      <w:r w:rsidRPr="00E500FA">
        <w:t>Campanii</w:t>
      </w:r>
      <w:proofErr w:type="spellEnd"/>
      <w:r w:rsidRPr="00E500FA">
        <w:t xml:space="preserve"> de </w:t>
      </w:r>
      <w:proofErr w:type="spellStart"/>
      <w:r w:rsidRPr="00E500FA">
        <w:t>informare</w:t>
      </w:r>
      <w:proofErr w:type="spellEnd"/>
      <w:r w:rsidRPr="00E500FA">
        <w:t xml:space="preserve"> </w:t>
      </w:r>
      <w:proofErr w:type="spellStart"/>
      <w:r w:rsidRPr="00E500FA">
        <w:t>publică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8. </w:t>
      </w:r>
      <w:proofErr w:type="spellStart"/>
      <w:proofErr w:type="gramStart"/>
      <w:r w:rsidRPr="00E500FA">
        <w:t>Raportare</w:t>
      </w:r>
      <w:proofErr w:type="spellEnd"/>
      <w:r w:rsidRPr="00E500FA">
        <w:t xml:space="preserve"> </w:t>
      </w:r>
      <w:proofErr w:type="spellStart"/>
      <w:r w:rsidRPr="00E500FA">
        <w:t>periodică</w:t>
      </w:r>
      <w:proofErr w:type="spellEnd"/>
      <w:r w:rsidRPr="00E500FA">
        <w:t xml:space="preserve"> </w:t>
      </w:r>
      <w:proofErr w:type="spellStart"/>
      <w:r w:rsidRPr="00E500FA">
        <w:t>către</w:t>
      </w:r>
      <w:proofErr w:type="spellEnd"/>
      <w:r w:rsidRPr="00E500FA">
        <w:t xml:space="preserve"> ANSVSA.</w:t>
      </w:r>
      <w:proofErr w:type="gramEnd"/>
    </w:p>
    <w:p w:rsidR="00131317" w:rsidRPr="00E500FA" w:rsidRDefault="00E500FA" w:rsidP="00E500FA">
      <w:pPr>
        <w:jc w:val="both"/>
        <w:rPr>
          <w:b/>
        </w:rPr>
      </w:pPr>
      <w:r>
        <w:tab/>
      </w:r>
      <w:r w:rsidR="00C438DF" w:rsidRPr="00E500FA">
        <w:rPr>
          <w:b/>
        </w:rPr>
        <w:t xml:space="preserve">6. </w:t>
      </w:r>
      <w:proofErr w:type="spellStart"/>
      <w:r w:rsidR="00C438DF" w:rsidRPr="00E500FA">
        <w:rPr>
          <w:b/>
        </w:rPr>
        <w:t>Finanțare</w:t>
      </w:r>
      <w:proofErr w:type="spellEnd"/>
    </w:p>
    <w:p w:rsidR="00131317" w:rsidRPr="00E500FA" w:rsidRDefault="00E500FA" w:rsidP="00E500FA">
      <w:r>
        <w:tab/>
      </w:r>
      <w:proofErr w:type="spellStart"/>
      <w:r w:rsidR="00C438DF" w:rsidRPr="00E500FA">
        <w:t>Sursele</w:t>
      </w:r>
      <w:proofErr w:type="spellEnd"/>
      <w:r w:rsidR="00C438DF" w:rsidRPr="00E500FA">
        <w:t xml:space="preserve"> de </w:t>
      </w:r>
      <w:proofErr w:type="spellStart"/>
      <w:r w:rsidR="00C438DF" w:rsidRPr="00E500FA">
        <w:t>finanțare</w:t>
      </w:r>
      <w:proofErr w:type="spellEnd"/>
      <w:r w:rsidR="00C438DF" w:rsidRPr="00E500FA">
        <w:t>:</w:t>
      </w:r>
      <w:r w:rsidR="00C438DF" w:rsidRPr="00E500FA">
        <w:br/>
        <w:t xml:space="preserve">- </w:t>
      </w:r>
      <w:proofErr w:type="spellStart"/>
      <w:r w:rsidR="00C438DF" w:rsidRPr="00E500FA">
        <w:t>bugetul</w:t>
      </w:r>
      <w:proofErr w:type="spellEnd"/>
      <w:r w:rsidR="00C438DF" w:rsidRPr="00E500FA">
        <w:t xml:space="preserve"> local al UAT </w:t>
      </w:r>
      <w:proofErr w:type="spellStart"/>
      <w:r w:rsidRPr="00E500FA">
        <w:t>Comuna</w:t>
      </w:r>
      <w:proofErr w:type="spellEnd"/>
      <w:r w:rsidRPr="00E500FA">
        <w:t xml:space="preserve"> </w:t>
      </w:r>
      <w:proofErr w:type="spellStart"/>
      <w:r w:rsidRPr="00E500FA">
        <w:t>Dieci</w:t>
      </w:r>
      <w:proofErr w:type="spellEnd"/>
      <w:proofErr w:type="gramStart"/>
      <w:r w:rsidR="00C438DF" w:rsidRPr="00E500FA">
        <w:t>;</w:t>
      </w:r>
      <w:proofErr w:type="gramEnd"/>
      <w:r w:rsidR="00C438DF" w:rsidRPr="00E500FA">
        <w:br/>
        <w:t xml:space="preserve">- </w:t>
      </w:r>
      <w:proofErr w:type="spellStart"/>
      <w:r w:rsidR="00C438DF" w:rsidRPr="00E500FA">
        <w:t>venituri</w:t>
      </w:r>
      <w:proofErr w:type="spellEnd"/>
      <w:r w:rsidR="00C438DF" w:rsidRPr="00E500FA">
        <w:t xml:space="preserve"> </w:t>
      </w:r>
      <w:proofErr w:type="spellStart"/>
      <w:r w:rsidR="00C438DF" w:rsidRPr="00E500FA">
        <w:t>proprii</w:t>
      </w:r>
      <w:proofErr w:type="spellEnd"/>
      <w:r w:rsidR="00C438DF" w:rsidRPr="00E500FA">
        <w:t xml:space="preserve"> (</w:t>
      </w:r>
      <w:proofErr w:type="spellStart"/>
      <w:r w:rsidR="00C438DF" w:rsidRPr="00E500FA">
        <w:t>taxe</w:t>
      </w:r>
      <w:proofErr w:type="spellEnd"/>
      <w:r w:rsidR="00C438DF" w:rsidRPr="00E500FA">
        <w:t xml:space="preserve">, </w:t>
      </w:r>
      <w:proofErr w:type="spellStart"/>
      <w:r w:rsidR="00C438DF" w:rsidRPr="00E500FA">
        <w:t>sponsorizări</w:t>
      </w:r>
      <w:proofErr w:type="spellEnd"/>
      <w:r w:rsidR="00C438DF" w:rsidRPr="00E500FA">
        <w:t xml:space="preserve">, </w:t>
      </w:r>
      <w:proofErr w:type="spellStart"/>
      <w:r w:rsidR="00C438DF" w:rsidRPr="00E500FA">
        <w:t>donați</w:t>
      </w:r>
      <w:r w:rsidR="00C438DF" w:rsidRPr="00E500FA">
        <w:t>i</w:t>
      </w:r>
      <w:proofErr w:type="spellEnd"/>
      <w:r w:rsidR="00C438DF" w:rsidRPr="00E500FA">
        <w:t>);</w:t>
      </w:r>
      <w:r w:rsidR="00C438DF" w:rsidRPr="00E500FA">
        <w:br/>
        <w:t xml:space="preserve">- </w:t>
      </w:r>
      <w:proofErr w:type="spellStart"/>
      <w:r w:rsidR="00C438DF" w:rsidRPr="00E500FA">
        <w:t>fonduri</w:t>
      </w:r>
      <w:proofErr w:type="spellEnd"/>
      <w:r w:rsidR="00C438DF" w:rsidRPr="00E500FA">
        <w:t xml:space="preserve"> </w:t>
      </w:r>
      <w:proofErr w:type="spellStart"/>
      <w:r w:rsidR="00C438DF" w:rsidRPr="00E500FA">
        <w:t>nerambursabile</w:t>
      </w:r>
      <w:proofErr w:type="spellEnd"/>
      <w:r w:rsidR="00C438DF" w:rsidRPr="00E500FA">
        <w:t xml:space="preserve"> / ONG-</w:t>
      </w:r>
      <w:proofErr w:type="spellStart"/>
      <w:r w:rsidR="00C438DF" w:rsidRPr="00E500FA">
        <w:t>uri</w:t>
      </w:r>
      <w:proofErr w:type="spellEnd"/>
      <w:r w:rsidR="00C438DF" w:rsidRPr="00E500FA">
        <w:t>.</w:t>
      </w:r>
    </w:p>
    <w:p w:rsidR="00131317" w:rsidRPr="00E500FA" w:rsidRDefault="00E500FA" w:rsidP="00E500FA">
      <w:pPr>
        <w:jc w:val="both"/>
        <w:rPr>
          <w:b/>
        </w:rPr>
      </w:pPr>
      <w:r>
        <w:tab/>
      </w:r>
      <w:r w:rsidR="00C438DF" w:rsidRPr="00E500FA">
        <w:rPr>
          <w:b/>
        </w:rPr>
        <w:t xml:space="preserve">7. </w:t>
      </w:r>
      <w:proofErr w:type="spellStart"/>
      <w:r w:rsidR="00C438DF" w:rsidRPr="00E500FA">
        <w:rPr>
          <w:b/>
        </w:rPr>
        <w:t>Indicatori</w:t>
      </w:r>
      <w:proofErr w:type="spellEnd"/>
      <w:r w:rsidR="00C438DF" w:rsidRPr="00E500FA">
        <w:rPr>
          <w:b/>
        </w:rPr>
        <w:t xml:space="preserve"> de </w:t>
      </w:r>
      <w:proofErr w:type="spellStart"/>
      <w:r w:rsidR="00C438DF" w:rsidRPr="00E500FA">
        <w:rPr>
          <w:b/>
        </w:rPr>
        <w:t>performanță</w:t>
      </w:r>
      <w:proofErr w:type="spellEnd"/>
    </w:p>
    <w:p w:rsidR="00131317" w:rsidRPr="00E500FA" w:rsidRDefault="00C438DF" w:rsidP="00E500FA">
      <w:r w:rsidRPr="00E500FA">
        <w:t xml:space="preserve">- </w:t>
      </w:r>
      <w:proofErr w:type="spellStart"/>
      <w:r w:rsidRPr="00E500FA">
        <w:t>Număr</w:t>
      </w:r>
      <w:proofErr w:type="spellEnd"/>
      <w:r w:rsidRPr="00E500FA">
        <w:t xml:space="preserve"> </w:t>
      </w:r>
      <w:proofErr w:type="spellStart"/>
      <w:r w:rsidRPr="00E500FA">
        <w:t>câini</w:t>
      </w:r>
      <w:proofErr w:type="spellEnd"/>
      <w:r w:rsidRPr="00E500FA">
        <w:t xml:space="preserve"> </w:t>
      </w:r>
      <w:proofErr w:type="spellStart"/>
      <w:r w:rsidRPr="00E500FA">
        <w:t>capturați</w:t>
      </w:r>
      <w:proofErr w:type="spellEnd"/>
      <w:r w:rsidRPr="00E500FA">
        <w:t xml:space="preserve"> </w:t>
      </w:r>
      <w:proofErr w:type="spellStart"/>
      <w:r w:rsidRPr="00E500FA">
        <w:t>anual</w:t>
      </w:r>
      <w:proofErr w:type="spellEnd"/>
      <w:proofErr w:type="gramStart"/>
      <w:r w:rsidRPr="00E500FA">
        <w:t>;</w:t>
      </w:r>
      <w:proofErr w:type="gramEnd"/>
      <w:r w:rsidRPr="00E500FA">
        <w:br/>
        <w:t xml:space="preserve">- </w:t>
      </w:r>
      <w:proofErr w:type="spellStart"/>
      <w:r w:rsidRPr="00E500FA">
        <w:t>Număr</w:t>
      </w:r>
      <w:proofErr w:type="spellEnd"/>
      <w:r w:rsidRPr="00E500FA">
        <w:t xml:space="preserve"> </w:t>
      </w:r>
      <w:proofErr w:type="spellStart"/>
      <w:r w:rsidRPr="00E500FA">
        <w:t>câini</w:t>
      </w:r>
      <w:proofErr w:type="spellEnd"/>
      <w:r w:rsidRPr="00E500FA">
        <w:t xml:space="preserve"> </w:t>
      </w:r>
      <w:proofErr w:type="spellStart"/>
      <w:r w:rsidRPr="00E500FA">
        <w:t>sterilizați</w:t>
      </w:r>
      <w:proofErr w:type="spellEnd"/>
      <w:r w:rsidRPr="00E500FA">
        <w:t xml:space="preserve"> / </w:t>
      </w:r>
      <w:proofErr w:type="spellStart"/>
      <w:r w:rsidRPr="00E500FA">
        <w:t>adoptați</w:t>
      </w:r>
      <w:proofErr w:type="spellEnd"/>
      <w:r w:rsidRPr="00E500FA">
        <w:t>;</w:t>
      </w:r>
      <w:r w:rsidRPr="00E500FA">
        <w:br/>
        <w:t xml:space="preserve">- </w:t>
      </w:r>
      <w:proofErr w:type="spellStart"/>
      <w:r w:rsidRPr="00E500FA">
        <w:t>Reducerea</w:t>
      </w:r>
      <w:proofErr w:type="spellEnd"/>
      <w:r w:rsidRPr="00E500FA">
        <w:t xml:space="preserve"> </w:t>
      </w:r>
      <w:proofErr w:type="spellStart"/>
      <w:r w:rsidRPr="00E500FA">
        <w:t>sesizărilor</w:t>
      </w:r>
      <w:proofErr w:type="spellEnd"/>
      <w:r w:rsidRPr="00E500FA">
        <w:t xml:space="preserve"> </w:t>
      </w:r>
      <w:proofErr w:type="spellStart"/>
      <w:r w:rsidRPr="00E500FA">
        <w:t>privind</w:t>
      </w:r>
      <w:proofErr w:type="spellEnd"/>
      <w:r w:rsidRPr="00E500FA">
        <w:t xml:space="preserve"> </w:t>
      </w:r>
      <w:proofErr w:type="spellStart"/>
      <w:r w:rsidRPr="00E500FA">
        <w:t>câinii</w:t>
      </w:r>
      <w:proofErr w:type="spellEnd"/>
      <w:r w:rsidRPr="00E500FA">
        <w:t xml:space="preserve"> </w:t>
      </w:r>
      <w:proofErr w:type="spellStart"/>
      <w:r w:rsidRPr="00E500FA">
        <w:t>agresivi</w:t>
      </w:r>
      <w:proofErr w:type="spellEnd"/>
      <w:r w:rsidRPr="00E500FA">
        <w:t>;</w:t>
      </w:r>
      <w:r w:rsidRPr="00E500FA">
        <w:br/>
        <w:t xml:space="preserve">- </w:t>
      </w:r>
      <w:proofErr w:type="spellStart"/>
      <w:r w:rsidRPr="00E500FA">
        <w:t>Creșterea</w:t>
      </w:r>
      <w:proofErr w:type="spellEnd"/>
      <w:r w:rsidRPr="00E500FA">
        <w:t xml:space="preserve"> </w:t>
      </w:r>
      <w:proofErr w:type="spellStart"/>
      <w:r w:rsidRPr="00E500FA">
        <w:t>gradului</w:t>
      </w:r>
      <w:proofErr w:type="spellEnd"/>
      <w:r w:rsidRPr="00E500FA">
        <w:t xml:space="preserve"> de </w:t>
      </w:r>
      <w:proofErr w:type="spellStart"/>
      <w:r w:rsidRPr="00E500FA">
        <w:t>informare</w:t>
      </w:r>
      <w:proofErr w:type="spellEnd"/>
      <w:r w:rsidRPr="00E500FA">
        <w:t xml:space="preserve"> a </w:t>
      </w:r>
      <w:proofErr w:type="spellStart"/>
      <w:r w:rsidRPr="00E500FA">
        <w:t>populației</w:t>
      </w:r>
      <w:proofErr w:type="spellEnd"/>
      <w:r w:rsidRPr="00E500FA">
        <w:t>.</w:t>
      </w:r>
    </w:p>
    <w:p w:rsidR="00131317" w:rsidRPr="00E500FA" w:rsidRDefault="00E500FA" w:rsidP="00E500FA">
      <w:pPr>
        <w:jc w:val="both"/>
        <w:rPr>
          <w:b/>
        </w:rPr>
      </w:pPr>
      <w:r>
        <w:tab/>
      </w:r>
      <w:r w:rsidR="00C438DF" w:rsidRPr="00E500FA">
        <w:rPr>
          <w:b/>
        </w:rPr>
        <w:t xml:space="preserve">8. </w:t>
      </w:r>
      <w:proofErr w:type="spellStart"/>
      <w:r w:rsidR="00C438DF" w:rsidRPr="00E500FA">
        <w:rPr>
          <w:b/>
        </w:rPr>
        <w:t>Durata</w:t>
      </w:r>
      <w:proofErr w:type="spellEnd"/>
      <w:r w:rsidR="00C438DF" w:rsidRPr="00E500FA">
        <w:rPr>
          <w:b/>
        </w:rPr>
        <w:t xml:space="preserve"> de </w:t>
      </w:r>
      <w:proofErr w:type="spellStart"/>
      <w:r w:rsidR="00C438DF" w:rsidRPr="00E500FA">
        <w:rPr>
          <w:b/>
        </w:rPr>
        <w:t>implemen</w:t>
      </w:r>
      <w:r w:rsidR="00C438DF" w:rsidRPr="00E500FA">
        <w:rPr>
          <w:b/>
        </w:rPr>
        <w:t>tare</w:t>
      </w:r>
      <w:proofErr w:type="spellEnd"/>
    </w:p>
    <w:p w:rsidR="00131317" w:rsidRPr="00E500FA" w:rsidRDefault="00C438DF" w:rsidP="00E500FA">
      <w:pPr>
        <w:jc w:val="both"/>
      </w:pPr>
      <w:proofErr w:type="spellStart"/>
      <w:r w:rsidRPr="00E500FA">
        <w:t>Planul</w:t>
      </w:r>
      <w:proofErr w:type="spellEnd"/>
      <w:r w:rsidRPr="00E500FA">
        <w:t xml:space="preserve"> </w:t>
      </w:r>
      <w:proofErr w:type="spellStart"/>
      <w:proofErr w:type="gramStart"/>
      <w:r w:rsidRPr="00E500FA">
        <w:t>este</w:t>
      </w:r>
      <w:proofErr w:type="spellEnd"/>
      <w:proofErr w:type="gramEnd"/>
      <w:r w:rsidRPr="00E500FA">
        <w:t xml:space="preserve"> </w:t>
      </w:r>
      <w:proofErr w:type="spellStart"/>
      <w:r w:rsidRPr="00E500FA">
        <w:t>valabil</w:t>
      </w:r>
      <w:proofErr w:type="spellEnd"/>
      <w:r w:rsidRPr="00E500FA">
        <w:t xml:space="preserve"> </w:t>
      </w:r>
      <w:proofErr w:type="spellStart"/>
      <w:r w:rsidRPr="00E500FA">
        <w:t>pentru</w:t>
      </w:r>
      <w:proofErr w:type="spellEnd"/>
      <w:r w:rsidRPr="00E500FA">
        <w:t xml:space="preserve"> </w:t>
      </w:r>
      <w:proofErr w:type="spellStart"/>
      <w:r w:rsidRPr="00E500FA">
        <w:t>perioada</w:t>
      </w:r>
      <w:proofErr w:type="spellEnd"/>
      <w:r w:rsidRPr="00E500FA">
        <w:t xml:space="preserve"> </w:t>
      </w:r>
      <w:r w:rsidR="00E500FA">
        <w:t>01.10.2025</w:t>
      </w:r>
      <w:r w:rsidRPr="00E500FA">
        <w:t>–</w:t>
      </w:r>
      <w:r w:rsidR="00E500FA">
        <w:t>01.10.2026</w:t>
      </w:r>
      <w:r w:rsidRPr="00E500FA">
        <w:t xml:space="preserve">, cu </w:t>
      </w:r>
      <w:proofErr w:type="spellStart"/>
      <w:r w:rsidRPr="00E500FA">
        <w:t>posibilitatea</w:t>
      </w:r>
      <w:proofErr w:type="spellEnd"/>
      <w:r w:rsidRPr="00E500FA">
        <w:t xml:space="preserve"> de </w:t>
      </w:r>
      <w:proofErr w:type="spellStart"/>
      <w:r w:rsidRPr="00E500FA">
        <w:t>actualizare</w:t>
      </w:r>
      <w:proofErr w:type="spellEnd"/>
      <w:r w:rsidRPr="00E500FA">
        <w:t xml:space="preserve"> </w:t>
      </w:r>
      <w:proofErr w:type="spellStart"/>
      <w:r w:rsidRPr="00E500FA">
        <w:t>anuală</w:t>
      </w:r>
      <w:proofErr w:type="spellEnd"/>
      <w:r w:rsidRPr="00E500FA">
        <w:t>.</w:t>
      </w:r>
    </w:p>
    <w:p w:rsidR="00131317" w:rsidRPr="00E500FA" w:rsidRDefault="00E500FA" w:rsidP="00E500FA">
      <w:pPr>
        <w:jc w:val="both"/>
        <w:rPr>
          <w:b/>
        </w:rPr>
      </w:pPr>
      <w:r>
        <w:tab/>
      </w:r>
      <w:r w:rsidR="00C438DF" w:rsidRPr="00E500FA">
        <w:rPr>
          <w:b/>
        </w:rPr>
        <w:t xml:space="preserve">9. </w:t>
      </w:r>
      <w:proofErr w:type="spellStart"/>
      <w:r w:rsidR="00C438DF" w:rsidRPr="00E500FA">
        <w:rPr>
          <w:b/>
        </w:rPr>
        <w:t>Dispoziții</w:t>
      </w:r>
      <w:proofErr w:type="spellEnd"/>
      <w:r w:rsidR="00C438DF" w:rsidRPr="00E500FA">
        <w:rPr>
          <w:b/>
        </w:rPr>
        <w:t xml:space="preserve"> finale</w:t>
      </w:r>
    </w:p>
    <w:p w:rsidR="00BB27CD" w:rsidRPr="00E500FA" w:rsidRDefault="00E500FA" w:rsidP="00BB27CD">
      <w:pPr>
        <w:jc w:val="both"/>
      </w:pPr>
      <w:r>
        <w:tab/>
      </w:r>
      <w:proofErr w:type="spellStart"/>
      <w:proofErr w:type="gramStart"/>
      <w:r w:rsidR="00C438DF" w:rsidRPr="00E500FA">
        <w:t>Planul</w:t>
      </w:r>
      <w:proofErr w:type="spellEnd"/>
      <w:r w:rsidR="00C438DF" w:rsidRPr="00E500FA">
        <w:t xml:space="preserve"> se </w:t>
      </w:r>
      <w:proofErr w:type="spellStart"/>
      <w:r w:rsidR="00C438DF" w:rsidRPr="00E500FA">
        <w:t>aprobă</w:t>
      </w:r>
      <w:proofErr w:type="spellEnd"/>
      <w:r w:rsidR="00C438DF" w:rsidRPr="00E500FA">
        <w:t xml:space="preserve"> </w:t>
      </w:r>
      <w:proofErr w:type="spellStart"/>
      <w:r w:rsidR="00C438DF" w:rsidRPr="00E500FA">
        <w:t>prin</w:t>
      </w:r>
      <w:proofErr w:type="spellEnd"/>
      <w:r w:rsidR="00C438DF" w:rsidRPr="00E500FA">
        <w:t xml:space="preserve"> </w:t>
      </w:r>
      <w:proofErr w:type="spellStart"/>
      <w:r w:rsidR="00C438DF" w:rsidRPr="00E500FA">
        <w:t>Hotărâre</w:t>
      </w:r>
      <w:proofErr w:type="spellEnd"/>
      <w:r w:rsidR="00C438DF" w:rsidRPr="00E500FA">
        <w:t xml:space="preserve"> a </w:t>
      </w:r>
      <w:proofErr w:type="spellStart"/>
      <w:r w:rsidR="00C438DF" w:rsidRPr="00E500FA">
        <w:t>Consiliului</w:t>
      </w:r>
      <w:proofErr w:type="spellEnd"/>
      <w:r w:rsidR="00C438DF" w:rsidRPr="00E500FA">
        <w:t xml:space="preserve"> Local al UAT </w:t>
      </w:r>
      <w:proofErr w:type="spellStart"/>
      <w:r w:rsidRPr="00E500FA">
        <w:t>Comuna</w:t>
      </w:r>
      <w:proofErr w:type="spellEnd"/>
      <w:r w:rsidRPr="00E500FA">
        <w:t xml:space="preserve"> </w:t>
      </w:r>
      <w:proofErr w:type="spellStart"/>
      <w:r w:rsidRPr="00E500FA">
        <w:t>Dieci</w:t>
      </w:r>
      <w:proofErr w:type="spellEnd"/>
      <w:r w:rsidR="00C438DF" w:rsidRPr="00E500FA">
        <w:t xml:space="preserve"> </w:t>
      </w:r>
      <w:proofErr w:type="spellStart"/>
      <w:r w:rsidR="00C438DF" w:rsidRPr="00E500FA">
        <w:t>și</w:t>
      </w:r>
      <w:proofErr w:type="spellEnd"/>
      <w:r w:rsidR="00C438DF" w:rsidRPr="00E500FA">
        <w:t xml:space="preserve"> se </w:t>
      </w:r>
      <w:proofErr w:type="spellStart"/>
      <w:r w:rsidR="00C438DF" w:rsidRPr="00E500FA">
        <w:t>publică</w:t>
      </w:r>
      <w:proofErr w:type="spellEnd"/>
      <w:r w:rsidR="00C438DF" w:rsidRPr="00E500FA">
        <w:t xml:space="preserve"> </w:t>
      </w:r>
      <w:proofErr w:type="spellStart"/>
      <w:r w:rsidR="00C438DF" w:rsidRPr="00E500FA">
        <w:t>pe</w:t>
      </w:r>
      <w:proofErr w:type="spellEnd"/>
      <w:r w:rsidR="00C438DF" w:rsidRPr="00E500FA">
        <w:t xml:space="preserve"> site-</w:t>
      </w:r>
      <w:proofErr w:type="spellStart"/>
      <w:r w:rsidR="00C438DF" w:rsidRPr="00E500FA">
        <w:t>ul</w:t>
      </w:r>
      <w:proofErr w:type="spellEnd"/>
      <w:r w:rsidR="00C438DF" w:rsidRPr="00E500FA">
        <w:t xml:space="preserve"> </w:t>
      </w:r>
      <w:proofErr w:type="spellStart"/>
      <w:r w:rsidR="00C438DF" w:rsidRPr="00E500FA">
        <w:t>instituției</w:t>
      </w:r>
      <w:proofErr w:type="spellEnd"/>
      <w:r w:rsidR="00C438DF" w:rsidRPr="00E500FA">
        <w:t>.</w:t>
      </w:r>
      <w:proofErr w:type="gramEnd"/>
      <w:r w:rsidR="00C438DF" w:rsidRPr="00E500FA">
        <w:br/>
      </w:r>
      <w:r>
        <w:tab/>
      </w:r>
      <w:proofErr w:type="spellStart"/>
      <w:r w:rsidR="00C438DF" w:rsidRPr="00E500FA">
        <w:t>Implementarea</w:t>
      </w:r>
      <w:proofErr w:type="spellEnd"/>
      <w:r w:rsidR="00C438DF" w:rsidRPr="00E500FA">
        <w:t xml:space="preserve"> se </w:t>
      </w:r>
      <w:proofErr w:type="spellStart"/>
      <w:r w:rsidR="00C438DF" w:rsidRPr="00E500FA">
        <w:t>realizeaz</w:t>
      </w:r>
      <w:r w:rsidR="00C438DF" w:rsidRPr="00E500FA">
        <w:t>ă</w:t>
      </w:r>
      <w:proofErr w:type="spellEnd"/>
      <w:r w:rsidR="00C438DF" w:rsidRPr="00E500FA">
        <w:t xml:space="preserve"> sub </w:t>
      </w:r>
      <w:proofErr w:type="spellStart"/>
      <w:r w:rsidR="00C438DF" w:rsidRPr="00E500FA">
        <w:t>coordonarea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gramStart"/>
      <w:r>
        <w:t xml:space="preserve">de  </w:t>
      </w:r>
      <w:proofErr w:type="spellStart"/>
      <w:r w:rsidR="00BB27CD">
        <w:t>specialitate</w:t>
      </w:r>
      <w:proofErr w:type="spellEnd"/>
      <w:proofErr w:type="gramEnd"/>
      <w:r w:rsidR="00BB27CD">
        <w:t xml:space="preserve"> , care </w:t>
      </w:r>
      <w:proofErr w:type="spellStart"/>
      <w:r w:rsidR="00BB27CD">
        <w:t>este</w:t>
      </w:r>
      <w:proofErr w:type="spellEnd"/>
      <w:r w:rsidR="00BB27CD">
        <w:t xml:space="preserve"> </w:t>
      </w:r>
      <w:proofErr w:type="spellStart"/>
      <w:r w:rsidR="00BB27CD">
        <w:t>mandatat</w:t>
      </w:r>
      <w:proofErr w:type="spellEnd"/>
      <w:r w:rsidR="00BB27CD">
        <w:t xml:space="preserve"> </w:t>
      </w:r>
      <w:proofErr w:type="spellStart"/>
      <w:r w:rsidR="00BB27CD">
        <w:t>pentru</w:t>
      </w:r>
      <w:proofErr w:type="spellEnd"/>
      <w:r w:rsidR="00BB27CD">
        <w:t xml:space="preserve"> </w:t>
      </w:r>
      <w:proofErr w:type="spellStart"/>
      <w:r w:rsidR="00BB27CD">
        <w:t>Incheierea</w:t>
      </w:r>
      <w:proofErr w:type="spellEnd"/>
      <w:r w:rsidR="00BB27CD">
        <w:t xml:space="preserve"> </w:t>
      </w:r>
      <w:proofErr w:type="spellStart"/>
      <w:r w:rsidR="00BB27CD">
        <w:t>unui</w:t>
      </w:r>
      <w:proofErr w:type="spellEnd"/>
      <w:r w:rsidR="00BB27CD">
        <w:t xml:space="preserve"> contract </w:t>
      </w:r>
      <w:proofErr w:type="spellStart"/>
      <w:r w:rsidR="00BB27CD">
        <w:t>pentru</w:t>
      </w:r>
      <w:proofErr w:type="spellEnd"/>
      <w:r w:rsidR="00BB27CD">
        <w:t xml:space="preserve"> </w:t>
      </w:r>
      <w:proofErr w:type="spellStart"/>
      <w:r w:rsidR="00BB27CD">
        <w:t>serviciile</w:t>
      </w:r>
      <w:proofErr w:type="spellEnd"/>
      <w:r w:rsidR="00BB27CD">
        <w:t xml:space="preserve"> </w:t>
      </w:r>
      <w:proofErr w:type="spellStart"/>
      <w:r w:rsidR="00BB27CD">
        <w:t>specializate</w:t>
      </w:r>
      <w:proofErr w:type="spellEnd"/>
      <w:r w:rsidR="00BB27CD">
        <w:t xml:space="preserve"> de </w:t>
      </w:r>
      <w:proofErr w:type="spellStart"/>
      <w:r w:rsidR="00BB27CD">
        <w:t>gestionare</w:t>
      </w:r>
      <w:proofErr w:type="spellEnd"/>
      <w:r w:rsidR="00BB27CD">
        <w:t xml:space="preserve"> </w:t>
      </w:r>
      <w:proofErr w:type="spellStart"/>
      <w:r w:rsidR="00BB27CD">
        <w:t>acăinilor</w:t>
      </w:r>
      <w:proofErr w:type="spellEnd"/>
      <w:r w:rsidR="00BB27CD">
        <w:t xml:space="preserve"> </w:t>
      </w:r>
      <w:proofErr w:type="spellStart"/>
      <w:r w:rsidR="00BB27CD">
        <w:t>fără</w:t>
      </w:r>
      <w:proofErr w:type="spellEnd"/>
      <w:r w:rsidR="00BB27CD">
        <w:t xml:space="preserve"> </w:t>
      </w:r>
      <w:proofErr w:type="spellStart"/>
      <w:r w:rsidR="00BB27CD">
        <w:t>stăpâni</w:t>
      </w:r>
      <w:proofErr w:type="spellEnd"/>
      <w:r w:rsidR="00BB27CD">
        <w:t xml:space="preserve"> </w:t>
      </w:r>
      <w:proofErr w:type="spellStart"/>
      <w:r w:rsidR="00BB27CD">
        <w:t>pentru</w:t>
      </w:r>
      <w:proofErr w:type="spellEnd"/>
      <w:r w:rsidR="00BB27CD">
        <w:t xml:space="preserve"> a </w:t>
      </w:r>
      <w:proofErr w:type="spellStart"/>
      <w:r w:rsidR="00BB27CD">
        <w:t>asigura</w:t>
      </w:r>
      <w:proofErr w:type="spellEnd"/>
      <w:r w:rsidR="00BB27CD">
        <w:t xml:space="preserve"> </w:t>
      </w:r>
      <w:proofErr w:type="spellStart"/>
      <w:r w:rsidR="00BB27CD">
        <w:t>capturarea,transportul</w:t>
      </w:r>
      <w:proofErr w:type="spellEnd"/>
      <w:r w:rsidR="00BB27CD">
        <w:t xml:space="preserve"> </w:t>
      </w:r>
      <w:proofErr w:type="spellStart"/>
      <w:r w:rsidR="00BB27CD">
        <w:t>si</w:t>
      </w:r>
      <w:proofErr w:type="spellEnd"/>
      <w:r w:rsidR="00BB27CD">
        <w:t xml:space="preserve"> </w:t>
      </w:r>
      <w:proofErr w:type="spellStart"/>
      <w:r w:rsidR="00BB27CD">
        <w:t>cazarea</w:t>
      </w:r>
      <w:proofErr w:type="spellEnd"/>
      <w:r w:rsidR="00BB27CD">
        <w:t xml:space="preserve"> </w:t>
      </w:r>
      <w:proofErr w:type="spellStart"/>
      <w:r w:rsidR="00BB27CD">
        <w:t>acestora</w:t>
      </w:r>
      <w:proofErr w:type="spellEnd"/>
      <w:r w:rsidR="00BB27CD">
        <w:t xml:space="preserve"> </w:t>
      </w:r>
      <w:proofErr w:type="spellStart"/>
      <w:r w:rsidR="00BB27CD">
        <w:t>în</w:t>
      </w:r>
      <w:proofErr w:type="spellEnd"/>
      <w:r w:rsidR="00BB27CD">
        <w:t xml:space="preserve"> </w:t>
      </w:r>
      <w:proofErr w:type="spellStart"/>
      <w:r w:rsidR="00BB27CD">
        <w:t>termen</w:t>
      </w:r>
      <w:proofErr w:type="spellEnd"/>
      <w:r w:rsidR="00BB27CD">
        <w:t xml:space="preserve"> de 30 </w:t>
      </w:r>
      <w:proofErr w:type="spellStart"/>
      <w:r w:rsidR="00BB27CD">
        <w:t>zile</w:t>
      </w:r>
      <w:proofErr w:type="spellEnd"/>
      <w:r w:rsidR="00BB27CD">
        <w:t xml:space="preserve"> de la data </w:t>
      </w:r>
      <w:proofErr w:type="spellStart"/>
      <w:r w:rsidR="00BB27CD">
        <w:t>adoptării</w:t>
      </w:r>
      <w:proofErr w:type="spellEnd"/>
      <w:r w:rsidR="00BB27CD">
        <w:t xml:space="preserve"> </w:t>
      </w:r>
      <w:proofErr w:type="spellStart"/>
      <w:r w:rsidR="00BB27CD">
        <w:t>prezentei</w:t>
      </w:r>
      <w:proofErr w:type="spellEnd"/>
      <w:r w:rsidR="00BB27CD">
        <w:t>.</w:t>
      </w:r>
    </w:p>
    <w:p w:rsidR="0071189C" w:rsidRDefault="00C438DF" w:rsidP="0071189C">
      <w:pPr>
        <w:jc w:val="both"/>
      </w:pPr>
      <w:r w:rsidRPr="00E500FA">
        <w:br/>
      </w:r>
      <w:proofErr w:type="spellStart"/>
      <w:r w:rsidRPr="00E500FA">
        <w:t>Întocmit</w:t>
      </w:r>
      <w:proofErr w:type="spellEnd"/>
      <w:r w:rsidRPr="00E500FA">
        <w:t xml:space="preserve"> de:</w:t>
      </w:r>
    </w:p>
    <w:p w:rsidR="00131317" w:rsidRPr="00E500FA" w:rsidRDefault="0071189C" w:rsidP="0071189C">
      <w:pPr>
        <w:jc w:val="both"/>
      </w:pPr>
      <w:r>
        <w:t xml:space="preserve">BOGDAN GHEORGHE FLORIN </w:t>
      </w:r>
      <w:proofErr w:type="gramStart"/>
      <w:r>
        <w:t xml:space="preserve">–  </w:t>
      </w:r>
      <w:proofErr w:type="spellStart"/>
      <w:r>
        <w:t>persoană</w:t>
      </w:r>
      <w:proofErr w:type="spellEnd"/>
      <w:proofErr w:type="gramEnd"/>
      <w:r>
        <w:t xml:space="preserve"> </w:t>
      </w:r>
      <w:proofErr w:type="spellStart"/>
      <w:r>
        <w:t>desemnată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căinilor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stăpăni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UAT –</w:t>
      </w:r>
      <w:proofErr w:type="spellStart"/>
      <w:r>
        <w:t>ului</w:t>
      </w:r>
      <w:proofErr w:type="spellEnd"/>
      <w:r>
        <w:t xml:space="preserve"> </w:t>
      </w:r>
    </w:p>
    <w:p w:rsidR="00131317" w:rsidRPr="00E500FA" w:rsidRDefault="00131317" w:rsidP="00E500FA">
      <w:pPr>
        <w:jc w:val="both"/>
      </w:pPr>
    </w:p>
    <w:sectPr w:rsidR="00131317" w:rsidRPr="00E500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31317"/>
    <w:rsid w:val="0015074B"/>
    <w:rsid w:val="0029639D"/>
    <w:rsid w:val="00326F90"/>
    <w:rsid w:val="0071189C"/>
    <w:rsid w:val="00AA1D8D"/>
    <w:rsid w:val="00B47730"/>
    <w:rsid w:val="00BB27CD"/>
    <w:rsid w:val="00C438DF"/>
    <w:rsid w:val="00CB0664"/>
    <w:rsid w:val="00E500F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primariadieci@outlook.com</cp:lastModifiedBy>
  <cp:revision>54</cp:revision>
  <dcterms:created xsi:type="dcterms:W3CDTF">2013-12-23T23:15:00Z</dcterms:created>
  <dcterms:modified xsi:type="dcterms:W3CDTF">2025-10-22T19:23:00Z</dcterms:modified>
  <cp:category/>
</cp:coreProperties>
</file>