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E070E" w14:textId="77777777" w:rsidR="009464F5" w:rsidRDefault="009464F5" w:rsidP="009464F5">
      <w:pPr>
        <w:jc w:val="center"/>
        <w:rPr>
          <w:rFonts w:ascii="Arial" w:hAnsi="Arial" w:cs="Arial"/>
          <w:sz w:val="36"/>
          <w:szCs w:val="36"/>
        </w:rPr>
      </w:pPr>
      <w:r w:rsidRPr="009464F5">
        <w:rPr>
          <w:rFonts w:ascii="Arial" w:hAnsi="Arial" w:cs="Arial"/>
          <w:sz w:val="36"/>
          <w:szCs w:val="36"/>
        </w:rPr>
        <w:t>REFERAT DE SPECIALITATE</w:t>
      </w:r>
    </w:p>
    <w:p w14:paraId="1AB62225" w14:textId="0EC802E7" w:rsidR="009464F5" w:rsidRPr="009464F5" w:rsidRDefault="009464F5" w:rsidP="009464F5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Nr.1802/24.04.2026</w:t>
      </w:r>
    </w:p>
    <w:p w14:paraId="374AB1DD" w14:textId="5513306C" w:rsidR="00DA71FF" w:rsidRPr="009464F5" w:rsidRDefault="00000000" w:rsidP="009464F5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9464F5">
        <w:rPr>
          <w:rFonts w:ascii="Arial" w:hAnsi="Arial" w:cs="Arial"/>
          <w:sz w:val="28"/>
          <w:szCs w:val="28"/>
        </w:rPr>
        <w:t>Privind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atestarea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apartenenței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9464F5">
        <w:rPr>
          <w:rFonts w:ascii="Arial" w:hAnsi="Arial" w:cs="Arial"/>
          <w:sz w:val="28"/>
          <w:szCs w:val="28"/>
        </w:rPr>
        <w:t>domeniul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public al comunei Racovița </w:t>
      </w:r>
      <w:proofErr w:type="gramStart"/>
      <w:r w:rsidRPr="009464F5">
        <w:rPr>
          <w:rFonts w:ascii="Arial" w:hAnsi="Arial" w:cs="Arial"/>
          <w:sz w:val="28"/>
          <w:szCs w:val="28"/>
        </w:rPr>
        <w:t>a</w:t>
      </w:r>
      <w:proofErr w:type="gramEnd"/>
      <w:r w:rsidRPr="009464F5">
        <w:rPr>
          <w:rFonts w:ascii="Arial" w:hAnsi="Arial" w:cs="Arial"/>
          <w:sz w:val="28"/>
          <w:szCs w:val="28"/>
        </w:rPr>
        <w:t xml:space="preserve"> imobilului identificat cu nr. top 435/1, înscris în CF nr. 406509 Racovița, situat </w:t>
      </w:r>
      <w:proofErr w:type="spellStart"/>
      <w:r w:rsidRPr="009464F5">
        <w:rPr>
          <w:rFonts w:ascii="Arial" w:hAnsi="Arial" w:cs="Arial"/>
          <w:sz w:val="28"/>
          <w:szCs w:val="28"/>
        </w:rPr>
        <w:t>în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intravilanul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localității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Hitiaș</w:t>
      </w:r>
      <w:proofErr w:type="spellEnd"/>
    </w:p>
    <w:p w14:paraId="1813568E" w14:textId="77777777" w:rsidR="009464F5" w:rsidRPr="009464F5" w:rsidRDefault="009464F5">
      <w:pPr>
        <w:rPr>
          <w:rFonts w:ascii="Arial" w:hAnsi="Arial" w:cs="Arial"/>
          <w:sz w:val="28"/>
          <w:szCs w:val="28"/>
        </w:rPr>
      </w:pPr>
    </w:p>
    <w:p w14:paraId="5889D5AA" w14:textId="77777777" w:rsidR="009464F5" w:rsidRPr="009464F5" w:rsidRDefault="009464F5">
      <w:pPr>
        <w:rPr>
          <w:rFonts w:ascii="Arial" w:hAnsi="Arial" w:cs="Arial"/>
          <w:sz w:val="28"/>
          <w:szCs w:val="28"/>
        </w:rPr>
      </w:pPr>
    </w:p>
    <w:p w14:paraId="479644AD" w14:textId="483D8508" w:rsidR="00DA71FF" w:rsidRPr="009464F5" w:rsidRDefault="009464F5" w:rsidP="009464F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Compartimentul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specialitate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din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cadrul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aparatului de specialitate al primarului </w:t>
      </w:r>
      <w:proofErr w:type="gramStart"/>
      <w:r w:rsidR="00000000" w:rsidRPr="009464F5">
        <w:rPr>
          <w:rFonts w:ascii="Arial" w:hAnsi="Arial" w:cs="Arial"/>
          <w:sz w:val="28"/>
          <w:szCs w:val="28"/>
        </w:rPr>
        <w:t>a</w:t>
      </w:r>
      <w:proofErr w:type="gramEnd"/>
      <w:r w:rsidR="00000000" w:rsidRPr="009464F5">
        <w:rPr>
          <w:rFonts w:ascii="Arial" w:hAnsi="Arial" w:cs="Arial"/>
          <w:sz w:val="28"/>
          <w:szCs w:val="28"/>
        </w:rPr>
        <w:t xml:space="preserve"> analizat proiectul de hotărâre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inițiat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și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constată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următoarele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>:</w:t>
      </w:r>
    </w:p>
    <w:p w14:paraId="6AD56F12" w14:textId="5330D188" w:rsidR="00DA71FF" w:rsidRPr="009464F5" w:rsidRDefault="00000000" w:rsidP="009464F5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9464F5">
        <w:rPr>
          <w:rFonts w:ascii="Arial" w:hAnsi="Arial" w:cs="Arial"/>
          <w:sz w:val="28"/>
          <w:szCs w:val="28"/>
        </w:rPr>
        <w:t>Imobilul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este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identificat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în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evidențele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cadastrale și îndeplinește condițiile legale pentru a fi inclus în domeniul public al comunei Racovița, conform </w:t>
      </w:r>
      <w:proofErr w:type="spellStart"/>
      <w:r w:rsidRPr="009464F5">
        <w:rPr>
          <w:rFonts w:ascii="Arial" w:hAnsi="Arial" w:cs="Arial"/>
          <w:sz w:val="28"/>
          <w:szCs w:val="28"/>
        </w:rPr>
        <w:t>legislației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în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vigoare</w:t>
      </w:r>
      <w:proofErr w:type="spellEnd"/>
      <w:r w:rsidRPr="009464F5">
        <w:rPr>
          <w:rFonts w:ascii="Arial" w:hAnsi="Arial" w:cs="Arial"/>
          <w:sz w:val="28"/>
          <w:szCs w:val="28"/>
        </w:rPr>
        <w:t>.</w:t>
      </w:r>
    </w:p>
    <w:p w14:paraId="1912F7A8" w14:textId="47632976" w:rsidR="00DA71FF" w:rsidRPr="009464F5" w:rsidRDefault="00000000" w:rsidP="009464F5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9464F5">
        <w:rPr>
          <w:rFonts w:ascii="Arial" w:hAnsi="Arial" w:cs="Arial"/>
          <w:sz w:val="28"/>
          <w:szCs w:val="28"/>
        </w:rPr>
        <w:t>Documentația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anexată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(plan de </w:t>
      </w:r>
      <w:proofErr w:type="spellStart"/>
      <w:r w:rsidRPr="009464F5">
        <w:rPr>
          <w:rFonts w:ascii="Arial" w:hAnsi="Arial" w:cs="Arial"/>
          <w:sz w:val="28"/>
          <w:szCs w:val="28"/>
        </w:rPr>
        <w:t>amplasament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și delimitare, extras de carte funciară) confirmă </w:t>
      </w:r>
      <w:proofErr w:type="spellStart"/>
      <w:r w:rsidRPr="009464F5">
        <w:rPr>
          <w:rFonts w:ascii="Arial" w:hAnsi="Arial" w:cs="Arial"/>
          <w:sz w:val="28"/>
          <w:szCs w:val="28"/>
        </w:rPr>
        <w:t>situația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juridică</w:t>
      </w:r>
      <w:proofErr w:type="spell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9464F5">
        <w:rPr>
          <w:rFonts w:ascii="Arial" w:hAnsi="Arial" w:cs="Arial"/>
          <w:sz w:val="28"/>
          <w:szCs w:val="28"/>
        </w:rPr>
        <w:t>a</w:t>
      </w:r>
      <w:proofErr w:type="gramEnd"/>
      <w:r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64F5">
        <w:rPr>
          <w:rFonts w:ascii="Arial" w:hAnsi="Arial" w:cs="Arial"/>
          <w:sz w:val="28"/>
          <w:szCs w:val="28"/>
        </w:rPr>
        <w:t>imobilului</w:t>
      </w:r>
      <w:proofErr w:type="spellEnd"/>
      <w:r w:rsidRPr="009464F5">
        <w:rPr>
          <w:rFonts w:ascii="Arial" w:hAnsi="Arial" w:cs="Arial"/>
          <w:sz w:val="28"/>
          <w:szCs w:val="28"/>
        </w:rPr>
        <w:t>.</w:t>
      </w:r>
    </w:p>
    <w:p w14:paraId="07B3B416" w14:textId="10B91979" w:rsidR="00DA71FF" w:rsidRPr="009464F5" w:rsidRDefault="009464F5" w:rsidP="009464F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conformitate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cu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prevederile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legale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incidente, respectiv Codul administrativ și Legea cadastrului și publicității imobiliare, se impune aprobarea înscrierii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dreptului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proprietate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publică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>.</w:t>
      </w:r>
    </w:p>
    <w:p w14:paraId="1410717C" w14:textId="7D88E731" w:rsidR="00DA71FF" w:rsidRPr="009464F5" w:rsidRDefault="009464F5" w:rsidP="009464F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Față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cele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prezentate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propunem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adoptarea proiectului de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hotărâre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 xml:space="preserve"> forma </w:t>
      </w:r>
      <w:proofErr w:type="spellStart"/>
      <w:r w:rsidR="00000000" w:rsidRPr="009464F5">
        <w:rPr>
          <w:rFonts w:ascii="Arial" w:hAnsi="Arial" w:cs="Arial"/>
          <w:sz w:val="28"/>
          <w:szCs w:val="28"/>
        </w:rPr>
        <w:t>inițiată</w:t>
      </w:r>
      <w:proofErr w:type="spellEnd"/>
      <w:r w:rsidR="00000000" w:rsidRPr="009464F5">
        <w:rPr>
          <w:rFonts w:ascii="Arial" w:hAnsi="Arial" w:cs="Arial"/>
          <w:sz w:val="28"/>
          <w:szCs w:val="28"/>
        </w:rPr>
        <w:t>.</w:t>
      </w:r>
    </w:p>
    <w:p w14:paraId="55DE4C15" w14:textId="081A385E" w:rsidR="00DA71FF" w:rsidRDefault="00DA71FF" w:rsidP="009464F5">
      <w:pPr>
        <w:jc w:val="both"/>
        <w:rPr>
          <w:rFonts w:ascii="Arial" w:hAnsi="Arial" w:cs="Arial"/>
          <w:sz w:val="28"/>
          <w:szCs w:val="28"/>
        </w:rPr>
      </w:pPr>
    </w:p>
    <w:p w14:paraId="6D9E090E" w14:textId="7D226390" w:rsidR="009464F5" w:rsidRDefault="009464F5" w:rsidP="009464F5">
      <w:p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Secretar</w:t>
      </w:r>
      <w:proofErr w:type="spellEnd"/>
      <w:r>
        <w:rPr>
          <w:rFonts w:ascii="Arial" w:hAnsi="Arial" w:cs="Arial"/>
          <w:sz w:val="28"/>
          <w:szCs w:val="28"/>
        </w:rPr>
        <w:t xml:space="preserve"> General</w:t>
      </w:r>
    </w:p>
    <w:p w14:paraId="72B1477E" w14:textId="295C9195" w:rsidR="009464F5" w:rsidRPr="009464F5" w:rsidRDefault="009464F5" w:rsidP="009464F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Amanda-Violeta LOMORA</w:t>
      </w:r>
    </w:p>
    <w:sectPr w:rsidR="009464F5" w:rsidRPr="009464F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67959BB"/>
    <w:multiLevelType w:val="hybridMultilevel"/>
    <w:tmpl w:val="C51692B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1954437600">
    <w:abstractNumId w:val="8"/>
  </w:num>
  <w:num w:numId="2" w16cid:durableId="258298346">
    <w:abstractNumId w:val="6"/>
  </w:num>
  <w:num w:numId="3" w16cid:durableId="1580599616">
    <w:abstractNumId w:val="5"/>
  </w:num>
  <w:num w:numId="4" w16cid:durableId="1350137483">
    <w:abstractNumId w:val="4"/>
  </w:num>
  <w:num w:numId="5" w16cid:durableId="1957330736">
    <w:abstractNumId w:val="7"/>
  </w:num>
  <w:num w:numId="6" w16cid:durableId="168446580">
    <w:abstractNumId w:val="3"/>
  </w:num>
  <w:num w:numId="7" w16cid:durableId="965888206">
    <w:abstractNumId w:val="2"/>
  </w:num>
  <w:num w:numId="8" w16cid:durableId="303705933">
    <w:abstractNumId w:val="1"/>
  </w:num>
  <w:num w:numId="9" w16cid:durableId="220871932">
    <w:abstractNumId w:val="0"/>
  </w:num>
  <w:num w:numId="10" w16cid:durableId="4678251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464F5"/>
    <w:rsid w:val="00A73019"/>
    <w:rsid w:val="00AA1D8D"/>
    <w:rsid w:val="00B47730"/>
    <w:rsid w:val="00CB0664"/>
    <w:rsid w:val="00DA71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FD70A9A"/>
  <w14:defaultImageDpi w14:val="300"/>
  <w15:docId w15:val="{BE0B26D7-B210-449E-8E88-3CA9265D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2026-04-25T08:10:00Z</dcterms:created>
  <dcterms:modified xsi:type="dcterms:W3CDTF">2026-04-25T08:10:00Z</dcterms:modified>
  <cp:category/>
</cp:coreProperties>
</file>