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E0E3" w14:textId="77777777" w:rsidR="00BD3F73" w:rsidRPr="00BD3F73" w:rsidRDefault="00BD3F73" w:rsidP="00BD3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3F73">
        <w:rPr>
          <w:rFonts w:ascii="Arial" w:hAnsi="Arial" w:cs="Arial"/>
          <w:b/>
          <w:bCs/>
          <w:sz w:val="28"/>
          <w:szCs w:val="28"/>
        </w:rPr>
        <w:t>REFERAT DE SPECIALITATE</w:t>
      </w:r>
    </w:p>
    <w:p w14:paraId="111181F2" w14:textId="5275A8D5" w:rsidR="00BD3F73" w:rsidRPr="00BD3F73" w:rsidRDefault="00BD3F73" w:rsidP="00BD3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3F73">
        <w:rPr>
          <w:rFonts w:ascii="Arial" w:hAnsi="Arial" w:cs="Arial"/>
          <w:b/>
          <w:bCs/>
          <w:sz w:val="28"/>
          <w:szCs w:val="28"/>
        </w:rPr>
        <w:t>Nr.1804/24.04.2026</w:t>
      </w:r>
    </w:p>
    <w:p w14:paraId="18F75E26" w14:textId="5076C4E5" w:rsidR="003E7D77" w:rsidRPr="00BD3F73" w:rsidRDefault="00000000" w:rsidP="00BD3F73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BD3F73">
        <w:rPr>
          <w:rFonts w:ascii="Arial" w:hAnsi="Arial" w:cs="Arial"/>
          <w:sz w:val="28"/>
          <w:szCs w:val="28"/>
        </w:rPr>
        <w:t>Privind</w:t>
      </w:r>
      <w:proofErr w:type="spellEnd"/>
      <w:r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3F73">
        <w:rPr>
          <w:rFonts w:ascii="Arial" w:hAnsi="Arial" w:cs="Arial"/>
          <w:sz w:val="28"/>
          <w:szCs w:val="28"/>
        </w:rPr>
        <w:t>atestarea</w:t>
      </w:r>
      <w:proofErr w:type="spellEnd"/>
      <w:r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3F73">
        <w:rPr>
          <w:rFonts w:ascii="Arial" w:hAnsi="Arial" w:cs="Arial"/>
          <w:sz w:val="28"/>
          <w:szCs w:val="28"/>
        </w:rPr>
        <w:t>apartenenței</w:t>
      </w:r>
      <w:proofErr w:type="spellEnd"/>
      <w:r w:rsidRPr="00BD3F73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BD3F73">
        <w:rPr>
          <w:rFonts w:ascii="Arial" w:hAnsi="Arial" w:cs="Arial"/>
          <w:sz w:val="28"/>
          <w:szCs w:val="28"/>
        </w:rPr>
        <w:t>domeniul</w:t>
      </w:r>
      <w:proofErr w:type="spellEnd"/>
      <w:r w:rsidRPr="00BD3F73">
        <w:rPr>
          <w:rFonts w:ascii="Arial" w:hAnsi="Arial" w:cs="Arial"/>
          <w:sz w:val="28"/>
          <w:szCs w:val="28"/>
        </w:rPr>
        <w:t xml:space="preserve"> privat al comunei Racovița și actualizarea suprafeței imobilului înscris în CF nr. 402121 </w:t>
      </w:r>
      <w:proofErr w:type="spellStart"/>
      <w:r w:rsidRPr="00BD3F73">
        <w:rPr>
          <w:rFonts w:ascii="Arial" w:hAnsi="Arial" w:cs="Arial"/>
          <w:sz w:val="28"/>
          <w:szCs w:val="28"/>
        </w:rPr>
        <w:t>Racovița</w:t>
      </w:r>
      <w:proofErr w:type="spellEnd"/>
    </w:p>
    <w:p w14:paraId="12A091ED" w14:textId="77777777" w:rsidR="00BD3F73" w:rsidRPr="00BD3F73" w:rsidRDefault="00BD3F73">
      <w:pPr>
        <w:rPr>
          <w:rFonts w:ascii="Arial" w:hAnsi="Arial" w:cs="Arial"/>
          <w:sz w:val="28"/>
          <w:szCs w:val="28"/>
        </w:rPr>
      </w:pPr>
    </w:p>
    <w:p w14:paraId="64E39E76" w14:textId="5B17FC57" w:rsidR="003E7D77" w:rsidRPr="00BD3F73" w:rsidRDefault="00BD3F73" w:rsidP="00BD3F7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Compartimentul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specialitate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cadrul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aparatului de specialitate al primarului </w:t>
      </w:r>
      <w:proofErr w:type="gramStart"/>
      <w:r w:rsidR="00000000" w:rsidRPr="00BD3F73">
        <w:rPr>
          <w:rFonts w:ascii="Arial" w:hAnsi="Arial" w:cs="Arial"/>
          <w:sz w:val="28"/>
          <w:szCs w:val="28"/>
        </w:rPr>
        <w:t>a</w:t>
      </w:r>
      <w:proofErr w:type="gramEnd"/>
      <w:r w:rsidR="00000000" w:rsidRPr="00BD3F73">
        <w:rPr>
          <w:rFonts w:ascii="Arial" w:hAnsi="Arial" w:cs="Arial"/>
          <w:sz w:val="28"/>
          <w:szCs w:val="28"/>
        </w:rPr>
        <w:t xml:space="preserve"> analizat proiectul de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hotărâre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documentația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aferentă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>.</w:t>
      </w:r>
    </w:p>
    <w:p w14:paraId="2372F46B" w14:textId="345C10B0" w:rsidR="003E7D77" w:rsidRPr="00BD3F73" w:rsidRDefault="00BD3F73" w:rsidP="00BD3F7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000000" w:rsidRPr="00BD3F73">
        <w:rPr>
          <w:rFonts w:ascii="Arial" w:hAnsi="Arial" w:cs="Arial"/>
          <w:sz w:val="28"/>
          <w:szCs w:val="28"/>
        </w:rPr>
        <w:t xml:space="preserve">Din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analiza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documentelor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cadastrale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juridice rezultă că imobilul este identificat corect și îndeplinește condițiile legale pentru a fi inclus în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domeniul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privat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al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comunei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Documentația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cadastrală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(PAD)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confirmă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actualizarea suprafeței imobilului la 1805 mp, în urma măsurătorilor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efectuate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conform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normelor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ANCPI.</w:t>
      </w:r>
    </w:p>
    <w:p w14:paraId="78FA5AF0" w14:textId="2EEFA34C" w:rsidR="003E7D77" w:rsidRPr="00BD3F73" w:rsidRDefault="00BD3F73" w:rsidP="00BD3F7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Imobilul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este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situat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intravilan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, are categoria de folosință „curți construcții” și nu este afectat uzului sau interesului public, motiv pentru care încadrarea în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domeniul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privat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este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justificată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000000" w:rsidRPr="00BD3F73">
        <w:rPr>
          <w:rFonts w:ascii="Arial" w:hAnsi="Arial" w:cs="Arial"/>
          <w:sz w:val="28"/>
          <w:szCs w:val="28"/>
        </w:rPr>
        <w:t xml:space="preserve">Conform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prevederilor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Codului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administrativ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ale Legii cadastrului și publicității imobiliare, actualizarea datelor și înscrierea în cartea funciară sunt necesare pentru asigurarea legalității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transparenței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evidenței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patrimoniale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>.</w:t>
      </w:r>
    </w:p>
    <w:p w14:paraId="377FAEB6" w14:textId="169C09BB" w:rsidR="003E7D77" w:rsidRPr="00BD3F73" w:rsidRDefault="00BD3F73" w:rsidP="00BD3F7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000000" w:rsidRPr="00BD3F73">
        <w:rPr>
          <w:rFonts w:ascii="Arial" w:hAnsi="Arial" w:cs="Arial"/>
          <w:sz w:val="28"/>
          <w:szCs w:val="28"/>
        </w:rPr>
        <w:t xml:space="preserve">Se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constată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oportunitatea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adoptării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proiectului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de hotărâre, acesta fiind temeinic fundamentat din punct de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vedere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tehnic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BD3F73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BD3F73">
        <w:rPr>
          <w:rFonts w:ascii="Arial" w:hAnsi="Arial" w:cs="Arial"/>
          <w:sz w:val="28"/>
          <w:szCs w:val="28"/>
        </w:rPr>
        <w:t xml:space="preserve"> juridic.</w:t>
      </w:r>
    </w:p>
    <w:p w14:paraId="14487E5F" w14:textId="5A2EB414" w:rsidR="003E7D77" w:rsidRDefault="003E7D77" w:rsidP="00BD3F73">
      <w:pPr>
        <w:jc w:val="both"/>
        <w:rPr>
          <w:rFonts w:ascii="Arial" w:hAnsi="Arial" w:cs="Arial"/>
          <w:sz w:val="28"/>
          <w:szCs w:val="28"/>
        </w:rPr>
      </w:pPr>
    </w:p>
    <w:p w14:paraId="18AE47A3" w14:textId="249D9232" w:rsidR="00BD3F73" w:rsidRDefault="00BD3F73" w:rsidP="00BD3F73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Secretar</w:t>
      </w:r>
      <w:proofErr w:type="spellEnd"/>
      <w:r>
        <w:rPr>
          <w:rFonts w:ascii="Arial" w:hAnsi="Arial" w:cs="Arial"/>
          <w:sz w:val="28"/>
          <w:szCs w:val="28"/>
        </w:rPr>
        <w:t xml:space="preserve"> General</w:t>
      </w:r>
    </w:p>
    <w:p w14:paraId="75006034" w14:textId="46D88B6F" w:rsidR="00BD3F73" w:rsidRPr="00BD3F73" w:rsidRDefault="00BD3F73" w:rsidP="00BD3F7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Amanda-Violeta </w:t>
      </w:r>
      <w:proofErr w:type="spellStart"/>
      <w:r>
        <w:rPr>
          <w:rFonts w:ascii="Arial" w:hAnsi="Arial" w:cs="Arial"/>
          <w:sz w:val="28"/>
          <w:szCs w:val="28"/>
        </w:rPr>
        <w:t>Lomora</w:t>
      </w:r>
      <w:proofErr w:type="spellEnd"/>
    </w:p>
    <w:sectPr w:rsidR="00BD3F73" w:rsidRPr="00BD3F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3230752">
    <w:abstractNumId w:val="8"/>
  </w:num>
  <w:num w:numId="2" w16cid:durableId="404425545">
    <w:abstractNumId w:val="6"/>
  </w:num>
  <w:num w:numId="3" w16cid:durableId="436482642">
    <w:abstractNumId w:val="5"/>
  </w:num>
  <w:num w:numId="4" w16cid:durableId="599533854">
    <w:abstractNumId w:val="4"/>
  </w:num>
  <w:num w:numId="5" w16cid:durableId="821628613">
    <w:abstractNumId w:val="7"/>
  </w:num>
  <w:num w:numId="6" w16cid:durableId="2042900377">
    <w:abstractNumId w:val="3"/>
  </w:num>
  <w:num w:numId="7" w16cid:durableId="523787707">
    <w:abstractNumId w:val="2"/>
  </w:num>
  <w:num w:numId="8" w16cid:durableId="885795857">
    <w:abstractNumId w:val="1"/>
  </w:num>
  <w:num w:numId="9" w16cid:durableId="102721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7D77"/>
    <w:rsid w:val="00AA1D8D"/>
    <w:rsid w:val="00B47730"/>
    <w:rsid w:val="00BD3F73"/>
    <w:rsid w:val="00CB0664"/>
    <w:rsid w:val="00D073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6DA3CB"/>
  <w14:defaultImageDpi w14:val="300"/>
  <w15:docId w15:val="{17AFE1B4-C2F7-4C2A-8406-DBD37EEA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2026-04-25T08:27:00Z</dcterms:created>
  <dcterms:modified xsi:type="dcterms:W3CDTF">2026-04-25T08:27:00Z</dcterms:modified>
  <cp:category/>
</cp:coreProperties>
</file>