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8C3A8" w14:textId="77777777" w:rsidR="00823528" w:rsidRPr="00D52CD1" w:rsidRDefault="00000000" w:rsidP="00D52CD1">
      <w:pPr>
        <w:pStyle w:val="Heading1"/>
        <w:jc w:val="center"/>
        <w:rPr>
          <w:color w:val="auto"/>
          <w:sz w:val="32"/>
          <w:szCs w:val="32"/>
        </w:rPr>
      </w:pPr>
      <w:r w:rsidRPr="00D52CD1">
        <w:rPr>
          <w:color w:val="auto"/>
          <w:sz w:val="32"/>
          <w:szCs w:val="32"/>
        </w:rPr>
        <w:t>REFERAT DE APROBARE</w:t>
      </w:r>
    </w:p>
    <w:p w14:paraId="4626E86F" w14:textId="77777777" w:rsidR="00823528" w:rsidRPr="00D52CD1" w:rsidRDefault="00000000" w:rsidP="00D52CD1">
      <w:pPr>
        <w:jc w:val="center"/>
        <w:rPr>
          <w:sz w:val="32"/>
          <w:szCs w:val="32"/>
        </w:rPr>
      </w:pPr>
      <w:r w:rsidRPr="00D52CD1">
        <w:rPr>
          <w:sz w:val="32"/>
          <w:szCs w:val="32"/>
        </w:rPr>
        <w:t>Nr. 2049/06.05.2026</w:t>
      </w:r>
    </w:p>
    <w:p w14:paraId="5DAFD372" w14:textId="32B8B965" w:rsidR="00823528" w:rsidRPr="00D52CD1" w:rsidRDefault="00D52CD1" w:rsidP="00D52CD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La </w:t>
      </w:r>
      <w:proofErr w:type="spellStart"/>
      <w:r>
        <w:rPr>
          <w:sz w:val="32"/>
          <w:szCs w:val="32"/>
        </w:rPr>
        <w:t>proiectul</w:t>
      </w:r>
      <w:proofErr w:type="spellEnd"/>
      <w:r>
        <w:rPr>
          <w:sz w:val="32"/>
          <w:szCs w:val="32"/>
        </w:rPr>
        <w:t xml:space="preserve"> de hot</w:t>
      </w:r>
      <w:r>
        <w:rPr>
          <w:sz w:val="32"/>
          <w:szCs w:val="32"/>
          <w:lang w:val="ro-RO"/>
        </w:rPr>
        <w:t xml:space="preserve">ărâre </w:t>
      </w:r>
      <w:proofErr w:type="spellStart"/>
      <w:r w:rsidR="00000000" w:rsidRPr="00D52CD1">
        <w:rPr>
          <w:sz w:val="32"/>
          <w:szCs w:val="32"/>
        </w:rPr>
        <w:t>privind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asocierea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comunei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Racovița</w:t>
      </w:r>
      <w:proofErr w:type="spellEnd"/>
      <w:r w:rsidR="00000000" w:rsidRPr="00D52CD1">
        <w:rPr>
          <w:sz w:val="32"/>
          <w:szCs w:val="32"/>
        </w:rPr>
        <w:t xml:space="preserve"> cu </w:t>
      </w:r>
      <w:proofErr w:type="spellStart"/>
      <w:r w:rsidR="00000000" w:rsidRPr="00D52CD1">
        <w:rPr>
          <w:sz w:val="32"/>
          <w:szCs w:val="32"/>
        </w:rPr>
        <w:t>comuna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Belinț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în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vederea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înființării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Consorțiului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Administrativ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Belinț-Racovița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și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desemnarea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comunei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Racovița</w:t>
      </w:r>
      <w:proofErr w:type="spellEnd"/>
      <w:r w:rsidR="00000000" w:rsidRPr="00D52CD1">
        <w:rPr>
          <w:sz w:val="32"/>
          <w:szCs w:val="32"/>
        </w:rPr>
        <w:t xml:space="preserve"> ca </w:t>
      </w:r>
      <w:proofErr w:type="spellStart"/>
      <w:r w:rsidR="00000000" w:rsidRPr="00D52CD1">
        <w:rPr>
          <w:sz w:val="32"/>
          <w:szCs w:val="32"/>
        </w:rPr>
        <w:t>lider</w:t>
      </w:r>
      <w:proofErr w:type="spellEnd"/>
      <w:r w:rsidR="00000000" w:rsidRPr="00D52CD1">
        <w:rPr>
          <w:sz w:val="32"/>
          <w:szCs w:val="32"/>
        </w:rPr>
        <w:t xml:space="preserve"> de </w:t>
      </w:r>
      <w:proofErr w:type="spellStart"/>
      <w:r w:rsidR="00000000" w:rsidRPr="00D52CD1">
        <w:rPr>
          <w:sz w:val="32"/>
          <w:szCs w:val="32"/>
        </w:rPr>
        <w:t>asociere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pentru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realizarea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achiziției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directe</w:t>
      </w:r>
      <w:proofErr w:type="spellEnd"/>
      <w:r w:rsidR="00000000" w:rsidRPr="00D52CD1">
        <w:rPr>
          <w:sz w:val="32"/>
          <w:szCs w:val="32"/>
        </w:rPr>
        <w:t xml:space="preserve"> a </w:t>
      </w:r>
      <w:proofErr w:type="spellStart"/>
      <w:r w:rsidR="00000000" w:rsidRPr="00D52CD1">
        <w:rPr>
          <w:sz w:val="32"/>
          <w:szCs w:val="32"/>
        </w:rPr>
        <w:t>serviciilor</w:t>
      </w:r>
      <w:proofErr w:type="spellEnd"/>
      <w:r w:rsidR="00000000" w:rsidRPr="00D52CD1">
        <w:rPr>
          <w:sz w:val="32"/>
          <w:szCs w:val="32"/>
        </w:rPr>
        <w:t xml:space="preserve"> de </w:t>
      </w:r>
      <w:proofErr w:type="spellStart"/>
      <w:r w:rsidR="00000000" w:rsidRPr="00D52CD1">
        <w:rPr>
          <w:sz w:val="32"/>
          <w:szCs w:val="32"/>
        </w:rPr>
        <w:t>consultanță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administrativă</w:t>
      </w:r>
      <w:proofErr w:type="spellEnd"/>
    </w:p>
    <w:p w14:paraId="43411028" w14:textId="77777777" w:rsidR="00D52CD1" w:rsidRPr="00D52CD1" w:rsidRDefault="00D52CD1" w:rsidP="00D52CD1">
      <w:pPr>
        <w:jc w:val="center"/>
        <w:rPr>
          <w:sz w:val="32"/>
          <w:szCs w:val="32"/>
        </w:rPr>
      </w:pPr>
    </w:p>
    <w:p w14:paraId="361AF58C" w14:textId="4F161AC3" w:rsidR="00823528" w:rsidRPr="00D52CD1" w:rsidRDefault="00D52CD1" w:rsidP="00D52CD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proofErr w:type="spellStart"/>
      <w:r w:rsidR="00000000" w:rsidRPr="00D52CD1">
        <w:rPr>
          <w:sz w:val="32"/>
          <w:szCs w:val="32"/>
        </w:rPr>
        <w:t>În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calitate</w:t>
      </w:r>
      <w:proofErr w:type="spellEnd"/>
      <w:r w:rsidR="00000000" w:rsidRPr="00D52CD1">
        <w:rPr>
          <w:sz w:val="32"/>
          <w:szCs w:val="32"/>
        </w:rPr>
        <w:t xml:space="preserve"> de </w:t>
      </w:r>
      <w:proofErr w:type="spellStart"/>
      <w:r w:rsidR="00000000" w:rsidRPr="00D52CD1">
        <w:rPr>
          <w:sz w:val="32"/>
          <w:szCs w:val="32"/>
        </w:rPr>
        <w:t>inițiator</w:t>
      </w:r>
      <w:proofErr w:type="spellEnd"/>
      <w:r w:rsidR="00000000" w:rsidRPr="00D52CD1">
        <w:rPr>
          <w:sz w:val="32"/>
          <w:szCs w:val="32"/>
        </w:rPr>
        <w:t xml:space="preserve"> al proiectului de hotărâre, consider oportună și necesară aprobarea asocierii dintre comuna Racovița și comuna Belinț pentru constituirea unui consorțiu administrativ, în vederea consolidării capacității administrative și creșterii </w:t>
      </w:r>
      <w:proofErr w:type="spellStart"/>
      <w:r w:rsidR="00000000" w:rsidRPr="00D52CD1">
        <w:rPr>
          <w:sz w:val="32"/>
          <w:szCs w:val="32"/>
        </w:rPr>
        <w:t>eficienței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serviciilor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publice</w:t>
      </w:r>
      <w:proofErr w:type="spellEnd"/>
      <w:r w:rsidR="00000000" w:rsidRPr="00D52CD1">
        <w:rPr>
          <w:sz w:val="32"/>
          <w:szCs w:val="32"/>
        </w:rPr>
        <w:t xml:space="preserve"> locale.</w:t>
      </w:r>
      <w:r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Asocierea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propusă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este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în</w:t>
      </w:r>
      <w:proofErr w:type="spellEnd"/>
      <w:r w:rsidR="00000000" w:rsidRPr="00D52CD1">
        <w:rPr>
          <w:sz w:val="32"/>
          <w:szCs w:val="32"/>
        </w:rPr>
        <w:t xml:space="preserve"> </w:t>
      </w:r>
      <w:proofErr w:type="spellStart"/>
      <w:r w:rsidR="00000000" w:rsidRPr="00D52CD1">
        <w:rPr>
          <w:sz w:val="32"/>
          <w:szCs w:val="32"/>
        </w:rPr>
        <w:t>concordanță</w:t>
      </w:r>
      <w:proofErr w:type="spellEnd"/>
      <w:r w:rsidR="00000000" w:rsidRPr="00D52CD1">
        <w:rPr>
          <w:sz w:val="32"/>
          <w:szCs w:val="32"/>
        </w:rPr>
        <w:t xml:space="preserve"> cu prevederile Codului administrativ și permite contractarea în comun a serviciilor de consultanță administrativă, utilizarea eficientă a resurselor financiare și dezvoltarea unor proiecte comune de interes public.</w:t>
      </w:r>
    </w:p>
    <w:p w14:paraId="434AC9C9" w14:textId="77777777" w:rsidR="00823528" w:rsidRPr="00D52CD1" w:rsidRDefault="00000000" w:rsidP="00D52CD1">
      <w:pPr>
        <w:jc w:val="both"/>
        <w:rPr>
          <w:sz w:val="32"/>
          <w:szCs w:val="32"/>
        </w:rPr>
      </w:pPr>
      <w:r w:rsidRPr="00D52CD1">
        <w:rPr>
          <w:sz w:val="32"/>
          <w:szCs w:val="32"/>
        </w:rPr>
        <w:t>Față de cele prezentate, propun aprobarea proiectului de hotărâre în forma prezentată.</w:t>
      </w:r>
    </w:p>
    <w:p w14:paraId="0F7DEA75" w14:textId="77777777" w:rsidR="00D52CD1" w:rsidRDefault="00D52CD1" w:rsidP="00D52CD1">
      <w:pPr>
        <w:jc w:val="both"/>
        <w:rPr>
          <w:sz w:val="32"/>
          <w:szCs w:val="32"/>
        </w:rPr>
      </w:pPr>
    </w:p>
    <w:p w14:paraId="5E592234" w14:textId="0C5AB928" w:rsidR="00D52CD1" w:rsidRPr="00D52CD1" w:rsidRDefault="00000000" w:rsidP="00D52CD1">
      <w:pPr>
        <w:jc w:val="both"/>
        <w:rPr>
          <w:sz w:val="32"/>
          <w:szCs w:val="32"/>
        </w:rPr>
      </w:pPr>
      <w:r w:rsidRPr="00D52CD1">
        <w:rPr>
          <w:sz w:val="32"/>
          <w:szCs w:val="32"/>
        </w:rPr>
        <w:t>PRIMAR,</w:t>
      </w:r>
    </w:p>
    <w:p w14:paraId="272BFA44" w14:textId="7EC81EF9" w:rsidR="00823528" w:rsidRPr="00D52CD1" w:rsidRDefault="00000000" w:rsidP="00D52CD1">
      <w:pPr>
        <w:jc w:val="both"/>
        <w:rPr>
          <w:sz w:val="32"/>
          <w:szCs w:val="32"/>
        </w:rPr>
      </w:pPr>
      <w:r w:rsidRPr="00D52CD1">
        <w:rPr>
          <w:sz w:val="32"/>
          <w:szCs w:val="32"/>
        </w:rPr>
        <w:t>Alexandru-Valentin Catrinoi</w:t>
      </w:r>
    </w:p>
    <w:sectPr w:rsidR="00823528" w:rsidRPr="00D52C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8922752">
    <w:abstractNumId w:val="8"/>
  </w:num>
  <w:num w:numId="2" w16cid:durableId="94598618">
    <w:abstractNumId w:val="6"/>
  </w:num>
  <w:num w:numId="3" w16cid:durableId="1774132287">
    <w:abstractNumId w:val="5"/>
  </w:num>
  <w:num w:numId="4" w16cid:durableId="392003002">
    <w:abstractNumId w:val="4"/>
  </w:num>
  <w:num w:numId="5" w16cid:durableId="2008171604">
    <w:abstractNumId w:val="7"/>
  </w:num>
  <w:num w:numId="6" w16cid:durableId="546140372">
    <w:abstractNumId w:val="3"/>
  </w:num>
  <w:num w:numId="7" w16cid:durableId="846748474">
    <w:abstractNumId w:val="2"/>
  </w:num>
  <w:num w:numId="8" w16cid:durableId="1465542542">
    <w:abstractNumId w:val="1"/>
  </w:num>
  <w:num w:numId="9" w16cid:durableId="1706321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23528"/>
    <w:rsid w:val="00AA1D8D"/>
    <w:rsid w:val="00B47730"/>
    <w:rsid w:val="00CB0664"/>
    <w:rsid w:val="00D52CD1"/>
    <w:rsid w:val="00EC47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9B9B198"/>
  <w14:defaultImageDpi w14:val="300"/>
  <w15:docId w15:val="{A0E908F2-EBBC-4D08-B186-E9006B10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cp:lastPrinted>2026-05-28T05:25:00Z</cp:lastPrinted>
  <dcterms:created xsi:type="dcterms:W3CDTF">2026-05-28T05:30:00Z</dcterms:created>
  <dcterms:modified xsi:type="dcterms:W3CDTF">2026-05-28T05:30:00Z</dcterms:modified>
  <cp:category/>
</cp:coreProperties>
</file>