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CE1A" w14:textId="4E31A4EE" w:rsidR="00C425F1" w:rsidRPr="009B35F4" w:rsidRDefault="00000000" w:rsidP="009B35F4">
      <w:pPr>
        <w:pStyle w:val="Heading1"/>
        <w:jc w:val="center"/>
        <w:rPr>
          <w:sz w:val="32"/>
          <w:szCs w:val="32"/>
        </w:rPr>
      </w:pPr>
      <w:r w:rsidRPr="009B35F4">
        <w:rPr>
          <w:sz w:val="32"/>
          <w:szCs w:val="32"/>
        </w:rPr>
        <w:t>REFERAT DE SPECIALITATE</w:t>
      </w:r>
    </w:p>
    <w:p w14:paraId="47F7A086" w14:textId="77777777" w:rsidR="00C425F1" w:rsidRPr="009B35F4" w:rsidRDefault="00000000" w:rsidP="009B35F4">
      <w:pPr>
        <w:jc w:val="center"/>
        <w:rPr>
          <w:sz w:val="32"/>
          <w:szCs w:val="32"/>
        </w:rPr>
      </w:pPr>
      <w:r w:rsidRPr="009B35F4">
        <w:rPr>
          <w:sz w:val="32"/>
          <w:szCs w:val="32"/>
        </w:rPr>
        <w:t>Nr. 2050/06.05.2026</w:t>
      </w:r>
    </w:p>
    <w:p w14:paraId="01D60FCC" w14:textId="05B6C002" w:rsidR="00C425F1" w:rsidRPr="009B35F4" w:rsidRDefault="00000000" w:rsidP="009B35F4">
      <w:pPr>
        <w:jc w:val="center"/>
        <w:rPr>
          <w:sz w:val="32"/>
          <w:szCs w:val="32"/>
        </w:rPr>
      </w:pPr>
      <w:r w:rsidRPr="009B35F4">
        <w:rPr>
          <w:sz w:val="32"/>
          <w:szCs w:val="32"/>
        </w:rPr>
        <w:t xml:space="preserve">privind proiectul de hotărâre referitor la asocierea comunei Racovița cu comuna Belinț în vederea </w:t>
      </w:r>
      <w:proofErr w:type="spellStart"/>
      <w:r w:rsidRPr="009B35F4">
        <w:rPr>
          <w:sz w:val="32"/>
          <w:szCs w:val="32"/>
        </w:rPr>
        <w:t>înființării</w:t>
      </w:r>
      <w:proofErr w:type="spellEnd"/>
      <w:r w:rsidRPr="009B35F4">
        <w:rPr>
          <w:sz w:val="32"/>
          <w:szCs w:val="32"/>
        </w:rPr>
        <w:t xml:space="preserve"> </w:t>
      </w:r>
      <w:proofErr w:type="spellStart"/>
      <w:r w:rsidRPr="009B35F4">
        <w:rPr>
          <w:sz w:val="32"/>
          <w:szCs w:val="32"/>
        </w:rPr>
        <w:t>Consorțiului</w:t>
      </w:r>
      <w:proofErr w:type="spellEnd"/>
      <w:r w:rsidRPr="009B35F4">
        <w:rPr>
          <w:sz w:val="32"/>
          <w:szCs w:val="32"/>
        </w:rPr>
        <w:t xml:space="preserve"> </w:t>
      </w:r>
      <w:proofErr w:type="spellStart"/>
      <w:r w:rsidRPr="009B35F4">
        <w:rPr>
          <w:sz w:val="32"/>
          <w:szCs w:val="32"/>
        </w:rPr>
        <w:t>Administrativ</w:t>
      </w:r>
      <w:proofErr w:type="spellEnd"/>
      <w:r w:rsidRPr="009B35F4">
        <w:rPr>
          <w:sz w:val="32"/>
          <w:szCs w:val="32"/>
        </w:rPr>
        <w:t xml:space="preserve"> </w:t>
      </w:r>
      <w:proofErr w:type="spellStart"/>
      <w:r w:rsidRPr="009B35F4">
        <w:rPr>
          <w:sz w:val="32"/>
          <w:szCs w:val="32"/>
        </w:rPr>
        <w:t>Belinț-Racovița</w:t>
      </w:r>
      <w:proofErr w:type="spellEnd"/>
    </w:p>
    <w:p w14:paraId="607045C6" w14:textId="77777777" w:rsidR="009B35F4" w:rsidRDefault="009B35F4" w:rsidP="009B35F4">
      <w:pPr>
        <w:rPr>
          <w:sz w:val="32"/>
          <w:szCs w:val="32"/>
        </w:rPr>
      </w:pPr>
    </w:p>
    <w:p w14:paraId="26605BEF" w14:textId="77777777" w:rsidR="009B35F4" w:rsidRPr="009B35F4" w:rsidRDefault="009B35F4" w:rsidP="009B35F4">
      <w:pPr>
        <w:rPr>
          <w:sz w:val="32"/>
          <w:szCs w:val="32"/>
        </w:rPr>
      </w:pPr>
    </w:p>
    <w:p w14:paraId="10862C72" w14:textId="1D8CD5AB" w:rsidR="00C425F1" w:rsidRPr="009B35F4" w:rsidRDefault="009B35F4" w:rsidP="009B35F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spellStart"/>
      <w:r w:rsidR="00000000" w:rsidRPr="009B35F4">
        <w:rPr>
          <w:sz w:val="32"/>
          <w:szCs w:val="32"/>
        </w:rPr>
        <w:t>Analizând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proiectul</w:t>
      </w:r>
      <w:proofErr w:type="spellEnd"/>
      <w:r w:rsidR="00000000" w:rsidRPr="009B35F4">
        <w:rPr>
          <w:sz w:val="32"/>
          <w:szCs w:val="32"/>
        </w:rPr>
        <w:t xml:space="preserve"> de </w:t>
      </w:r>
      <w:proofErr w:type="spellStart"/>
      <w:r w:rsidR="00000000" w:rsidRPr="009B35F4">
        <w:rPr>
          <w:sz w:val="32"/>
          <w:szCs w:val="32"/>
        </w:rPr>
        <w:t>hotărâre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și</w:t>
      </w:r>
      <w:proofErr w:type="spellEnd"/>
      <w:r w:rsidR="00000000" w:rsidRPr="009B35F4">
        <w:rPr>
          <w:sz w:val="32"/>
          <w:szCs w:val="32"/>
        </w:rPr>
        <w:t xml:space="preserve"> temeiurile juridice invocate, se constată că acesta respectă prevederile Constituției României, ale Codului administrativ, ale Codului civil și ale </w:t>
      </w:r>
      <w:proofErr w:type="spellStart"/>
      <w:r w:rsidR="00000000" w:rsidRPr="009B35F4">
        <w:rPr>
          <w:sz w:val="32"/>
          <w:szCs w:val="32"/>
        </w:rPr>
        <w:t>legislației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privind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achizițiile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publice</w:t>
      </w:r>
      <w:proofErr w:type="spellEnd"/>
      <w:r w:rsidR="00000000" w:rsidRPr="009B35F4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Măsurile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propuse</w:t>
      </w:r>
      <w:proofErr w:type="spellEnd"/>
      <w:r w:rsidR="00000000" w:rsidRPr="009B35F4">
        <w:rPr>
          <w:sz w:val="32"/>
          <w:szCs w:val="32"/>
        </w:rPr>
        <w:t xml:space="preserve"> sunt </w:t>
      </w:r>
      <w:proofErr w:type="spellStart"/>
      <w:r w:rsidR="00000000" w:rsidRPr="009B35F4">
        <w:rPr>
          <w:sz w:val="32"/>
          <w:szCs w:val="32"/>
        </w:rPr>
        <w:t>legale</w:t>
      </w:r>
      <w:proofErr w:type="spellEnd"/>
      <w:r w:rsidR="00000000" w:rsidRPr="009B35F4">
        <w:rPr>
          <w:sz w:val="32"/>
          <w:szCs w:val="32"/>
        </w:rPr>
        <w:t>, oportune și contribuie la eficientizarea activității administrației publice locale prin dezvoltarea cooperării intercomunitare.</w:t>
      </w:r>
    </w:p>
    <w:p w14:paraId="0663D6A4" w14:textId="11384162" w:rsidR="00C425F1" w:rsidRPr="009B35F4" w:rsidRDefault="009B35F4" w:rsidP="009B35F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proofErr w:type="spellStart"/>
      <w:r w:rsidR="00000000" w:rsidRPr="009B35F4">
        <w:rPr>
          <w:sz w:val="32"/>
          <w:szCs w:val="32"/>
        </w:rPr>
        <w:t>Având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în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vedere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cele</w:t>
      </w:r>
      <w:proofErr w:type="spellEnd"/>
      <w:r w:rsidR="00000000" w:rsidRPr="009B35F4">
        <w:rPr>
          <w:sz w:val="32"/>
          <w:szCs w:val="32"/>
        </w:rPr>
        <w:t xml:space="preserve"> de mai sus, se avizează favorabil proiectul de hotărâre și se propune adoptarea acestuia de către Consiliul Local al </w:t>
      </w:r>
      <w:proofErr w:type="spellStart"/>
      <w:r w:rsidR="00000000" w:rsidRPr="009B35F4">
        <w:rPr>
          <w:sz w:val="32"/>
          <w:szCs w:val="32"/>
        </w:rPr>
        <w:t>comunei</w:t>
      </w:r>
      <w:proofErr w:type="spellEnd"/>
      <w:r w:rsidR="00000000" w:rsidRPr="009B35F4">
        <w:rPr>
          <w:sz w:val="32"/>
          <w:szCs w:val="32"/>
        </w:rPr>
        <w:t xml:space="preserve"> </w:t>
      </w:r>
      <w:proofErr w:type="spellStart"/>
      <w:r w:rsidR="00000000" w:rsidRPr="009B35F4">
        <w:rPr>
          <w:sz w:val="32"/>
          <w:szCs w:val="32"/>
        </w:rPr>
        <w:t>Racovița</w:t>
      </w:r>
      <w:proofErr w:type="spellEnd"/>
      <w:r w:rsidR="00000000" w:rsidRPr="009B35F4">
        <w:rPr>
          <w:sz w:val="32"/>
          <w:szCs w:val="32"/>
        </w:rPr>
        <w:t>.</w:t>
      </w:r>
    </w:p>
    <w:p w14:paraId="1A7DB9F2" w14:textId="77777777" w:rsidR="009B35F4" w:rsidRDefault="009B35F4" w:rsidP="009B35F4">
      <w:pPr>
        <w:jc w:val="both"/>
        <w:rPr>
          <w:sz w:val="32"/>
          <w:szCs w:val="32"/>
        </w:rPr>
      </w:pPr>
    </w:p>
    <w:p w14:paraId="101F197A" w14:textId="77777777" w:rsidR="009B35F4" w:rsidRPr="009B35F4" w:rsidRDefault="009B35F4" w:rsidP="009B35F4">
      <w:pPr>
        <w:jc w:val="both"/>
        <w:rPr>
          <w:sz w:val="32"/>
          <w:szCs w:val="32"/>
        </w:rPr>
      </w:pPr>
    </w:p>
    <w:p w14:paraId="4401BDCC" w14:textId="7C0277B1" w:rsidR="009B35F4" w:rsidRPr="009B35F4" w:rsidRDefault="00000000" w:rsidP="009B35F4">
      <w:pPr>
        <w:jc w:val="both"/>
        <w:rPr>
          <w:sz w:val="32"/>
          <w:szCs w:val="32"/>
        </w:rPr>
      </w:pPr>
      <w:r w:rsidRPr="009B35F4">
        <w:rPr>
          <w:sz w:val="32"/>
          <w:szCs w:val="32"/>
        </w:rPr>
        <w:t>SECRETAR GENERAL,</w:t>
      </w:r>
    </w:p>
    <w:p w14:paraId="3F2E15E0" w14:textId="416B1497" w:rsidR="00C425F1" w:rsidRPr="009B35F4" w:rsidRDefault="00000000" w:rsidP="009B35F4">
      <w:pPr>
        <w:jc w:val="both"/>
        <w:rPr>
          <w:sz w:val="32"/>
          <w:szCs w:val="32"/>
        </w:rPr>
      </w:pPr>
      <w:r w:rsidRPr="009B35F4">
        <w:rPr>
          <w:sz w:val="32"/>
          <w:szCs w:val="32"/>
        </w:rPr>
        <w:t xml:space="preserve">Amanda-Violeta </w:t>
      </w:r>
      <w:proofErr w:type="spellStart"/>
      <w:r w:rsidRPr="009B35F4">
        <w:rPr>
          <w:sz w:val="32"/>
          <w:szCs w:val="32"/>
        </w:rPr>
        <w:t>Lomora</w:t>
      </w:r>
      <w:proofErr w:type="spellEnd"/>
    </w:p>
    <w:sectPr w:rsidR="00C425F1" w:rsidRPr="009B35F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330109">
    <w:abstractNumId w:val="8"/>
  </w:num>
  <w:num w:numId="2" w16cid:durableId="1761442435">
    <w:abstractNumId w:val="6"/>
  </w:num>
  <w:num w:numId="3" w16cid:durableId="294138176">
    <w:abstractNumId w:val="5"/>
  </w:num>
  <w:num w:numId="4" w16cid:durableId="350229170">
    <w:abstractNumId w:val="4"/>
  </w:num>
  <w:num w:numId="5" w16cid:durableId="1039283044">
    <w:abstractNumId w:val="7"/>
  </w:num>
  <w:num w:numId="6" w16cid:durableId="2068338637">
    <w:abstractNumId w:val="3"/>
  </w:num>
  <w:num w:numId="7" w16cid:durableId="79956612">
    <w:abstractNumId w:val="2"/>
  </w:num>
  <w:num w:numId="8" w16cid:durableId="2133087887">
    <w:abstractNumId w:val="1"/>
  </w:num>
  <w:num w:numId="9" w16cid:durableId="32814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7FCD"/>
    <w:rsid w:val="0029639D"/>
    <w:rsid w:val="00326F90"/>
    <w:rsid w:val="009B35F4"/>
    <w:rsid w:val="00AA1D8D"/>
    <w:rsid w:val="00B47730"/>
    <w:rsid w:val="00C425F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DF246A"/>
  <w14:defaultImageDpi w14:val="300"/>
  <w15:docId w15:val="{5981F01E-F4B8-4B8B-A2FE-F11D008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cp:lastPrinted>2026-05-28T05:08:00Z</cp:lastPrinted>
  <dcterms:created xsi:type="dcterms:W3CDTF">2026-05-28T05:10:00Z</dcterms:created>
  <dcterms:modified xsi:type="dcterms:W3CDTF">2026-05-28T05:10:00Z</dcterms:modified>
  <cp:category/>
</cp:coreProperties>
</file>