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2FD2" w14:textId="77777777" w:rsidR="008C6D20" w:rsidRPr="00BE370B" w:rsidRDefault="00000000" w:rsidP="00BE370B">
      <w:pPr>
        <w:pStyle w:val="Heading1"/>
        <w:jc w:val="center"/>
        <w:rPr>
          <w:color w:val="000000" w:themeColor="text1"/>
        </w:rPr>
      </w:pPr>
      <w:r w:rsidRPr="00BE370B">
        <w:rPr>
          <w:color w:val="000000" w:themeColor="text1"/>
        </w:rPr>
        <w:t>REFERAT DE APROBARE</w:t>
      </w:r>
    </w:p>
    <w:p w14:paraId="544D7743" w14:textId="77777777" w:rsidR="008C6D20" w:rsidRPr="00BE370B" w:rsidRDefault="00000000" w:rsidP="00BE370B">
      <w:pPr>
        <w:jc w:val="center"/>
        <w:rPr>
          <w:sz w:val="28"/>
          <w:szCs w:val="28"/>
        </w:rPr>
      </w:pPr>
      <w:r w:rsidRPr="00BE370B">
        <w:rPr>
          <w:sz w:val="28"/>
          <w:szCs w:val="28"/>
        </w:rPr>
        <w:t>Nr. 2063/06.05.2026</w:t>
      </w:r>
    </w:p>
    <w:p w14:paraId="3AE51570" w14:textId="77777777" w:rsidR="008C6D20" w:rsidRPr="00BE370B" w:rsidRDefault="00000000" w:rsidP="00BE370B">
      <w:pPr>
        <w:jc w:val="center"/>
        <w:rPr>
          <w:sz w:val="28"/>
          <w:szCs w:val="28"/>
        </w:rPr>
      </w:pPr>
      <w:r w:rsidRPr="00BE370B">
        <w:rPr>
          <w:sz w:val="28"/>
          <w:szCs w:val="28"/>
        </w:rPr>
        <w:t xml:space="preserve">privind aprobarea onorariilor pentru </w:t>
      </w:r>
      <w:proofErr w:type="spellStart"/>
      <w:r w:rsidRPr="00BE370B">
        <w:rPr>
          <w:sz w:val="28"/>
          <w:szCs w:val="28"/>
        </w:rPr>
        <w:t>asistență</w:t>
      </w:r>
      <w:proofErr w:type="spellEnd"/>
      <w:r w:rsidRPr="00BE370B">
        <w:rPr>
          <w:sz w:val="28"/>
          <w:szCs w:val="28"/>
        </w:rPr>
        <w:t xml:space="preserve"> </w:t>
      </w:r>
      <w:proofErr w:type="spellStart"/>
      <w:r w:rsidRPr="00BE370B">
        <w:rPr>
          <w:sz w:val="28"/>
          <w:szCs w:val="28"/>
        </w:rPr>
        <w:t>juridică</w:t>
      </w:r>
      <w:proofErr w:type="spellEnd"/>
      <w:r w:rsidRPr="00BE370B">
        <w:rPr>
          <w:sz w:val="28"/>
          <w:szCs w:val="28"/>
        </w:rPr>
        <w:t xml:space="preserve"> </w:t>
      </w:r>
      <w:proofErr w:type="spellStart"/>
      <w:r w:rsidRPr="00BE370B">
        <w:rPr>
          <w:sz w:val="28"/>
          <w:szCs w:val="28"/>
        </w:rPr>
        <w:t>și</w:t>
      </w:r>
      <w:proofErr w:type="spellEnd"/>
      <w:r w:rsidRPr="00BE370B">
        <w:rPr>
          <w:sz w:val="28"/>
          <w:szCs w:val="28"/>
        </w:rPr>
        <w:t xml:space="preserve"> </w:t>
      </w:r>
      <w:proofErr w:type="spellStart"/>
      <w:r w:rsidRPr="00BE370B">
        <w:rPr>
          <w:sz w:val="28"/>
          <w:szCs w:val="28"/>
        </w:rPr>
        <w:t>reprezentare</w:t>
      </w:r>
      <w:proofErr w:type="spellEnd"/>
    </w:p>
    <w:p w14:paraId="12A35850" w14:textId="77777777" w:rsidR="00BE370B" w:rsidRPr="00BE370B" w:rsidRDefault="00BE370B" w:rsidP="00BE370B">
      <w:pPr>
        <w:jc w:val="center"/>
        <w:rPr>
          <w:sz w:val="28"/>
          <w:szCs w:val="28"/>
        </w:rPr>
      </w:pPr>
    </w:p>
    <w:p w14:paraId="5C56C95C" w14:textId="326CE543" w:rsidR="00BE370B" w:rsidRPr="00BE370B" w:rsidRDefault="00BE370B" w:rsidP="00BE3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0000" w:rsidRPr="00BE370B">
        <w:rPr>
          <w:sz w:val="28"/>
          <w:szCs w:val="28"/>
        </w:rPr>
        <w:t xml:space="preserve">Subsemnatul, Alexandru-Valentin Catrinoi, </w:t>
      </w:r>
      <w:proofErr w:type="spellStart"/>
      <w:r w:rsidR="00000000" w:rsidRPr="00BE370B">
        <w:rPr>
          <w:sz w:val="28"/>
          <w:szCs w:val="28"/>
        </w:rPr>
        <w:t>primarul</w:t>
      </w:r>
      <w:proofErr w:type="spellEnd"/>
      <w:r w:rsidR="00000000" w:rsidRPr="00BE370B">
        <w:rPr>
          <w:sz w:val="28"/>
          <w:szCs w:val="28"/>
        </w:rPr>
        <w:t xml:space="preserve"> comunei Racovița, în calitate de inițiator al </w:t>
      </w:r>
      <w:proofErr w:type="spellStart"/>
      <w:r w:rsidR="00000000" w:rsidRPr="00BE370B">
        <w:rPr>
          <w:sz w:val="28"/>
          <w:szCs w:val="28"/>
        </w:rPr>
        <w:t>proiectului</w:t>
      </w:r>
      <w:proofErr w:type="spellEnd"/>
      <w:r w:rsidR="00000000" w:rsidRPr="00BE370B">
        <w:rPr>
          <w:sz w:val="28"/>
          <w:szCs w:val="28"/>
        </w:rPr>
        <w:t xml:space="preserve"> de </w:t>
      </w:r>
      <w:proofErr w:type="spellStart"/>
      <w:r w:rsidR="00000000" w:rsidRPr="00BE370B">
        <w:rPr>
          <w:sz w:val="28"/>
          <w:szCs w:val="28"/>
        </w:rPr>
        <w:t>hotărâre</w:t>
      </w:r>
      <w:proofErr w:type="spellEnd"/>
      <w:r w:rsidR="00000000" w:rsidRPr="00BE370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supun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aprobării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Consiliului</w:t>
      </w:r>
      <w:proofErr w:type="spellEnd"/>
      <w:r w:rsidR="00000000" w:rsidRPr="00BE370B">
        <w:rPr>
          <w:sz w:val="28"/>
          <w:szCs w:val="28"/>
        </w:rPr>
        <w:t xml:space="preserve"> Local </w:t>
      </w:r>
      <w:proofErr w:type="spellStart"/>
      <w:r w:rsidR="00000000" w:rsidRPr="00BE370B">
        <w:rPr>
          <w:sz w:val="28"/>
          <w:szCs w:val="28"/>
        </w:rPr>
        <w:t>proiectul</w:t>
      </w:r>
      <w:proofErr w:type="spellEnd"/>
      <w:r w:rsidR="00000000" w:rsidRPr="00BE370B">
        <w:rPr>
          <w:sz w:val="28"/>
          <w:szCs w:val="28"/>
        </w:rPr>
        <w:t xml:space="preserve"> privind aprobarea onorariilor pentru </w:t>
      </w:r>
      <w:proofErr w:type="spellStart"/>
      <w:r w:rsidR="00000000" w:rsidRPr="00BE370B">
        <w:rPr>
          <w:sz w:val="28"/>
          <w:szCs w:val="28"/>
        </w:rPr>
        <w:t>asistență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juridică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și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reprezentare</w:t>
      </w:r>
      <w:proofErr w:type="spellEnd"/>
      <w:r w:rsidR="00000000" w:rsidRPr="00BE370B">
        <w:rPr>
          <w:sz w:val="28"/>
          <w:szCs w:val="28"/>
        </w:rPr>
        <w:t>.</w:t>
      </w:r>
    </w:p>
    <w:p w14:paraId="7BAC93B6" w14:textId="308D290F" w:rsidR="00BE370B" w:rsidRPr="00BE370B" w:rsidRDefault="00BE370B" w:rsidP="00BE3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="00000000" w:rsidRPr="00BE370B">
        <w:rPr>
          <w:sz w:val="28"/>
          <w:szCs w:val="28"/>
        </w:rPr>
        <w:t>Necesitatea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promovării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proiectului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este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determinată</w:t>
      </w:r>
      <w:proofErr w:type="spellEnd"/>
      <w:r w:rsidR="00000000" w:rsidRPr="00BE370B">
        <w:rPr>
          <w:sz w:val="28"/>
          <w:szCs w:val="28"/>
        </w:rPr>
        <w:t xml:space="preserve"> de obligația autorității publice locale de </w:t>
      </w:r>
      <w:proofErr w:type="gramStart"/>
      <w:r w:rsidR="00000000" w:rsidRPr="00BE370B">
        <w:rPr>
          <w:sz w:val="28"/>
          <w:szCs w:val="28"/>
        </w:rPr>
        <w:t>a</w:t>
      </w:r>
      <w:proofErr w:type="gram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asigura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apărarea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intereselorlegitime</w:t>
      </w:r>
      <w:proofErr w:type="spellEnd"/>
      <w:r w:rsidR="00000000" w:rsidRPr="00BE370B">
        <w:rPr>
          <w:sz w:val="28"/>
          <w:szCs w:val="28"/>
        </w:rPr>
        <w:t xml:space="preserve"> ale </w:t>
      </w:r>
      <w:proofErr w:type="spellStart"/>
      <w:r w:rsidR="00000000" w:rsidRPr="00BE370B">
        <w:rPr>
          <w:sz w:val="28"/>
          <w:szCs w:val="28"/>
        </w:rPr>
        <w:t>Comunei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Racovița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în</w:t>
      </w:r>
      <w:proofErr w:type="spellEnd"/>
      <w:r w:rsidR="00000000" w:rsidRPr="00BE370B">
        <w:rPr>
          <w:sz w:val="28"/>
          <w:szCs w:val="28"/>
        </w:rPr>
        <w:t xml:space="preserve"> dosarul nr. 1548/252/2026 aflat pe rolul Judecătoriei Lugoj, precum </w:t>
      </w:r>
      <w:proofErr w:type="spellStart"/>
      <w:r w:rsidR="00000000" w:rsidRPr="00BE370B">
        <w:rPr>
          <w:sz w:val="28"/>
          <w:szCs w:val="28"/>
        </w:rPr>
        <w:t>și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în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dosarul</w:t>
      </w:r>
      <w:proofErr w:type="spellEnd"/>
      <w:r w:rsidR="00000000" w:rsidRPr="00BE370B">
        <w:rPr>
          <w:sz w:val="28"/>
          <w:szCs w:val="28"/>
        </w:rPr>
        <w:t xml:space="preserve"> </w:t>
      </w:r>
      <w:r w:rsidRPr="00BE370B">
        <w:rPr>
          <w:sz w:val="28"/>
          <w:szCs w:val="28"/>
        </w:rPr>
        <w:t>executional</w:t>
      </w:r>
      <w:r>
        <w:rPr>
          <w:sz w:val="28"/>
          <w:szCs w:val="28"/>
        </w:rPr>
        <w:t xml:space="preserve"> </w:t>
      </w:r>
      <w:r w:rsidR="00000000" w:rsidRPr="00BE370B">
        <w:rPr>
          <w:sz w:val="28"/>
          <w:szCs w:val="28"/>
        </w:rPr>
        <w:t xml:space="preserve">nr. 1341/2026 </w:t>
      </w:r>
      <w:proofErr w:type="spellStart"/>
      <w:r w:rsidR="00000000" w:rsidRPr="00BE370B">
        <w:rPr>
          <w:sz w:val="28"/>
          <w:szCs w:val="28"/>
        </w:rPr>
        <w:t>deschis</w:t>
      </w:r>
      <w:proofErr w:type="spellEnd"/>
      <w:r w:rsidR="00000000" w:rsidRPr="00BE370B">
        <w:rPr>
          <w:sz w:val="28"/>
          <w:szCs w:val="28"/>
        </w:rPr>
        <w:t xml:space="preserve"> la </w:t>
      </w:r>
      <w:proofErr w:type="spellStart"/>
      <w:r w:rsidR="00000000" w:rsidRPr="00BE370B">
        <w:rPr>
          <w:sz w:val="28"/>
          <w:szCs w:val="28"/>
        </w:rPr>
        <w:t>cererea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creditoarei</w:t>
      </w:r>
      <w:proofErr w:type="spellEnd"/>
      <w:r w:rsidR="00000000" w:rsidRPr="00BE370B">
        <w:rPr>
          <w:sz w:val="28"/>
          <w:szCs w:val="28"/>
        </w:rPr>
        <w:t xml:space="preserve"> KEINHELL PROD SRL.</w:t>
      </w:r>
    </w:p>
    <w:p w14:paraId="558DBBDA" w14:textId="388A668E" w:rsidR="00BE370B" w:rsidRPr="00BE370B" w:rsidRDefault="00BE370B" w:rsidP="00BE3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="00000000" w:rsidRPr="00BE370B">
        <w:rPr>
          <w:sz w:val="28"/>
          <w:szCs w:val="28"/>
        </w:rPr>
        <w:t>Având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în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vedere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complexitatea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aspectelor</w:t>
      </w:r>
      <w:proofErr w:type="spellEnd"/>
      <w:r w:rsidR="00000000" w:rsidRPr="00BE370B">
        <w:rPr>
          <w:sz w:val="28"/>
          <w:szCs w:val="28"/>
        </w:rPr>
        <w:t xml:space="preserve"> juridice și necesitatea reprezentării de specialitate, au </w:t>
      </w:r>
      <w:proofErr w:type="spellStart"/>
      <w:r w:rsidR="00000000" w:rsidRPr="00BE370B">
        <w:rPr>
          <w:sz w:val="28"/>
          <w:szCs w:val="28"/>
        </w:rPr>
        <w:t>fost</w:t>
      </w:r>
      <w:proofErr w:type="spellEnd"/>
      <w:r w:rsidR="00000000" w:rsidRPr="00BE370B">
        <w:rPr>
          <w:sz w:val="28"/>
          <w:szCs w:val="28"/>
        </w:rPr>
        <w:t xml:space="preserve"> solicitate </w:t>
      </w:r>
      <w:proofErr w:type="spellStart"/>
      <w:r w:rsidR="00000000" w:rsidRPr="00BE370B">
        <w:rPr>
          <w:sz w:val="28"/>
          <w:szCs w:val="28"/>
        </w:rPr>
        <w:t>și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depuse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oferte</w:t>
      </w:r>
      <w:proofErr w:type="spellEnd"/>
      <w:r w:rsidR="00000000" w:rsidRPr="00BE370B">
        <w:rPr>
          <w:sz w:val="28"/>
          <w:szCs w:val="28"/>
        </w:rPr>
        <w:t xml:space="preserve"> de </w:t>
      </w:r>
      <w:proofErr w:type="spellStart"/>
      <w:r w:rsidR="00000000" w:rsidRPr="00BE370B">
        <w:rPr>
          <w:sz w:val="28"/>
          <w:szCs w:val="28"/>
        </w:rPr>
        <w:t>asistență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juridică</w:t>
      </w:r>
      <w:proofErr w:type="spellEnd"/>
      <w:r w:rsidR="00000000" w:rsidRPr="00BE370B">
        <w:rPr>
          <w:sz w:val="28"/>
          <w:szCs w:val="28"/>
        </w:rPr>
        <w:t xml:space="preserve"> și reprezentare din partea SCPA Maier, </w:t>
      </w:r>
      <w:proofErr w:type="spellStart"/>
      <w:r w:rsidR="00000000" w:rsidRPr="00BE370B">
        <w:rPr>
          <w:sz w:val="28"/>
          <w:szCs w:val="28"/>
        </w:rPr>
        <w:t>Ciucur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și</w:t>
      </w:r>
      <w:proofErr w:type="spellEnd"/>
      <w:r w:rsidR="00000000" w:rsidRPr="00BE370B">
        <w:rPr>
          <w:sz w:val="28"/>
          <w:szCs w:val="28"/>
        </w:rPr>
        <w:t xml:space="preserve"> Asociații.</w:t>
      </w:r>
      <w:r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Cheltuielile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propuse</w:t>
      </w:r>
      <w:proofErr w:type="spellEnd"/>
      <w:r w:rsidR="00000000" w:rsidRPr="00BE370B">
        <w:rPr>
          <w:sz w:val="28"/>
          <w:szCs w:val="28"/>
        </w:rPr>
        <w:t xml:space="preserve"> sunt </w:t>
      </w:r>
      <w:proofErr w:type="spellStart"/>
      <w:r w:rsidR="00000000" w:rsidRPr="00BE370B">
        <w:rPr>
          <w:sz w:val="28"/>
          <w:szCs w:val="28"/>
        </w:rPr>
        <w:t>justificate</w:t>
      </w:r>
      <w:proofErr w:type="spellEnd"/>
      <w:r w:rsidR="00000000" w:rsidRPr="00BE370B">
        <w:rPr>
          <w:sz w:val="28"/>
          <w:szCs w:val="28"/>
        </w:rPr>
        <w:t xml:space="preserve"> de necesitatea protejării patrimoniului și intereselor UAT </w:t>
      </w:r>
      <w:proofErr w:type="spellStart"/>
      <w:r w:rsidR="00000000" w:rsidRPr="00BE370B">
        <w:rPr>
          <w:sz w:val="28"/>
          <w:szCs w:val="28"/>
        </w:rPr>
        <w:t>Comuna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Racovița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și</w:t>
      </w:r>
      <w:proofErr w:type="spellEnd"/>
      <w:r w:rsidR="00000000" w:rsidRPr="00BE370B">
        <w:rPr>
          <w:sz w:val="28"/>
          <w:szCs w:val="28"/>
        </w:rPr>
        <w:t xml:space="preserve"> sunt</w:t>
      </w:r>
      <w:r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în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concordanță</w:t>
      </w:r>
      <w:proofErr w:type="spellEnd"/>
      <w:r w:rsidR="00000000" w:rsidRPr="00BE370B">
        <w:rPr>
          <w:sz w:val="28"/>
          <w:szCs w:val="28"/>
        </w:rPr>
        <w:t xml:space="preserve"> cu </w:t>
      </w:r>
      <w:proofErr w:type="spellStart"/>
      <w:r w:rsidR="00000000" w:rsidRPr="00BE370B">
        <w:rPr>
          <w:sz w:val="28"/>
          <w:szCs w:val="28"/>
        </w:rPr>
        <w:t>prevederile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legale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aplicabile</w:t>
      </w:r>
      <w:proofErr w:type="spellEnd"/>
      <w:r w:rsidR="00000000" w:rsidRPr="00BE370B">
        <w:rPr>
          <w:sz w:val="28"/>
          <w:szCs w:val="28"/>
        </w:rPr>
        <w:t>.</w:t>
      </w:r>
    </w:p>
    <w:p w14:paraId="01744A33" w14:textId="307CAF7F" w:rsidR="008C6D20" w:rsidRPr="00BE370B" w:rsidRDefault="00BE370B" w:rsidP="00BE3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="00000000" w:rsidRPr="00BE370B">
        <w:rPr>
          <w:sz w:val="28"/>
          <w:szCs w:val="28"/>
        </w:rPr>
        <w:t>Față</w:t>
      </w:r>
      <w:proofErr w:type="spellEnd"/>
      <w:r w:rsidR="00000000" w:rsidRPr="00BE370B">
        <w:rPr>
          <w:sz w:val="28"/>
          <w:szCs w:val="28"/>
        </w:rPr>
        <w:t xml:space="preserve"> de </w:t>
      </w:r>
      <w:proofErr w:type="spellStart"/>
      <w:r w:rsidR="00000000" w:rsidRPr="00BE370B">
        <w:rPr>
          <w:sz w:val="28"/>
          <w:szCs w:val="28"/>
        </w:rPr>
        <w:t>cele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prezentate</w:t>
      </w:r>
      <w:proofErr w:type="spellEnd"/>
      <w:r w:rsidR="00000000" w:rsidRPr="00BE370B">
        <w:rPr>
          <w:sz w:val="28"/>
          <w:szCs w:val="28"/>
        </w:rPr>
        <w:t xml:space="preserve">, </w:t>
      </w:r>
      <w:proofErr w:type="spellStart"/>
      <w:r w:rsidR="00000000" w:rsidRPr="00BE370B">
        <w:rPr>
          <w:sz w:val="28"/>
          <w:szCs w:val="28"/>
        </w:rPr>
        <w:t>propun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adoptarea</w:t>
      </w:r>
      <w:proofErr w:type="spellEnd"/>
      <w:r w:rsidR="00000000" w:rsidRPr="00BE370B">
        <w:rPr>
          <w:sz w:val="28"/>
          <w:szCs w:val="28"/>
        </w:rPr>
        <w:t xml:space="preserve"> proiectului de </w:t>
      </w:r>
      <w:proofErr w:type="spellStart"/>
      <w:r w:rsidR="00000000" w:rsidRPr="00BE370B">
        <w:rPr>
          <w:sz w:val="28"/>
          <w:szCs w:val="28"/>
        </w:rPr>
        <w:t>hotărâre</w:t>
      </w:r>
      <w:proofErr w:type="spellEnd"/>
      <w:r w:rsidR="00000000" w:rsidRPr="00BE370B">
        <w:rPr>
          <w:sz w:val="28"/>
          <w:szCs w:val="28"/>
        </w:rPr>
        <w:t xml:space="preserve"> </w:t>
      </w:r>
      <w:proofErr w:type="spellStart"/>
      <w:r w:rsidR="00000000" w:rsidRPr="00BE370B">
        <w:rPr>
          <w:sz w:val="28"/>
          <w:szCs w:val="28"/>
        </w:rPr>
        <w:t>în</w:t>
      </w:r>
      <w:proofErr w:type="spellEnd"/>
      <w:r w:rsidR="00000000" w:rsidRPr="00BE370B">
        <w:rPr>
          <w:sz w:val="28"/>
          <w:szCs w:val="28"/>
        </w:rPr>
        <w:t xml:space="preserve"> forma </w:t>
      </w:r>
      <w:proofErr w:type="spellStart"/>
      <w:r w:rsidR="00000000" w:rsidRPr="00BE370B">
        <w:rPr>
          <w:sz w:val="28"/>
          <w:szCs w:val="28"/>
        </w:rPr>
        <w:t>prezentată</w:t>
      </w:r>
      <w:proofErr w:type="spellEnd"/>
      <w:r w:rsidR="00000000" w:rsidRPr="00BE370B">
        <w:rPr>
          <w:sz w:val="28"/>
          <w:szCs w:val="28"/>
        </w:rPr>
        <w:t>.</w:t>
      </w:r>
    </w:p>
    <w:p w14:paraId="5E06B1DE" w14:textId="77777777" w:rsidR="00BE370B" w:rsidRDefault="00BE370B" w:rsidP="00BE370B">
      <w:pPr>
        <w:jc w:val="both"/>
        <w:rPr>
          <w:sz w:val="28"/>
          <w:szCs w:val="28"/>
        </w:rPr>
      </w:pPr>
    </w:p>
    <w:p w14:paraId="4116BEA2" w14:textId="77777777" w:rsidR="00BE370B" w:rsidRDefault="00BE370B" w:rsidP="00BE370B">
      <w:pPr>
        <w:jc w:val="both"/>
        <w:rPr>
          <w:sz w:val="28"/>
          <w:szCs w:val="28"/>
        </w:rPr>
      </w:pPr>
    </w:p>
    <w:p w14:paraId="0FE4E8B2" w14:textId="3A655F52" w:rsidR="00BE370B" w:rsidRPr="00BE370B" w:rsidRDefault="00000000" w:rsidP="00BE370B">
      <w:pPr>
        <w:jc w:val="both"/>
        <w:rPr>
          <w:sz w:val="28"/>
          <w:szCs w:val="28"/>
        </w:rPr>
      </w:pPr>
      <w:r w:rsidRPr="00BE370B">
        <w:rPr>
          <w:sz w:val="28"/>
          <w:szCs w:val="28"/>
        </w:rPr>
        <w:t>PRIMAR,</w:t>
      </w:r>
    </w:p>
    <w:p w14:paraId="654F3834" w14:textId="4036C308" w:rsidR="008C6D20" w:rsidRPr="00BE370B" w:rsidRDefault="00000000">
      <w:pPr>
        <w:rPr>
          <w:sz w:val="28"/>
          <w:szCs w:val="28"/>
        </w:rPr>
      </w:pPr>
      <w:r w:rsidRPr="00BE370B">
        <w:rPr>
          <w:sz w:val="28"/>
          <w:szCs w:val="28"/>
        </w:rPr>
        <w:t>Alexandru-Valentin Catrinoi</w:t>
      </w:r>
    </w:p>
    <w:sectPr w:rsidR="008C6D20" w:rsidRPr="00BE370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5048570">
    <w:abstractNumId w:val="8"/>
  </w:num>
  <w:num w:numId="2" w16cid:durableId="716397492">
    <w:abstractNumId w:val="6"/>
  </w:num>
  <w:num w:numId="3" w16cid:durableId="179010300">
    <w:abstractNumId w:val="5"/>
  </w:num>
  <w:num w:numId="4" w16cid:durableId="53819947">
    <w:abstractNumId w:val="4"/>
  </w:num>
  <w:num w:numId="5" w16cid:durableId="1532526522">
    <w:abstractNumId w:val="7"/>
  </w:num>
  <w:num w:numId="6" w16cid:durableId="1127578929">
    <w:abstractNumId w:val="3"/>
  </w:num>
  <w:num w:numId="7" w16cid:durableId="1877964104">
    <w:abstractNumId w:val="2"/>
  </w:num>
  <w:num w:numId="8" w16cid:durableId="924875774">
    <w:abstractNumId w:val="1"/>
  </w:num>
  <w:num w:numId="9" w16cid:durableId="197094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A6381"/>
    <w:rsid w:val="008C6D20"/>
    <w:rsid w:val="00AA1D8D"/>
    <w:rsid w:val="00B47730"/>
    <w:rsid w:val="00BE370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7FA28EE"/>
  <w14:defaultImageDpi w14:val="300"/>
  <w15:docId w15:val="{911777E5-6F12-44B6-9918-7E1410AB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2026-05-28T07:12:00Z</cp:lastPrinted>
  <dcterms:created xsi:type="dcterms:W3CDTF">2026-05-28T07:13:00Z</dcterms:created>
  <dcterms:modified xsi:type="dcterms:W3CDTF">2026-05-28T07:13:00Z</dcterms:modified>
  <cp:category/>
</cp:coreProperties>
</file>