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9CA" w14:textId="14BE3A02" w:rsidR="00C625E3" w:rsidRPr="00EC27B9" w:rsidRDefault="00000000" w:rsidP="00EC27B9">
      <w:pPr>
        <w:pStyle w:val="Heading1"/>
        <w:jc w:val="center"/>
        <w:rPr>
          <w:color w:val="000000" w:themeColor="text1"/>
        </w:rPr>
      </w:pPr>
      <w:r w:rsidRPr="00EC27B9">
        <w:rPr>
          <w:color w:val="000000" w:themeColor="text1"/>
        </w:rPr>
        <w:t>REFERAT DE SPECIALITATE</w:t>
      </w:r>
    </w:p>
    <w:p w14:paraId="74C08B6B" w14:textId="77777777" w:rsidR="00C625E3" w:rsidRPr="00EC27B9" w:rsidRDefault="00000000" w:rsidP="00EC27B9">
      <w:pPr>
        <w:jc w:val="center"/>
        <w:rPr>
          <w:sz w:val="28"/>
          <w:szCs w:val="28"/>
        </w:rPr>
      </w:pPr>
      <w:r w:rsidRPr="00EC27B9">
        <w:rPr>
          <w:sz w:val="28"/>
          <w:szCs w:val="28"/>
        </w:rPr>
        <w:t>Nr. 2064/06.05.2026</w:t>
      </w:r>
    </w:p>
    <w:p w14:paraId="19B17B30" w14:textId="77777777" w:rsidR="00C625E3" w:rsidRPr="00EC27B9" w:rsidRDefault="00000000" w:rsidP="00EC27B9">
      <w:pPr>
        <w:jc w:val="center"/>
        <w:rPr>
          <w:sz w:val="28"/>
          <w:szCs w:val="28"/>
        </w:rPr>
      </w:pPr>
      <w:r w:rsidRPr="00EC27B9">
        <w:rPr>
          <w:sz w:val="28"/>
          <w:szCs w:val="28"/>
        </w:rPr>
        <w:t xml:space="preserve">privind aprobarea onorariilor pentru </w:t>
      </w:r>
      <w:proofErr w:type="spellStart"/>
      <w:r w:rsidRPr="00EC27B9">
        <w:rPr>
          <w:sz w:val="28"/>
          <w:szCs w:val="28"/>
        </w:rPr>
        <w:t>asistență</w:t>
      </w:r>
      <w:proofErr w:type="spellEnd"/>
      <w:r w:rsidRPr="00EC27B9">
        <w:rPr>
          <w:sz w:val="28"/>
          <w:szCs w:val="28"/>
        </w:rPr>
        <w:t xml:space="preserve"> </w:t>
      </w:r>
      <w:proofErr w:type="spellStart"/>
      <w:r w:rsidRPr="00EC27B9">
        <w:rPr>
          <w:sz w:val="28"/>
          <w:szCs w:val="28"/>
        </w:rPr>
        <w:t>juridică</w:t>
      </w:r>
      <w:proofErr w:type="spellEnd"/>
      <w:r w:rsidRPr="00EC27B9">
        <w:rPr>
          <w:sz w:val="28"/>
          <w:szCs w:val="28"/>
        </w:rPr>
        <w:t xml:space="preserve"> </w:t>
      </w:r>
      <w:proofErr w:type="spellStart"/>
      <w:r w:rsidRPr="00EC27B9">
        <w:rPr>
          <w:sz w:val="28"/>
          <w:szCs w:val="28"/>
        </w:rPr>
        <w:t>și</w:t>
      </w:r>
      <w:proofErr w:type="spellEnd"/>
      <w:r w:rsidRPr="00EC27B9">
        <w:rPr>
          <w:sz w:val="28"/>
          <w:szCs w:val="28"/>
        </w:rPr>
        <w:t xml:space="preserve"> </w:t>
      </w:r>
      <w:proofErr w:type="spellStart"/>
      <w:r w:rsidRPr="00EC27B9">
        <w:rPr>
          <w:sz w:val="28"/>
          <w:szCs w:val="28"/>
        </w:rPr>
        <w:t>reprezentare</w:t>
      </w:r>
      <w:proofErr w:type="spellEnd"/>
    </w:p>
    <w:p w14:paraId="5DCA1D40" w14:textId="77777777" w:rsidR="00EC27B9" w:rsidRPr="00EC27B9" w:rsidRDefault="00EC27B9" w:rsidP="00EC27B9">
      <w:pPr>
        <w:jc w:val="center"/>
        <w:rPr>
          <w:sz w:val="28"/>
          <w:szCs w:val="28"/>
        </w:rPr>
      </w:pPr>
    </w:p>
    <w:p w14:paraId="4C21F6E3" w14:textId="77777777" w:rsidR="00EC27B9" w:rsidRDefault="00EC27B9" w:rsidP="00EC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5FE6A5D8" w14:textId="402E5303" w:rsidR="00EC27B9" w:rsidRDefault="00EC27B9" w:rsidP="00EC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="00000000" w:rsidRPr="00EC27B9">
        <w:rPr>
          <w:sz w:val="28"/>
          <w:szCs w:val="28"/>
        </w:rPr>
        <w:t>Analizând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proiectul</w:t>
      </w:r>
      <w:proofErr w:type="spellEnd"/>
      <w:r w:rsidR="00000000" w:rsidRPr="00EC27B9">
        <w:rPr>
          <w:sz w:val="28"/>
          <w:szCs w:val="28"/>
        </w:rPr>
        <w:t xml:space="preserve"> de </w:t>
      </w:r>
      <w:proofErr w:type="spellStart"/>
      <w:r w:rsidR="00000000" w:rsidRPr="00EC27B9">
        <w:rPr>
          <w:sz w:val="28"/>
          <w:szCs w:val="28"/>
        </w:rPr>
        <w:t>hotărâre</w:t>
      </w:r>
      <w:proofErr w:type="spellEnd"/>
      <w:r w:rsidR="00000000" w:rsidRPr="00EC27B9">
        <w:rPr>
          <w:sz w:val="28"/>
          <w:szCs w:val="28"/>
        </w:rPr>
        <w:t xml:space="preserve">, documentele justificative anexate </w:t>
      </w:r>
      <w:proofErr w:type="spellStart"/>
      <w:r w:rsidR="00000000" w:rsidRPr="00EC27B9">
        <w:rPr>
          <w:sz w:val="28"/>
          <w:szCs w:val="28"/>
        </w:rPr>
        <w:t>și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temeiurile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juridice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proofErr w:type="gramStart"/>
      <w:r w:rsidR="00000000" w:rsidRPr="00EC27B9">
        <w:rPr>
          <w:sz w:val="28"/>
          <w:szCs w:val="28"/>
        </w:rPr>
        <w:t>invocate,se</w:t>
      </w:r>
      <w:proofErr w:type="spellEnd"/>
      <w:proofErr w:type="gram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constată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că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proiectul</w:t>
      </w:r>
      <w:proofErr w:type="spellEnd"/>
      <w:r w:rsidR="00000000" w:rsidRPr="00EC27B9">
        <w:rPr>
          <w:sz w:val="28"/>
          <w:szCs w:val="28"/>
        </w:rPr>
        <w:t xml:space="preserve"> respectă prevederile Constituției României, ale O.U.G. nr. 57/2019 </w:t>
      </w:r>
      <w:proofErr w:type="spellStart"/>
      <w:r w:rsidR="00000000" w:rsidRPr="00EC27B9">
        <w:rPr>
          <w:sz w:val="28"/>
          <w:szCs w:val="28"/>
        </w:rPr>
        <w:t>privind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Codul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administrativ</w:t>
      </w:r>
      <w:proofErr w:type="spellEnd"/>
      <w:r w:rsidR="00000000" w:rsidRPr="00EC27B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000000" w:rsidRPr="00EC27B9">
        <w:rPr>
          <w:sz w:val="28"/>
          <w:szCs w:val="28"/>
        </w:rPr>
        <w:t xml:space="preserve">ale </w:t>
      </w:r>
      <w:proofErr w:type="spellStart"/>
      <w:r w:rsidR="00000000" w:rsidRPr="00EC27B9">
        <w:rPr>
          <w:sz w:val="28"/>
          <w:szCs w:val="28"/>
        </w:rPr>
        <w:t>Legii</w:t>
      </w:r>
      <w:proofErr w:type="spellEnd"/>
      <w:r w:rsidR="00000000" w:rsidRPr="00EC27B9">
        <w:rPr>
          <w:sz w:val="28"/>
          <w:szCs w:val="28"/>
        </w:rPr>
        <w:t xml:space="preserve"> nr. 51/1995 pentru organizarea și exercitarea profesiei de avocat, ale Statutului profesiei de avocat </w:t>
      </w:r>
      <w:proofErr w:type="spellStart"/>
      <w:r w:rsidR="00000000" w:rsidRPr="00EC27B9">
        <w:rPr>
          <w:sz w:val="28"/>
          <w:szCs w:val="28"/>
        </w:rPr>
        <w:t>și</w:t>
      </w:r>
      <w:proofErr w:type="spellEnd"/>
      <w:r w:rsidR="00000000" w:rsidRPr="00EC27B9">
        <w:rPr>
          <w:sz w:val="28"/>
          <w:szCs w:val="28"/>
        </w:rPr>
        <w:t xml:space="preserve"> ale</w:t>
      </w:r>
      <w:r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Legii</w:t>
      </w:r>
      <w:proofErr w:type="spellEnd"/>
      <w:r w:rsidR="00000000" w:rsidRPr="00EC27B9">
        <w:rPr>
          <w:sz w:val="28"/>
          <w:szCs w:val="28"/>
        </w:rPr>
        <w:t xml:space="preserve"> nr. 273/2006 </w:t>
      </w:r>
      <w:proofErr w:type="spellStart"/>
      <w:r w:rsidR="00000000" w:rsidRPr="00EC27B9">
        <w:rPr>
          <w:sz w:val="28"/>
          <w:szCs w:val="28"/>
        </w:rPr>
        <w:t>privind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finanțele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publice</w:t>
      </w:r>
      <w:proofErr w:type="spellEnd"/>
      <w:r w:rsidR="00000000" w:rsidRPr="00EC27B9">
        <w:rPr>
          <w:sz w:val="28"/>
          <w:szCs w:val="28"/>
        </w:rPr>
        <w:t xml:space="preserve"> locale.</w:t>
      </w:r>
      <w:r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Achiziționarea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serviciilor</w:t>
      </w:r>
      <w:proofErr w:type="spellEnd"/>
      <w:r w:rsidR="00000000" w:rsidRPr="00EC27B9">
        <w:rPr>
          <w:sz w:val="28"/>
          <w:szCs w:val="28"/>
        </w:rPr>
        <w:t xml:space="preserve"> de </w:t>
      </w:r>
      <w:proofErr w:type="spellStart"/>
      <w:r w:rsidR="00000000" w:rsidRPr="00EC27B9">
        <w:rPr>
          <w:sz w:val="28"/>
          <w:szCs w:val="28"/>
        </w:rPr>
        <w:t>asistență</w:t>
      </w:r>
      <w:proofErr w:type="spellEnd"/>
      <w:r w:rsidR="00000000" w:rsidRPr="00EC27B9">
        <w:rPr>
          <w:sz w:val="28"/>
          <w:szCs w:val="28"/>
        </w:rPr>
        <w:t xml:space="preserve"> juridică și reprezentare este justificată de </w:t>
      </w:r>
      <w:proofErr w:type="spellStart"/>
      <w:r w:rsidR="00000000" w:rsidRPr="00EC27B9">
        <w:rPr>
          <w:sz w:val="28"/>
          <w:szCs w:val="28"/>
        </w:rPr>
        <w:t>necesitatea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apărării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intereselor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Comunei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Racovița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în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litigiile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și</w:t>
      </w:r>
      <w:proofErr w:type="spellEnd"/>
      <w:r w:rsidR="00000000" w:rsidRPr="00EC27B9">
        <w:rPr>
          <w:sz w:val="28"/>
          <w:szCs w:val="28"/>
        </w:rPr>
        <w:t xml:space="preserve"> procedurile </w:t>
      </w:r>
      <w:proofErr w:type="spellStart"/>
      <w:r w:rsidR="00000000" w:rsidRPr="00EC27B9">
        <w:rPr>
          <w:sz w:val="28"/>
          <w:szCs w:val="28"/>
        </w:rPr>
        <w:t>execuționale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aflate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în</w:t>
      </w:r>
      <w:proofErr w:type="spellEnd"/>
      <w:r w:rsidR="00000000" w:rsidRPr="00EC27B9">
        <w:rPr>
          <w:sz w:val="28"/>
          <w:szCs w:val="28"/>
        </w:rPr>
        <w:t xml:space="preserve"> curs.</w:t>
      </w:r>
      <w:r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Sumele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propuse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pentru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onorarii</w:t>
      </w:r>
      <w:proofErr w:type="spellEnd"/>
      <w:r w:rsidR="00000000" w:rsidRPr="00EC27B9">
        <w:rPr>
          <w:sz w:val="28"/>
          <w:szCs w:val="28"/>
        </w:rPr>
        <w:t xml:space="preserve"> sunt determinate pe baza ofertelor depuse și pot fi </w:t>
      </w:r>
      <w:proofErr w:type="spellStart"/>
      <w:r w:rsidR="00000000" w:rsidRPr="00EC27B9">
        <w:rPr>
          <w:sz w:val="28"/>
          <w:szCs w:val="28"/>
        </w:rPr>
        <w:t>suportate</w:t>
      </w:r>
      <w:proofErr w:type="spellEnd"/>
      <w:r w:rsidR="00000000" w:rsidRPr="00EC27B9">
        <w:rPr>
          <w:sz w:val="28"/>
          <w:szCs w:val="28"/>
        </w:rPr>
        <w:t xml:space="preserve"> din </w:t>
      </w:r>
      <w:proofErr w:type="spellStart"/>
      <w:r w:rsidR="00000000" w:rsidRPr="00EC27B9">
        <w:rPr>
          <w:sz w:val="28"/>
          <w:szCs w:val="28"/>
        </w:rPr>
        <w:t>bugetul</w:t>
      </w:r>
      <w:proofErr w:type="spellEnd"/>
      <w:r w:rsidR="00000000" w:rsidRPr="00EC27B9">
        <w:rPr>
          <w:sz w:val="28"/>
          <w:szCs w:val="28"/>
        </w:rPr>
        <w:t xml:space="preserve"> local,</w:t>
      </w:r>
      <w:r>
        <w:rPr>
          <w:sz w:val="28"/>
          <w:szCs w:val="28"/>
        </w:rPr>
        <w:t xml:space="preserve"> </w:t>
      </w:r>
      <w:r w:rsidR="00000000" w:rsidRPr="00EC27B9">
        <w:rPr>
          <w:sz w:val="28"/>
          <w:szCs w:val="28"/>
        </w:rPr>
        <w:t xml:space="preserve">cu </w:t>
      </w:r>
      <w:proofErr w:type="spellStart"/>
      <w:r w:rsidR="00000000" w:rsidRPr="00EC27B9">
        <w:rPr>
          <w:sz w:val="28"/>
          <w:szCs w:val="28"/>
        </w:rPr>
        <w:t>respectarea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prevederilor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legale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în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materie</w:t>
      </w:r>
      <w:proofErr w:type="spellEnd"/>
      <w:r w:rsidR="00000000" w:rsidRPr="00EC27B9">
        <w:rPr>
          <w:sz w:val="28"/>
          <w:szCs w:val="28"/>
        </w:rPr>
        <w:t>.</w:t>
      </w:r>
    </w:p>
    <w:p w14:paraId="48CFA8E5" w14:textId="2B5EF7AD" w:rsidR="00C625E3" w:rsidRDefault="00EC27B9" w:rsidP="00EC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0000" w:rsidRPr="00EC27B9">
        <w:rPr>
          <w:sz w:val="28"/>
          <w:szCs w:val="28"/>
        </w:rPr>
        <w:t xml:space="preserve">Din </w:t>
      </w:r>
      <w:proofErr w:type="spellStart"/>
      <w:r w:rsidR="00000000" w:rsidRPr="00EC27B9">
        <w:rPr>
          <w:sz w:val="28"/>
          <w:szCs w:val="28"/>
        </w:rPr>
        <w:t>punct</w:t>
      </w:r>
      <w:proofErr w:type="spellEnd"/>
      <w:r w:rsidR="00000000" w:rsidRPr="00EC27B9">
        <w:rPr>
          <w:sz w:val="28"/>
          <w:szCs w:val="28"/>
        </w:rPr>
        <w:t xml:space="preserve"> de </w:t>
      </w:r>
      <w:proofErr w:type="spellStart"/>
      <w:r w:rsidR="00000000" w:rsidRPr="00EC27B9">
        <w:rPr>
          <w:sz w:val="28"/>
          <w:szCs w:val="28"/>
        </w:rPr>
        <w:t>vedere</w:t>
      </w:r>
      <w:proofErr w:type="spellEnd"/>
      <w:r w:rsidR="00000000" w:rsidRPr="00EC27B9">
        <w:rPr>
          <w:sz w:val="28"/>
          <w:szCs w:val="28"/>
        </w:rPr>
        <w:t xml:space="preserve"> juridic, administrativ și al oportunității, proiectul poate fi </w:t>
      </w:r>
      <w:proofErr w:type="spellStart"/>
      <w:r w:rsidR="00000000" w:rsidRPr="00EC27B9">
        <w:rPr>
          <w:sz w:val="28"/>
          <w:szCs w:val="28"/>
        </w:rPr>
        <w:t>supus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dezbaterii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și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aprobării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Consiliului</w:t>
      </w:r>
      <w:proofErr w:type="spellEnd"/>
      <w:r w:rsidR="00000000" w:rsidRPr="00EC27B9">
        <w:rPr>
          <w:sz w:val="28"/>
          <w:szCs w:val="28"/>
        </w:rPr>
        <w:t xml:space="preserve"> Local al </w:t>
      </w:r>
      <w:proofErr w:type="spellStart"/>
      <w:r w:rsidR="00000000" w:rsidRPr="00EC27B9">
        <w:rPr>
          <w:sz w:val="28"/>
          <w:szCs w:val="28"/>
        </w:rPr>
        <w:t>Comunei</w:t>
      </w:r>
      <w:proofErr w:type="spellEnd"/>
      <w:r w:rsidR="00000000" w:rsidRPr="00EC27B9">
        <w:rPr>
          <w:sz w:val="28"/>
          <w:szCs w:val="28"/>
        </w:rPr>
        <w:t xml:space="preserve"> </w:t>
      </w:r>
      <w:proofErr w:type="spellStart"/>
      <w:r w:rsidR="00000000" w:rsidRPr="00EC27B9">
        <w:rPr>
          <w:sz w:val="28"/>
          <w:szCs w:val="28"/>
        </w:rPr>
        <w:t>Racovița</w:t>
      </w:r>
      <w:proofErr w:type="spellEnd"/>
      <w:r w:rsidR="00000000" w:rsidRPr="00EC27B9">
        <w:rPr>
          <w:sz w:val="28"/>
          <w:szCs w:val="28"/>
        </w:rPr>
        <w:t>.</w:t>
      </w:r>
    </w:p>
    <w:p w14:paraId="08334EB4" w14:textId="77777777" w:rsidR="00EC27B9" w:rsidRPr="00EC27B9" w:rsidRDefault="00EC27B9" w:rsidP="00EC27B9">
      <w:pPr>
        <w:jc w:val="both"/>
        <w:rPr>
          <w:sz w:val="28"/>
          <w:szCs w:val="28"/>
        </w:rPr>
      </w:pPr>
    </w:p>
    <w:p w14:paraId="1B4CAE96" w14:textId="77777777" w:rsidR="00EC27B9" w:rsidRDefault="00000000">
      <w:pPr>
        <w:rPr>
          <w:sz w:val="28"/>
          <w:szCs w:val="28"/>
        </w:rPr>
      </w:pPr>
      <w:r w:rsidRPr="00EC27B9">
        <w:rPr>
          <w:sz w:val="28"/>
          <w:szCs w:val="28"/>
        </w:rPr>
        <w:t>SECRETAR GENERAL,</w:t>
      </w:r>
    </w:p>
    <w:p w14:paraId="618F2577" w14:textId="13B17E73" w:rsidR="00C625E3" w:rsidRPr="00EC27B9" w:rsidRDefault="00000000">
      <w:pPr>
        <w:rPr>
          <w:sz w:val="28"/>
          <w:szCs w:val="28"/>
        </w:rPr>
      </w:pPr>
      <w:r w:rsidRPr="00EC27B9">
        <w:rPr>
          <w:sz w:val="28"/>
          <w:szCs w:val="28"/>
        </w:rPr>
        <w:t xml:space="preserve">Amanda-Violeta </w:t>
      </w:r>
      <w:proofErr w:type="spellStart"/>
      <w:r w:rsidRPr="00EC27B9">
        <w:rPr>
          <w:sz w:val="28"/>
          <w:szCs w:val="28"/>
        </w:rPr>
        <w:t>Lomora</w:t>
      </w:r>
      <w:proofErr w:type="spellEnd"/>
    </w:p>
    <w:sectPr w:rsidR="00C625E3" w:rsidRPr="00EC27B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4200269">
    <w:abstractNumId w:val="8"/>
  </w:num>
  <w:num w:numId="2" w16cid:durableId="1482194370">
    <w:abstractNumId w:val="6"/>
  </w:num>
  <w:num w:numId="3" w16cid:durableId="1791823053">
    <w:abstractNumId w:val="5"/>
  </w:num>
  <w:num w:numId="4" w16cid:durableId="1376659149">
    <w:abstractNumId w:val="4"/>
  </w:num>
  <w:num w:numId="5" w16cid:durableId="1414745658">
    <w:abstractNumId w:val="7"/>
  </w:num>
  <w:num w:numId="6" w16cid:durableId="180045719">
    <w:abstractNumId w:val="3"/>
  </w:num>
  <w:num w:numId="7" w16cid:durableId="412362636">
    <w:abstractNumId w:val="2"/>
  </w:num>
  <w:num w:numId="8" w16cid:durableId="1002389565">
    <w:abstractNumId w:val="1"/>
  </w:num>
  <w:num w:numId="9" w16cid:durableId="2135827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2FB7"/>
    <w:rsid w:val="00AA1D8D"/>
    <w:rsid w:val="00B47730"/>
    <w:rsid w:val="00C625E3"/>
    <w:rsid w:val="00CB0664"/>
    <w:rsid w:val="00EC27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0CEA84"/>
  <w14:defaultImageDpi w14:val="300"/>
  <w15:docId w15:val="{A8C7D73D-1C51-4D18-B9B3-AAAA4204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2026-05-28T07:20:00Z</dcterms:created>
  <dcterms:modified xsi:type="dcterms:W3CDTF">2026-05-28T07:20:00Z</dcterms:modified>
  <cp:category/>
</cp:coreProperties>
</file>