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141B4" w14:textId="39A3ED62" w:rsidR="00DE44B8" w:rsidRPr="00F01854" w:rsidRDefault="009A4DD5" w:rsidP="002464C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F01854">
        <w:rPr>
          <w:rFonts w:ascii="Times New Roman" w:hAnsi="Times New Roman" w:cs="Times New Roman"/>
          <w:sz w:val="20"/>
          <w:szCs w:val="20"/>
        </w:rPr>
        <w:t xml:space="preserve">ANEXA </w:t>
      </w:r>
      <w:r w:rsidR="00DB46F3" w:rsidRPr="00F01854">
        <w:rPr>
          <w:rFonts w:ascii="Times New Roman" w:hAnsi="Times New Roman" w:cs="Times New Roman"/>
          <w:sz w:val="20"/>
          <w:szCs w:val="20"/>
        </w:rPr>
        <w:t>la</w:t>
      </w:r>
      <w:r w:rsidR="00A377F2" w:rsidRPr="00F018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A377F2" w:rsidRPr="00F01854">
        <w:rPr>
          <w:rFonts w:ascii="Times New Roman" w:hAnsi="Times New Roman" w:cs="Times New Roman"/>
          <w:sz w:val="20"/>
          <w:szCs w:val="20"/>
        </w:rPr>
        <w:t>Proiect</w:t>
      </w:r>
      <w:proofErr w:type="spellEnd"/>
      <w:r w:rsidR="00DB46F3" w:rsidRPr="00F01854">
        <w:rPr>
          <w:rFonts w:ascii="Times New Roman" w:hAnsi="Times New Roman" w:cs="Times New Roman"/>
          <w:sz w:val="20"/>
          <w:szCs w:val="20"/>
        </w:rPr>
        <w:t xml:space="preserve"> </w:t>
      </w:r>
      <w:r w:rsidR="00A377F2" w:rsidRPr="00F01854">
        <w:rPr>
          <w:rFonts w:ascii="Times New Roman" w:hAnsi="Times New Roman" w:cs="Times New Roman"/>
          <w:sz w:val="20"/>
          <w:szCs w:val="20"/>
        </w:rPr>
        <w:t xml:space="preserve"> de</w:t>
      </w:r>
      <w:proofErr w:type="gramEnd"/>
      <w:r w:rsidR="00A377F2" w:rsidRPr="00F018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377F2" w:rsidRPr="00F01854">
        <w:rPr>
          <w:rFonts w:ascii="Times New Roman" w:hAnsi="Times New Roman" w:cs="Times New Roman"/>
          <w:sz w:val="20"/>
          <w:szCs w:val="20"/>
        </w:rPr>
        <w:t>hotărâre</w:t>
      </w:r>
      <w:proofErr w:type="spellEnd"/>
      <w:r w:rsidR="00A377F2" w:rsidRPr="00F01854">
        <w:rPr>
          <w:rFonts w:ascii="Times New Roman" w:hAnsi="Times New Roman" w:cs="Times New Roman"/>
          <w:sz w:val="20"/>
          <w:szCs w:val="20"/>
        </w:rPr>
        <w:t xml:space="preserve"> </w:t>
      </w:r>
      <w:r w:rsidR="00DB46F3" w:rsidRPr="00F01854">
        <w:rPr>
          <w:rFonts w:ascii="Times New Roman" w:hAnsi="Times New Roman" w:cs="Times New Roman"/>
          <w:sz w:val="20"/>
          <w:szCs w:val="20"/>
        </w:rPr>
        <w:t xml:space="preserve"> nr</w:t>
      </w:r>
      <w:r w:rsidR="0092271C" w:rsidRPr="00F01854">
        <w:rPr>
          <w:rFonts w:ascii="Times New Roman" w:hAnsi="Times New Roman" w:cs="Times New Roman"/>
          <w:sz w:val="20"/>
          <w:szCs w:val="20"/>
        </w:rPr>
        <w:t xml:space="preserve">. 47 </w:t>
      </w:r>
      <w:r w:rsidR="00A377F2" w:rsidRPr="00F01854">
        <w:rPr>
          <w:rFonts w:ascii="Times New Roman" w:hAnsi="Times New Roman" w:cs="Times New Roman"/>
          <w:sz w:val="20"/>
          <w:szCs w:val="20"/>
        </w:rPr>
        <w:t>/</w:t>
      </w:r>
      <w:r w:rsidR="0092271C" w:rsidRPr="00F01854">
        <w:rPr>
          <w:rFonts w:ascii="Times New Roman" w:hAnsi="Times New Roman" w:cs="Times New Roman"/>
          <w:sz w:val="20"/>
          <w:szCs w:val="20"/>
        </w:rPr>
        <w:t>02.09.2026</w:t>
      </w:r>
    </w:p>
    <w:bookmarkEnd w:id="0"/>
    <w:p w14:paraId="60D6A849" w14:textId="2602D0A3" w:rsidR="00CB2042" w:rsidRDefault="00CB2042" w:rsidP="002464C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50AC811" w14:textId="77777777" w:rsidR="00CB2042" w:rsidRDefault="00CB2042" w:rsidP="002464C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76113D9" w14:textId="77777777" w:rsidR="00A377F2" w:rsidRPr="00350E75" w:rsidRDefault="00A377F2" w:rsidP="002464C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4326957" w14:textId="77777777" w:rsidR="00DE44B8" w:rsidRPr="003F6207" w:rsidRDefault="009A4DD5" w:rsidP="00246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6207">
        <w:rPr>
          <w:rFonts w:ascii="Times New Roman" w:hAnsi="Times New Roman" w:cs="Times New Roman"/>
          <w:b/>
          <w:bCs/>
          <w:sz w:val="24"/>
          <w:szCs w:val="24"/>
        </w:rPr>
        <w:t>REGULAMENT</w:t>
      </w:r>
    </w:p>
    <w:p w14:paraId="134B9E0C" w14:textId="77777777" w:rsidR="0092271C" w:rsidRDefault="009A4DD5" w:rsidP="00246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F6207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condițiile</w:t>
      </w:r>
      <w:proofErr w:type="spellEnd"/>
      <w:proofErr w:type="gram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autorizare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funcționare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a  </w:t>
      </w:r>
      <w:proofErr w:type="spellStart"/>
      <w:r w:rsidRPr="003F6207">
        <w:rPr>
          <w:rFonts w:ascii="Times New Roman" w:hAnsi="Times New Roman" w:cs="Times New Roman"/>
          <w:b/>
          <w:bCs/>
          <w:sz w:val="24"/>
          <w:szCs w:val="24"/>
        </w:rPr>
        <w:t>activităților</w:t>
      </w:r>
      <w:proofErr w:type="spellEnd"/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3F6207">
        <w:rPr>
          <w:rFonts w:ascii="Times New Roman" w:hAnsi="Times New Roman" w:cs="Times New Roman"/>
          <w:b/>
          <w:bCs/>
          <w:sz w:val="24"/>
          <w:szCs w:val="24"/>
        </w:rPr>
        <w:t>jocuri</w:t>
      </w:r>
      <w:proofErr w:type="spellEnd"/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3F6207">
        <w:rPr>
          <w:rFonts w:ascii="Times New Roman" w:hAnsi="Times New Roman" w:cs="Times New Roman"/>
          <w:b/>
          <w:bCs/>
          <w:sz w:val="24"/>
          <w:szCs w:val="24"/>
        </w:rPr>
        <w:t>noroc</w:t>
      </w:r>
      <w:proofErr w:type="spellEnd"/>
    </w:p>
    <w:p w14:paraId="7306A326" w14:textId="15204D8C" w:rsidR="002464C6" w:rsidRDefault="009A4DD5" w:rsidP="00246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activități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loto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activități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de tip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pariuri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sportive –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locații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2271C">
        <w:rPr>
          <w:rFonts w:ascii="Times New Roman" w:hAnsi="Times New Roman" w:cs="Times New Roman"/>
          <w:b/>
          <w:bCs/>
          <w:sz w:val="24"/>
          <w:szCs w:val="24"/>
        </w:rPr>
        <w:t>fizice</w:t>
      </w:r>
      <w:proofErr w:type="spellEnd"/>
      <w:r w:rsidR="00922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FFE501" w14:textId="19AA1FA0" w:rsidR="00DE44B8" w:rsidRDefault="009A4DD5" w:rsidP="00246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pe </w:t>
      </w:r>
      <w:proofErr w:type="spellStart"/>
      <w:r w:rsidRPr="003F6207">
        <w:rPr>
          <w:rFonts w:ascii="Times New Roman" w:hAnsi="Times New Roman" w:cs="Times New Roman"/>
          <w:b/>
          <w:bCs/>
          <w:sz w:val="24"/>
          <w:szCs w:val="24"/>
        </w:rPr>
        <w:t>teritoriul</w:t>
      </w:r>
      <w:proofErr w:type="spellEnd"/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6207">
        <w:rPr>
          <w:rFonts w:ascii="Times New Roman" w:hAnsi="Times New Roman" w:cs="Times New Roman"/>
          <w:b/>
          <w:bCs/>
          <w:sz w:val="24"/>
          <w:szCs w:val="24"/>
        </w:rPr>
        <w:t>Comunei</w:t>
      </w:r>
      <w:proofErr w:type="spellEnd"/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464C6">
        <w:rPr>
          <w:rFonts w:ascii="Times New Roman" w:hAnsi="Times New Roman" w:cs="Times New Roman"/>
          <w:b/>
          <w:bCs/>
          <w:sz w:val="24"/>
          <w:szCs w:val="24"/>
        </w:rPr>
        <w:t>Tomșani</w:t>
      </w:r>
      <w:proofErr w:type="spellEnd"/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F6207">
        <w:rPr>
          <w:rFonts w:ascii="Times New Roman" w:hAnsi="Times New Roman" w:cs="Times New Roman"/>
          <w:b/>
          <w:bCs/>
          <w:sz w:val="24"/>
          <w:szCs w:val="24"/>
        </w:rPr>
        <w:t>județul</w:t>
      </w:r>
      <w:proofErr w:type="spellEnd"/>
      <w:r w:rsidRPr="003F6207">
        <w:rPr>
          <w:rFonts w:ascii="Times New Roman" w:hAnsi="Times New Roman" w:cs="Times New Roman"/>
          <w:b/>
          <w:bCs/>
          <w:sz w:val="24"/>
          <w:szCs w:val="24"/>
        </w:rPr>
        <w:t xml:space="preserve"> Prahova</w:t>
      </w:r>
    </w:p>
    <w:p w14:paraId="2E8C02BC" w14:textId="4C51B652" w:rsidR="00CB2042" w:rsidRDefault="00CB2042" w:rsidP="00246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C4153" w14:textId="77777777" w:rsidR="00CB2042" w:rsidRPr="003F6207" w:rsidRDefault="00CB2042" w:rsidP="002464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BB21A" w14:textId="77777777" w:rsidR="00DE44B8" w:rsidRPr="003F6207" w:rsidRDefault="00DE44B8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C45EB" w14:textId="76737FA5" w:rsidR="00DE44B8" w:rsidRPr="00B253BE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 xml:space="preserve">CAPITOLUL I - </w:t>
      </w:r>
      <w:proofErr w:type="spellStart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>Dispoziții</w:t>
      </w:r>
      <w:proofErr w:type="spellEnd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>generale</w:t>
      </w:r>
      <w:proofErr w:type="spellEnd"/>
    </w:p>
    <w:p w14:paraId="28D3243C" w14:textId="18C1905C" w:rsidR="00DE44B8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4DD5" w:rsidRPr="003F62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r w:rsidR="00CB204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</w:rPr>
        <w:t>loto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</w:rPr>
        <w:t>pariuri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</w:rPr>
        <w:t xml:space="preserve"> sportive</w:t>
      </w:r>
      <w:r w:rsidR="00CB2042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Tomșani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Prahova.</w:t>
      </w:r>
    </w:p>
    <w:p w14:paraId="54CBD045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1DFCC" w14:textId="2A01BF69" w:rsidR="00DE44B8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desfășurate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operatori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economici care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dețin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valabile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anuală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locale.</w:t>
      </w:r>
    </w:p>
    <w:p w14:paraId="2018D88B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BEC44" w14:textId="57FDEE29" w:rsidR="00187835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Art. 3.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r w:rsidR="00187835" w:rsidRPr="00187835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Tomșani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se permit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desfășurate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locații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187835" w:rsidRPr="00187835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="00187835" w:rsidRPr="00187835">
        <w:rPr>
          <w:rFonts w:ascii="Times New Roman" w:hAnsi="Times New Roman" w:cs="Times New Roman"/>
          <w:sz w:val="24"/>
          <w:szCs w:val="24"/>
        </w:rPr>
        <w:t>:</w:t>
      </w:r>
    </w:p>
    <w:p w14:paraId="43A68CB6" w14:textId="05EC664E" w:rsidR="002464C6" w:rsidRPr="002464C6" w:rsidRDefault="002464C6" w:rsidP="002464C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64C6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246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4C6">
        <w:rPr>
          <w:rFonts w:ascii="Times New Roman" w:hAnsi="Times New Roman" w:cs="Times New Roman"/>
          <w:sz w:val="24"/>
          <w:szCs w:val="24"/>
        </w:rPr>
        <w:t>loto</w:t>
      </w:r>
      <w:proofErr w:type="spellEnd"/>
      <w:r w:rsidRPr="002464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64C6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2464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464C6">
        <w:rPr>
          <w:rFonts w:ascii="Times New Roman" w:hAnsi="Times New Roman" w:cs="Times New Roman"/>
          <w:sz w:val="24"/>
          <w:szCs w:val="24"/>
        </w:rPr>
        <w:t>Compania</w:t>
      </w:r>
      <w:proofErr w:type="spellEnd"/>
      <w:r w:rsidRPr="00246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4C6">
        <w:rPr>
          <w:rFonts w:ascii="Times New Roman" w:hAnsi="Times New Roman" w:cs="Times New Roman"/>
          <w:sz w:val="24"/>
          <w:szCs w:val="24"/>
        </w:rPr>
        <w:t>Națională</w:t>
      </w:r>
      <w:proofErr w:type="spellEnd"/>
      <w:r w:rsidRPr="002464C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2464C6">
        <w:rPr>
          <w:rFonts w:ascii="Times New Roman" w:hAnsi="Times New Roman" w:cs="Times New Roman"/>
          <w:sz w:val="24"/>
          <w:szCs w:val="24"/>
        </w:rPr>
        <w:t>Loteria</w:t>
      </w:r>
      <w:proofErr w:type="spellEnd"/>
      <w:r w:rsidRPr="00246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4C6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2464C6">
        <w:rPr>
          <w:rFonts w:ascii="Times New Roman" w:hAnsi="Times New Roman" w:cs="Times New Roman"/>
          <w:sz w:val="24"/>
          <w:szCs w:val="24"/>
        </w:rPr>
        <w:t>” – S.A.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2CFC14" w14:textId="6CCF50B9" w:rsidR="00CB2042" w:rsidRPr="00CB2042" w:rsidRDefault="00187835" w:rsidP="00CB204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204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CB2042">
        <w:rPr>
          <w:rFonts w:ascii="Times New Roman" w:hAnsi="Times New Roman" w:cs="Times New Roman"/>
          <w:sz w:val="24"/>
          <w:szCs w:val="24"/>
        </w:rPr>
        <w:t xml:space="preserve"> de tip </w:t>
      </w:r>
      <w:proofErr w:type="spellStart"/>
      <w:r w:rsidRPr="00CB2042">
        <w:rPr>
          <w:rFonts w:ascii="Times New Roman" w:hAnsi="Times New Roman" w:cs="Times New Roman"/>
          <w:sz w:val="24"/>
          <w:szCs w:val="24"/>
        </w:rPr>
        <w:t>pariuri</w:t>
      </w:r>
      <w:proofErr w:type="spellEnd"/>
      <w:r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2042">
        <w:rPr>
          <w:rFonts w:ascii="Times New Roman" w:hAnsi="Times New Roman" w:cs="Times New Roman"/>
          <w:sz w:val="24"/>
          <w:szCs w:val="24"/>
        </w:rPr>
        <w:t>sportive</w:t>
      </w:r>
      <w:r w:rsidR="00CB2042" w:rsidRPr="00CB20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autorizaț</w:t>
      </w:r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proofErr w:type="spellEnd"/>
      <w:proofErr w:type="gram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conform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legii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prevăzute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art. 10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litera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”a , ”b”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”h” din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Ordonanţa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urgență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Guvernului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nr. 77/2009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exploatarea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jocurilor</w:t>
      </w:r>
      <w:proofErr w:type="spellEnd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CB2042" w:rsidRPr="00CB2042">
        <w:rPr>
          <w:rFonts w:ascii="Times New Roman" w:hAnsi="Times New Roman" w:cs="Times New Roman"/>
          <w:sz w:val="24"/>
          <w:szCs w:val="24"/>
          <w:shd w:val="clear" w:color="auto" w:fill="FFFFFF"/>
        </w:rPr>
        <w:t>noroc</w:t>
      </w:r>
      <w:proofErr w:type="spellEnd"/>
      <w:r w:rsidR="002464C6" w:rsidRPr="00CB20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937251" w14:textId="74380537" w:rsidR="00DE44B8" w:rsidRPr="00CB2042" w:rsidRDefault="002464C6" w:rsidP="00CB2042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B204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8958C22" w14:textId="403AF0CC" w:rsidR="00DE44B8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Art. 4.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oricăror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tipuri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cum sunt definite la art. 10 din OUG nr. 77/2009, cu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E5" w:rsidRPr="00455FE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455FE5" w:rsidRPr="00455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Tomșani</w:t>
      </w:r>
      <w:proofErr w:type="spellEnd"/>
      <w:r w:rsidR="00CB2042">
        <w:rPr>
          <w:rFonts w:ascii="Times New Roman" w:hAnsi="Times New Roman" w:cs="Times New Roman"/>
          <w:sz w:val="24"/>
          <w:szCs w:val="24"/>
        </w:rPr>
        <w:t>.</w:t>
      </w:r>
    </w:p>
    <w:p w14:paraId="303492F5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DADD3" w14:textId="1057B1EC" w:rsidR="00DE44B8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elaborat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cu OUG nr. 77/2009, OUG nr. 57/2019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nr. 227/2015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fiscal, OG nr. 2/2001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contravențiilor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nr. 61/1991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normative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incidente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0F516AF4" w14:textId="77777777" w:rsidR="002464C6" w:rsidRPr="003F6207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1ED94" w14:textId="1573A398" w:rsidR="00DE44B8" w:rsidRPr="00B253BE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 xml:space="preserve">CAPITOLUL II - </w:t>
      </w:r>
      <w:proofErr w:type="spellStart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>Definiții</w:t>
      </w:r>
      <w:proofErr w:type="spellEnd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 xml:space="preserve"> reguli de </w:t>
      </w:r>
      <w:proofErr w:type="spellStart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>interpretare</w:t>
      </w:r>
      <w:proofErr w:type="spellEnd"/>
    </w:p>
    <w:p w14:paraId="09C432F7" w14:textId="307420C6" w:rsidR="00DE44B8" w:rsidRPr="003F6207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sensul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expresiile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semnificații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:</w:t>
      </w:r>
    </w:p>
    <w:p w14:paraId="46E3EC4C" w14:textId="4E26E4FB" w:rsidR="00DE44B8" w:rsidRPr="003F6207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30ECECC9" w14:textId="38056814" w:rsidR="00DE44B8" w:rsidRPr="003F6207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destinată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rezultată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schița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includ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spațiile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deservire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directă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4DD5" w:rsidRPr="003F62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includ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regulă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spațiile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grupurile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depozitele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care nu sunt destinate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publicul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0C44B84F" w14:textId="687BC651" w:rsidR="00DE44B8" w:rsidRPr="003F6207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-operator economic -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juridică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licențiată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organizeze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exploateze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435F67A5" w14:textId="6BF69A77" w:rsidR="00DE44B8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distinct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relație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publicul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6E90C2C9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80094" w14:textId="00FFEE86" w:rsidR="00DE44B8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Comercializarea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magazin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general,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lozurilor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biletelor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loto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Companiei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Loteria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» - S.A. nu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consideră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însăși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distinctă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dedicat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4DD5" w:rsidRPr="003F62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756E486B" w14:textId="77777777" w:rsidR="002464C6" w:rsidRPr="003F6207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B0D3A" w14:textId="2037FAF4" w:rsidR="00DE44B8" w:rsidRPr="00B253BE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 xml:space="preserve">CAPITOLUL III - </w:t>
      </w:r>
      <w:proofErr w:type="spellStart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>Autorizarea</w:t>
      </w:r>
      <w:proofErr w:type="spellEnd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4DD5" w:rsidRPr="00B253BE">
        <w:rPr>
          <w:rFonts w:ascii="Times New Roman" w:hAnsi="Times New Roman" w:cs="Times New Roman"/>
          <w:b/>
          <w:bCs/>
          <w:sz w:val="24"/>
          <w:szCs w:val="24"/>
        </w:rPr>
        <w:t>activității</w:t>
      </w:r>
      <w:proofErr w:type="spellEnd"/>
    </w:p>
    <w:p w14:paraId="23972D48" w14:textId="08FD9BD9" w:rsidR="00DE44B8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r w:rsidR="0094536B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Tomșani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condiționată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obținerea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prealabilă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4DD5" w:rsidRPr="003F62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anuale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1398AF9F" w14:textId="428D8717" w:rsidR="0094536B" w:rsidRDefault="002464C6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4536B" w:rsidRPr="00185D71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acord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185D71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185D71" w:rsidRPr="00185D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emite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84919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="00F84919">
        <w:rPr>
          <w:rFonts w:ascii="Times New Roman" w:hAnsi="Times New Roman" w:cs="Times New Roman"/>
          <w:sz w:val="24"/>
          <w:szCs w:val="24"/>
        </w:rPr>
        <w:t xml:space="preserve"> </w:t>
      </w:r>
      <w:r w:rsidR="00185D7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proofErr w:type="gram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85D71" w:rsidRPr="00D24959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185D71" w:rsidRPr="00D24959">
        <w:rPr>
          <w:rFonts w:ascii="Times New Roman" w:hAnsi="Times New Roman" w:cs="Times New Roman"/>
          <w:sz w:val="24"/>
          <w:szCs w:val="24"/>
        </w:rPr>
        <w:t>.</w:t>
      </w:r>
    </w:p>
    <w:p w14:paraId="4A8450C0" w14:textId="77777777" w:rsidR="00CB2042" w:rsidRPr="00D24959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B0FA5F" w14:textId="48FBCFC0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r w:rsidR="001B2599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:</w:t>
      </w:r>
    </w:p>
    <w:p w14:paraId="3633F9FE" w14:textId="157710BB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tip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legal;</w:t>
      </w:r>
    </w:p>
    <w:p w14:paraId="030A4D5C" w14:textId="09A00181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licenței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3D466BDC" w14:textId="5EF040BB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4DD5" w:rsidRPr="003F62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jocurilor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51A49B8F" w14:textId="2BD0E204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Oficiul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Registrului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Comerțului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echivalent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operatorului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32F0961D" w14:textId="4CD19685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administrare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locațiune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52BBB638" w14:textId="47FB653F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schița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destinată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064A5A77" w14:textId="776B2214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6D7D2BB8" w14:textId="1EA8383F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achitării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76031D4A" w14:textId="511AB5F5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A4DD5" w:rsidRPr="003F62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datorii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restante la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local;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incendiu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).</w:t>
      </w:r>
    </w:p>
    <w:p w14:paraId="08C35A8A" w14:textId="77777777" w:rsidR="00CB2042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78C00" w14:textId="49750E23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641" w:rsidRPr="00D24959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C34641" w:rsidRPr="00D24959">
        <w:rPr>
          <w:rFonts w:ascii="Times New Roman" w:hAnsi="Times New Roman" w:cs="Times New Roman"/>
          <w:sz w:val="24"/>
          <w:szCs w:val="24"/>
        </w:rPr>
        <w:t xml:space="preserve"> </w:t>
      </w:r>
      <w:r w:rsidR="00C34641" w:rsidRPr="00D2495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="00C3464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641" w:rsidRPr="00D24959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C3464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4641" w:rsidRPr="00D24959">
        <w:rPr>
          <w:rFonts w:ascii="Times New Roman" w:hAnsi="Times New Roman" w:cs="Times New Roman"/>
          <w:sz w:val="24"/>
          <w:szCs w:val="24"/>
        </w:rPr>
        <w:t xml:space="preserve">locale </w:t>
      </w:r>
      <w:r w:rsidR="00081802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proofErr w:type="gram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documentația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depusă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emitere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respingere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regulamentare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>.</w:t>
      </w:r>
    </w:p>
    <w:p w14:paraId="2AAC42C9" w14:textId="77777777" w:rsidR="00CB2042" w:rsidRPr="00D24959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2E067" w14:textId="2D8AEC57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959"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documentația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incompletă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notificat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de 5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completare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de 5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641" w:rsidRPr="00D24959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C34641" w:rsidRPr="00D24959">
        <w:rPr>
          <w:rFonts w:ascii="Times New Roman" w:hAnsi="Times New Roman" w:cs="Times New Roman"/>
          <w:sz w:val="24"/>
          <w:szCs w:val="24"/>
        </w:rPr>
        <w:t xml:space="preserve"> </w:t>
      </w:r>
      <w:r w:rsidR="00C34641" w:rsidRPr="00D2495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="00C3464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641" w:rsidRPr="00D24959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C34641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4641" w:rsidRPr="00D24959">
        <w:rPr>
          <w:rFonts w:ascii="Times New Roman" w:hAnsi="Times New Roman" w:cs="Times New Roman"/>
          <w:sz w:val="24"/>
          <w:szCs w:val="24"/>
        </w:rPr>
        <w:t xml:space="preserve">locale  </w:t>
      </w:r>
      <w:proofErr w:type="spellStart"/>
      <w:r w:rsidR="009A4DD5" w:rsidRPr="00D24959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proofErr w:type="gramEnd"/>
      <w:r w:rsidR="009A4DD5" w:rsidRPr="00D24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referat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respingere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45999ED8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78165" w14:textId="3F53246C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r w:rsidR="00FC01E8">
        <w:rPr>
          <w:rFonts w:ascii="Times New Roman" w:hAnsi="Times New Roman" w:cs="Times New Roman"/>
          <w:sz w:val="24"/>
          <w:szCs w:val="24"/>
        </w:rPr>
        <w:t>(1)</w:t>
      </w:r>
      <w:r w:rsidR="002E5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D3747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4BFD" w:rsidRPr="006D4BFD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6D4BFD">
        <w:rPr>
          <w:rFonts w:ascii="Times New Roman" w:hAnsi="Times New Roman" w:cs="Times New Roman"/>
          <w:sz w:val="24"/>
          <w:szCs w:val="24"/>
        </w:rPr>
        <w:t xml:space="preserve"> 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locație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emiterii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726BDF72" w14:textId="57489F81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C01E8">
        <w:rPr>
          <w:rFonts w:ascii="Times New Roman" w:hAnsi="Times New Roman" w:cs="Times New Roman"/>
          <w:sz w:val="24"/>
          <w:szCs w:val="24"/>
        </w:rPr>
        <w:t>(2)</w:t>
      </w:r>
      <w:r w:rsidR="00F37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reînnoită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an de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autorizare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, taxa se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calcula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proporțional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31C6D5D6" w14:textId="316FAB1F" w:rsidR="00BC2839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C2839" w:rsidRPr="00BC2839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Refuzul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emiterii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D3747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37475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motivat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contestat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nr. 554/2004 a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contenciosului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839" w:rsidRPr="00BC2839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BC2839" w:rsidRPr="00BC2839">
        <w:rPr>
          <w:rFonts w:ascii="Times New Roman" w:hAnsi="Times New Roman" w:cs="Times New Roman"/>
          <w:sz w:val="24"/>
          <w:szCs w:val="24"/>
        </w:rPr>
        <w:t>.</w:t>
      </w:r>
    </w:p>
    <w:p w14:paraId="24049842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81DDD" w14:textId="7ADAA705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253BE" w:rsidRPr="00CB2042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esențiale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avute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suprafeței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utile,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naturii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îndată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actualizării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reautorizării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3146749C" w14:textId="77777777" w:rsidR="00E665B1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D5C67" w14:textId="069D98FD" w:rsidR="009C43FC" w:rsidRPr="00FC01E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741DBA" w:rsidRPr="00FC01E8">
        <w:rPr>
          <w:rFonts w:ascii="Times New Roman" w:hAnsi="Times New Roman" w:cs="Times New Roman"/>
          <w:b/>
          <w:bCs/>
          <w:sz w:val="24"/>
          <w:szCs w:val="24"/>
        </w:rPr>
        <w:t xml:space="preserve">CAPITOLUL IV - </w:t>
      </w:r>
      <w:proofErr w:type="spellStart"/>
      <w:r w:rsidR="009C43FC" w:rsidRPr="00FC01E8">
        <w:rPr>
          <w:rFonts w:ascii="Times New Roman" w:hAnsi="Times New Roman" w:cs="Times New Roman"/>
          <w:b/>
          <w:bCs/>
          <w:sz w:val="24"/>
          <w:szCs w:val="24"/>
        </w:rPr>
        <w:t>Zonarea</w:t>
      </w:r>
      <w:proofErr w:type="spellEnd"/>
      <w:r w:rsidR="009C43FC" w:rsidRPr="00FC01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C43FC" w:rsidRPr="00FC01E8">
        <w:rPr>
          <w:rFonts w:ascii="Times New Roman" w:hAnsi="Times New Roman" w:cs="Times New Roman"/>
          <w:b/>
          <w:bCs/>
          <w:sz w:val="24"/>
          <w:szCs w:val="24"/>
        </w:rPr>
        <w:t>activităților</w:t>
      </w:r>
      <w:proofErr w:type="spellEnd"/>
    </w:p>
    <w:p w14:paraId="30002DD5" w14:textId="7F531AB0" w:rsid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41DBA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C01E8" w:rsidRPr="00CB2042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741DBA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43FC" w:rsidRPr="00CB204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4536B">
        <w:rPr>
          <w:rFonts w:ascii="Times New Roman" w:hAnsi="Times New Roman" w:cs="Times New Roman"/>
          <w:sz w:val="24"/>
          <w:szCs w:val="24"/>
        </w:rPr>
        <w:t>1</w:t>
      </w:r>
      <w:r w:rsidR="009C43FC" w:rsidRPr="00794E77">
        <w:rPr>
          <w:rFonts w:ascii="Times New Roman" w:hAnsi="Times New Roman" w:cs="Times New Roman"/>
          <w:sz w:val="24"/>
          <w:szCs w:val="24"/>
        </w:rPr>
        <w:t>)</w:t>
      </w:r>
      <w:r w:rsid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condiționată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distanțe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amplasare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>:</w:t>
      </w:r>
    </w:p>
    <w:p w14:paraId="51A75ED4" w14:textId="166B09AF" w:rsid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F567E" w:rsidRPr="002F567E">
        <w:rPr>
          <w:rFonts w:ascii="Times New Roman" w:hAnsi="Times New Roman" w:cs="Times New Roman"/>
          <w:sz w:val="24"/>
          <w:szCs w:val="24"/>
        </w:rPr>
        <w:t xml:space="preserve">a) minimum 300 m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>;</w:t>
      </w:r>
    </w:p>
    <w:p w14:paraId="6E406EB3" w14:textId="0A43C2BD" w:rsid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F567E" w:rsidRPr="002F567E">
        <w:rPr>
          <w:rFonts w:ascii="Times New Roman" w:hAnsi="Times New Roman" w:cs="Times New Roman"/>
          <w:sz w:val="24"/>
          <w:szCs w:val="24"/>
        </w:rPr>
        <w:t xml:space="preserve">b) minimum 300 m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parcuri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locuri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joacă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>;</w:t>
      </w:r>
    </w:p>
    <w:p w14:paraId="19D56487" w14:textId="6CA59D51" w:rsid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F567E" w:rsidRPr="002F567E">
        <w:rPr>
          <w:rFonts w:ascii="Times New Roman" w:hAnsi="Times New Roman" w:cs="Times New Roman"/>
          <w:sz w:val="24"/>
          <w:szCs w:val="24"/>
        </w:rPr>
        <w:t xml:space="preserve">c) minimum 300 m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>;</w:t>
      </w:r>
    </w:p>
    <w:p w14:paraId="5C79E114" w14:textId="32356231" w:rsidR="002F567E" w:rsidRP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F567E" w:rsidRPr="002F567E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amplasamentul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nu fie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rezidențiale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>.</w:t>
      </w:r>
    </w:p>
    <w:p w14:paraId="4ABCA77D" w14:textId="2F705269" w:rsidR="002F567E" w:rsidRP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2F567E" w:rsidRPr="002F567E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Distanțele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. (1) se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măsoară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linie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dreaptă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aerian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”), pe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hartă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intrarea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principală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funcționează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protejat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>.</w:t>
      </w:r>
    </w:p>
    <w:p w14:paraId="42723D7A" w14:textId="7411B51F" w:rsid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567E" w:rsidRPr="002F567E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stabili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limitarea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locații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administrativ-teritoriale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67E" w:rsidRPr="002F567E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="002F567E" w:rsidRPr="002F567E">
        <w:rPr>
          <w:rFonts w:ascii="Times New Roman" w:hAnsi="Times New Roman" w:cs="Times New Roman"/>
          <w:sz w:val="24"/>
          <w:szCs w:val="24"/>
        </w:rPr>
        <w:t xml:space="preserve"> public local.</w:t>
      </w:r>
    </w:p>
    <w:p w14:paraId="665E64BD" w14:textId="77777777" w:rsidR="00E665B1" w:rsidRPr="002F567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E6E18" w14:textId="56A94781" w:rsidR="00DE44B8" w:rsidRPr="00FC01E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9A4DD5" w:rsidRPr="00FC01E8">
        <w:rPr>
          <w:rFonts w:ascii="Times New Roman" w:hAnsi="Times New Roman" w:cs="Times New Roman"/>
          <w:b/>
          <w:bCs/>
          <w:sz w:val="24"/>
          <w:szCs w:val="24"/>
        </w:rPr>
        <w:t xml:space="preserve">CAPITOLUL V - Taxa </w:t>
      </w:r>
      <w:proofErr w:type="spellStart"/>
      <w:r w:rsidR="009A4DD5" w:rsidRPr="00FC01E8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</w:p>
    <w:p w14:paraId="03E25B26" w14:textId="13547B8A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919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C01E8" w:rsidRPr="00CB2042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CB2042">
        <w:rPr>
          <w:rFonts w:ascii="Times New Roman" w:hAnsi="Times New Roman" w:cs="Times New Roman"/>
          <w:sz w:val="24"/>
          <w:szCs w:val="24"/>
        </w:rPr>
        <w:t xml:space="preserve"> Taxa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anuală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obținerea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locale de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de 100 lei/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/an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destinat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CB2042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9A4DD5" w:rsidRPr="00CB2042">
        <w:rPr>
          <w:rFonts w:ascii="Times New Roman" w:hAnsi="Times New Roman" w:cs="Times New Roman"/>
          <w:sz w:val="24"/>
          <w:szCs w:val="24"/>
        </w:rPr>
        <w:t>.</w:t>
      </w:r>
    </w:p>
    <w:p w14:paraId="2B141E8C" w14:textId="77777777" w:rsidR="00CB2042" w:rsidRPr="00CB2042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F7EC6" w14:textId="3DE4AA4A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C01E8" w:rsidRPr="00CB2042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luată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calcul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rezultată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operatorul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economic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verificate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0865B306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F2DB9" w14:textId="45F7EA7A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C01E8" w:rsidRPr="00CB2042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. </w:t>
      </w:r>
      <w:r w:rsidR="00FC01E8">
        <w:rPr>
          <w:rFonts w:ascii="Times New Roman" w:hAnsi="Times New Roman" w:cs="Times New Roman"/>
          <w:sz w:val="24"/>
          <w:szCs w:val="24"/>
        </w:rPr>
        <w:t xml:space="preserve">(1) 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anuală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achită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30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5EC9EA19" w14:textId="29C62DD0" w:rsidR="00DE44B8" w:rsidRPr="0078474F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C01E8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Neachitarea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A4B" w:rsidRPr="00E42A4B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E42A4B" w:rsidRPr="00E42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A4B" w:rsidRPr="00E42A4B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="00E42A4B" w:rsidRPr="00E42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A4B" w:rsidRPr="00E42A4B">
        <w:rPr>
          <w:rFonts w:ascii="Times New Roman" w:hAnsi="Times New Roman" w:cs="Times New Roman"/>
          <w:sz w:val="24"/>
          <w:szCs w:val="24"/>
        </w:rPr>
        <w:t>suspendarea</w:t>
      </w:r>
      <w:proofErr w:type="spellEnd"/>
      <w:r w:rsidR="00E42A4B" w:rsidRPr="00E42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A4B" w:rsidRPr="00E42A4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E42A4B" w:rsidRPr="00E42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A4B" w:rsidRPr="00E42A4B">
        <w:rPr>
          <w:rFonts w:ascii="Times New Roman" w:hAnsi="Times New Roman" w:cs="Times New Roman"/>
          <w:sz w:val="24"/>
          <w:szCs w:val="24"/>
        </w:rPr>
        <w:t>retragerea</w:t>
      </w:r>
      <w:proofErr w:type="spellEnd"/>
      <w:r w:rsidR="00E42A4B" w:rsidRPr="00E42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A4B" w:rsidRPr="00E42A4B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E42A4B" w:rsidRPr="00E42A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6097" w:rsidRPr="00AA609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AA6097" w:rsidRPr="00AA6097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="00AA6097" w:rsidRPr="00AA6097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AA6097" w:rsidRPr="00AA60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097" w:rsidRPr="00AA6097">
        <w:rPr>
          <w:rFonts w:ascii="Times New Roman" w:hAnsi="Times New Roman" w:cs="Times New Roman"/>
          <w:sz w:val="24"/>
          <w:szCs w:val="24"/>
        </w:rPr>
        <w:t>motivat</w:t>
      </w:r>
      <w:proofErr w:type="spellEnd"/>
      <w:r w:rsidR="00AA6097" w:rsidRPr="00AA60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097" w:rsidRPr="00AA6097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AA6097" w:rsidRPr="00AA60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6097" w:rsidRPr="00AA6097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AA6097">
        <w:rPr>
          <w:rFonts w:ascii="Times New Roman" w:hAnsi="Times New Roman" w:cs="Times New Roman"/>
          <w:sz w:val="24"/>
          <w:szCs w:val="24"/>
        </w:rPr>
        <w:t>.</w:t>
      </w:r>
    </w:p>
    <w:p w14:paraId="03269D66" w14:textId="4091B45D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C01E8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penalități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legislației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1E8" w:rsidRPr="003F6207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="00FC01E8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30C11CB1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0FD23" w14:textId="364B5B6A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C01E8" w:rsidRPr="00CB2042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care, pe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4DD5" w:rsidRPr="003F62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intervin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autorizată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, taxa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recalculează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38D5F576" w14:textId="77777777" w:rsidR="00E665B1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</w:p>
    <w:p w14:paraId="3C510FFB" w14:textId="7F264A6E" w:rsidR="00DE44B8" w:rsidRPr="008416DF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CAPITOLUL V</w:t>
      </w:r>
      <w:r w:rsidR="008416DF" w:rsidRPr="008416D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Drepturi</w:t>
      </w:r>
      <w:proofErr w:type="spellEnd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obligații</w:t>
      </w:r>
      <w:proofErr w:type="spellEnd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operatorilor</w:t>
      </w:r>
      <w:proofErr w:type="spellEnd"/>
    </w:p>
    <w:p w14:paraId="0CDED8B8" w14:textId="7B768205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416DF" w:rsidRPr="00CB2042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economici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desfășoare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licența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0C670436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CB7B9" w14:textId="2B2EEC0B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416DF" w:rsidRPr="00CB204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autorizați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obligații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principale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:</w:t>
      </w:r>
    </w:p>
    <w:p w14:paraId="3A912CD8" w14:textId="06979139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D55F3">
        <w:rPr>
          <w:rFonts w:ascii="Times New Roman" w:hAnsi="Times New Roman" w:cs="Times New Roman"/>
          <w:sz w:val="24"/>
          <w:szCs w:val="24"/>
        </w:rPr>
        <w:t>a)</w:t>
      </w:r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483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2E5483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achit</w:t>
      </w:r>
      <w:r w:rsidR="002E548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publicitatea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salubritatea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hotărârilor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Local.</w:t>
      </w:r>
    </w:p>
    <w:p w14:paraId="6E721EE0" w14:textId="6C4FF2FC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D55F3">
        <w:rPr>
          <w:rFonts w:ascii="Times New Roman" w:hAnsi="Times New Roman" w:cs="Times New Roman"/>
          <w:sz w:val="24"/>
          <w:szCs w:val="24"/>
        </w:rPr>
        <w:t>b)</w:t>
      </w:r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stabilească</w:t>
      </w:r>
      <w:proofErr w:type="spellEnd"/>
      <w:r w:rsidR="00200894">
        <w:rPr>
          <w:rFonts w:ascii="Times New Roman" w:hAnsi="Times New Roman" w:cs="Times New Roman"/>
          <w:sz w:val="24"/>
          <w:szCs w:val="24"/>
        </w:rPr>
        <w:t xml:space="preserve"> un</w:t>
      </w:r>
      <w:r w:rsidR="00CE02BC" w:rsidRPr="003F6207">
        <w:rPr>
          <w:rFonts w:ascii="Times New Roman" w:hAnsi="Times New Roman" w:cs="Times New Roman"/>
          <w:sz w:val="24"/>
          <w:szCs w:val="24"/>
        </w:rPr>
        <w:t xml:space="preserve"> program de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limitării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maxime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200894" w:rsidRPr="00200894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200894" w:rsidRPr="00200894">
        <w:rPr>
          <w:rFonts w:ascii="Times New Roman" w:hAnsi="Times New Roman" w:cs="Times New Roman"/>
          <w:sz w:val="24"/>
          <w:szCs w:val="24"/>
        </w:rPr>
        <w:t xml:space="preserve"> 22:00</w:t>
      </w:r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afișeze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vizibil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permită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mențină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curățenia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amplaseze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reclame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aviz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expună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mobilier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afara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despăgubească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prejudicii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2B17715C" w14:textId="7F2C97DF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D55F3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mențină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valabile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întreaga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02BC" w:rsidRPr="003F62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licența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3D64A52C" w14:textId="6631B92E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D55F3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afișeze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-un loc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vizibil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59215F27" w14:textId="553FE6FE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D55F3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permită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verificările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împuternicit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autorități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704C30A9" w14:textId="6319B10C" w:rsidR="00DE44B8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D55F3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comunice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schimbare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relevantă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autorizată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>;</w:t>
      </w:r>
    </w:p>
    <w:p w14:paraId="35F3A6E6" w14:textId="5847D3DD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D55F3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materia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ordinii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protecției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siguranței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2BC" w:rsidRPr="003F620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CE02BC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56979FDF" w14:textId="77777777" w:rsidR="00E665B1" w:rsidRPr="003F6207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6A7C9" w14:textId="5B0EA43A" w:rsidR="00DE44B8" w:rsidRPr="008416DF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CAPITOLUL VI</w:t>
      </w:r>
      <w:r w:rsidR="008416DF" w:rsidRPr="008416D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Perioada</w:t>
      </w:r>
      <w:proofErr w:type="spellEnd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tranzitorie</w:t>
      </w:r>
      <w:proofErr w:type="spellEnd"/>
    </w:p>
    <w:p w14:paraId="5DACBE3D" w14:textId="58FB3525" w:rsidR="00FD508D" w:rsidRP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Art. 21</w:t>
      </w:r>
      <w:r w:rsidR="00FD508D">
        <w:rPr>
          <w:rFonts w:ascii="Times New Roman" w:hAnsi="Times New Roman" w:cs="Times New Roman"/>
          <w:sz w:val="24"/>
          <w:szCs w:val="24"/>
        </w:rPr>
        <w:t>.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economici care, la data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intrării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permise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loto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pariuri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sportive) pot continua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autorizațiilor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deținute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</w:t>
      </w:r>
    </w:p>
    <w:p w14:paraId="470B1994" w14:textId="671951F9" w:rsid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. (1) se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aplică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art. XXXIX din OUG nr. 7/2026.</w:t>
      </w:r>
    </w:p>
    <w:p w14:paraId="516AACCD" w14:textId="77777777" w:rsidR="00CB2042" w:rsidRPr="00FD508D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5D162" w14:textId="1D78C391" w:rsidR="00FD508D" w:rsidRP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Art. 22.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economici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prevăzuți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la art. 21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. (1) au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expirării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autorizațiilor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deținute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</w:t>
      </w:r>
    </w:p>
    <w:p w14:paraId="565E89FF" w14:textId="04740B2B" w:rsid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elibera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permise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</w:t>
      </w:r>
    </w:p>
    <w:p w14:paraId="72DD2A2A" w14:textId="77777777" w:rsidR="00CB2042" w:rsidRPr="00FD508D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9EE0F" w14:textId="5B08FCB9" w:rsidR="00FD508D" w:rsidRP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Art. 23.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economici care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interzise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special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tip slot-machine) pot continua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autorizațiilor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deținute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intrării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</w:t>
      </w:r>
    </w:p>
    <w:p w14:paraId="1A7E98BB" w14:textId="29A77A48" w:rsid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autorizațiilor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. (1),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4C6">
        <w:rPr>
          <w:rFonts w:ascii="Times New Roman" w:hAnsi="Times New Roman" w:cs="Times New Roman"/>
          <w:sz w:val="24"/>
          <w:szCs w:val="24"/>
        </w:rPr>
        <w:t>Tomșani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</w:t>
      </w:r>
    </w:p>
    <w:p w14:paraId="190ADAB9" w14:textId="77777777" w:rsidR="00CB2042" w:rsidRPr="00FD508D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ACE33" w14:textId="291A23E6" w:rsidR="00FD508D" w:rsidRP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Art. 24.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economici care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încep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intrarea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FD508D" w:rsidRPr="00FD508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începerii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</w:t>
      </w:r>
    </w:p>
    <w:p w14:paraId="6C255197" w14:textId="5075B862" w:rsid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08D" w:rsidRPr="00FD508D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90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locale se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aplică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operatorilor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prevăzuți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 (1).</w:t>
      </w:r>
    </w:p>
    <w:p w14:paraId="4F2F64E3" w14:textId="77777777" w:rsidR="00CB2042" w:rsidRPr="00FD508D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1E2CD" w14:textId="6F8D3044" w:rsidR="00FD508D" w:rsidRPr="00FD508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Art. 25.</w:t>
      </w:r>
      <w:r w:rsid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obligației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obținere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508D" w:rsidRPr="00FD508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locale de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permise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imposibilitatea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08D" w:rsidRPr="00FD508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FD508D" w:rsidRPr="00FD508D">
        <w:rPr>
          <w:rFonts w:ascii="Times New Roman" w:hAnsi="Times New Roman" w:cs="Times New Roman"/>
          <w:sz w:val="24"/>
          <w:szCs w:val="24"/>
        </w:rPr>
        <w:t>.</w:t>
      </w:r>
    </w:p>
    <w:p w14:paraId="2738DE41" w14:textId="77777777" w:rsidR="00FD508D" w:rsidRPr="003F6207" w:rsidRDefault="00FD508D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C4C7B" w14:textId="1161D57F" w:rsidR="00DE44B8" w:rsidRPr="008416DF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CAPITOLUL VI</w:t>
      </w:r>
      <w:r w:rsidR="008416DF" w:rsidRPr="008416D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I - </w:t>
      </w:r>
      <w:proofErr w:type="spellStart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>Dispoziții</w:t>
      </w:r>
      <w:proofErr w:type="spellEnd"/>
      <w:r w:rsidR="009A4DD5" w:rsidRPr="008416DF">
        <w:rPr>
          <w:rFonts w:ascii="Times New Roman" w:hAnsi="Times New Roman" w:cs="Times New Roman"/>
          <w:b/>
          <w:bCs/>
          <w:sz w:val="24"/>
          <w:szCs w:val="24"/>
        </w:rPr>
        <w:t xml:space="preserve"> finale</w:t>
      </w:r>
    </w:p>
    <w:p w14:paraId="65FEF71A" w14:textId="683E37C6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416DF" w:rsidRPr="00CB20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tip slot-machine nu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autorizează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4C6">
        <w:rPr>
          <w:rFonts w:ascii="Times New Roman" w:hAnsi="Times New Roman" w:cs="Times New Roman"/>
          <w:sz w:val="24"/>
          <w:szCs w:val="24"/>
        </w:rPr>
        <w:t>Tomșani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35EE8291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D7CF9" w14:textId="1A13D423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8416DF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poliția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instituții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05BE05EE" w14:textId="77777777" w:rsidR="00CB2042" w:rsidRPr="003F6207" w:rsidRDefault="00CB204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F33A3" w14:textId="31909DB9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416DF" w:rsidRPr="00CB20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508D" w:rsidRPr="00CB204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A4DD5" w:rsidRPr="00CB20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r w:rsidR="0054753D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contravenții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>:</w:t>
      </w:r>
    </w:p>
    <w:p w14:paraId="247CB5DB" w14:textId="09B96194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autorizație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>;</w:t>
      </w:r>
    </w:p>
    <w:p w14:paraId="5F594A87" w14:textId="40A8B212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permiterea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locațiile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>;</w:t>
      </w:r>
    </w:p>
    <w:p w14:paraId="2E80A337" w14:textId="2AB42B0D" w:rsidR="006040EF" w:rsidRPr="006040EF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amplasare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distanțelor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la art. 14 din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40EF" w:rsidRPr="006040EF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6040EF" w:rsidRPr="006040EF">
        <w:rPr>
          <w:rFonts w:ascii="Times New Roman" w:hAnsi="Times New Roman" w:cs="Times New Roman"/>
          <w:sz w:val="24"/>
          <w:szCs w:val="24"/>
        </w:rPr>
        <w:t>;</w:t>
      </w:r>
    </w:p>
    <w:p w14:paraId="61D90061" w14:textId="4251E388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>;</w:t>
      </w:r>
    </w:p>
    <w:p w14:paraId="5CF06E04" w14:textId="2149FEDC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încălcarea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autorizația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>;</w:t>
      </w:r>
    </w:p>
    <w:p w14:paraId="0EB9750F" w14:textId="17440C98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refuzul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control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dispoziția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solicitate;</w:t>
      </w:r>
    </w:p>
    <w:p w14:paraId="7BCC7F9C" w14:textId="7212373A" w:rsid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neafișarea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la loc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vizibil</w:t>
      </w:r>
      <w:proofErr w:type="spellEnd"/>
      <w:r w:rsidR="00AE1932">
        <w:rPr>
          <w:rFonts w:ascii="Times New Roman" w:hAnsi="Times New Roman" w:cs="Times New Roman"/>
          <w:sz w:val="24"/>
          <w:szCs w:val="24"/>
        </w:rPr>
        <w:t>;</w:t>
      </w:r>
    </w:p>
    <w:p w14:paraId="7FDE2DF0" w14:textId="136C1F32" w:rsidR="00AE1932" w:rsidRPr="00AE1932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E1932" w:rsidRPr="00AE1932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declararea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suprafețe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reală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diminuării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932" w:rsidRPr="00AE1932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="00AE1932" w:rsidRPr="00AE1932">
        <w:rPr>
          <w:rFonts w:ascii="Times New Roman" w:hAnsi="Times New Roman" w:cs="Times New Roman"/>
          <w:sz w:val="24"/>
          <w:szCs w:val="24"/>
        </w:rPr>
        <w:t>.</w:t>
      </w:r>
    </w:p>
    <w:p w14:paraId="212F474E" w14:textId="062FA4A3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Contravențiile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. (1) se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sancționează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>:</w:t>
      </w:r>
    </w:p>
    <w:p w14:paraId="2DCF51BB" w14:textId="52FED86A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la lit. a)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b)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sancționează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amendă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la 4.000 lei la 5.000 lei;</w:t>
      </w:r>
    </w:p>
    <w:p w14:paraId="057F36F9" w14:textId="15C1327A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la lit. c)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e)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sancționează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cu 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amendă</w:t>
      </w:r>
      <w:proofErr w:type="spellEnd"/>
      <w:proofErr w:type="gram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la 3.000 lei la 5.000 lei;</w:t>
      </w:r>
    </w:p>
    <w:p w14:paraId="7C6C9F3B" w14:textId="65539819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la lit. d), f)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g)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sancționează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cu 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amendă</w:t>
      </w:r>
      <w:proofErr w:type="spellEnd"/>
      <w:proofErr w:type="gram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la 1.000 lei la 2.500 lei;</w:t>
      </w:r>
    </w:p>
    <w:p w14:paraId="3517409D" w14:textId="14EDE9D1" w:rsidR="00720C93" w:rsidRPr="00720C9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C93" w:rsidRPr="00720C93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faptele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de gravitate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redusă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avertismentului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93" w:rsidRPr="00720C93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20C93" w:rsidRPr="00720C93">
        <w:rPr>
          <w:rFonts w:ascii="Times New Roman" w:hAnsi="Times New Roman" w:cs="Times New Roman"/>
          <w:sz w:val="24"/>
          <w:szCs w:val="24"/>
        </w:rPr>
        <w:t>.</w:t>
      </w:r>
    </w:p>
    <w:p w14:paraId="18489108" w14:textId="1E390B03" w:rsidR="0054753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4753D" w:rsidRPr="0054753D">
        <w:rPr>
          <w:rFonts w:ascii="Times New Roman" w:hAnsi="Times New Roman" w:cs="Times New Roman"/>
          <w:sz w:val="24"/>
          <w:szCs w:val="24"/>
        </w:rPr>
        <w:t>(</w:t>
      </w:r>
      <w:r w:rsidR="003B0AE9">
        <w:rPr>
          <w:rFonts w:ascii="Times New Roman" w:hAnsi="Times New Roman" w:cs="Times New Roman"/>
          <w:sz w:val="24"/>
          <w:szCs w:val="24"/>
        </w:rPr>
        <w:t>4</w:t>
      </w:r>
      <w:r w:rsidR="0054753D" w:rsidRPr="0054753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Constatarea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contravențiilor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sancțiunilor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polițiștii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locali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Poliției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Locale a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4C6">
        <w:rPr>
          <w:rFonts w:ascii="Times New Roman" w:hAnsi="Times New Roman" w:cs="Times New Roman"/>
          <w:sz w:val="24"/>
          <w:szCs w:val="24"/>
        </w:rPr>
        <w:t>Tomșani</w:t>
      </w:r>
      <w:proofErr w:type="spellEnd"/>
      <w:r w:rsidR="0054753D" w:rsidRPr="00F32D1E">
        <w:rPr>
          <w:rFonts w:ascii="Times New Roman" w:hAnsi="Times New Roman" w:cs="Times New Roman"/>
          <w:sz w:val="24"/>
          <w:szCs w:val="24"/>
        </w:rPr>
        <w:t>.</w:t>
      </w:r>
    </w:p>
    <w:p w14:paraId="79FF6F25" w14:textId="559ED315" w:rsidR="004A4E23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A4E23" w:rsidRPr="004A4E23">
        <w:rPr>
          <w:rFonts w:ascii="Times New Roman" w:hAnsi="Times New Roman" w:cs="Times New Roman"/>
          <w:sz w:val="24"/>
          <w:szCs w:val="24"/>
        </w:rPr>
        <w:t>(</w:t>
      </w:r>
      <w:r w:rsidR="003B0AE9">
        <w:rPr>
          <w:rFonts w:ascii="Times New Roman" w:hAnsi="Times New Roman" w:cs="Times New Roman"/>
          <w:sz w:val="24"/>
          <w:szCs w:val="24"/>
        </w:rPr>
        <w:t>5</w:t>
      </w:r>
      <w:r w:rsidR="004A4E23" w:rsidRPr="004A4E2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articol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OG nr. 2/2001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juridic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contravențiilor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E23" w:rsidRPr="004A4E23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4A4E23" w:rsidRPr="004A4E23">
        <w:rPr>
          <w:rFonts w:ascii="Times New Roman" w:hAnsi="Times New Roman" w:cs="Times New Roman"/>
          <w:sz w:val="24"/>
          <w:szCs w:val="24"/>
        </w:rPr>
        <w:t>.</w:t>
      </w:r>
    </w:p>
    <w:p w14:paraId="4EF98958" w14:textId="6AFFCB82" w:rsidR="00F32D1E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32D1E" w:rsidRPr="00F32D1E">
        <w:rPr>
          <w:rFonts w:ascii="Times New Roman" w:hAnsi="Times New Roman" w:cs="Times New Roman"/>
          <w:sz w:val="24"/>
          <w:szCs w:val="24"/>
        </w:rPr>
        <w:t xml:space="preserve">(6)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sancțiunii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contravenționale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înlătură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dispunerii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măsurii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complementare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suspendare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retragere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2D1E" w:rsidRPr="00F32D1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D1E" w:rsidRPr="00F32D1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F32D1E" w:rsidRPr="00F32D1E">
        <w:rPr>
          <w:rFonts w:ascii="Times New Roman" w:hAnsi="Times New Roman" w:cs="Times New Roman"/>
          <w:sz w:val="24"/>
          <w:szCs w:val="24"/>
        </w:rPr>
        <w:t>.</w:t>
      </w:r>
    </w:p>
    <w:p w14:paraId="722F1975" w14:textId="77777777" w:rsidR="00E77313" w:rsidRPr="00F32D1E" w:rsidRDefault="00E77313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41E88" w14:textId="13F0989D" w:rsidR="00F31605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F2">
        <w:rPr>
          <w:rFonts w:ascii="Times New Roman" w:hAnsi="Times New Roman" w:cs="Times New Roman"/>
          <w:sz w:val="24"/>
          <w:szCs w:val="24"/>
        </w:rPr>
        <w:t xml:space="preserve">        </w:t>
      </w:r>
      <w:r w:rsidR="009A4DD5" w:rsidRPr="00E7731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416DF" w:rsidRPr="00E773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508D" w:rsidRPr="00E7731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A4DD5" w:rsidRPr="00E773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AC5" w:rsidRPr="00A377F2">
        <w:rPr>
          <w:rFonts w:ascii="Times New Roman" w:hAnsi="Times New Roman" w:cs="Times New Roman"/>
          <w:sz w:val="24"/>
          <w:szCs w:val="24"/>
        </w:rPr>
        <w:t>Retragerea</w:t>
      </w:r>
      <w:proofErr w:type="spellEnd"/>
      <w:r w:rsidR="00A16AC5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7F2" w:rsidRPr="00A377F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A377F2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7F2" w:rsidRPr="00A377F2">
        <w:rPr>
          <w:rFonts w:ascii="Times New Roman" w:hAnsi="Times New Roman" w:cs="Times New Roman"/>
          <w:sz w:val="24"/>
          <w:szCs w:val="24"/>
        </w:rPr>
        <w:t>suspendarea</w:t>
      </w:r>
      <w:proofErr w:type="spellEnd"/>
      <w:r w:rsidR="00A377F2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AC5" w:rsidRPr="00A377F2">
        <w:rPr>
          <w:rFonts w:ascii="Times New Roman" w:hAnsi="Times New Roman" w:cs="Times New Roman"/>
          <w:sz w:val="24"/>
          <w:szCs w:val="24"/>
        </w:rPr>
        <w:t>autorizației</w:t>
      </w:r>
      <w:proofErr w:type="spellEnd"/>
      <w:r w:rsidR="00A16AC5" w:rsidRPr="00A377F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A16AC5" w:rsidRPr="00A377F2">
        <w:rPr>
          <w:rFonts w:ascii="Times New Roman" w:hAnsi="Times New Roman" w:cs="Times New Roman"/>
          <w:sz w:val="24"/>
          <w:szCs w:val="24"/>
        </w:rPr>
        <w:t>dispune</w:t>
      </w:r>
      <w:proofErr w:type="spellEnd"/>
      <w:r w:rsidR="00A16AC5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AC5" w:rsidRPr="00A377F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A16AC5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D71" w:rsidRPr="00A377F2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185D71" w:rsidRPr="00A377F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85D71" w:rsidRPr="00A377F2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185D71" w:rsidRPr="00A377F2">
        <w:rPr>
          <w:rFonts w:ascii="Times New Roman" w:hAnsi="Times New Roman" w:cs="Times New Roman"/>
          <w:sz w:val="24"/>
          <w:szCs w:val="24"/>
        </w:rPr>
        <w:t xml:space="preserve"> Local</w:t>
      </w:r>
      <w:r w:rsidR="00A377F2" w:rsidRPr="00A377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377F2" w:rsidRPr="00A377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377F2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7F2" w:rsidRPr="00A377F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A377F2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7F2" w:rsidRPr="00A377F2">
        <w:rPr>
          <w:rFonts w:ascii="Times New Roman" w:hAnsi="Times New Roman" w:cs="Times New Roman"/>
          <w:sz w:val="24"/>
          <w:szCs w:val="24"/>
        </w:rPr>
        <w:t>constatărilor</w:t>
      </w:r>
      <w:proofErr w:type="spellEnd"/>
      <w:r w:rsidR="00A377F2" w:rsidRPr="00A37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7F2" w:rsidRPr="00A377F2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="00A377F2" w:rsidRPr="00A377F2">
        <w:rPr>
          <w:rFonts w:ascii="Times New Roman" w:hAnsi="Times New Roman" w:cs="Times New Roman"/>
          <w:sz w:val="24"/>
          <w:szCs w:val="24"/>
        </w:rPr>
        <w:t xml:space="preserve"> de control.</w:t>
      </w:r>
    </w:p>
    <w:p w14:paraId="101B834C" w14:textId="77777777" w:rsidR="00E77313" w:rsidRPr="00A377F2" w:rsidRDefault="00E77313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64DCB" w14:textId="0A88C04C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9A4DD5" w:rsidRPr="00E7731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D508D" w:rsidRPr="00E77313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9A4DD5" w:rsidRPr="00E773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provenite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amenzile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aplicate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se fac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E153D" w:rsidRPr="000E153D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proofErr w:type="gramStart"/>
      <w:r w:rsidR="000E153D" w:rsidRPr="000E153D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</w:t>
      </w:r>
      <w:r w:rsidR="000E153D">
        <w:rPr>
          <w:rFonts w:ascii="Times New Roman" w:hAnsi="Times New Roman" w:cs="Times New Roman"/>
          <w:sz w:val="24"/>
          <w:szCs w:val="24"/>
        </w:rPr>
        <w:t xml:space="preserve"> </w:t>
      </w:r>
      <w:r w:rsidR="000E153D" w:rsidRPr="000E153D">
        <w:rPr>
          <w:rFonts w:ascii="Times New Roman" w:hAnsi="Times New Roman" w:cs="Times New Roman"/>
          <w:sz w:val="24"/>
          <w:szCs w:val="24"/>
        </w:rPr>
        <w:t>OG</w:t>
      </w:r>
      <w:proofErr w:type="gramEnd"/>
      <w:r w:rsidR="000E153D" w:rsidRPr="000E153D">
        <w:rPr>
          <w:rFonts w:ascii="Times New Roman" w:hAnsi="Times New Roman" w:cs="Times New Roman"/>
          <w:sz w:val="24"/>
          <w:szCs w:val="24"/>
        </w:rPr>
        <w:t xml:space="preserve"> nr. 2/2001</w:t>
      </w:r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  <w:r w:rsidR="00E171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45D43D" w14:textId="77777777" w:rsidR="00E77313" w:rsidRPr="003F6207" w:rsidRDefault="00E77313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B7DB5" w14:textId="00EBFD95" w:rsidR="0054753D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4753D" w:rsidRPr="00E7731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D508D" w:rsidRPr="00E77313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54753D" w:rsidRPr="00E773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incidente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materia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jocurilor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noroc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fiscalității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ordinii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53D" w:rsidRPr="003F6207">
        <w:rPr>
          <w:rFonts w:ascii="Times New Roman" w:hAnsi="Times New Roman" w:cs="Times New Roman"/>
          <w:sz w:val="24"/>
          <w:szCs w:val="24"/>
        </w:rPr>
        <w:t>procedurii</w:t>
      </w:r>
      <w:proofErr w:type="spellEnd"/>
      <w:r w:rsidR="0054753D" w:rsidRPr="003F6207">
        <w:rPr>
          <w:rFonts w:ascii="Times New Roman" w:hAnsi="Times New Roman" w:cs="Times New Roman"/>
          <w:sz w:val="24"/>
          <w:szCs w:val="24"/>
        </w:rPr>
        <w:t xml:space="preserve"> administrative.</w:t>
      </w:r>
    </w:p>
    <w:p w14:paraId="786BF34D" w14:textId="77777777" w:rsidR="00E77313" w:rsidRPr="003F6207" w:rsidRDefault="00E77313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31779" w14:textId="4B00180B" w:rsidR="00DE44B8" w:rsidRDefault="00E665B1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A4DD5" w:rsidRPr="00E7731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D508D" w:rsidRPr="00E77313">
        <w:rPr>
          <w:rFonts w:ascii="Times New Roman" w:hAnsi="Times New Roman" w:cs="Times New Roman"/>
          <w:b/>
          <w:bCs/>
          <w:sz w:val="24"/>
          <w:szCs w:val="24"/>
        </w:rPr>
        <w:t>32</w:t>
      </w:r>
      <w:r w:rsidR="009A4DD5" w:rsidRPr="00E773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1B43" w:rsidRPr="00091B43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091B43" w:rsidRPr="00091B43">
        <w:rPr>
          <w:rFonts w:ascii="Times New Roman" w:hAnsi="Times New Roman" w:cs="Times New Roman"/>
          <w:sz w:val="24"/>
          <w:szCs w:val="24"/>
        </w:rPr>
        <w:t xml:space="preserve"> </w:t>
      </w:r>
      <w:r w:rsidR="00207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FB9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proofErr w:type="gramEnd"/>
      <w:r w:rsidR="00207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FB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7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FB9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07FB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07FB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07F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FB9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207F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1B43" w:rsidRPr="00091B43">
        <w:rPr>
          <w:rFonts w:ascii="Times New Roman" w:hAnsi="Times New Roman" w:cs="Times New Roman"/>
          <w:sz w:val="24"/>
          <w:szCs w:val="24"/>
        </w:rPr>
        <w:t>Politia</w:t>
      </w:r>
      <w:proofErr w:type="spellEnd"/>
      <w:r w:rsidR="00091B43" w:rsidRPr="00091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B43" w:rsidRPr="00091B43">
        <w:rPr>
          <w:rFonts w:ascii="Times New Roman" w:hAnsi="Times New Roman" w:cs="Times New Roman"/>
          <w:sz w:val="24"/>
          <w:szCs w:val="24"/>
        </w:rPr>
        <w:t>Locala</w:t>
      </w:r>
      <w:proofErr w:type="spellEnd"/>
      <w:r w:rsidR="00091B43" w:rsidRPr="00091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B43" w:rsidRPr="00091B43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091B43" w:rsidRPr="00091B43">
        <w:rPr>
          <w:rFonts w:ascii="Times New Roman" w:hAnsi="Times New Roman" w:cs="Times New Roman"/>
          <w:sz w:val="24"/>
          <w:szCs w:val="24"/>
        </w:rPr>
        <w:t xml:space="preserve"> duce la </w:t>
      </w:r>
      <w:proofErr w:type="spellStart"/>
      <w:r w:rsidR="00091B43" w:rsidRPr="00091B43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="00091B43" w:rsidRPr="00091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B43" w:rsidRPr="00091B43">
        <w:rPr>
          <w:rFonts w:ascii="Times New Roman" w:hAnsi="Times New Roman" w:cs="Times New Roman"/>
          <w:sz w:val="24"/>
          <w:szCs w:val="24"/>
        </w:rPr>
        <w:t>sarcinile</w:t>
      </w:r>
      <w:proofErr w:type="spellEnd"/>
      <w:r w:rsidR="00091B43" w:rsidRPr="00091B43">
        <w:rPr>
          <w:rFonts w:ascii="Times New Roman" w:hAnsi="Times New Roman" w:cs="Times New Roman"/>
          <w:sz w:val="24"/>
          <w:szCs w:val="24"/>
        </w:rPr>
        <w:t xml:space="preserve"> din</w:t>
      </w:r>
      <w:r w:rsidR="00091B43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DD5" w:rsidRPr="003F6207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="009A4DD5" w:rsidRPr="003F6207">
        <w:rPr>
          <w:rFonts w:ascii="Times New Roman" w:hAnsi="Times New Roman" w:cs="Times New Roman"/>
          <w:sz w:val="24"/>
          <w:szCs w:val="24"/>
        </w:rPr>
        <w:t>.</w:t>
      </w:r>
    </w:p>
    <w:p w14:paraId="0A3C2481" w14:textId="405120FC" w:rsidR="00A377F2" w:rsidRDefault="00A377F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6B3F43" w14:textId="4466AD67" w:rsidR="00A377F2" w:rsidRDefault="00A377F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72DDF" w14:textId="3E479B9A" w:rsidR="00A377F2" w:rsidRDefault="00A377F2" w:rsidP="00246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949BF" w14:textId="0D62CA5E" w:rsidR="00A377F2" w:rsidRDefault="00A377F2" w:rsidP="00A377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1FA421B" w14:textId="58AD6AB1" w:rsidR="00A377F2" w:rsidRPr="003F6207" w:rsidRDefault="00A377F2" w:rsidP="00A377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Mihai-Florin</w:t>
      </w:r>
    </w:p>
    <w:sectPr w:rsidR="00A377F2" w:rsidRPr="003F6207" w:rsidSect="004356FB">
      <w:footerReference w:type="default" r:id="rId8"/>
      <w:footerReference w:type="first" r:id="rId9"/>
      <w:pgSz w:w="12240" w:h="15840"/>
      <w:pgMar w:top="709" w:right="758" w:bottom="284" w:left="1418" w:header="510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22A822" w14:textId="77777777" w:rsidR="00C46343" w:rsidRDefault="00C46343" w:rsidP="007C1C8D">
      <w:pPr>
        <w:spacing w:after="0" w:line="240" w:lineRule="auto"/>
      </w:pPr>
      <w:r>
        <w:separator/>
      </w:r>
    </w:p>
  </w:endnote>
  <w:endnote w:type="continuationSeparator" w:id="0">
    <w:p w14:paraId="76E627F5" w14:textId="77777777" w:rsidR="00C46343" w:rsidRDefault="00C46343" w:rsidP="007C1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29228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5A79E7" w14:textId="73C30941" w:rsidR="007C1C8D" w:rsidRDefault="007C1C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9DD8EE" w14:textId="77777777" w:rsidR="007C1C8D" w:rsidRDefault="007C1C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16980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90AFE" w14:textId="002EE4E1" w:rsidR="002464C6" w:rsidRDefault="002464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1F5FC0" w14:textId="77777777" w:rsidR="002464C6" w:rsidRDefault="002464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912FD" w14:textId="77777777" w:rsidR="00C46343" w:rsidRDefault="00C46343" w:rsidP="007C1C8D">
      <w:pPr>
        <w:spacing w:after="0" w:line="240" w:lineRule="auto"/>
      </w:pPr>
      <w:r>
        <w:separator/>
      </w:r>
    </w:p>
  </w:footnote>
  <w:footnote w:type="continuationSeparator" w:id="0">
    <w:p w14:paraId="7CB2CB81" w14:textId="77777777" w:rsidR="00C46343" w:rsidRDefault="00C46343" w:rsidP="007C1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C353F4"/>
    <w:multiLevelType w:val="multilevel"/>
    <w:tmpl w:val="FA5C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972263"/>
    <w:multiLevelType w:val="hybridMultilevel"/>
    <w:tmpl w:val="CA745D10"/>
    <w:lvl w:ilvl="0" w:tplc="8856D13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058"/>
    <w:rsid w:val="00034616"/>
    <w:rsid w:val="0006063C"/>
    <w:rsid w:val="00065448"/>
    <w:rsid w:val="00066EF5"/>
    <w:rsid w:val="00075A8B"/>
    <w:rsid w:val="00081802"/>
    <w:rsid w:val="00091B43"/>
    <w:rsid w:val="000E153D"/>
    <w:rsid w:val="0015074B"/>
    <w:rsid w:val="00185D71"/>
    <w:rsid w:val="00187835"/>
    <w:rsid w:val="001B2599"/>
    <w:rsid w:val="00200894"/>
    <w:rsid w:val="002031F9"/>
    <w:rsid w:val="00207FB9"/>
    <w:rsid w:val="002464C6"/>
    <w:rsid w:val="0029639D"/>
    <w:rsid w:val="002B5F6E"/>
    <w:rsid w:val="002D55F3"/>
    <w:rsid w:val="002E5483"/>
    <w:rsid w:val="002F567E"/>
    <w:rsid w:val="00302B3F"/>
    <w:rsid w:val="00326F90"/>
    <w:rsid w:val="00350E75"/>
    <w:rsid w:val="003B0AE9"/>
    <w:rsid w:val="003C60B3"/>
    <w:rsid w:val="003F6207"/>
    <w:rsid w:val="004356FB"/>
    <w:rsid w:val="00455FE5"/>
    <w:rsid w:val="00484356"/>
    <w:rsid w:val="004A4E23"/>
    <w:rsid w:val="0054753D"/>
    <w:rsid w:val="0057061D"/>
    <w:rsid w:val="005B533D"/>
    <w:rsid w:val="005D19B3"/>
    <w:rsid w:val="006040EF"/>
    <w:rsid w:val="0060591C"/>
    <w:rsid w:val="006D2577"/>
    <w:rsid w:val="006D4500"/>
    <w:rsid w:val="006D4BFD"/>
    <w:rsid w:val="00707A17"/>
    <w:rsid w:val="00720C93"/>
    <w:rsid w:val="00741DBA"/>
    <w:rsid w:val="007712C1"/>
    <w:rsid w:val="0078474F"/>
    <w:rsid w:val="00794E77"/>
    <w:rsid w:val="007979E1"/>
    <w:rsid w:val="007C1C8D"/>
    <w:rsid w:val="008416DF"/>
    <w:rsid w:val="008936D6"/>
    <w:rsid w:val="008B6147"/>
    <w:rsid w:val="008C6BCF"/>
    <w:rsid w:val="00917F28"/>
    <w:rsid w:val="00920031"/>
    <w:rsid w:val="0092271C"/>
    <w:rsid w:val="0094536B"/>
    <w:rsid w:val="00974FE0"/>
    <w:rsid w:val="00984835"/>
    <w:rsid w:val="009A4DD5"/>
    <w:rsid w:val="009C43FC"/>
    <w:rsid w:val="009F5FE3"/>
    <w:rsid w:val="00A16AC5"/>
    <w:rsid w:val="00A377F2"/>
    <w:rsid w:val="00AA0268"/>
    <w:rsid w:val="00AA1D8D"/>
    <w:rsid w:val="00AA6097"/>
    <w:rsid w:val="00AE1932"/>
    <w:rsid w:val="00B253BE"/>
    <w:rsid w:val="00B47730"/>
    <w:rsid w:val="00B5633E"/>
    <w:rsid w:val="00BC2839"/>
    <w:rsid w:val="00BD5985"/>
    <w:rsid w:val="00C34641"/>
    <w:rsid w:val="00C46343"/>
    <w:rsid w:val="00CB0664"/>
    <w:rsid w:val="00CB2042"/>
    <w:rsid w:val="00CE02BC"/>
    <w:rsid w:val="00D24959"/>
    <w:rsid w:val="00D33641"/>
    <w:rsid w:val="00D345CC"/>
    <w:rsid w:val="00D37475"/>
    <w:rsid w:val="00D44056"/>
    <w:rsid w:val="00D73242"/>
    <w:rsid w:val="00DB46F3"/>
    <w:rsid w:val="00DC786E"/>
    <w:rsid w:val="00DE44B8"/>
    <w:rsid w:val="00DF7621"/>
    <w:rsid w:val="00E1711E"/>
    <w:rsid w:val="00E207E8"/>
    <w:rsid w:val="00E42A4B"/>
    <w:rsid w:val="00E665B1"/>
    <w:rsid w:val="00E77313"/>
    <w:rsid w:val="00EA5DBB"/>
    <w:rsid w:val="00F01854"/>
    <w:rsid w:val="00F31605"/>
    <w:rsid w:val="00F32D1E"/>
    <w:rsid w:val="00F3753A"/>
    <w:rsid w:val="00F84919"/>
    <w:rsid w:val="00FC01E8"/>
    <w:rsid w:val="00FC693F"/>
    <w:rsid w:val="00FD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F86074"/>
  <w14:defaultImageDpi w14:val="300"/>
  <w15:docId w15:val="{11A7B806-23E9-42CB-9B25-C8A713B5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20C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545B7C-EC52-42FD-8EE8-BD46F7F6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2109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Primaria Tomsani</cp:lastModifiedBy>
  <cp:revision>13</cp:revision>
  <dcterms:created xsi:type="dcterms:W3CDTF">2026-04-07T09:10:00Z</dcterms:created>
  <dcterms:modified xsi:type="dcterms:W3CDTF">2026-09-02T11:23:00Z</dcterms:modified>
  <cp:category/>
</cp:coreProperties>
</file>